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651A2" w14:textId="681FE00F" w:rsidR="00637BF1" w:rsidRPr="00637BF1" w:rsidRDefault="00880E35" w:rsidP="00637BF1">
      <w:pPr>
        <w:jc w:val="right"/>
        <w:rPr>
          <w:rFonts w:ascii="Traditional Arabic" w:eastAsia="Traditional Arabic" w:hAnsi="Traditional Arabic" w:cs="Traditional Arabic"/>
          <w:b/>
          <w:sz w:val="36"/>
          <w:szCs w:val="36"/>
          <w:rtl/>
        </w:rPr>
      </w:pPr>
      <w:r>
        <w:rPr>
          <w:noProof/>
        </w:rPr>
        <w:drawing>
          <wp:anchor distT="0" distB="0" distL="114300" distR="114300" simplePos="0" relativeHeight="251656192" behindDoc="0" locked="0" layoutInCell="1" allowOverlap="1" wp14:anchorId="3188AD1A" wp14:editId="5BBCA0CB">
            <wp:simplePos x="0" y="0"/>
            <wp:positionH relativeFrom="column">
              <wp:posOffset>-55948</wp:posOffset>
            </wp:positionH>
            <wp:positionV relativeFrom="paragraph">
              <wp:posOffset>-402457</wp:posOffset>
            </wp:positionV>
            <wp:extent cx="2079057" cy="2079057"/>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midocean.png"/>
                    <pic:cNvPicPr/>
                  </pic:nvPicPr>
                  <pic:blipFill>
                    <a:blip r:embed="rId8"/>
                    <a:stretch>
                      <a:fillRect/>
                    </a:stretch>
                  </pic:blipFill>
                  <pic:spPr>
                    <a:xfrm>
                      <a:off x="0" y="0"/>
                      <a:ext cx="2079057" cy="2079057"/>
                    </a:xfrm>
                    <a:prstGeom prst="rect">
                      <a:avLst/>
                    </a:prstGeom>
                  </pic:spPr>
                </pic:pic>
              </a:graphicData>
            </a:graphic>
            <wp14:sizeRelH relativeFrom="page">
              <wp14:pctWidth>0</wp14:pctWidth>
            </wp14:sizeRelH>
            <wp14:sizeRelV relativeFrom="page">
              <wp14:pctHeight>0</wp14:pctHeight>
            </wp14:sizeRelV>
          </wp:anchor>
        </w:drawing>
      </w:r>
      <w:r w:rsidR="000B43BE">
        <w:rPr>
          <w:rFonts w:ascii="Traditional Arabic" w:eastAsia="Traditional Arabic" w:hAnsi="Traditional Arabic"/>
          <w:sz w:val="36"/>
        </w:rPr>
        <w:t>جامعة ميد أوشن</w:t>
      </w:r>
      <w:r w:rsidR="000B43BE">
        <w:rPr>
          <w:rFonts w:ascii="Traditional Arabic" w:eastAsia="Traditional Arabic" w:hAnsi="Traditional Arabic"/>
          <w:sz w:val="36"/>
        </w:rPr>
        <w:br/>
        <w:t>كلية الإعلام والتسويق</w:t>
      </w:r>
      <w:r w:rsidR="000B43BE">
        <w:rPr>
          <w:rFonts w:ascii="Traditional Arabic" w:eastAsia="Traditional Arabic" w:hAnsi="Traditional Arabic"/>
          <w:sz w:val="36"/>
        </w:rPr>
        <w:br/>
        <w:t>بكالوريوس التسويق الرقمي</w:t>
      </w:r>
      <w:r w:rsidR="00637BF1" w:rsidRPr="00637BF1">
        <w:rPr>
          <w:rFonts w:ascii="Traditional Arabic" w:eastAsia="Traditional Arabic" w:hAnsi="Traditional Arabic" w:cs="Traditional Arabic"/>
          <w:b/>
          <w:sz w:val="36"/>
          <w:szCs w:val="36"/>
          <w:rtl/>
        </w:rPr>
        <w:t xml:space="preserve"> برنامج</w:t>
      </w:r>
      <w:r w:rsidR="00637BF1">
        <w:rPr>
          <w:rFonts w:ascii="Traditional Arabic" w:eastAsia="Traditional Arabic" w:hAnsi="Traditional Arabic" w:cs="Traditional Arabic" w:hint="cs"/>
          <w:b/>
          <w:sz w:val="36"/>
          <w:szCs w:val="36"/>
          <w:rtl/>
        </w:rPr>
        <w:t xml:space="preserve"> </w:t>
      </w:r>
    </w:p>
    <w:p w14:paraId="605D8C16" w14:textId="6CF6AF8E" w:rsidR="00B750B8" w:rsidRDefault="00B750B8" w:rsidP="00637BF1">
      <w:pPr>
        <w:jc w:val="right"/>
      </w:pPr>
    </w:p>
    <w:p w14:paraId="7FD3FF35" w14:textId="5F22F5CB" w:rsidR="00B750B8" w:rsidRDefault="00B750B8">
      <w:pPr>
        <w:jc w:val="center"/>
        <w:rPr>
          <w:rtl/>
        </w:rPr>
      </w:pPr>
    </w:p>
    <w:p w14:paraId="2270801D" w14:textId="77777777" w:rsidR="00880E35" w:rsidRPr="00553148" w:rsidRDefault="00880E35">
      <w:pPr>
        <w:jc w:val="center"/>
        <w:rPr>
          <w:rFonts w:ascii="Tempus Sans ITC" w:eastAsia="Traditional Arabic" w:hAnsi="Tempus Sans ITC"/>
          <w:sz w:val="40"/>
          <w:szCs w:val="40"/>
          <w:rtl/>
        </w:rPr>
      </w:pPr>
    </w:p>
    <w:p w14:paraId="02F27E95" w14:textId="27646543" w:rsidR="00B750B8" w:rsidRDefault="004E1753">
      <w:pPr>
        <w:jc w:val="center"/>
        <w:rPr>
          <w:rFonts w:ascii="Tempus Sans ITC" w:hAnsi="Tempus Sans ITC" w:cs="Arabic Typesetting"/>
          <w:i/>
          <w:iCs/>
          <w:sz w:val="52"/>
          <w:szCs w:val="52"/>
          <w:rtl/>
        </w:rPr>
      </w:pPr>
      <w:r>
        <w:rPr>
          <w:rFonts w:ascii="Tempus Sans ITC" w:hAnsi="Tempus Sans ITC" w:cs="Arabic Typesetting" w:hint="cs"/>
          <w:i/>
          <w:iCs/>
          <w:sz w:val="52"/>
          <w:szCs w:val="52"/>
          <w:rtl/>
        </w:rPr>
        <w:t>بحث مقدم ضمن مشروع التخرج ببرنامج بكالوريوس التسويق الرقمي</w:t>
      </w:r>
    </w:p>
    <w:p w14:paraId="518D90E8" w14:textId="017C66DF" w:rsidR="004E1753" w:rsidRDefault="004E1753">
      <w:pPr>
        <w:jc w:val="center"/>
        <w:rPr>
          <w:rFonts w:ascii="Tempus Sans ITC" w:hAnsi="Tempus Sans ITC" w:cs="Arabic Typesetting"/>
          <w:i/>
          <w:iCs/>
          <w:sz w:val="16"/>
          <w:szCs w:val="16"/>
        </w:rPr>
      </w:pPr>
    </w:p>
    <w:p w14:paraId="1C832C6A" w14:textId="77777777" w:rsidR="004E1753" w:rsidRPr="004E1753" w:rsidRDefault="004E1753">
      <w:pPr>
        <w:jc w:val="center"/>
        <w:rPr>
          <w:rFonts w:ascii="Tempus Sans ITC" w:hAnsi="Tempus Sans ITC" w:cs="Arabic Typesetting"/>
          <w:i/>
          <w:iCs/>
          <w:sz w:val="16"/>
          <w:szCs w:val="16"/>
          <w:rtl/>
        </w:rPr>
      </w:pPr>
    </w:p>
    <w:p w14:paraId="0AC6103A" w14:textId="2B90E77E" w:rsidR="004E1753" w:rsidRPr="005529A8" w:rsidRDefault="004E1753">
      <w:pPr>
        <w:jc w:val="center"/>
        <w:rPr>
          <w:rFonts w:ascii="Tempus Sans ITC" w:hAnsi="Tempus Sans ITC" w:cs="Arabic Typesetting"/>
          <w:i/>
          <w:iCs/>
          <w:sz w:val="52"/>
          <w:szCs w:val="52"/>
        </w:rPr>
      </w:pPr>
      <w:r>
        <w:rPr>
          <w:rFonts w:ascii="Traditional Arabic" w:eastAsia="HGMaruGothicMPRO" w:hAnsi="Traditional Arabic" w:cs="Traditional Arabic" w:hint="cs"/>
          <w:b/>
          <w:bCs/>
          <w:sz w:val="36"/>
          <w:szCs w:val="36"/>
          <w:rtl/>
        </w:rPr>
        <w:t>عنوان البحث:</w:t>
      </w:r>
    </w:p>
    <w:p w14:paraId="0D387241" w14:textId="4895FFC5" w:rsidR="00961526" w:rsidRPr="00456E4A" w:rsidRDefault="00961526" w:rsidP="006265F7">
      <w:pPr>
        <w:pStyle w:val="p1"/>
        <w:bidi/>
        <w:jc w:val="center"/>
        <w:rPr>
          <w:rFonts w:ascii="Traditional Arabic" w:eastAsia="HGMaruGothicMPRO" w:hAnsi="Traditional Arabic" w:cs="Traditional Arabic"/>
          <w:b/>
          <w:bCs/>
          <w:sz w:val="36"/>
          <w:szCs w:val="36"/>
          <w:rtl/>
        </w:rPr>
      </w:pPr>
      <w:r w:rsidRPr="00456E4A">
        <w:rPr>
          <w:rFonts w:ascii="Traditional Arabic" w:eastAsia="HGMaruGothicMPRO" w:hAnsi="Traditional Arabic" w:cs="Traditional Arabic"/>
          <w:b/>
          <w:bCs/>
          <w:sz w:val="36"/>
          <w:szCs w:val="36"/>
          <w:rtl/>
        </w:rPr>
        <w:t xml:space="preserve">دور الشات بوت المعتمد على الذكاء الاصطناعي في تحسين تجربة العملاء وتسهيل التواصل مع </w:t>
      </w:r>
      <w:r w:rsidR="006265F7">
        <w:rPr>
          <w:rFonts w:ascii="Traditional Arabic" w:eastAsia="HGMaruGothicMPRO" w:hAnsi="Traditional Arabic" w:cs="Traditional Arabic" w:hint="cs"/>
          <w:b/>
          <w:bCs/>
          <w:sz w:val="36"/>
          <w:szCs w:val="36"/>
          <w:rtl/>
        </w:rPr>
        <w:t xml:space="preserve"> </w:t>
      </w:r>
      <w:r w:rsidRPr="00456E4A">
        <w:rPr>
          <w:rFonts w:ascii="Traditional Arabic" w:eastAsia="HGMaruGothicMPRO" w:hAnsi="Traditional Arabic" w:cs="Traditional Arabic"/>
          <w:b/>
          <w:bCs/>
          <w:sz w:val="36"/>
          <w:szCs w:val="36"/>
          <w:rtl/>
        </w:rPr>
        <w:t>الشركات</w:t>
      </w:r>
      <w:r w:rsidR="006265F7">
        <w:rPr>
          <w:rFonts w:ascii="Traditional Arabic" w:eastAsia="HGMaruGothicMPRO" w:hAnsi="Traditional Arabic" w:cs="Traditional Arabic" w:hint="cs"/>
          <w:b/>
          <w:bCs/>
          <w:sz w:val="36"/>
          <w:szCs w:val="36"/>
          <w:rtl/>
        </w:rPr>
        <w:t xml:space="preserve"> في المملكة العربية السعودية</w:t>
      </w:r>
      <w:r w:rsidRPr="00456E4A">
        <w:rPr>
          <w:rFonts w:ascii="Traditional Arabic" w:eastAsia="HGMaruGothicMPRO" w:hAnsi="Traditional Arabic" w:cs="Traditional Arabic"/>
          <w:b/>
          <w:bCs/>
          <w:sz w:val="36"/>
          <w:szCs w:val="36"/>
          <w:rtl/>
        </w:rPr>
        <w:t>: دراسة ميداني</w:t>
      </w:r>
      <w:r w:rsidR="00456E4A" w:rsidRPr="00456E4A">
        <w:rPr>
          <w:rFonts w:ascii="Traditional Arabic" w:eastAsia="HGMaruGothicMPRO" w:hAnsi="Traditional Arabic" w:cs="Traditional Arabic" w:hint="cs"/>
          <w:b/>
          <w:bCs/>
          <w:sz w:val="36"/>
          <w:szCs w:val="36"/>
          <w:rtl/>
        </w:rPr>
        <w:t>ة</w:t>
      </w:r>
    </w:p>
    <w:p w14:paraId="15A5340B" w14:textId="77777777" w:rsidR="00EC39A2" w:rsidRPr="004E1753" w:rsidRDefault="00EC39A2">
      <w:pPr>
        <w:jc w:val="center"/>
        <w:rPr>
          <w:sz w:val="16"/>
          <w:szCs w:val="16"/>
          <w:lang w:val="en-GB"/>
        </w:rPr>
      </w:pPr>
    </w:p>
    <w:p w14:paraId="7A375DA2" w14:textId="77777777" w:rsidR="00F771CB" w:rsidRDefault="00F771CB" w:rsidP="004E1753"/>
    <w:p w14:paraId="6C8F8F92" w14:textId="649CC414" w:rsidR="00B750B8" w:rsidRPr="00F771CB" w:rsidRDefault="000B43BE">
      <w:pPr>
        <w:jc w:val="center"/>
        <w:rPr>
          <w:sz w:val="34"/>
          <w:szCs w:val="34"/>
        </w:rPr>
      </w:pPr>
      <w:r w:rsidRPr="00F771CB">
        <w:rPr>
          <w:rFonts w:ascii="Traditional Arabic" w:eastAsia="Traditional Arabic" w:hAnsi="Traditional Arabic"/>
          <w:sz w:val="34"/>
          <w:szCs w:val="34"/>
        </w:rPr>
        <w:t>إعداد الطالبة</w:t>
      </w:r>
      <w:r w:rsidR="00E43FA9">
        <w:rPr>
          <w:rFonts w:ascii="Traditional Arabic" w:eastAsia="Traditional Arabic" w:hAnsi="Traditional Arabic"/>
          <w:sz w:val="34"/>
          <w:szCs w:val="34"/>
        </w:rPr>
        <w:t>:</w:t>
      </w:r>
      <w:r w:rsidRPr="00F771CB">
        <w:rPr>
          <w:rFonts w:ascii="Traditional Arabic" w:eastAsia="Traditional Arabic" w:hAnsi="Traditional Arabic"/>
          <w:sz w:val="34"/>
          <w:szCs w:val="34"/>
        </w:rPr>
        <w:t xml:space="preserve"> ربى علي المصباحي</w:t>
      </w:r>
    </w:p>
    <w:p w14:paraId="3328C52B" w14:textId="41F2350F" w:rsidR="00880E35" w:rsidRPr="004E1753" w:rsidRDefault="000B43BE" w:rsidP="004E1753">
      <w:pPr>
        <w:jc w:val="center"/>
        <w:rPr>
          <w:sz w:val="34"/>
          <w:szCs w:val="34"/>
          <w:rtl/>
        </w:rPr>
      </w:pPr>
      <w:r w:rsidRPr="00F771CB">
        <w:rPr>
          <w:rFonts w:ascii="Traditional Arabic" w:eastAsia="Traditional Arabic" w:hAnsi="Traditional Arabic"/>
          <w:sz w:val="34"/>
          <w:szCs w:val="34"/>
        </w:rPr>
        <w:t>الرقم الأكاديمي</w:t>
      </w:r>
      <w:r w:rsidR="00E43FA9">
        <w:rPr>
          <w:rFonts w:ascii="Traditional Arabic" w:eastAsia="Traditional Arabic" w:hAnsi="Traditional Arabic"/>
          <w:sz w:val="34"/>
          <w:szCs w:val="34"/>
        </w:rPr>
        <w:t>:</w:t>
      </w:r>
      <w:r w:rsidRPr="00F771CB">
        <w:rPr>
          <w:rFonts w:ascii="Traditional Arabic" w:eastAsia="Traditional Arabic" w:hAnsi="Traditional Arabic"/>
          <w:sz w:val="34"/>
          <w:szCs w:val="34"/>
        </w:rPr>
        <w:t xml:space="preserve"> 233001485</w:t>
      </w:r>
    </w:p>
    <w:p w14:paraId="37F15E82" w14:textId="77777777" w:rsidR="00F771CB" w:rsidRDefault="00F771CB">
      <w:pPr>
        <w:jc w:val="center"/>
        <w:rPr>
          <w:rFonts w:ascii="Traditional Arabic" w:eastAsia="Traditional Arabic" w:hAnsi="Traditional Arabic"/>
          <w:sz w:val="32"/>
          <w:rtl/>
        </w:rPr>
      </w:pPr>
    </w:p>
    <w:p w14:paraId="09E8EB73" w14:textId="03EA52F3" w:rsidR="00B750B8" w:rsidRDefault="000B43BE" w:rsidP="0016167C">
      <w:pPr>
        <w:bidi/>
        <w:jc w:val="center"/>
        <w:rPr>
          <w:rtl/>
        </w:rPr>
      </w:pPr>
      <w:r>
        <w:rPr>
          <w:rFonts w:ascii="Traditional Arabic" w:eastAsia="Traditional Arabic" w:hAnsi="Traditional Arabic"/>
          <w:sz w:val="32"/>
        </w:rPr>
        <w:t>تحت إشراف</w:t>
      </w:r>
      <w:r w:rsidR="00E43FA9">
        <w:rPr>
          <w:rFonts w:ascii="Traditional Arabic" w:eastAsia="Traditional Arabic" w:hAnsi="Traditional Arabic" w:hint="cs"/>
          <w:sz w:val="32"/>
          <w:rtl/>
        </w:rPr>
        <w:t>:</w:t>
      </w:r>
      <w:r>
        <w:rPr>
          <w:rFonts w:ascii="Traditional Arabic" w:eastAsia="Traditional Arabic" w:hAnsi="Traditional Arabic"/>
          <w:sz w:val="32"/>
        </w:rPr>
        <w:br/>
      </w:r>
      <w:r w:rsidR="0016167C" w:rsidRPr="0016167C">
        <w:rPr>
          <w:rFonts w:ascii="Traditional Arabic" w:eastAsia="Traditional Arabic" w:hAnsi="Traditional Arabic" w:cs="Traditional Arabic"/>
          <w:sz w:val="32"/>
          <w:szCs w:val="32"/>
          <w:rtl/>
        </w:rPr>
        <w:t>د. شيرين كدواني</w:t>
      </w:r>
    </w:p>
    <w:p w14:paraId="03ED65FF" w14:textId="77777777" w:rsidR="00F771CB" w:rsidRDefault="00F771CB" w:rsidP="00EE0490">
      <w:pPr>
        <w:rPr>
          <w:rFonts w:ascii="Traditional Arabic" w:eastAsia="Traditional Arabic" w:hAnsi="Traditional Arabic"/>
          <w:sz w:val="20"/>
          <w:szCs w:val="20"/>
          <w:rtl/>
        </w:rPr>
      </w:pPr>
    </w:p>
    <w:p w14:paraId="325D2E10" w14:textId="57827966" w:rsidR="00D7196C" w:rsidRDefault="004E1753" w:rsidP="00B24B4C">
      <w:pPr>
        <w:jc w:val="center"/>
        <w:rPr>
          <w:sz w:val="24"/>
          <w:szCs w:val="24"/>
        </w:rPr>
      </w:pPr>
      <w:r>
        <w:rPr>
          <w:rFonts w:ascii="Traditional Arabic" w:eastAsia="Traditional Arabic" w:hAnsi="Traditional Arabic" w:hint="cs"/>
          <w:sz w:val="24"/>
          <w:szCs w:val="24"/>
          <w:rtl/>
        </w:rPr>
        <w:t xml:space="preserve"> </w:t>
      </w:r>
      <w:r w:rsidR="00B91D99" w:rsidRPr="00F771CB">
        <w:rPr>
          <w:rFonts w:ascii="Traditional Arabic" w:eastAsia="Traditional Arabic" w:hAnsi="Traditional Arabic"/>
          <w:sz w:val="24"/>
          <w:szCs w:val="24"/>
        </w:rPr>
        <w:t>2026</w:t>
      </w:r>
      <w:r w:rsidR="00B91D99" w:rsidRPr="00F771CB">
        <w:rPr>
          <w:rFonts w:ascii="Traditional Arabic" w:eastAsia="Traditional Arabic" w:hAnsi="Traditional Arabic" w:hint="cs"/>
          <w:sz w:val="24"/>
          <w:szCs w:val="24"/>
          <w:rtl/>
        </w:rPr>
        <w:t xml:space="preserve"> م</w:t>
      </w:r>
      <w:r w:rsidR="00A642A7" w:rsidRPr="00F771CB">
        <w:rPr>
          <w:rFonts w:ascii="Traditional Arabic" w:eastAsia="Traditional Arabic" w:hAnsi="Traditional Arabic" w:hint="cs"/>
          <w:sz w:val="24"/>
          <w:szCs w:val="24"/>
          <w:rtl/>
        </w:rPr>
        <w:t xml:space="preserve"> </w:t>
      </w:r>
      <w:r w:rsidR="00E52F3C" w:rsidRPr="00F771CB">
        <w:rPr>
          <w:rFonts w:ascii="Traditional Arabic" w:eastAsia="Traditional Arabic" w:hAnsi="Traditional Arabic" w:hint="cs"/>
          <w:sz w:val="24"/>
          <w:szCs w:val="24"/>
          <w:rtl/>
        </w:rPr>
        <w:t xml:space="preserve"> </w:t>
      </w:r>
      <w:r w:rsidR="008057D8" w:rsidRPr="00F771CB">
        <w:rPr>
          <w:rFonts w:ascii="Traditional Arabic" w:eastAsia="Traditional Arabic" w:hAnsi="Traditional Arabic"/>
          <w:sz w:val="24"/>
          <w:szCs w:val="24"/>
        </w:rPr>
        <w:t>– 144</w:t>
      </w:r>
      <w:r>
        <w:rPr>
          <w:rFonts w:ascii="Traditional Arabic" w:eastAsia="Traditional Arabic" w:hAnsi="Traditional Arabic"/>
          <w:sz w:val="24"/>
          <w:szCs w:val="24"/>
        </w:rPr>
        <w:t>7</w:t>
      </w:r>
      <w:r w:rsidRPr="00F771CB">
        <w:rPr>
          <w:rFonts w:ascii="Traditional Arabic" w:eastAsia="Traditional Arabic" w:hAnsi="Traditional Arabic" w:hint="cs"/>
          <w:sz w:val="24"/>
          <w:szCs w:val="24"/>
          <w:rtl/>
        </w:rPr>
        <w:t xml:space="preserve">هـ </w:t>
      </w:r>
      <w:r>
        <w:rPr>
          <w:rFonts w:ascii="Traditional Arabic" w:eastAsia="Traditional Arabic" w:hAnsi="Traditional Arabic"/>
          <w:sz w:val="24"/>
          <w:szCs w:val="24"/>
        </w:rPr>
        <w:t xml:space="preserve"> </w:t>
      </w:r>
      <w:r>
        <w:rPr>
          <w:rFonts w:ascii="Traditional Arabic" w:eastAsia="Traditional Arabic" w:hAnsi="Traditional Arabic" w:hint="cs"/>
          <w:sz w:val="24"/>
          <w:szCs w:val="24"/>
          <w:rtl/>
        </w:rPr>
        <w:t>الفصل الدراسي الثاني /</w:t>
      </w:r>
    </w:p>
    <w:p w14:paraId="66C30F45" w14:textId="32DC5E43" w:rsidR="004E1753" w:rsidRPr="007A2B74" w:rsidRDefault="0043381C" w:rsidP="0043381C">
      <w:pPr>
        <w:rPr>
          <w:rFonts w:asciiTheme="majorBidi" w:hAnsiTheme="majorBidi" w:cstheme="majorBidi"/>
          <w:sz w:val="36"/>
          <w:szCs w:val="36"/>
        </w:rPr>
      </w:pPr>
      <w:r w:rsidRPr="007A2B74">
        <w:rPr>
          <w:rFonts w:asciiTheme="majorBidi" w:hAnsiTheme="majorBidi" w:cstheme="majorBidi"/>
          <w:b/>
          <w:bCs/>
          <w:noProof/>
          <w:sz w:val="36"/>
          <w:szCs w:val="36"/>
        </w:rPr>
        <w:lastRenderedPageBreak/>
        <w:drawing>
          <wp:anchor distT="0" distB="0" distL="114300" distR="114300" simplePos="0" relativeHeight="251660288" behindDoc="0" locked="0" layoutInCell="1" allowOverlap="1" wp14:anchorId="67ED63F7" wp14:editId="6E716FB3">
            <wp:simplePos x="0" y="0"/>
            <wp:positionH relativeFrom="column">
              <wp:posOffset>4667250</wp:posOffset>
            </wp:positionH>
            <wp:positionV relativeFrom="paragraph">
              <wp:posOffset>-624205</wp:posOffset>
            </wp:positionV>
            <wp:extent cx="2079057" cy="2079057"/>
            <wp:effectExtent l="0" t="0" r="3810" b="3810"/>
            <wp:wrapNone/>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midocean.png"/>
                    <pic:cNvPicPr/>
                  </pic:nvPicPr>
                  <pic:blipFill>
                    <a:blip r:embed="rId8"/>
                    <a:stretch>
                      <a:fillRect/>
                    </a:stretch>
                  </pic:blipFill>
                  <pic:spPr>
                    <a:xfrm>
                      <a:off x="0" y="0"/>
                      <a:ext cx="2079057" cy="2079057"/>
                    </a:xfrm>
                    <a:prstGeom prst="rect">
                      <a:avLst/>
                    </a:prstGeom>
                  </pic:spPr>
                </pic:pic>
              </a:graphicData>
            </a:graphic>
            <wp14:sizeRelH relativeFrom="page">
              <wp14:pctWidth>0</wp14:pctWidth>
            </wp14:sizeRelH>
            <wp14:sizeRelV relativeFrom="page">
              <wp14:pctHeight>0</wp14:pctHeight>
            </wp14:sizeRelV>
          </wp:anchor>
        </w:drawing>
      </w:r>
      <w:r w:rsidR="00CC0091" w:rsidRPr="007A2B74">
        <w:rPr>
          <w:rStyle w:val="af1"/>
          <w:rFonts w:asciiTheme="majorBidi" w:hAnsiTheme="majorBidi" w:cstheme="majorBidi"/>
          <w:b w:val="0"/>
          <w:bCs w:val="0"/>
          <w:sz w:val="36"/>
          <w:szCs w:val="36"/>
        </w:rPr>
        <w:t>Midocean University</w:t>
      </w:r>
      <w:r w:rsidR="004E1753" w:rsidRPr="007A2B74">
        <w:rPr>
          <w:rFonts w:asciiTheme="majorBidi" w:eastAsia="Traditional Arabic" w:hAnsiTheme="majorBidi" w:cstheme="majorBidi"/>
          <w:b/>
          <w:bCs/>
          <w:sz w:val="36"/>
          <w:szCs w:val="36"/>
        </w:rPr>
        <w:br/>
      </w:r>
      <w:r w:rsidR="00CC0091" w:rsidRPr="007A2B74">
        <w:rPr>
          <w:rFonts w:asciiTheme="majorBidi" w:hAnsiTheme="majorBidi" w:cstheme="majorBidi"/>
          <w:sz w:val="36"/>
          <w:szCs w:val="36"/>
        </w:rPr>
        <w:t>College of Media and Marketing</w:t>
      </w:r>
      <w:r w:rsidR="004E1753" w:rsidRPr="007A2B74">
        <w:rPr>
          <w:rFonts w:asciiTheme="majorBidi" w:eastAsia="Traditional Arabic" w:hAnsiTheme="majorBidi" w:cstheme="majorBidi"/>
          <w:sz w:val="36"/>
          <w:szCs w:val="36"/>
        </w:rPr>
        <w:br/>
      </w:r>
      <w:r w:rsidRPr="007A2B74">
        <w:rPr>
          <w:rFonts w:asciiTheme="majorBidi" w:eastAsia="Traditional Arabic" w:hAnsiTheme="majorBidi" w:cstheme="majorBidi"/>
          <w:sz w:val="36"/>
          <w:szCs w:val="36"/>
        </w:rPr>
        <w:t>Bachelor of Digital Marketing</w:t>
      </w:r>
    </w:p>
    <w:p w14:paraId="642DB849" w14:textId="3AE0EDA8" w:rsidR="004E1753" w:rsidRDefault="004E1753" w:rsidP="004E1753">
      <w:pPr>
        <w:jc w:val="center"/>
        <w:rPr>
          <w:rtl/>
        </w:rPr>
      </w:pPr>
    </w:p>
    <w:p w14:paraId="4903A9C7" w14:textId="4047A038" w:rsidR="004E1753" w:rsidRDefault="004E1753" w:rsidP="004E1753">
      <w:pPr>
        <w:rPr>
          <w:rFonts w:ascii="Traditional Arabic" w:eastAsia="Traditional Arabic" w:hAnsi="Traditional Arabic"/>
          <w:b/>
          <w:sz w:val="40"/>
          <w:rtl/>
        </w:rPr>
      </w:pPr>
    </w:p>
    <w:p w14:paraId="2C95084B" w14:textId="65271FCC" w:rsidR="004E1753" w:rsidRPr="00553148" w:rsidRDefault="004E1753" w:rsidP="004E1753">
      <w:pPr>
        <w:jc w:val="center"/>
        <w:rPr>
          <w:rFonts w:ascii="Tempus Sans ITC" w:eastAsia="Traditional Arabic" w:hAnsi="Tempus Sans ITC"/>
          <w:sz w:val="40"/>
          <w:szCs w:val="40"/>
          <w:rtl/>
        </w:rPr>
      </w:pPr>
    </w:p>
    <w:p w14:paraId="026E4B7A" w14:textId="20121B2D" w:rsidR="004E1753" w:rsidRPr="00E43FA9" w:rsidRDefault="00E43FA9" w:rsidP="004E1753">
      <w:pPr>
        <w:jc w:val="center"/>
        <w:rPr>
          <w:rFonts w:asciiTheme="majorBidi" w:hAnsiTheme="majorBidi" w:cstheme="majorBidi"/>
          <w:sz w:val="30"/>
          <w:szCs w:val="30"/>
        </w:rPr>
      </w:pPr>
      <w:r w:rsidRPr="00E43FA9">
        <w:rPr>
          <w:rFonts w:asciiTheme="majorBidi" w:hAnsiTheme="majorBidi" w:cstheme="majorBidi"/>
          <w:sz w:val="30"/>
          <w:szCs w:val="30"/>
        </w:rPr>
        <w:t>Research submitted as part of the graduation project for the Bachelor of Digital Marketing program</w:t>
      </w:r>
    </w:p>
    <w:p w14:paraId="44A765A1" w14:textId="77777777" w:rsidR="004E1753" w:rsidRPr="004E1753" w:rsidRDefault="004E1753" w:rsidP="004E1753">
      <w:pPr>
        <w:jc w:val="center"/>
        <w:rPr>
          <w:rFonts w:ascii="Tempus Sans ITC" w:hAnsi="Tempus Sans ITC" w:cs="Arabic Typesetting"/>
          <w:i/>
          <w:iCs/>
          <w:sz w:val="16"/>
          <w:szCs w:val="16"/>
          <w:rtl/>
        </w:rPr>
      </w:pPr>
    </w:p>
    <w:p w14:paraId="5C522969" w14:textId="151CE172" w:rsidR="004E1753" w:rsidRPr="007A2B74" w:rsidRDefault="0043381C" w:rsidP="0043381C">
      <w:pPr>
        <w:jc w:val="center"/>
        <w:rPr>
          <w:rFonts w:asciiTheme="majorBidi" w:eastAsia="STFangsong" w:hAnsiTheme="majorBidi" w:cstheme="majorBidi"/>
          <w:i/>
          <w:iCs/>
          <w:sz w:val="48"/>
          <w:szCs w:val="48"/>
        </w:rPr>
      </w:pPr>
      <w:r w:rsidRPr="007A2B74">
        <w:rPr>
          <w:rFonts w:asciiTheme="majorBidi" w:eastAsia="STFangsong" w:hAnsiTheme="majorBidi" w:cstheme="majorBidi"/>
          <w:sz w:val="32"/>
          <w:szCs w:val="32"/>
        </w:rPr>
        <w:t>Research Title:</w:t>
      </w:r>
    </w:p>
    <w:p w14:paraId="72317369" w14:textId="77777777" w:rsidR="004E1753" w:rsidRPr="0043381C" w:rsidRDefault="004E1753" w:rsidP="004E1753">
      <w:pPr>
        <w:pStyle w:val="p1"/>
        <w:jc w:val="center"/>
        <w:rPr>
          <w:rFonts w:ascii="STFangsong" w:eastAsia="STFangsong" w:hAnsi="STFangsong"/>
          <w:sz w:val="32"/>
          <w:szCs w:val="32"/>
        </w:rPr>
      </w:pPr>
      <w:r w:rsidRPr="0043381C">
        <w:rPr>
          <w:rFonts w:ascii="STFangsong" w:eastAsia="STFangsong" w:hAnsi="STFangsong"/>
          <w:b/>
          <w:bCs/>
          <w:sz w:val="32"/>
          <w:szCs w:val="32"/>
        </w:rPr>
        <w:t>The Role of AI-Powered Chatbots in Enhancing Customer Experience and Facilitating Communication with Companies in the Kingdom of Saudi Arabia: A Field Study</w:t>
      </w:r>
    </w:p>
    <w:p w14:paraId="6E258AD6" w14:textId="77777777" w:rsidR="004E1753" w:rsidRPr="004E1753" w:rsidRDefault="004E1753" w:rsidP="004E1753">
      <w:pPr>
        <w:jc w:val="center"/>
        <w:rPr>
          <w:sz w:val="16"/>
          <w:szCs w:val="16"/>
          <w:lang w:val="en-GB"/>
        </w:rPr>
      </w:pPr>
    </w:p>
    <w:p w14:paraId="314C3226" w14:textId="77777777" w:rsidR="004E1753" w:rsidRPr="007A2B74" w:rsidRDefault="004E1753" w:rsidP="004E1753">
      <w:pPr>
        <w:rPr>
          <w:sz w:val="24"/>
          <w:szCs w:val="24"/>
        </w:rPr>
      </w:pPr>
    </w:p>
    <w:p w14:paraId="23ECEC9E" w14:textId="4C064D22" w:rsidR="007A2B74" w:rsidRPr="007A2B74" w:rsidRDefault="007A2B74" w:rsidP="007A2B74">
      <w:pPr>
        <w:spacing w:line="240" w:lineRule="auto"/>
        <w:jc w:val="center"/>
        <w:rPr>
          <w:rFonts w:eastAsia="Times New Roman" w:cs="Arial"/>
          <w:sz w:val="32"/>
          <w:szCs w:val="32"/>
        </w:rPr>
      </w:pPr>
      <w:r w:rsidRPr="007A2B74">
        <w:rPr>
          <w:rStyle w:val="af1"/>
          <w:rFonts w:ascii="Arial" w:hAnsi="Arial" w:cs="Arial"/>
          <w:b w:val="0"/>
          <w:bCs w:val="0"/>
          <w:sz w:val="32"/>
          <w:szCs w:val="32"/>
        </w:rPr>
        <w:t>Prepared by</w:t>
      </w:r>
      <w:r w:rsidRPr="00CA19C0">
        <w:rPr>
          <w:rStyle w:val="af1"/>
          <w:rFonts w:ascii="Arial" w:hAnsi="Arial" w:cs="Arial"/>
          <w:b w:val="0"/>
          <w:bCs w:val="0"/>
          <w:sz w:val="32"/>
          <w:szCs w:val="32"/>
        </w:rPr>
        <w:t>:</w:t>
      </w:r>
      <w:r w:rsidRPr="007A2B74">
        <w:rPr>
          <w:sz w:val="32"/>
          <w:szCs w:val="32"/>
        </w:rPr>
        <w:t xml:space="preserve"> </w:t>
      </w:r>
      <w:r>
        <w:rPr>
          <w:sz w:val="32"/>
          <w:szCs w:val="32"/>
        </w:rPr>
        <w:t>RUBA ALI AL-MESBAHI</w:t>
      </w:r>
    </w:p>
    <w:p w14:paraId="5F31943E" w14:textId="1D5368EC" w:rsidR="007A2B74" w:rsidRPr="007A2B74" w:rsidRDefault="007A2B74" w:rsidP="007A2B74">
      <w:pPr>
        <w:spacing w:line="240" w:lineRule="auto"/>
        <w:jc w:val="center"/>
        <w:rPr>
          <w:rFonts w:ascii="Arial" w:eastAsia="Times New Roman" w:hAnsi="Arial" w:cs="Arial"/>
          <w:sz w:val="32"/>
          <w:szCs w:val="32"/>
        </w:rPr>
      </w:pPr>
      <w:r w:rsidRPr="007A2B74">
        <w:rPr>
          <w:rFonts w:ascii="Arial" w:eastAsia="Times New Roman" w:hAnsi="Arial" w:cs="Arial"/>
          <w:sz w:val="32"/>
          <w:szCs w:val="32"/>
        </w:rPr>
        <w:t>Academic ID</w:t>
      </w:r>
      <w:r w:rsidRPr="00CA19C0">
        <w:rPr>
          <w:rFonts w:ascii="Arial" w:eastAsia="Times New Roman" w:hAnsi="Arial" w:cs="Arial"/>
          <w:sz w:val="32"/>
          <w:szCs w:val="32"/>
        </w:rPr>
        <w:t>:</w:t>
      </w:r>
      <w:r w:rsidRPr="007A2B74">
        <w:rPr>
          <w:rFonts w:ascii="Arial" w:eastAsia="Times New Roman" w:hAnsi="Arial" w:cs="Arial"/>
          <w:sz w:val="32"/>
          <w:szCs w:val="32"/>
        </w:rPr>
        <w:t xml:space="preserve"> 233001485</w:t>
      </w:r>
      <w:r w:rsidRPr="007A2B74">
        <w:rPr>
          <w:rFonts w:ascii="Arial" w:eastAsia="Times New Roman" w:hAnsi="Arial" w:cs="Arial"/>
          <w:sz w:val="32"/>
          <w:szCs w:val="32"/>
        </w:rPr>
        <w:br/>
      </w:r>
    </w:p>
    <w:p w14:paraId="1CD4345A" w14:textId="77777777" w:rsidR="004E1753" w:rsidRPr="007A2B74" w:rsidRDefault="004E1753" w:rsidP="004E1753">
      <w:pPr>
        <w:jc w:val="center"/>
        <w:rPr>
          <w:rFonts w:asciiTheme="minorBidi" w:eastAsia="Traditional Arabic" w:hAnsiTheme="minorBidi"/>
          <w:sz w:val="24"/>
          <w:szCs w:val="24"/>
          <w:rtl/>
        </w:rPr>
      </w:pPr>
    </w:p>
    <w:p w14:paraId="13E934B1" w14:textId="6EC90885" w:rsidR="004E1753" w:rsidRPr="007A2B74" w:rsidRDefault="007A2B74" w:rsidP="007A2B74">
      <w:pPr>
        <w:jc w:val="center"/>
        <w:rPr>
          <w:rFonts w:asciiTheme="minorBidi" w:eastAsia="Times New Roman" w:hAnsiTheme="minorBidi"/>
          <w:sz w:val="28"/>
          <w:szCs w:val="28"/>
          <w:rtl/>
        </w:rPr>
      </w:pPr>
      <w:r w:rsidRPr="007A2B74">
        <w:rPr>
          <w:rFonts w:asciiTheme="minorBidi" w:hAnsiTheme="minorBidi"/>
          <w:sz w:val="28"/>
          <w:szCs w:val="28"/>
        </w:rPr>
        <w:t>Supervised by</w:t>
      </w:r>
      <w:r w:rsidRPr="00E43FA9">
        <w:rPr>
          <w:rFonts w:asciiTheme="minorBidi" w:hAnsiTheme="minorBidi"/>
          <w:b/>
          <w:bCs/>
          <w:sz w:val="28"/>
          <w:szCs w:val="28"/>
        </w:rPr>
        <w:t>:</w:t>
      </w:r>
      <w:r w:rsidR="004E1753" w:rsidRPr="007A2B74">
        <w:rPr>
          <w:rFonts w:asciiTheme="minorBidi" w:eastAsia="Traditional Arabic" w:hAnsiTheme="minorBidi"/>
          <w:sz w:val="28"/>
          <w:szCs w:val="28"/>
        </w:rPr>
        <w:br/>
      </w:r>
      <w:r w:rsidRPr="007A2B74">
        <w:rPr>
          <w:rFonts w:asciiTheme="minorBidi" w:eastAsia="Times New Roman" w:hAnsiTheme="minorBidi"/>
          <w:sz w:val="28"/>
          <w:szCs w:val="28"/>
        </w:rPr>
        <w:t>Dr</w:t>
      </w:r>
      <w:r w:rsidRPr="00CA19C0">
        <w:rPr>
          <w:rFonts w:asciiTheme="minorBidi" w:eastAsia="Times New Roman" w:hAnsiTheme="minorBidi"/>
          <w:sz w:val="28"/>
          <w:szCs w:val="28"/>
        </w:rPr>
        <w:t>.</w:t>
      </w:r>
      <w:r w:rsidRPr="007A2B74">
        <w:rPr>
          <w:rFonts w:asciiTheme="minorBidi" w:eastAsia="Times New Roman" w:hAnsiTheme="minorBidi"/>
          <w:sz w:val="28"/>
          <w:szCs w:val="28"/>
        </w:rPr>
        <w:t xml:space="preserve"> Sherine Kedwani</w:t>
      </w:r>
      <w:r w:rsidRPr="007A2B74">
        <w:rPr>
          <w:rFonts w:asciiTheme="minorBidi" w:eastAsia="Times New Roman" w:hAnsiTheme="minorBidi"/>
          <w:sz w:val="28"/>
          <w:szCs w:val="28"/>
        </w:rPr>
        <w:br/>
      </w:r>
    </w:p>
    <w:p w14:paraId="1C019614" w14:textId="77777777" w:rsidR="004E1753" w:rsidRPr="007A2B74" w:rsidRDefault="004E1753" w:rsidP="004E1753">
      <w:pPr>
        <w:bidi/>
        <w:jc w:val="center"/>
        <w:rPr>
          <w:rFonts w:asciiTheme="minorBidi" w:hAnsiTheme="minorBidi"/>
          <w:sz w:val="24"/>
          <w:szCs w:val="24"/>
          <w:rtl/>
        </w:rPr>
      </w:pPr>
    </w:p>
    <w:p w14:paraId="46FD4E32" w14:textId="0738B5E0" w:rsidR="004E1753" w:rsidRPr="00281EB5" w:rsidRDefault="007A2B74" w:rsidP="004E1753">
      <w:pPr>
        <w:jc w:val="center"/>
        <w:rPr>
          <w:rFonts w:asciiTheme="minorBidi" w:hAnsiTheme="minorBidi"/>
          <w:sz w:val="24"/>
          <w:szCs w:val="24"/>
        </w:rPr>
      </w:pPr>
      <w:r w:rsidRPr="00281EB5">
        <w:rPr>
          <w:rFonts w:asciiTheme="minorBidi" w:hAnsiTheme="minorBidi"/>
          <w:sz w:val="24"/>
          <w:szCs w:val="24"/>
        </w:rPr>
        <w:t>Second Semester / 1447 AH – 2026 AD</w:t>
      </w:r>
    </w:p>
    <w:p w14:paraId="563B780C" w14:textId="2BA6998C" w:rsidR="002C38AF" w:rsidRPr="00331E77" w:rsidRDefault="002C38AF" w:rsidP="002C38AF">
      <w:pPr>
        <w:jc w:val="center"/>
        <w:rPr>
          <w:rFonts w:cs="Old Antic Bold"/>
          <w:b/>
          <w:bCs/>
          <w:sz w:val="96"/>
          <w:szCs w:val="96"/>
        </w:rPr>
      </w:pPr>
      <w:r w:rsidRPr="00331E77">
        <w:rPr>
          <w:rFonts w:cs="Old Antic Bold" w:hint="cs"/>
          <w:b/>
          <w:bCs/>
          <w:sz w:val="96"/>
          <w:szCs w:val="96"/>
          <w:rtl/>
        </w:rPr>
        <w:lastRenderedPageBreak/>
        <w:t>شكر وتقدير</w:t>
      </w:r>
    </w:p>
    <w:p w14:paraId="2C1E0893" w14:textId="77777777" w:rsidR="002120C2" w:rsidRPr="002120C2" w:rsidRDefault="00205114" w:rsidP="00205114">
      <w:pPr>
        <w:jc w:val="center"/>
        <w:rPr>
          <w:rFonts w:cs="Akhbar MT"/>
          <w:b/>
          <w:bCs/>
          <w:sz w:val="40"/>
          <w:szCs w:val="40"/>
          <w:rtl/>
        </w:rPr>
      </w:pPr>
      <w:r w:rsidRPr="002120C2">
        <w:rPr>
          <w:rFonts w:ascii="Sakkal Majalla" w:hAnsi="Sakkal Majalla" w:cs="Sakkal Majalla" w:hint="cs"/>
          <w:b/>
          <w:bCs/>
          <w:sz w:val="40"/>
          <w:szCs w:val="40"/>
          <w:rtl/>
        </w:rPr>
        <w:t>﴿</w:t>
      </w:r>
      <w:r w:rsidRPr="002120C2">
        <w:rPr>
          <w:rFonts w:cs="Akhbar MT"/>
          <w:b/>
          <w:bCs/>
          <w:sz w:val="40"/>
          <w:szCs w:val="40"/>
          <w:rtl/>
        </w:rPr>
        <w:t xml:space="preserve"> </w:t>
      </w:r>
      <w:r w:rsidRPr="002120C2">
        <w:rPr>
          <w:rFonts w:cs="Akhbar MT" w:hint="cs"/>
          <w:b/>
          <w:bCs/>
          <w:sz w:val="40"/>
          <w:szCs w:val="40"/>
          <w:rtl/>
        </w:rPr>
        <w:t>وَاللَّهُ</w:t>
      </w:r>
      <w:r w:rsidRPr="002120C2">
        <w:rPr>
          <w:rFonts w:cs="Akhbar MT"/>
          <w:b/>
          <w:bCs/>
          <w:sz w:val="40"/>
          <w:szCs w:val="40"/>
          <w:rtl/>
        </w:rPr>
        <w:t xml:space="preserve"> </w:t>
      </w:r>
      <w:r w:rsidRPr="002120C2">
        <w:rPr>
          <w:rFonts w:cs="Akhbar MT" w:hint="cs"/>
          <w:b/>
          <w:bCs/>
          <w:sz w:val="40"/>
          <w:szCs w:val="40"/>
          <w:rtl/>
        </w:rPr>
        <w:t>أَخْرَجَكُمْ</w:t>
      </w:r>
      <w:r w:rsidRPr="002120C2">
        <w:rPr>
          <w:rFonts w:cs="Akhbar MT"/>
          <w:b/>
          <w:bCs/>
          <w:sz w:val="40"/>
          <w:szCs w:val="40"/>
          <w:rtl/>
        </w:rPr>
        <w:t xml:space="preserve"> </w:t>
      </w:r>
      <w:r w:rsidRPr="002120C2">
        <w:rPr>
          <w:rFonts w:cs="Akhbar MT" w:hint="cs"/>
          <w:b/>
          <w:bCs/>
          <w:sz w:val="40"/>
          <w:szCs w:val="40"/>
          <w:rtl/>
        </w:rPr>
        <w:t>مِنْ</w:t>
      </w:r>
      <w:r w:rsidRPr="002120C2">
        <w:rPr>
          <w:rFonts w:cs="Akhbar MT"/>
          <w:b/>
          <w:bCs/>
          <w:sz w:val="40"/>
          <w:szCs w:val="40"/>
          <w:rtl/>
        </w:rPr>
        <w:t xml:space="preserve"> </w:t>
      </w:r>
      <w:r w:rsidRPr="002120C2">
        <w:rPr>
          <w:rFonts w:cs="Akhbar MT" w:hint="cs"/>
          <w:b/>
          <w:bCs/>
          <w:sz w:val="40"/>
          <w:szCs w:val="40"/>
          <w:rtl/>
        </w:rPr>
        <w:t>بُطُونِ</w:t>
      </w:r>
      <w:r w:rsidRPr="002120C2">
        <w:rPr>
          <w:rFonts w:cs="Akhbar MT"/>
          <w:b/>
          <w:bCs/>
          <w:sz w:val="40"/>
          <w:szCs w:val="40"/>
          <w:rtl/>
        </w:rPr>
        <w:t xml:space="preserve"> </w:t>
      </w:r>
      <w:r w:rsidRPr="002120C2">
        <w:rPr>
          <w:rFonts w:cs="Akhbar MT" w:hint="cs"/>
          <w:b/>
          <w:bCs/>
          <w:sz w:val="40"/>
          <w:szCs w:val="40"/>
          <w:rtl/>
        </w:rPr>
        <w:t>أُمَّهَاتِكُمْ</w:t>
      </w:r>
      <w:r w:rsidRPr="002120C2">
        <w:rPr>
          <w:rFonts w:cs="Akhbar MT"/>
          <w:b/>
          <w:bCs/>
          <w:sz w:val="40"/>
          <w:szCs w:val="40"/>
          <w:rtl/>
        </w:rPr>
        <w:t xml:space="preserve"> </w:t>
      </w:r>
      <w:r w:rsidRPr="002120C2">
        <w:rPr>
          <w:rFonts w:cs="Akhbar MT" w:hint="cs"/>
          <w:b/>
          <w:bCs/>
          <w:sz w:val="40"/>
          <w:szCs w:val="40"/>
          <w:rtl/>
        </w:rPr>
        <w:t>لَا</w:t>
      </w:r>
      <w:r w:rsidRPr="002120C2">
        <w:rPr>
          <w:rFonts w:cs="Akhbar MT"/>
          <w:b/>
          <w:bCs/>
          <w:sz w:val="40"/>
          <w:szCs w:val="40"/>
          <w:rtl/>
        </w:rPr>
        <w:t xml:space="preserve"> </w:t>
      </w:r>
      <w:r w:rsidRPr="002120C2">
        <w:rPr>
          <w:rFonts w:cs="Akhbar MT" w:hint="cs"/>
          <w:b/>
          <w:bCs/>
          <w:sz w:val="40"/>
          <w:szCs w:val="40"/>
          <w:rtl/>
        </w:rPr>
        <w:t>تَعْلَمُونَ</w:t>
      </w:r>
      <w:r w:rsidRPr="002120C2">
        <w:rPr>
          <w:rFonts w:cs="Akhbar MT"/>
          <w:b/>
          <w:bCs/>
          <w:sz w:val="40"/>
          <w:szCs w:val="40"/>
          <w:rtl/>
        </w:rPr>
        <w:t xml:space="preserve"> </w:t>
      </w:r>
      <w:r w:rsidRPr="002120C2">
        <w:rPr>
          <w:rFonts w:cs="Akhbar MT" w:hint="cs"/>
          <w:b/>
          <w:bCs/>
          <w:sz w:val="40"/>
          <w:szCs w:val="40"/>
          <w:rtl/>
        </w:rPr>
        <w:t>شَيْئًا</w:t>
      </w:r>
      <w:r w:rsidRPr="002120C2">
        <w:rPr>
          <w:rFonts w:cs="Akhbar MT"/>
          <w:b/>
          <w:bCs/>
          <w:sz w:val="40"/>
          <w:szCs w:val="40"/>
          <w:rtl/>
        </w:rPr>
        <w:t xml:space="preserve"> </w:t>
      </w:r>
      <w:r w:rsidRPr="002120C2">
        <w:rPr>
          <w:rFonts w:cs="Akhbar MT" w:hint="cs"/>
          <w:b/>
          <w:bCs/>
          <w:sz w:val="40"/>
          <w:szCs w:val="40"/>
          <w:rtl/>
        </w:rPr>
        <w:t>وَجَعَلَ</w:t>
      </w:r>
      <w:r w:rsidRPr="002120C2">
        <w:rPr>
          <w:rFonts w:cs="Akhbar MT"/>
          <w:b/>
          <w:bCs/>
          <w:sz w:val="40"/>
          <w:szCs w:val="40"/>
          <w:rtl/>
        </w:rPr>
        <w:t xml:space="preserve"> </w:t>
      </w:r>
      <w:r w:rsidRPr="002120C2">
        <w:rPr>
          <w:rFonts w:cs="Akhbar MT" w:hint="cs"/>
          <w:b/>
          <w:bCs/>
          <w:sz w:val="40"/>
          <w:szCs w:val="40"/>
          <w:rtl/>
        </w:rPr>
        <w:t>لَكُمُ</w:t>
      </w:r>
      <w:r w:rsidRPr="002120C2">
        <w:rPr>
          <w:rFonts w:cs="Akhbar MT"/>
          <w:b/>
          <w:bCs/>
          <w:sz w:val="40"/>
          <w:szCs w:val="40"/>
          <w:rtl/>
        </w:rPr>
        <w:t xml:space="preserve"> </w:t>
      </w:r>
      <w:r w:rsidRPr="002120C2">
        <w:rPr>
          <w:rFonts w:cs="Akhbar MT" w:hint="cs"/>
          <w:b/>
          <w:bCs/>
          <w:sz w:val="40"/>
          <w:szCs w:val="40"/>
          <w:rtl/>
        </w:rPr>
        <w:t>السَّمْعَ</w:t>
      </w:r>
      <w:r w:rsidRPr="002120C2">
        <w:rPr>
          <w:rFonts w:cs="Akhbar MT"/>
          <w:b/>
          <w:bCs/>
          <w:sz w:val="40"/>
          <w:szCs w:val="40"/>
          <w:rtl/>
        </w:rPr>
        <w:t xml:space="preserve"> </w:t>
      </w:r>
      <w:r w:rsidRPr="002120C2">
        <w:rPr>
          <w:rFonts w:cs="Akhbar MT" w:hint="cs"/>
          <w:b/>
          <w:bCs/>
          <w:sz w:val="40"/>
          <w:szCs w:val="40"/>
          <w:rtl/>
        </w:rPr>
        <w:t>وَالْأَبْصَارَ</w:t>
      </w:r>
    </w:p>
    <w:p w14:paraId="5295EA0D" w14:textId="362E5FCD" w:rsidR="00205114" w:rsidRPr="002120C2" w:rsidRDefault="00205114" w:rsidP="00205114">
      <w:pPr>
        <w:jc w:val="center"/>
        <w:rPr>
          <w:rFonts w:cs="Akhbar MT"/>
          <w:b/>
          <w:bCs/>
          <w:sz w:val="40"/>
          <w:szCs w:val="40"/>
        </w:rPr>
      </w:pPr>
      <w:r w:rsidRPr="002120C2">
        <w:rPr>
          <w:rFonts w:cs="Akhbar MT"/>
          <w:b/>
          <w:bCs/>
          <w:sz w:val="40"/>
          <w:szCs w:val="40"/>
          <w:rtl/>
        </w:rPr>
        <w:t xml:space="preserve"> </w:t>
      </w:r>
      <w:r w:rsidRPr="002120C2">
        <w:rPr>
          <w:rFonts w:cs="Akhbar MT" w:hint="cs"/>
          <w:b/>
          <w:bCs/>
          <w:sz w:val="40"/>
          <w:szCs w:val="40"/>
          <w:rtl/>
        </w:rPr>
        <w:t>وَالْأَفْئِدَةَ</w:t>
      </w:r>
      <w:r w:rsidRPr="002120C2">
        <w:rPr>
          <w:rFonts w:cs="Akhbar MT"/>
          <w:b/>
          <w:bCs/>
          <w:sz w:val="40"/>
          <w:szCs w:val="40"/>
          <w:rtl/>
        </w:rPr>
        <w:t xml:space="preserve"> </w:t>
      </w:r>
      <w:r w:rsidRPr="002120C2">
        <w:rPr>
          <w:rFonts w:cs="Akhbar MT" w:hint="cs"/>
          <w:b/>
          <w:bCs/>
          <w:sz w:val="40"/>
          <w:szCs w:val="40"/>
          <w:rtl/>
        </w:rPr>
        <w:t>لَعَلَّكُمْ</w:t>
      </w:r>
      <w:r w:rsidRPr="002120C2">
        <w:rPr>
          <w:rFonts w:cs="Akhbar MT"/>
          <w:b/>
          <w:bCs/>
          <w:sz w:val="40"/>
          <w:szCs w:val="40"/>
          <w:rtl/>
        </w:rPr>
        <w:t xml:space="preserve"> </w:t>
      </w:r>
      <w:r w:rsidRPr="002120C2">
        <w:rPr>
          <w:rFonts w:cs="Akhbar MT" w:hint="cs"/>
          <w:b/>
          <w:bCs/>
          <w:sz w:val="40"/>
          <w:szCs w:val="40"/>
          <w:rtl/>
        </w:rPr>
        <w:t>تَشْكُرُونَ</w:t>
      </w:r>
      <w:r w:rsidRPr="002120C2">
        <w:rPr>
          <w:rFonts w:cs="Akhbar MT"/>
          <w:b/>
          <w:bCs/>
          <w:sz w:val="40"/>
          <w:szCs w:val="40"/>
          <w:rtl/>
        </w:rPr>
        <w:t xml:space="preserve"> </w:t>
      </w:r>
      <w:r w:rsidRPr="002120C2">
        <w:rPr>
          <w:rFonts w:ascii="Sakkal Majalla" w:hAnsi="Sakkal Majalla" w:cs="Sakkal Majalla" w:hint="cs"/>
          <w:b/>
          <w:bCs/>
          <w:sz w:val="40"/>
          <w:szCs w:val="40"/>
          <w:rtl/>
        </w:rPr>
        <w:t>﴾</w:t>
      </w:r>
      <w:r w:rsidRPr="002120C2">
        <w:rPr>
          <w:rFonts w:cs="Akhbar MT"/>
          <w:b/>
          <w:bCs/>
          <w:sz w:val="40"/>
          <w:szCs w:val="40"/>
          <w:rtl/>
        </w:rPr>
        <w:t xml:space="preserve"> [</w:t>
      </w:r>
      <w:r w:rsidRPr="002120C2">
        <w:rPr>
          <w:rFonts w:cs="Akhbar MT" w:hint="cs"/>
          <w:b/>
          <w:bCs/>
          <w:sz w:val="40"/>
          <w:szCs w:val="40"/>
          <w:rtl/>
        </w:rPr>
        <w:t>النحل</w:t>
      </w:r>
      <w:r w:rsidRPr="002120C2">
        <w:rPr>
          <w:rFonts w:cs="Akhbar MT"/>
          <w:b/>
          <w:bCs/>
          <w:sz w:val="40"/>
          <w:szCs w:val="40"/>
          <w:rtl/>
        </w:rPr>
        <w:t>: 78]</w:t>
      </w:r>
    </w:p>
    <w:p w14:paraId="5C40CCE9" w14:textId="77777777" w:rsidR="00205114" w:rsidRPr="002120C2" w:rsidRDefault="00205114" w:rsidP="00205114">
      <w:pPr>
        <w:jc w:val="center"/>
        <w:rPr>
          <w:rFonts w:asciiTheme="majorHAnsi" w:hAnsiTheme="majorHAnsi" w:cs="DecoType Naskh"/>
          <w:sz w:val="36"/>
          <w:szCs w:val="36"/>
        </w:rPr>
      </w:pPr>
    </w:p>
    <w:p w14:paraId="3D01FED4" w14:textId="0559C1B8" w:rsidR="00205114" w:rsidRPr="002120C2" w:rsidRDefault="00205114" w:rsidP="00420079">
      <w:pPr>
        <w:bidi/>
        <w:jc w:val="both"/>
        <w:rPr>
          <w:rFonts w:asciiTheme="majorHAnsi" w:hAnsiTheme="majorHAnsi" w:cs="DecoType Naskh"/>
          <w:sz w:val="36"/>
          <w:szCs w:val="36"/>
        </w:rPr>
      </w:pPr>
      <w:r w:rsidRPr="002120C2">
        <w:rPr>
          <w:rFonts w:asciiTheme="majorHAnsi" w:hAnsiTheme="majorHAnsi" w:cs="DecoType Naskh"/>
          <w:sz w:val="36"/>
          <w:szCs w:val="36"/>
          <w:rtl/>
        </w:rPr>
        <w:t>أولاً وأخيراً، الحمد والشكر لله رب العالمين الذي يسّر إتمام هذا العمل ووفّقني له، وأتقدم بخالص الامتنان إلى عائلتي العزيزة الذين كانوا السند الحقيقي في حياتي ولم يبخلوا عليّ بدعم أو دعاء فجزاهم الله خيراً مما يستحقونه من العرفان</w:t>
      </w:r>
      <w:r w:rsidR="002120C2" w:rsidRPr="002120C2">
        <w:rPr>
          <w:rFonts w:asciiTheme="majorHAnsi" w:hAnsiTheme="majorHAnsi" w:cs="DecoType Naskh"/>
          <w:sz w:val="36"/>
          <w:szCs w:val="36"/>
          <w:rtl/>
        </w:rPr>
        <w:t>.</w:t>
      </w:r>
      <w:r w:rsidRPr="002120C2">
        <w:rPr>
          <w:rFonts w:asciiTheme="majorHAnsi" w:hAnsiTheme="majorHAnsi" w:cs="DecoType Naskh"/>
          <w:sz w:val="36"/>
          <w:szCs w:val="36"/>
        </w:rPr>
        <w:t>.</w:t>
      </w:r>
    </w:p>
    <w:p w14:paraId="7CF2DFF3" w14:textId="1CC284FA" w:rsidR="00205114" w:rsidRPr="002120C2" w:rsidRDefault="00205114" w:rsidP="00420079">
      <w:pPr>
        <w:bidi/>
        <w:jc w:val="both"/>
        <w:rPr>
          <w:rFonts w:asciiTheme="majorHAnsi" w:hAnsiTheme="majorHAnsi" w:cs="DecoType Naskh"/>
          <w:sz w:val="36"/>
          <w:szCs w:val="36"/>
        </w:rPr>
      </w:pPr>
      <w:r w:rsidRPr="002120C2">
        <w:rPr>
          <w:rFonts w:asciiTheme="majorHAnsi" w:hAnsiTheme="majorHAnsi" w:cs="DecoType Naskh"/>
          <w:sz w:val="36"/>
          <w:szCs w:val="36"/>
          <w:rtl/>
        </w:rPr>
        <w:t xml:space="preserve">كما أتقدم بجزيل الشكر والتقدير إلى جميع منسوبي جامعة ميدأوشن فرع الإمارات من دكاترة وإداريين الذين </w:t>
      </w:r>
      <w:r w:rsidR="002120C2">
        <w:rPr>
          <w:rFonts w:asciiTheme="majorHAnsi" w:hAnsiTheme="majorHAnsi" w:cs="DecoType Naskh" w:hint="cs"/>
          <w:sz w:val="36"/>
          <w:szCs w:val="36"/>
          <w:rtl/>
        </w:rPr>
        <w:t>لم ي</w:t>
      </w:r>
      <w:r w:rsidRPr="002120C2">
        <w:rPr>
          <w:rFonts w:asciiTheme="majorHAnsi" w:hAnsiTheme="majorHAnsi" w:cs="DecoType Naskh"/>
          <w:sz w:val="36"/>
          <w:szCs w:val="36"/>
          <w:rtl/>
        </w:rPr>
        <w:t>ألوا جهداً في تعليمي وإثراء محصلتي الفكرية</w:t>
      </w:r>
      <w:r w:rsidR="002120C2" w:rsidRPr="002120C2">
        <w:rPr>
          <w:rFonts w:asciiTheme="majorHAnsi" w:hAnsiTheme="majorHAnsi" w:cs="DecoType Naskh"/>
          <w:sz w:val="36"/>
          <w:szCs w:val="36"/>
          <w:rtl/>
        </w:rPr>
        <w:t>.</w:t>
      </w:r>
    </w:p>
    <w:p w14:paraId="4A51EF5B" w14:textId="5331FEBC" w:rsidR="002C38AF" w:rsidRDefault="00205114" w:rsidP="00420079">
      <w:pPr>
        <w:bidi/>
        <w:jc w:val="both"/>
        <w:rPr>
          <w:rFonts w:asciiTheme="majorHAnsi" w:hAnsiTheme="majorHAnsi" w:cs="DecoType Naskh"/>
          <w:sz w:val="36"/>
          <w:szCs w:val="36"/>
          <w:rtl/>
        </w:rPr>
      </w:pPr>
      <w:r w:rsidRPr="002120C2">
        <w:rPr>
          <w:rFonts w:asciiTheme="majorHAnsi" w:hAnsiTheme="majorHAnsi" w:cs="DecoType Naskh"/>
          <w:sz w:val="36"/>
          <w:szCs w:val="36"/>
        </w:rPr>
        <w:t xml:space="preserve"> </w:t>
      </w:r>
      <w:r w:rsidRPr="002120C2">
        <w:rPr>
          <w:rFonts w:asciiTheme="majorHAnsi" w:hAnsiTheme="majorHAnsi" w:cs="DecoType Naskh"/>
          <w:sz w:val="36"/>
          <w:szCs w:val="36"/>
          <w:rtl/>
        </w:rPr>
        <w:t xml:space="preserve">وأخص بالذكر الدكتورة </w:t>
      </w:r>
      <w:r w:rsidR="00191915">
        <w:rPr>
          <w:rFonts w:asciiTheme="majorHAnsi" w:hAnsiTheme="majorHAnsi" w:cs="DecoType Naskh" w:hint="cs"/>
          <w:sz w:val="36"/>
          <w:szCs w:val="36"/>
          <w:rtl/>
        </w:rPr>
        <w:t xml:space="preserve">شيرين كدواني </w:t>
      </w:r>
      <w:r w:rsidRPr="002120C2">
        <w:rPr>
          <w:rFonts w:asciiTheme="majorHAnsi" w:hAnsiTheme="majorHAnsi" w:cs="DecoType Naskh"/>
          <w:sz w:val="36"/>
          <w:szCs w:val="36"/>
          <w:rtl/>
        </w:rPr>
        <w:t>التي كانت نموذجاً في العطاء والتوجيه فلم تخلُ عليّ بمعلومة وكان لمتابعتها وتفانيها الأثر الأكبر في إخراج هذا المشروع بالصورة التي هو عليها</w:t>
      </w:r>
      <w:r w:rsidR="002120C2" w:rsidRPr="002120C2">
        <w:rPr>
          <w:rFonts w:asciiTheme="majorHAnsi" w:hAnsiTheme="majorHAnsi" w:cs="DecoType Naskh"/>
          <w:sz w:val="36"/>
          <w:szCs w:val="36"/>
          <w:rtl/>
        </w:rPr>
        <w:t>.</w:t>
      </w:r>
      <w:r w:rsidRPr="002120C2">
        <w:rPr>
          <w:rFonts w:asciiTheme="majorHAnsi" w:hAnsiTheme="majorHAnsi" w:cs="DecoType Naskh"/>
          <w:sz w:val="36"/>
          <w:szCs w:val="36"/>
        </w:rPr>
        <w:t>.</w:t>
      </w:r>
    </w:p>
    <w:p w14:paraId="40065C2C" w14:textId="4F0AD0B6" w:rsidR="00F82245" w:rsidRDefault="00F82245" w:rsidP="00F82245">
      <w:pPr>
        <w:bidi/>
        <w:jc w:val="both"/>
        <w:rPr>
          <w:rFonts w:asciiTheme="majorHAnsi" w:hAnsiTheme="majorHAnsi" w:cs="DecoType Naskh"/>
          <w:sz w:val="36"/>
          <w:szCs w:val="36"/>
          <w:rtl/>
        </w:rPr>
      </w:pPr>
    </w:p>
    <w:p w14:paraId="7E26674C" w14:textId="77777777" w:rsidR="00F82245" w:rsidRPr="006975ED" w:rsidRDefault="00F82245" w:rsidP="00F82245">
      <w:pPr>
        <w:jc w:val="right"/>
        <w:rPr>
          <w:rFonts w:ascii="Simplified Arabic" w:hAnsi="Simplified Arabic" w:cs="Simplified Arabic"/>
          <w:b/>
          <w:bCs/>
          <w:sz w:val="36"/>
          <w:szCs w:val="36"/>
        </w:rPr>
      </w:pPr>
      <w:r w:rsidRPr="006975ED">
        <w:rPr>
          <w:rFonts w:ascii="Simplified Arabic" w:hAnsi="Simplified Arabic" w:cs="Simplified Arabic"/>
          <w:b/>
          <w:bCs/>
          <w:sz w:val="36"/>
          <w:szCs w:val="36"/>
          <w:rtl/>
        </w:rPr>
        <w:lastRenderedPageBreak/>
        <w:t>ملخص الدراسة:</w:t>
      </w:r>
    </w:p>
    <w:p w14:paraId="2255D5C8" w14:textId="77777777" w:rsidR="00F82245" w:rsidRPr="00310B55" w:rsidRDefault="00F82245" w:rsidP="00F82245">
      <w:pPr>
        <w:jc w:val="right"/>
        <w:rPr>
          <w:rFonts w:ascii="Simplified Arabic" w:hAnsi="Simplified Arabic" w:cs="Simplified Arabic"/>
          <w:b/>
          <w:bCs/>
          <w:sz w:val="32"/>
          <w:szCs w:val="32"/>
        </w:rPr>
      </w:pPr>
    </w:p>
    <w:p w14:paraId="51F72735" w14:textId="290C7B76" w:rsidR="00F82245" w:rsidRPr="00310B55" w:rsidRDefault="00F82245" w:rsidP="00F82245">
      <w:pPr>
        <w:bidi/>
        <w:spacing w:line="360" w:lineRule="auto"/>
        <w:jc w:val="both"/>
        <w:rPr>
          <w:rFonts w:ascii="Simplified Arabic" w:hAnsi="Simplified Arabic" w:cs="Simplified Arabic"/>
          <w:sz w:val="28"/>
          <w:szCs w:val="28"/>
          <w:rtl/>
        </w:rPr>
      </w:pPr>
      <w:r w:rsidRPr="00310B55">
        <w:rPr>
          <w:rFonts w:ascii="Simplified Arabic" w:hAnsi="Simplified Arabic" w:cs="Simplified Arabic"/>
          <w:sz w:val="28"/>
          <w:szCs w:val="28"/>
          <w:rtl/>
        </w:rPr>
        <w:t xml:space="preserve">     هدفت الدراسة الحالية إلى التعرف على دور الشات بوت المعتمد على الذكاء الاصطناعي في تحسين تجربة العملاء وتسهيل التواصل مع الشركات في المملكة العربية السعودية، بالتطبيق على عينة عمدية ممثلة قوامها (</w:t>
      </w:r>
      <w:r w:rsidR="00310B55">
        <w:rPr>
          <w:rFonts w:ascii="Simplified Arabic" w:hAnsi="Simplified Arabic" w:cs="Simplified Arabic" w:hint="cs"/>
          <w:sz w:val="28"/>
          <w:szCs w:val="28"/>
          <w:rtl/>
        </w:rPr>
        <w:t>288</w:t>
      </w:r>
      <w:r w:rsidRPr="00310B55">
        <w:rPr>
          <w:rFonts w:ascii="Simplified Arabic" w:hAnsi="Simplified Arabic" w:cs="Simplified Arabic"/>
          <w:sz w:val="28"/>
          <w:szCs w:val="28"/>
          <w:rtl/>
        </w:rPr>
        <w:t>) مبحوثاً من المستهلكين الرقميين عبر منهج المسح واستمارة الاستبيان الإلكتروني كأداة رئيسة لجمع البيانات.</w:t>
      </w:r>
    </w:p>
    <w:p w14:paraId="11A7F605" w14:textId="77777777" w:rsidR="00F82245" w:rsidRPr="00310B55" w:rsidRDefault="00F82245" w:rsidP="00F82245">
      <w:pPr>
        <w:bidi/>
        <w:spacing w:line="360" w:lineRule="auto"/>
        <w:jc w:val="both"/>
        <w:rPr>
          <w:rFonts w:ascii="Simplified Arabic" w:hAnsi="Simplified Arabic" w:cs="Simplified Arabic"/>
          <w:sz w:val="28"/>
          <w:szCs w:val="28"/>
          <w:rtl/>
        </w:rPr>
      </w:pPr>
      <w:r w:rsidRPr="00310B55">
        <w:rPr>
          <w:rFonts w:ascii="Simplified Arabic" w:hAnsi="Simplified Arabic" w:cs="Simplified Arabic"/>
          <w:sz w:val="28"/>
          <w:szCs w:val="28"/>
          <w:rtl/>
        </w:rPr>
        <w:t xml:space="preserve">     وقد أظهرت نتائج الدراسة أن النمط السائد لاستخدام الشات بوت بين المبحوثين يتسم بالطبيعة النفعية والعملية؛ حيث يلجأ أغلبية الجمهور للمساعد الذكي عند نشوء حاجة اتصالية ملحة للحصول على معلومات فورية وسريعة، وتحديداً في قطاعات المتاجر الإلكترونية والبنوك وشركات الاتصالات للاستفسار عن المنتجات وتتبع حالة الشحنات وتوفير الأسعار باختصار للوقت والجهد.</w:t>
      </w:r>
    </w:p>
    <w:p w14:paraId="26D708ED" w14:textId="7989BC51" w:rsidR="00F82245" w:rsidRPr="00310B55" w:rsidRDefault="00F82245" w:rsidP="00310B55">
      <w:pPr>
        <w:bidi/>
        <w:spacing w:line="360" w:lineRule="auto"/>
        <w:jc w:val="both"/>
        <w:rPr>
          <w:rFonts w:ascii="Simplified Arabic" w:hAnsi="Simplified Arabic" w:cs="Simplified Arabic"/>
          <w:sz w:val="28"/>
          <w:szCs w:val="28"/>
        </w:rPr>
      </w:pPr>
      <w:r w:rsidRPr="00310B55">
        <w:rPr>
          <w:rFonts w:ascii="Simplified Arabic" w:hAnsi="Simplified Arabic" w:cs="Simplified Arabic"/>
          <w:sz w:val="28"/>
          <w:szCs w:val="28"/>
          <w:rtl/>
        </w:rPr>
        <w:t xml:space="preserve">     وأكدت الدراسة أن نقاط الاتصال الذكية نجحت بامتياز في هندسة وتسهيل قنوات الاتصال المؤسسي وتوطين الخدمة الذاتية المرنة المتاحة على مدار الساعة، مع أهمية معالجة تحديات الجمود التكنولوجي وقصور فهم السياقات البشرية المعقدة لبعض البرمجيات، وضرورة توفير خيارات التحويل السلس والمباشر للعنصر البشري لضمان تحويل الرضا النفعي المؤقت إلى ولاء عاطفي مستدام ورغبة في تكرار التعامل طويل الأجل مع الشركات.</w:t>
      </w:r>
    </w:p>
    <w:p w14:paraId="5C90D06F" w14:textId="77777777" w:rsidR="00F82245" w:rsidRPr="00310B55" w:rsidRDefault="00F82245" w:rsidP="00F82245">
      <w:pPr>
        <w:rPr>
          <w:rFonts w:ascii="Simplified Arabic" w:hAnsi="Simplified Arabic" w:cs="Simplified Arabic"/>
          <w:sz w:val="24"/>
          <w:szCs w:val="24"/>
        </w:rPr>
      </w:pPr>
    </w:p>
    <w:p w14:paraId="3A991874" w14:textId="77777777" w:rsidR="00F82245" w:rsidRPr="00310B55" w:rsidRDefault="00F82245" w:rsidP="00F82245">
      <w:pPr>
        <w:bidi/>
        <w:jc w:val="both"/>
        <w:rPr>
          <w:rFonts w:ascii="Simplified Arabic" w:hAnsi="Simplified Arabic" w:cs="Simplified Arabic"/>
          <w:b/>
          <w:bCs/>
          <w:sz w:val="28"/>
          <w:szCs w:val="28"/>
          <w:rtl/>
        </w:rPr>
      </w:pPr>
      <w:r w:rsidRPr="00310B55">
        <w:rPr>
          <w:rFonts w:ascii="Simplified Arabic" w:hAnsi="Simplified Arabic" w:cs="Simplified Arabic"/>
          <w:b/>
          <w:bCs/>
          <w:sz w:val="28"/>
          <w:szCs w:val="28"/>
          <w:rtl/>
        </w:rPr>
        <w:t xml:space="preserve">الكلمات المفتاحية: </w:t>
      </w:r>
      <w:r w:rsidRPr="00310B55">
        <w:rPr>
          <w:rFonts w:ascii="Simplified Arabic" w:hAnsi="Simplified Arabic" w:cs="Simplified Arabic"/>
          <w:sz w:val="28"/>
          <w:szCs w:val="28"/>
          <w:rtl/>
        </w:rPr>
        <w:t>الشات بوت، تجربة العملاء، الذكاء الاصطناعي</w:t>
      </w:r>
      <w:r w:rsidRPr="00310B55">
        <w:rPr>
          <w:rFonts w:ascii="Simplified Arabic" w:hAnsi="Simplified Arabic" w:cs="Simplified Arabic"/>
          <w:sz w:val="28"/>
          <w:szCs w:val="28"/>
        </w:rPr>
        <w:t>.</w:t>
      </w:r>
    </w:p>
    <w:p w14:paraId="606BF1EB" w14:textId="257444C6" w:rsidR="00F82245" w:rsidRDefault="00F82245" w:rsidP="00F82245">
      <w:pPr>
        <w:rPr>
          <w:sz w:val="24"/>
          <w:szCs w:val="24"/>
        </w:rPr>
      </w:pPr>
    </w:p>
    <w:p w14:paraId="787F1D25" w14:textId="77777777" w:rsidR="00B3368D" w:rsidRDefault="00B3368D" w:rsidP="00F82245">
      <w:pPr>
        <w:rPr>
          <w:sz w:val="24"/>
          <w:szCs w:val="24"/>
        </w:rPr>
      </w:pPr>
    </w:p>
    <w:p w14:paraId="282CA9AD" w14:textId="77777777" w:rsidR="00F82245" w:rsidRPr="00B62C6F" w:rsidRDefault="00F82245" w:rsidP="00310B55">
      <w:pPr>
        <w:rPr>
          <w:rFonts w:ascii="Simplified Arabic" w:hAnsi="Simplified Arabic" w:cs="Simplified Arabic"/>
          <w:sz w:val="36"/>
          <w:szCs w:val="36"/>
        </w:rPr>
      </w:pPr>
      <w:r w:rsidRPr="00B62C6F">
        <w:rPr>
          <w:rFonts w:ascii="Simplified Arabic" w:hAnsi="Simplified Arabic" w:cs="Simplified Arabic"/>
          <w:sz w:val="36"/>
          <w:szCs w:val="36"/>
        </w:rPr>
        <w:lastRenderedPageBreak/>
        <w:t>Abstract</w:t>
      </w:r>
      <w:r w:rsidRPr="00B62C6F">
        <w:rPr>
          <w:rFonts w:ascii="Simplified Arabic" w:hAnsi="Simplified Arabic" w:cs="Simplified Arabic"/>
          <w:b/>
          <w:bCs/>
          <w:sz w:val="36"/>
          <w:szCs w:val="36"/>
          <w:rtl/>
        </w:rPr>
        <w:t>:</w:t>
      </w:r>
    </w:p>
    <w:p w14:paraId="54761B80" w14:textId="5D246433" w:rsidR="00F82245" w:rsidRPr="00310B55" w:rsidRDefault="00F82245" w:rsidP="00310B55">
      <w:pPr>
        <w:jc w:val="both"/>
        <w:rPr>
          <w:rFonts w:ascii="Simplified Arabic" w:hAnsi="Simplified Arabic" w:cs="Simplified Arabic"/>
          <w:sz w:val="28"/>
          <w:szCs w:val="28"/>
        </w:rPr>
      </w:pPr>
      <w:r w:rsidRPr="00310B55">
        <w:rPr>
          <w:rFonts w:ascii="Simplified Arabic" w:hAnsi="Simplified Arabic" w:cs="Simplified Arabic"/>
          <w:sz w:val="28"/>
          <w:szCs w:val="28"/>
        </w:rPr>
        <w:t xml:space="preserve">     This study aimed to identify the role of AI-powered chatbots in improving customer experience and facilitating communication with companies in the Kingdom of Saudi Arabia. Applied to a purposive sample of (</w:t>
      </w:r>
      <w:r w:rsidR="00310B55" w:rsidRPr="00310B55">
        <w:rPr>
          <w:rFonts w:ascii="Simplified Arabic" w:hAnsi="Simplified Arabic" w:cs="Simplified Arabic"/>
          <w:sz w:val="28"/>
          <w:szCs w:val="28"/>
        </w:rPr>
        <w:t>288</w:t>
      </w:r>
      <w:r w:rsidRPr="00310B55">
        <w:rPr>
          <w:rFonts w:ascii="Simplified Arabic" w:hAnsi="Simplified Arabic" w:cs="Simplified Arabic"/>
          <w:sz w:val="28"/>
          <w:szCs w:val="28"/>
        </w:rPr>
        <w:t>) digital consumers, the study utilized the descriptive survey method and an online questionnaire as the primary data collection tool.</w:t>
      </w:r>
    </w:p>
    <w:p w14:paraId="5209EC8B" w14:textId="77777777" w:rsidR="00F82245" w:rsidRPr="00310B55" w:rsidRDefault="00F82245" w:rsidP="00310B55">
      <w:pPr>
        <w:jc w:val="both"/>
        <w:rPr>
          <w:rFonts w:ascii="Simplified Arabic" w:hAnsi="Simplified Arabic" w:cs="Simplified Arabic"/>
          <w:sz w:val="28"/>
          <w:szCs w:val="28"/>
        </w:rPr>
      </w:pPr>
      <w:r w:rsidRPr="00310B55">
        <w:rPr>
          <w:rFonts w:ascii="Simplified Arabic" w:hAnsi="Simplified Arabic" w:cs="Simplified Arabic"/>
          <w:sz w:val="28"/>
          <w:szCs w:val="28"/>
        </w:rPr>
        <w:t xml:space="preserve">     The results of the study showed that the predominant pattern of chatbot usage among respondents is utilitarian and practical. The majority of the audience resorts to the intelligent assistant when an urgent communication need arises to obtain immediate and fast information. This pattern is particularly concentrated in the e-commerce, banking, and telecommunications sectors to inquire about products, track shipment status, and check prices, thereby saving time and effort.</w:t>
      </w:r>
    </w:p>
    <w:p w14:paraId="4849EA3D" w14:textId="5EA5B06A" w:rsidR="00F82245" w:rsidRPr="00310B55" w:rsidRDefault="00F82245" w:rsidP="00310B55">
      <w:pPr>
        <w:jc w:val="both"/>
        <w:rPr>
          <w:rFonts w:ascii="Simplified Arabic" w:hAnsi="Simplified Arabic" w:cs="Simplified Arabic"/>
          <w:sz w:val="28"/>
          <w:szCs w:val="28"/>
        </w:rPr>
      </w:pPr>
      <w:r w:rsidRPr="00310B55">
        <w:rPr>
          <w:rFonts w:ascii="Simplified Arabic" w:hAnsi="Simplified Arabic" w:cs="Simplified Arabic"/>
          <w:sz w:val="28"/>
          <w:szCs w:val="28"/>
        </w:rPr>
        <w:t xml:space="preserve">     The study confirmed that intelligent touchpoints have excelled in engineering and facilitating corporate communication channels and localizing flexible self-service options available 24/7. However, it highlighted the importance of addressing technological rigidity and the limitations of certain software in understanding complex human contexts. The study emphasized the necessity of providing smooth and direct transfer options to human agents to ensure transforming temporary functional satisfaction into sustainable emotional loyalty and a desire to repeat long-term transactions with companies.</w:t>
      </w:r>
    </w:p>
    <w:p w14:paraId="5C84B8CC" w14:textId="6E688442" w:rsidR="002C38AF" w:rsidRDefault="00F82245" w:rsidP="00310B55">
      <w:pPr>
        <w:jc w:val="both"/>
        <w:rPr>
          <w:rFonts w:ascii="Simplified Arabic" w:hAnsi="Simplified Arabic" w:cs="Simplified Arabic"/>
          <w:sz w:val="28"/>
          <w:szCs w:val="28"/>
        </w:rPr>
      </w:pPr>
      <w:r w:rsidRPr="00310B55">
        <w:rPr>
          <w:rFonts w:ascii="Simplified Arabic" w:hAnsi="Simplified Arabic" w:cs="Simplified Arabic"/>
          <w:b/>
          <w:bCs/>
          <w:sz w:val="28"/>
          <w:szCs w:val="28"/>
        </w:rPr>
        <w:t>Keywords:</w:t>
      </w:r>
      <w:r w:rsidRPr="00310B55">
        <w:rPr>
          <w:rFonts w:ascii="Simplified Arabic" w:hAnsi="Simplified Arabic" w:cs="Simplified Arabic"/>
          <w:sz w:val="28"/>
          <w:szCs w:val="28"/>
        </w:rPr>
        <w:t xml:space="preserve"> Chatbots, Customer Experience, Artificial Intelligence.</w:t>
      </w:r>
    </w:p>
    <w:p w14:paraId="3AA6CC1E" w14:textId="77777777" w:rsidR="00B62C6F" w:rsidRPr="00310B55" w:rsidRDefault="00B62C6F" w:rsidP="00310B55">
      <w:pPr>
        <w:jc w:val="both"/>
        <w:rPr>
          <w:rFonts w:ascii="Simplified Arabic" w:hAnsi="Simplified Arabic" w:cs="Simplified Arabic"/>
          <w:sz w:val="28"/>
          <w:szCs w:val="28"/>
        </w:rPr>
      </w:pPr>
    </w:p>
    <w:p w14:paraId="0AAD7E13" w14:textId="736210D2" w:rsidR="00E64781" w:rsidRPr="00B62C6F" w:rsidRDefault="007F074A" w:rsidP="00B24B4C">
      <w:pPr>
        <w:jc w:val="center"/>
        <w:rPr>
          <w:rFonts w:ascii="Simplified Arabic" w:hAnsi="Simplified Arabic" w:cs="Simplified Arabic" w:hint="cs"/>
          <w:b/>
          <w:bCs/>
          <w:sz w:val="36"/>
          <w:szCs w:val="36"/>
        </w:rPr>
      </w:pPr>
      <w:r w:rsidRPr="00B62C6F">
        <w:rPr>
          <w:rFonts w:ascii="Simplified Arabic" w:hAnsi="Simplified Arabic" w:cs="Simplified Arabic"/>
          <w:b/>
          <w:bCs/>
          <w:sz w:val="36"/>
          <w:szCs w:val="36"/>
          <w:rtl/>
        </w:rPr>
        <w:lastRenderedPageBreak/>
        <w:t>المحتويات</w:t>
      </w:r>
    </w:p>
    <w:tbl>
      <w:tblPr>
        <w:tblStyle w:val="1-12"/>
        <w:tblW w:w="0" w:type="auto"/>
        <w:tblLook w:val="04A0" w:firstRow="1" w:lastRow="0" w:firstColumn="1" w:lastColumn="0" w:noHBand="0" w:noVBand="1"/>
      </w:tblPr>
      <w:tblGrid>
        <w:gridCol w:w="5094"/>
        <w:gridCol w:w="5094"/>
      </w:tblGrid>
      <w:tr w:rsidR="00AF4A60" w:rsidRPr="00310B55" w14:paraId="06B33FA0" w14:textId="77777777" w:rsidTr="00CA2E08">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5094" w:type="dxa"/>
          </w:tcPr>
          <w:p w14:paraId="7F7A0DD4" w14:textId="705756CD" w:rsidR="005F5536" w:rsidRPr="006975ED" w:rsidRDefault="00CF5AEA" w:rsidP="00CA2E08">
            <w:pPr>
              <w:spacing w:line="276" w:lineRule="auto"/>
              <w:jc w:val="center"/>
              <w:rPr>
                <w:rFonts w:ascii="Simplified Arabic" w:hAnsi="Simplified Arabic" w:cs="Simplified Arabic"/>
                <w:sz w:val="28"/>
                <w:szCs w:val="28"/>
              </w:rPr>
            </w:pPr>
            <w:r w:rsidRPr="006975ED">
              <w:rPr>
                <w:rFonts w:ascii="Simplified Arabic" w:hAnsi="Simplified Arabic" w:cs="Simplified Arabic"/>
                <w:sz w:val="28"/>
                <w:szCs w:val="28"/>
                <w:rtl/>
              </w:rPr>
              <w:t>الصفحة</w:t>
            </w:r>
          </w:p>
        </w:tc>
        <w:tc>
          <w:tcPr>
            <w:tcW w:w="5094" w:type="dxa"/>
          </w:tcPr>
          <w:p w14:paraId="08718977" w14:textId="51D6780F" w:rsidR="00CF5AEA" w:rsidRPr="006975ED" w:rsidRDefault="00CF5AEA" w:rsidP="00CA2E08">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975ED">
              <w:rPr>
                <w:rFonts w:ascii="Simplified Arabic" w:hAnsi="Simplified Arabic" w:cs="Simplified Arabic"/>
                <w:sz w:val="28"/>
                <w:szCs w:val="28"/>
                <w:rtl/>
              </w:rPr>
              <w:t>العنوان</w:t>
            </w:r>
          </w:p>
        </w:tc>
      </w:tr>
      <w:tr w:rsidR="00AF4A60" w:rsidRPr="00310B55" w14:paraId="48FBD7E2" w14:textId="77777777" w:rsidTr="00CA2E08">
        <w:trPr>
          <w:trHeight w:val="443"/>
        </w:trPr>
        <w:tc>
          <w:tcPr>
            <w:cnfStyle w:val="001000000000" w:firstRow="0" w:lastRow="0" w:firstColumn="1" w:lastColumn="0" w:oddVBand="0" w:evenVBand="0" w:oddHBand="0" w:evenHBand="0" w:firstRowFirstColumn="0" w:firstRowLastColumn="0" w:lastRowFirstColumn="0" w:lastRowLastColumn="0"/>
            <w:tcW w:w="5094" w:type="dxa"/>
          </w:tcPr>
          <w:p w14:paraId="5EB38FED" w14:textId="6AE3FDFE" w:rsidR="002C38AF" w:rsidRPr="006975ED" w:rsidRDefault="00C75F0D" w:rsidP="00CA2E08">
            <w:pPr>
              <w:spacing w:line="276" w:lineRule="auto"/>
              <w:jc w:val="center"/>
              <w:rPr>
                <w:rFonts w:ascii="Simplified Arabic" w:hAnsi="Simplified Arabic" w:cs="Simplified Arabic"/>
                <w:b w:val="0"/>
                <w:bCs w:val="0"/>
                <w:sz w:val="28"/>
                <w:szCs w:val="28"/>
                <w:rtl/>
              </w:rPr>
            </w:pPr>
            <w:r w:rsidRPr="006975ED">
              <w:rPr>
                <w:rFonts w:ascii="Simplified Arabic" w:hAnsi="Simplified Arabic" w:cs="Simplified Arabic"/>
                <w:b w:val="0"/>
                <w:bCs w:val="0"/>
                <w:sz w:val="28"/>
                <w:szCs w:val="28"/>
              </w:rPr>
              <w:t>3</w:t>
            </w:r>
          </w:p>
        </w:tc>
        <w:tc>
          <w:tcPr>
            <w:tcW w:w="5094" w:type="dxa"/>
          </w:tcPr>
          <w:p w14:paraId="29A5640C" w14:textId="6A0A375E" w:rsidR="002C38AF" w:rsidRPr="006975ED" w:rsidRDefault="002C38AF" w:rsidP="00CA2E0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975ED">
              <w:rPr>
                <w:rFonts w:ascii="Simplified Arabic" w:hAnsi="Simplified Arabic" w:cs="Simplified Arabic"/>
                <w:sz w:val="28"/>
                <w:szCs w:val="28"/>
                <w:rtl/>
              </w:rPr>
              <w:t>شكر وتقدير</w:t>
            </w:r>
          </w:p>
        </w:tc>
      </w:tr>
      <w:tr w:rsidR="002F6684" w:rsidRPr="00310B55" w14:paraId="57F4668D" w14:textId="77777777" w:rsidTr="00CA2E08">
        <w:trPr>
          <w:trHeight w:val="443"/>
        </w:trPr>
        <w:tc>
          <w:tcPr>
            <w:cnfStyle w:val="001000000000" w:firstRow="0" w:lastRow="0" w:firstColumn="1" w:lastColumn="0" w:oddVBand="0" w:evenVBand="0" w:oddHBand="0" w:evenHBand="0" w:firstRowFirstColumn="0" w:firstRowLastColumn="0" w:lastRowFirstColumn="0" w:lastRowLastColumn="0"/>
            <w:tcW w:w="5094" w:type="dxa"/>
          </w:tcPr>
          <w:p w14:paraId="5F6681FC" w14:textId="4793F521" w:rsidR="002F6684" w:rsidRPr="006975ED" w:rsidRDefault="00C75F0D" w:rsidP="002F6684">
            <w:pPr>
              <w:spacing w:line="276" w:lineRule="auto"/>
              <w:jc w:val="center"/>
              <w:rPr>
                <w:rFonts w:ascii="Simplified Arabic" w:hAnsi="Simplified Arabic" w:cs="Simplified Arabic"/>
                <w:b w:val="0"/>
                <w:bCs w:val="0"/>
                <w:sz w:val="28"/>
                <w:szCs w:val="28"/>
                <w:rtl/>
              </w:rPr>
            </w:pPr>
            <w:r w:rsidRPr="006975ED">
              <w:rPr>
                <w:rFonts w:ascii="Simplified Arabic" w:hAnsi="Simplified Arabic" w:cs="Simplified Arabic"/>
                <w:b w:val="0"/>
                <w:bCs w:val="0"/>
                <w:sz w:val="28"/>
                <w:szCs w:val="28"/>
              </w:rPr>
              <w:t>4</w:t>
            </w:r>
          </w:p>
        </w:tc>
        <w:tc>
          <w:tcPr>
            <w:tcW w:w="5094" w:type="dxa"/>
          </w:tcPr>
          <w:p w14:paraId="7A9597FB" w14:textId="6017B679" w:rsidR="002F6684" w:rsidRPr="006975ED" w:rsidRDefault="002F6684" w:rsidP="002F668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975ED">
              <w:rPr>
                <w:rFonts w:ascii="Simplified Arabic" w:hAnsi="Simplified Arabic" w:cs="Simplified Arabic"/>
                <w:sz w:val="28"/>
                <w:szCs w:val="28"/>
                <w:rtl/>
              </w:rPr>
              <w:t xml:space="preserve">ملخص الدراسة </w:t>
            </w:r>
          </w:p>
        </w:tc>
      </w:tr>
      <w:tr w:rsidR="002F6684" w:rsidRPr="00310B55" w14:paraId="00F0C04C" w14:textId="77777777" w:rsidTr="00CA2E08">
        <w:trPr>
          <w:trHeight w:val="443"/>
        </w:trPr>
        <w:tc>
          <w:tcPr>
            <w:cnfStyle w:val="001000000000" w:firstRow="0" w:lastRow="0" w:firstColumn="1" w:lastColumn="0" w:oddVBand="0" w:evenVBand="0" w:oddHBand="0" w:evenHBand="0" w:firstRowFirstColumn="0" w:firstRowLastColumn="0" w:lastRowFirstColumn="0" w:lastRowLastColumn="0"/>
            <w:tcW w:w="5094" w:type="dxa"/>
          </w:tcPr>
          <w:p w14:paraId="46EDC72A" w14:textId="79B4FA1F" w:rsidR="002F6684" w:rsidRPr="006975ED" w:rsidRDefault="006217E3" w:rsidP="002F6684">
            <w:pPr>
              <w:spacing w:line="276" w:lineRule="auto"/>
              <w:jc w:val="center"/>
              <w:rPr>
                <w:rFonts w:ascii="Simplified Arabic" w:hAnsi="Simplified Arabic" w:cs="Simplified Arabic"/>
                <w:b w:val="0"/>
                <w:bCs w:val="0"/>
                <w:sz w:val="28"/>
                <w:szCs w:val="28"/>
                <w:rtl/>
              </w:rPr>
            </w:pPr>
            <w:r w:rsidRPr="006975ED">
              <w:rPr>
                <w:rFonts w:ascii="Simplified Arabic" w:hAnsi="Simplified Arabic" w:cs="Simplified Arabic"/>
                <w:b w:val="0"/>
                <w:bCs w:val="0"/>
                <w:sz w:val="28"/>
                <w:szCs w:val="28"/>
              </w:rPr>
              <w:t>5</w:t>
            </w:r>
          </w:p>
        </w:tc>
        <w:tc>
          <w:tcPr>
            <w:tcW w:w="5094" w:type="dxa"/>
          </w:tcPr>
          <w:p w14:paraId="2AFE82E8" w14:textId="08C02650" w:rsidR="002F6684" w:rsidRPr="006975ED" w:rsidRDefault="002F6684" w:rsidP="002F668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975ED">
              <w:rPr>
                <w:rFonts w:ascii="Simplified Arabic" w:hAnsi="Simplified Arabic" w:cs="Simplified Arabic"/>
                <w:sz w:val="28"/>
                <w:szCs w:val="28"/>
              </w:rPr>
              <w:t>Abstract</w:t>
            </w:r>
          </w:p>
        </w:tc>
      </w:tr>
      <w:tr w:rsidR="002F6684" w:rsidRPr="00310B55" w14:paraId="0F4CBFBE" w14:textId="77777777" w:rsidTr="00CA2E08">
        <w:trPr>
          <w:trHeight w:val="443"/>
        </w:trPr>
        <w:tc>
          <w:tcPr>
            <w:cnfStyle w:val="001000000000" w:firstRow="0" w:lastRow="0" w:firstColumn="1" w:lastColumn="0" w:oddVBand="0" w:evenVBand="0" w:oddHBand="0" w:evenHBand="0" w:firstRowFirstColumn="0" w:firstRowLastColumn="0" w:lastRowFirstColumn="0" w:lastRowLastColumn="0"/>
            <w:tcW w:w="5094" w:type="dxa"/>
          </w:tcPr>
          <w:p w14:paraId="007B173B" w14:textId="2EEC69E7" w:rsidR="002F6684" w:rsidRPr="006975ED" w:rsidRDefault="006217E3" w:rsidP="002F6684">
            <w:pPr>
              <w:spacing w:line="276" w:lineRule="auto"/>
              <w:jc w:val="center"/>
              <w:rPr>
                <w:rFonts w:ascii="Simplified Arabic" w:hAnsi="Simplified Arabic" w:cs="Simplified Arabic"/>
                <w:b w:val="0"/>
                <w:bCs w:val="0"/>
                <w:sz w:val="28"/>
                <w:szCs w:val="28"/>
                <w:rtl/>
              </w:rPr>
            </w:pPr>
            <w:r w:rsidRPr="006975ED">
              <w:rPr>
                <w:rFonts w:ascii="Simplified Arabic" w:hAnsi="Simplified Arabic" w:cs="Simplified Arabic"/>
                <w:b w:val="0"/>
                <w:bCs w:val="0"/>
                <w:sz w:val="28"/>
                <w:szCs w:val="28"/>
              </w:rPr>
              <w:t>7</w:t>
            </w:r>
          </w:p>
        </w:tc>
        <w:tc>
          <w:tcPr>
            <w:tcW w:w="5094" w:type="dxa"/>
          </w:tcPr>
          <w:p w14:paraId="0D36EDC8" w14:textId="4E8A832F" w:rsidR="002F6684" w:rsidRPr="006975ED" w:rsidRDefault="002F6684" w:rsidP="002F668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975ED">
              <w:rPr>
                <w:rFonts w:ascii="Simplified Arabic" w:hAnsi="Simplified Arabic" w:cs="Simplified Arabic"/>
                <w:sz w:val="28"/>
                <w:szCs w:val="28"/>
                <w:rtl/>
              </w:rPr>
              <w:t>الأشكال والجداول</w:t>
            </w:r>
          </w:p>
        </w:tc>
      </w:tr>
      <w:tr w:rsidR="002F6684" w:rsidRPr="00310B55" w14:paraId="23FC4F6D" w14:textId="77777777" w:rsidTr="00CA2E08">
        <w:trPr>
          <w:trHeight w:val="443"/>
        </w:trPr>
        <w:tc>
          <w:tcPr>
            <w:cnfStyle w:val="001000000000" w:firstRow="0" w:lastRow="0" w:firstColumn="1" w:lastColumn="0" w:oddVBand="0" w:evenVBand="0" w:oddHBand="0" w:evenHBand="0" w:firstRowFirstColumn="0" w:firstRowLastColumn="0" w:lastRowFirstColumn="0" w:lastRowLastColumn="0"/>
            <w:tcW w:w="5094" w:type="dxa"/>
          </w:tcPr>
          <w:p w14:paraId="617794E1" w14:textId="6C7E3F1A" w:rsidR="002F6684" w:rsidRPr="006975ED" w:rsidRDefault="00BB27F9" w:rsidP="002F6684">
            <w:pPr>
              <w:spacing w:line="276" w:lineRule="auto"/>
              <w:jc w:val="center"/>
              <w:rPr>
                <w:rFonts w:ascii="Simplified Arabic" w:hAnsi="Simplified Arabic" w:cs="Simplified Arabic"/>
                <w:b w:val="0"/>
                <w:bCs w:val="0"/>
                <w:sz w:val="28"/>
                <w:szCs w:val="28"/>
                <w:rtl/>
              </w:rPr>
            </w:pPr>
            <w:r w:rsidRPr="006975ED">
              <w:rPr>
                <w:rFonts w:ascii="Simplified Arabic" w:hAnsi="Simplified Arabic" w:cs="Simplified Arabic"/>
                <w:b w:val="0"/>
                <w:bCs w:val="0"/>
                <w:sz w:val="28"/>
                <w:szCs w:val="28"/>
              </w:rPr>
              <w:t>8</w:t>
            </w:r>
          </w:p>
        </w:tc>
        <w:tc>
          <w:tcPr>
            <w:tcW w:w="5094" w:type="dxa"/>
          </w:tcPr>
          <w:p w14:paraId="439771FA" w14:textId="2245012B" w:rsidR="002F6684" w:rsidRPr="006975ED" w:rsidRDefault="002F6684" w:rsidP="002F668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975ED">
              <w:rPr>
                <w:rFonts w:ascii="Simplified Arabic" w:hAnsi="Simplified Arabic" w:cs="Simplified Arabic"/>
                <w:sz w:val="28"/>
                <w:szCs w:val="28"/>
                <w:rtl/>
              </w:rPr>
              <w:t>المقدمة</w:t>
            </w:r>
          </w:p>
        </w:tc>
      </w:tr>
      <w:tr w:rsidR="002F6684" w:rsidRPr="00310B55" w14:paraId="58BF1E3D" w14:textId="77777777" w:rsidTr="00CA2E08">
        <w:trPr>
          <w:trHeight w:val="443"/>
        </w:trPr>
        <w:tc>
          <w:tcPr>
            <w:cnfStyle w:val="001000000000" w:firstRow="0" w:lastRow="0" w:firstColumn="1" w:lastColumn="0" w:oddVBand="0" w:evenVBand="0" w:oddHBand="0" w:evenHBand="0" w:firstRowFirstColumn="0" w:firstRowLastColumn="0" w:lastRowFirstColumn="0" w:lastRowLastColumn="0"/>
            <w:tcW w:w="5094" w:type="dxa"/>
          </w:tcPr>
          <w:p w14:paraId="5EEE9160" w14:textId="4247C87F" w:rsidR="002F6684" w:rsidRPr="006975ED" w:rsidRDefault="00BB27F9" w:rsidP="002F6684">
            <w:pPr>
              <w:spacing w:line="276" w:lineRule="auto"/>
              <w:jc w:val="center"/>
              <w:rPr>
                <w:rFonts w:ascii="Simplified Arabic" w:hAnsi="Simplified Arabic" w:cs="Simplified Arabic"/>
                <w:b w:val="0"/>
                <w:bCs w:val="0"/>
                <w:sz w:val="28"/>
                <w:szCs w:val="28"/>
                <w:rtl/>
              </w:rPr>
            </w:pPr>
            <w:r w:rsidRPr="006975ED">
              <w:rPr>
                <w:rFonts w:ascii="Simplified Arabic" w:hAnsi="Simplified Arabic" w:cs="Simplified Arabic"/>
                <w:b w:val="0"/>
                <w:bCs w:val="0"/>
                <w:sz w:val="28"/>
                <w:szCs w:val="28"/>
              </w:rPr>
              <w:t>9</w:t>
            </w:r>
          </w:p>
        </w:tc>
        <w:tc>
          <w:tcPr>
            <w:tcW w:w="5094" w:type="dxa"/>
          </w:tcPr>
          <w:p w14:paraId="014BEC91" w14:textId="4C4A968D" w:rsidR="002F6684" w:rsidRPr="006975ED" w:rsidRDefault="002F6684" w:rsidP="002F668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975ED">
              <w:rPr>
                <w:rFonts w:ascii="Simplified Arabic" w:hAnsi="Simplified Arabic" w:cs="Simplified Arabic"/>
                <w:sz w:val="28"/>
                <w:szCs w:val="28"/>
                <w:rtl/>
              </w:rPr>
              <w:t>الدراسات السابقة</w:t>
            </w:r>
          </w:p>
        </w:tc>
      </w:tr>
      <w:tr w:rsidR="002F6684" w:rsidRPr="00310B55" w14:paraId="77E50015" w14:textId="77777777" w:rsidTr="00CA2E08">
        <w:trPr>
          <w:trHeight w:val="443"/>
        </w:trPr>
        <w:tc>
          <w:tcPr>
            <w:cnfStyle w:val="001000000000" w:firstRow="0" w:lastRow="0" w:firstColumn="1" w:lastColumn="0" w:oddVBand="0" w:evenVBand="0" w:oddHBand="0" w:evenHBand="0" w:firstRowFirstColumn="0" w:firstRowLastColumn="0" w:lastRowFirstColumn="0" w:lastRowLastColumn="0"/>
            <w:tcW w:w="5094" w:type="dxa"/>
          </w:tcPr>
          <w:p w14:paraId="724E8255" w14:textId="0DFC5DF4" w:rsidR="002F6684" w:rsidRPr="006975ED" w:rsidRDefault="00140232" w:rsidP="002F6684">
            <w:pPr>
              <w:spacing w:line="276" w:lineRule="auto"/>
              <w:jc w:val="center"/>
              <w:rPr>
                <w:rFonts w:ascii="Simplified Arabic" w:hAnsi="Simplified Arabic" w:cs="Simplified Arabic"/>
                <w:b w:val="0"/>
                <w:bCs w:val="0"/>
                <w:sz w:val="28"/>
                <w:szCs w:val="28"/>
                <w:rtl/>
              </w:rPr>
            </w:pPr>
            <w:r>
              <w:rPr>
                <w:rFonts w:ascii="Simplified Arabic" w:hAnsi="Simplified Arabic" w:cs="Simplified Arabic"/>
                <w:b w:val="0"/>
                <w:bCs w:val="0"/>
                <w:sz w:val="28"/>
                <w:szCs w:val="28"/>
              </w:rPr>
              <w:t>18</w:t>
            </w:r>
          </w:p>
        </w:tc>
        <w:tc>
          <w:tcPr>
            <w:tcW w:w="5094" w:type="dxa"/>
          </w:tcPr>
          <w:p w14:paraId="48EAEF23" w14:textId="647E8772" w:rsidR="002F6684" w:rsidRPr="006975ED" w:rsidRDefault="002F6684" w:rsidP="002F668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975ED">
              <w:rPr>
                <w:rFonts w:ascii="Simplified Arabic" w:hAnsi="Simplified Arabic" w:cs="Simplified Arabic"/>
                <w:sz w:val="28"/>
                <w:szCs w:val="28"/>
                <w:rtl/>
              </w:rPr>
              <w:t xml:space="preserve">التعليق على الدراسات السابقة </w:t>
            </w:r>
          </w:p>
        </w:tc>
      </w:tr>
      <w:tr w:rsidR="002F6684" w:rsidRPr="00310B55" w14:paraId="2864F5C3" w14:textId="77777777" w:rsidTr="00CA2E08">
        <w:trPr>
          <w:trHeight w:val="443"/>
        </w:trPr>
        <w:tc>
          <w:tcPr>
            <w:cnfStyle w:val="001000000000" w:firstRow="0" w:lastRow="0" w:firstColumn="1" w:lastColumn="0" w:oddVBand="0" w:evenVBand="0" w:oddHBand="0" w:evenHBand="0" w:firstRowFirstColumn="0" w:firstRowLastColumn="0" w:lastRowFirstColumn="0" w:lastRowLastColumn="0"/>
            <w:tcW w:w="5094" w:type="dxa"/>
          </w:tcPr>
          <w:p w14:paraId="258EAD56" w14:textId="14225579" w:rsidR="002F6684" w:rsidRPr="006975ED" w:rsidRDefault="00140232" w:rsidP="002F6684">
            <w:pPr>
              <w:spacing w:line="276" w:lineRule="auto"/>
              <w:jc w:val="center"/>
              <w:rPr>
                <w:rFonts w:ascii="Simplified Arabic" w:hAnsi="Simplified Arabic" w:cs="Simplified Arabic"/>
                <w:b w:val="0"/>
                <w:bCs w:val="0"/>
                <w:sz w:val="28"/>
                <w:szCs w:val="28"/>
                <w:rtl/>
              </w:rPr>
            </w:pPr>
            <w:r>
              <w:rPr>
                <w:rFonts w:ascii="Simplified Arabic" w:hAnsi="Simplified Arabic" w:cs="Simplified Arabic"/>
                <w:b w:val="0"/>
                <w:bCs w:val="0"/>
                <w:sz w:val="28"/>
                <w:szCs w:val="28"/>
              </w:rPr>
              <w:t>20</w:t>
            </w:r>
          </w:p>
        </w:tc>
        <w:tc>
          <w:tcPr>
            <w:tcW w:w="5094" w:type="dxa"/>
          </w:tcPr>
          <w:p w14:paraId="6D9C8346" w14:textId="1CD16531" w:rsidR="002F6684" w:rsidRPr="006975ED" w:rsidRDefault="002F6684" w:rsidP="002F668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975ED">
              <w:rPr>
                <w:rFonts w:ascii="Simplified Arabic" w:hAnsi="Simplified Arabic" w:cs="Simplified Arabic"/>
                <w:sz w:val="28"/>
                <w:szCs w:val="28"/>
                <w:rtl/>
              </w:rPr>
              <w:t>مشكلة الدراسة</w:t>
            </w:r>
          </w:p>
        </w:tc>
      </w:tr>
      <w:tr w:rsidR="002F6684" w:rsidRPr="00310B55" w14:paraId="284030E6" w14:textId="77777777" w:rsidTr="00CA2E08">
        <w:trPr>
          <w:trHeight w:val="443"/>
        </w:trPr>
        <w:tc>
          <w:tcPr>
            <w:cnfStyle w:val="001000000000" w:firstRow="0" w:lastRow="0" w:firstColumn="1" w:lastColumn="0" w:oddVBand="0" w:evenVBand="0" w:oddHBand="0" w:evenHBand="0" w:firstRowFirstColumn="0" w:firstRowLastColumn="0" w:lastRowFirstColumn="0" w:lastRowLastColumn="0"/>
            <w:tcW w:w="5094" w:type="dxa"/>
          </w:tcPr>
          <w:p w14:paraId="5140891D" w14:textId="48512809" w:rsidR="002F6684" w:rsidRPr="006975ED" w:rsidRDefault="00140232" w:rsidP="002F6684">
            <w:pPr>
              <w:spacing w:line="276" w:lineRule="auto"/>
              <w:jc w:val="center"/>
              <w:rPr>
                <w:rFonts w:ascii="Simplified Arabic" w:hAnsi="Simplified Arabic" w:cs="Simplified Arabic"/>
                <w:b w:val="0"/>
                <w:bCs w:val="0"/>
                <w:sz w:val="28"/>
                <w:szCs w:val="28"/>
                <w:rtl/>
              </w:rPr>
            </w:pPr>
            <w:r>
              <w:rPr>
                <w:rFonts w:ascii="Simplified Arabic" w:hAnsi="Simplified Arabic" w:cs="Simplified Arabic"/>
                <w:b w:val="0"/>
                <w:bCs w:val="0"/>
                <w:sz w:val="28"/>
                <w:szCs w:val="28"/>
              </w:rPr>
              <w:t>21</w:t>
            </w:r>
          </w:p>
        </w:tc>
        <w:tc>
          <w:tcPr>
            <w:tcW w:w="5094" w:type="dxa"/>
          </w:tcPr>
          <w:p w14:paraId="33D90922" w14:textId="0995BA3F" w:rsidR="002F6684" w:rsidRPr="006975ED" w:rsidRDefault="002F6684" w:rsidP="002F668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975ED">
              <w:rPr>
                <w:rFonts w:ascii="Simplified Arabic" w:hAnsi="Simplified Arabic" w:cs="Simplified Arabic"/>
                <w:sz w:val="28"/>
                <w:szCs w:val="28"/>
                <w:rtl/>
              </w:rPr>
              <w:t>أهمية الدراسة</w:t>
            </w:r>
          </w:p>
        </w:tc>
      </w:tr>
      <w:tr w:rsidR="002F6684" w:rsidRPr="00310B55" w14:paraId="7C17154C" w14:textId="77777777" w:rsidTr="00CA2E08">
        <w:trPr>
          <w:trHeight w:val="443"/>
        </w:trPr>
        <w:tc>
          <w:tcPr>
            <w:cnfStyle w:val="001000000000" w:firstRow="0" w:lastRow="0" w:firstColumn="1" w:lastColumn="0" w:oddVBand="0" w:evenVBand="0" w:oddHBand="0" w:evenHBand="0" w:firstRowFirstColumn="0" w:firstRowLastColumn="0" w:lastRowFirstColumn="0" w:lastRowLastColumn="0"/>
            <w:tcW w:w="5094" w:type="dxa"/>
          </w:tcPr>
          <w:p w14:paraId="7EE54685" w14:textId="30338BE1" w:rsidR="002F6684" w:rsidRPr="006975ED" w:rsidRDefault="00140232" w:rsidP="002F6684">
            <w:pPr>
              <w:spacing w:line="276" w:lineRule="auto"/>
              <w:jc w:val="center"/>
              <w:rPr>
                <w:rFonts w:ascii="Simplified Arabic" w:hAnsi="Simplified Arabic" w:cs="Simplified Arabic"/>
                <w:b w:val="0"/>
                <w:bCs w:val="0"/>
                <w:sz w:val="28"/>
                <w:szCs w:val="28"/>
                <w:rtl/>
              </w:rPr>
            </w:pPr>
            <w:r>
              <w:rPr>
                <w:rFonts w:ascii="Simplified Arabic" w:hAnsi="Simplified Arabic" w:cs="Simplified Arabic"/>
                <w:b w:val="0"/>
                <w:bCs w:val="0"/>
                <w:sz w:val="28"/>
                <w:szCs w:val="28"/>
              </w:rPr>
              <w:t>22</w:t>
            </w:r>
          </w:p>
        </w:tc>
        <w:tc>
          <w:tcPr>
            <w:tcW w:w="5094" w:type="dxa"/>
          </w:tcPr>
          <w:p w14:paraId="3CCF69B5" w14:textId="39080B0D" w:rsidR="002F6684" w:rsidRPr="006975ED" w:rsidRDefault="002F6684" w:rsidP="002F668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975ED">
              <w:rPr>
                <w:rFonts w:ascii="Simplified Arabic" w:hAnsi="Simplified Arabic" w:cs="Simplified Arabic"/>
                <w:sz w:val="28"/>
                <w:szCs w:val="28"/>
                <w:rtl/>
              </w:rPr>
              <w:t>أهداف الدراسة</w:t>
            </w:r>
          </w:p>
        </w:tc>
      </w:tr>
      <w:tr w:rsidR="002F6684" w:rsidRPr="00310B55" w14:paraId="5CBC33C8" w14:textId="77777777" w:rsidTr="00CA2E08">
        <w:trPr>
          <w:trHeight w:val="443"/>
        </w:trPr>
        <w:tc>
          <w:tcPr>
            <w:cnfStyle w:val="001000000000" w:firstRow="0" w:lastRow="0" w:firstColumn="1" w:lastColumn="0" w:oddVBand="0" w:evenVBand="0" w:oddHBand="0" w:evenHBand="0" w:firstRowFirstColumn="0" w:firstRowLastColumn="0" w:lastRowFirstColumn="0" w:lastRowLastColumn="0"/>
            <w:tcW w:w="5094" w:type="dxa"/>
          </w:tcPr>
          <w:p w14:paraId="23F9A08B" w14:textId="0C4FD19F" w:rsidR="002F6684" w:rsidRPr="006975ED" w:rsidRDefault="00140232" w:rsidP="002F6684">
            <w:pPr>
              <w:spacing w:line="276" w:lineRule="auto"/>
              <w:jc w:val="center"/>
              <w:rPr>
                <w:rFonts w:ascii="Simplified Arabic" w:hAnsi="Simplified Arabic" w:cs="Simplified Arabic"/>
                <w:b w:val="0"/>
                <w:bCs w:val="0"/>
                <w:sz w:val="28"/>
                <w:szCs w:val="28"/>
                <w:rtl/>
              </w:rPr>
            </w:pPr>
            <w:r>
              <w:rPr>
                <w:rFonts w:ascii="Simplified Arabic" w:hAnsi="Simplified Arabic" w:cs="Simplified Arabic"/>
                <w:b w:val="0"/>
                <w:bCs w:val="0"/>
                <w:sz w:val="28"/>
                <w:szCs w:val="28"/>
              </w:rPr>
              <w:t>22</w:t>
            </w:r>
          </w:p>
        </w:tc>
        <w:tc>
          <w:tcPr>
            <w:tcW w:w="5094" w:type="dxa"/>
          </w:tcPr>
          <w:p w14:paraId="3A90B6A9" w14:textId="70AD492F" w:rsidR="002F6684" w:rsidRPr="006975ED" w:rsidRDefault="002F6684" w:rsidP="002F668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975ED">
              <w:rPr>
                <w:rFonts w:ascii="Simplified Arabic" w:hAnsi="Simplified Arabic" w:cs="Simplified Arabic"/>
                <w:sz w:val="28"/>
                <w:szCs w:val="28"/>
                <w:rtl/>
              </w:rPr>
              <w:t>تساؤلات الدراسة</w:t>
            </w:r>
          </w:p>
        </w:tc>
      </w:tr>
      <w:tr w:rsidR="002F6684" w:rsidRPr="00310B55" w14:paraId="5F47FD67" w14:textId="77777777" w:rsidTr="00CA2E08">
        <w:trPr>
          <w:trHeight w:val="443"/>
        </w:trPr>
        <w:tc>
          <w:tcPr>
            <w:cnfStyle w:val="001000000000" w:firstRow="0" w:lastRow="0" w:firstColumn="1" w:lastColumn="0" w:oddVBand="0" w:evenVBand="0" w:oddHBand="0" w:evenHBand="0" w:firstRowFirstColumn="0" w:firstRowLastColumn="0" w:lastRowFirstColumn="0" w:lastRowLastColumn="0"/>
            <w:tcW w:w="5094" w:type="dxa"/>
          </w:tcPr>
          <w:p w14:paraId="6C2C76BC" w14:textId="70D13B9C" w:rsidR="002F6684" w:rsidRPr="006975ED" w:rsidRDefault="00140232" w:rsidP="002F6684">
            <w:pPr>
              <w:jc w:val="center"/>
              <w:rPr>
                <w:rFonts w:ascii="Simplified Arabic" w:hAnsi="Simplified Arabic" w:cs="Simplified Arabic"/>
                <w:b w:val="0"/>
                <w:bCs w:val="0"/>
                <w:sz w:val="28"/>
                <w:szCs w:val="28"/>
                <w:rtl/>
              </w:rPr>
            </w:pPr>
            <w:r>
              <w:rPr>
                <w:rFonts w:ascii="Simplified Arabic" w:hAnsi="Simplified Arabic" w:cs="Simplified Arabic"/>
                <w:b w:val="0"/>
                <w:bCs w:val="0"/>
                <w:sz w:val="28"/>
                <w:szCs w:val="28"/>
              </w:rPr>
              <w:t>23</w:t>
            </w:r>
          </w:p>
        </w:tc>
        <w:tc>
          <w:tcPr>
            <w:tcW w:w="5094" w:type="dxa"/>
          </w:tcPr>
          <w:p w14:paraId="00D3FAC5" w14:textId="6B8144B3" w:rsidR="002F6684" w:rsidRPr="006975ED" w:rsidRDefault="002F6684" w:rsidP="002F668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975ED">
              <w:rPr>
                <w:rFonts w:ascii="Simplified Arabic" w:hAnsi="Simplified Arabic" w:cs="Simplified Arabic"/>
                <w:sz w:val="28"/>
                <w:szCs w:val="28"/>
                <w:rtl/>
              </w:rPr>
              <w:t>الإطار المعرفي</w:t>
            </w:r>
          </w:p>
        </w:tc>
      </w:tr>
      <w:tr w:rsidR="002F6684" w:rsidRPr="00310B55" w14:paraId="1FEE3F17" w14:textId="77777777" w:rsidTr="00CA2E08">
        <w:trPr>
          <w:trHeight w:val="443"/>
        </w:trPr>
        <w:tc>
          <w:tcPr>
            <w:cnfStyle w:val="001000000000" w:firstRow="0" w:lastRow="0" w:firstColumn="1" w:lastColumn="0" w:oddVBand="0" w:evenVBand="0" w:oddHBand="0" w:evenHBand="0" w:firstRowFirstColumn="0" w:firstRowLastColumn="0" w:lastRowFirstColumn="0" w:lastRowLastColumn="0"/>
            <w:tcW w:w="5094" w:type="dxa"/>
          </w:tcPr>
          <w:p w14:paraId="3EA38FA3" w14:textId="02EE9890" w:rsidR="002F6684" w:rsidRPr="006975ED" w:rsidRDefault="00140232" w:rsidP="002F6684">
            <w:pPr>
              <w:spacing w:line="276" w:lineRule="auto"/>
              <w:jc w:val="center"/>
              <w:rPr>
                <w:rFonts w:ascii="Simplified Arabic" w:hAnsi="Simplified Arabic" w:cs="Simplified Arabic"/>
                <w:b w:val="0"/>
                <w:bCs w:val="0"/>
                <w:sz w:val="28"/>
                <w:szCs w:val="28"/>
                <w:rtl/>
              </w:rPr>
            </w:pPr>
            <w:r>
              <w:rPr>
                <w:rFonts w:ascii="Simplified Arabic" w:hAnsi="Simplified Arabic" w:cs="Simplified Arabic"/>
                <w:b w:val="0"/>
                <w:bCs w:val="0"/>
                <w:sz w:val="28"/>
                <w:szCs w:val="28"/>
              </w:rPr>
              <w:t>26</w:t>
            </w:r>
          </w:p>
        </w:tc>
        <w:tc>
          <w:tcPr>
            <w:tcW w:w="5094" w:type="dxa"/>
          </w:tcPr>
          <w:p w14:paraId="23CA38B5" w14:textId="5368076E" w:rsidR="002F6684" w:rsidRPr="006975ED" w:rsidRDefault="002F6684" w:rsidP="002F668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975ED">
              <w:rPr>
                <w:rFonts w:ascii="Simplified Arabic" w:hAnsi="Simplified Arabic" w:cs="Simplified Arabic"/>
                <w:sz w:val="28"/>
                <w:szCs w:val="28"/>
                <w:rtl/>
              </w:rPr>
              <w:t>الإجراءات المنهجية</w:t>
            </w:r>
          </w:p>
        </w:tc>
      </w:tr>
      <w:tr w:rsidR="002F6684" w:rsidRPr="00310B55" w14:paraId="1832C202" w14:textId="77777777" w:rsidTr="00CA2E08">
        <w:trPr>
          <w:trHeight w:val="443"/>
        </w:trPr>
        <w:tc>
          <w:tcPr>
            <w:cnfStyle w:val="001000000000" w:firstRow="0" w:lastRow="0" w:firstColumn="1" w:lastColumn="0" w:oddVBand="0" w:evenVBand="0" w:oddHBand="0" w:evenHBand="0" w:firstRowFirstColumn="0" w:firstRowLastColumn="0" w:lastRowFirstColumn="0" w:lastRowLastColumn="0"/>
            <w:tcW w:w="5094" w:type="dxa"/>
          </w:tcPr>
          <w:p w14:paraId="6B067AF1" w14:textId="6729FAE9" w:rsidR="002F6684" w:rsidRPr="006975ED" w:rsidRDefault="00140232" w:rsidP="002F6684">
            <w:pPr>
              <w:spacing w:line="276" w:lineRule="auto"/>
              <w:jc w:val="center"/>
              <w:rPr>
                <w:rFonts w:ascii="Simplified Arabic" w:hAnsi="Simplified Arabic" w:cs="Simplified Arabic"/>
                <w:b w:val="0"/>
                <w:bCs w:val="0"/>
                <w:sz w:val="28"/>
                <w:szCs w:val="28"/>
                <w:rtl/>
              </w:rPr>
            </w:pPr>
            <w:r>
              <w:rPr>
                <w:rFonts w:ascii="Simplified Arabic" w:hAnsi="Simplified Arabic" w:cs="Simplified Arabic"/>
                <w:b w:val="0"/>
                <w:bCs w:val="0"/>
                <w:sz w:val="28"/>
                <w:szCs w:val="28"/>
              </w:rPr>
              <w:t>29</w:t>
            </w:r>
          </w:p>
        </w:tc>
        <w:tc>
          <w:tcPr>
            <w:tcW w:w="5094" w:type="dxa"/>
          </w:tcPr>
          <w:p w14:paraId="72A75347" w14:textId="1C0284F8" w:rsidR="002F6684" w:rsidRPr="006975ED" w:rsidRDefault="002F6684" w:rsidP="002F6684">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975ED">
              <w:rPr>
                <w:rFonts w:ascii="Simplified Arabic" w:hAnsi="Simplified Arabic" w:cs="Simplified Arabic"/>
                <w:sz w:val="28"/>
                <w:szCs w:val="28"/>
                <w:rtl/>
              </w:rPr>
              <w:t>نتائج الدراسة</w:t>
            </w:r>
          </w:p>
        </w:tc>
      </w:tr>
      <w:tr w:rsidR="00974B28" w:rsidRPr="00310B55" w14:paraId="20A522CC" w14:textId="77777777" w:rsidTr="00CA2E08">
        <w:trPr>
          <w:trHeight w:val="443"/>
        </w:trPr>
        <w:tc>
          <w:tcPr>
            <w:cnfStyle w:val="001000000000" w:firstRow="0" w:lastRow="0" w:firstColumn="1" w:lastColumn="0" w:oddVBand="0" w:evenVBand="0" w:oddHBand="0" w:evenHBand="0" w:firstRowFirstColumn="0" w:firstRowLastColumn="0" w:lastRowFirstColumn="0" w:lastRowLastColumn="0"/>
            <w:tcW w:w="5094" w:type="dxa"/>
          </w:tcPr>
          <w:p w14:paraId="4F609AA7" w14:textId="144403A0" w:rsidR="00974B28" w:rsidRPr="006975ED" w:rsidRDefault="00140232" w:rsidP="00974B28">
            <w:pPr>
              <w:jc w:val="center"/>
              <w:rPr>
                <w:rFonts w:ascii="Simplified Arabic" w:hAnsi="Simplified Arabic" w:cs="Simplified Arabic"/>
                <w:b w:val="0"/>
                <w:bCs w:val="0"/>
                <w:sz w:val="28"/>
                <w:szCs w:val="28"/>
              </w:rPr>
            </w:pPr>
            <w:r>
              <w:rPr>
                <w:rFonts w:ascii="Simplified Arabic" w:hAnsi="Simplified Arabic" w:cs="Simplified Arabic"/>
                <w:b w:val="0"/>
                <w:bCs w:val="0"/>
                <w:sz w:val="28"/>
                <w:szCs w:val="28"/>
              </w:rPr>
              <w:t>47</w:t>
            </w:r>
          </w:p>
        </w:tc>
        <w:tc>
          <w:tcPr>
            <w:tcW w:w="5094" w:type="dxa"/>
          </w:tcPr>
          <w:p w14:paraId="4819CB9D" w14:textId="1D2C10E5" w:rsidR="00974B28" w:rsidRPr="006975ED" w:rsidRDefault="00974B28" w:rsidP="00974B2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975ED">
              <w:rPr>
                <w:rFonts w:ascii="Simplified Arabic" w:hAnsi="Simplified Arabic" w:cs="Simplified Arabic"/>
                <w:sz w:val="28"/>
                <w:szCs w:val="28"/>
                <w:rtl/>
              </w:rPr>
              <w:t>الخاتمة</w:t>
            </w:r>
          </w:p>
        </w:tc>
      </w:tr>
      <w:tr w:rsidR="00974B28" w:rsidRPr="00310B55" w14:paraId="534DC322" w14:textId="77777777" w:rsidTr="00CA2E08">
        <w:trPr>
          <w:trHeight w:val="443"/>
        </w:trPr>
        <w:tc>
          <w:tcPr>
            <w:cnfStyle w:val="001000000000" w:firstRow="0" w:lastRow="0" w:firstColumn="1" w:lastColumn="0" w:oddVBand="0" w:evenVBand="0" w:oddHBand="0" w:evenHBand="0" w:firstRowFirstColumn="0" w:firstRowLastColumn="0" w:lastRowFirstColumn="0" w:lastRowLastColumn="0"/>
            <w:tcW w:w="5094" w:type="dxa"/>
          </w:tcPr>
          <w:p w14:paraId="763C1026" w14:textId="185BF7A2" w:rsidR="00974B28" w:rsidRPr="006975ED" w:rsidRDefault="00140232" w:rsidP="00974B28">
            <w:pPr>
              <w:spacing w:line="276" w:lineRule="auto"/>
              <w:jc w:val="center"/>
              <w:rPr>
                <w:rFonts w:ascii="Simplified Arabic" w:hAnsi="Simplified Arabic" w:cs="Simplified Arabic"/>
                <w:b w:val="0"/>
                <w:bCs w:val="0"/>
                <w:sz w:val="28"/>
                <w:szCs w:val="28"/>
                <w:rtl/>
              </w:rPr>
            </w:pPr>
            <w:r>
              <w:rPr>
                <w:rFonts w:ascii="Simplified Arabic" w:hAnsi="Simplified Arabic" w:cs="Simplified Arabic"/>
                <w:b w:val="0"/>
                <w:bCs w:val="0"/>
                <w:sz w:val="28"/>
                <w:szCs w:val="28"/>
              </w:rPr>
              <w:t>49</w:t>
            </w:r>
          </w:p>
        </w:tc>
        <w:tc>
          <w:tcPr>
            <w:tcW w:w="5094" w:type="dxa"/>
          </w:tcPr>
          <w:p w14:paraId="79447BC9" w14:textId="2A3A97E7" w:rsidR="00974B28" w:rsidRPr="006975ED" w:rsidRDefault="00974B28" w:rsidP="00974B2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975ED">
              <w:rPr>
                <w:rFonts w:ascii="Simplified Arabic" w:hAnsi="Simplified Arabic" w:cs="Simplified Arabic"/>
                <w:sz w:val="28"/>
                <w:szCs w:val="28"/>
                <w:rtl/>
              </w:rPr>
              <w:t>مقترحات الدراسة</w:t>
            </w:r>
          </w:p>
        </w:tc>
      </w:tr>
      <w:tr w:rsidR="00974B28" w:rsidRPr="00310B55" w14:paraId="6F15E4FD" w14:textId="77777777" w:rsidTr="00CA2E08">
        <w:trPr>
          <w:trHeight w:val="443"/>
        </w:trPr>
        <w:tc>
          <w:tcPr>
            <w:cnfStyle w:val="001000000000" w:firstRow="0" w:lastRow="0" w:firstColumn="1" w:lastColumn="0" w:oddVBand="0" w:evenVBand="0" w:oddHBand="0" w:evenHBand="0" w:firstRowFirstColumn="0" w:firstRowLastColumn="0" w:lastRowFirstColumn="0" w:lastRowLastColumn="0"/>
            <w:tcW w:w="5094" w:type="dxa"/>
          </w:tcPr>
          <w:p w14:paraId="6AF1D698" w14:textId="05F745ED" w:rsidR="00974B28" w:rsidRPr="006975ED" w:rsidRDefault="00140232" w:rsidP="00974B28">
            <w:pPr>
              <w:spacing w:line="276" w:lineRule="auto"/>
              <w:jc w:val="center"/>
              <w:rPr>
                <w:rFonts w:ascii="Simplified Arabic" w:hAnsi="Simplified Arabic" w:cs="Simplified Arabic"/>
                <w:b w:val="0"/>
                <w:bCs w:val="0"/>
                <w:sz w:val="28"/>
                <w:szCs w:val="28"/>
                <w:rtl/>
              </w:rPr>
            </w:pPr>
            <w:r>
              <w:rPr>
                <w:rFonts w:ascii="Simplified Arabic" w:hAnsi="Simplified Arabic" w:cs="Simplified Arabic"/>
                <w:b w:val="0"/>
                <w:bCs w:val="0"/>
                <w:sz w:val="28"/>
                <w:szCs w:val="28"/>
              </w:rPr>
              <w:t>50</w:t>
            </w:r>
          </w:p>
        </w:tc>
        <w:tc>
          <w:tcPr>
            <w:tcW w:w="5094" w:type="dxa"/>
          </w:tcPr>
          <w:p w14:paraId="5AC267D3" w14:textId="27D34A16" w:rsidR="00974B28" w:rsidRPr="006975ED" w:rsidRDefault="00974B28" w:rsidP="00974B2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975ED">
              <w:rPr>
                <w:rFonts w:ascii="Simplified Arabic" w:hAnsi="Simplified Arabic" w:cs="Simplified Arabic"/>
                <w:sz w:val="28"/>
                <w:szCs w:val="28"/>
                <w:rtl/>
              </w:rPr>
              <w:t>قائمة المراجع</w:t>
            </w:r>
          </w:p>
        </w:tc>
      </w:tr>
      <w:tr w:rsidR="00974B28" w:rsidRPr="00310B55" w14:paraId="221FC9CA" w14:textId="77777777" w:rsidTr="00CA2E08">
        <w:trPr>
          <w:trHeight w:val="443"/>
        </w:trPr>
        <w:tc>
          <w:tcPr>
            <w:cnfStyle w:val="001000000000" w:firstRow="0" w:lastRow="0" w:firstColumn="1" w:lastColumn="0" w:oddVBand="0" w:evenVBand="0" w:oddHBand="0" w:evenHBand="0" w:firstRowFirstColumn="0" w:firstRowLastColumn="0" w:lastRowFirstColumn="0" w:lastRowLastColumn="0"/>
            <w:tcW w:w="5094" w:type="dxa"/>
          </w:tcPr>
          <w:p w14:paraId="56ED3F11" w14:textId="2095B7BC" w:rsidR="00974B28" w:rsidRPr="006975ED" w:rsidRDefault="00140232" w:rsidP="00974B28">
            <w:pPr>
              <w:spacing w:line="276" w:lineRule="auto"/>
              <w:jc w:val="center"/>
              <w:rPr>
                <w:rFonts w:ascii="Simplified Arabic" w:hAnsi="Simplified Arabic" w:cs="Simplified Arabic"/>
                <w:b w:val="0"/>
                <w:bCs w:val="0"/>
                <w:sz w:val="28"/>
                <w:szCs w:val="28"/>
                <w:rtl/>
              </w:rPr>
            </w:pPr>
            <w:r>
              <w:rPr>
                <w:rFonts w:ascii="Simplified Arabic" w:hAnsi="Simplified Arabic" w:cs="Simplified Arabic"/>
                <w:b w:val="0"/>
                <w:bCs w:val="0"/>
                <w:sz w:val="28"/>
                <w:szCs w:val="28"/>
              </w:rPr>
              <w:t>54</w:t>
            </w:r>
          </w:p>
        </w:tc>
        <w:tc>
          <w:tcPr>
            <w:tcW w:w="5094" w:type="dxa"/>
          </w:tcPr>
          <w:p w14:paraId="66994CAF" w14:textId="4D7C3EBB" w:rsidR="00974B28" w:rsidRPr="006975ED" w:rsidRDefault="00974B28" w:rsidP="00974B2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975ED">
              <w:rPr>
                <w:rFonts w:ascii="Simplified Arabic" w:hAnsi="Simplified Arabic" w:cs="Simplified Arabic"/>
                <w:sz w:val="28"/>
                <w:szCs w:val="28"/>
                <w:rtl/>
              </w:rPr>
              <w:t>الملاحق</w:t>
            </w:r>
          </w:p>
        </w:tc>
      </w:tr>
    </w:tbl>
    <w:p w14:paraId="56C5183E" w14:textId="51D8C43B" w:rsidR="00B62C6F" w:rsidRDefault="00B62C6F" w:rsidP="00310B55">
      <w:pPr>
        <w:bidi/>
        <w:jc w:val="both"/>
        <w:rPr>
          <w:rFonts w:ascii="Simplified Arabic" w:hAnsi="Simplified Arabic" w:cs="Simplified Arabic"/>
          <w:b/>
          <w:bCs/>
          <w:sz w:val="28"/>
          <w:szCs w:val="28"/>
          <w:rtl/>
        </w:rPr>
      </w:pPr>
    </w:p>
    <w:p w14:paraId="03ECF7EF" w14:textId="34F03FE6" w:rsidR="006975ED" w:rsidRDefault="006975ED" w:rsidP="006975ED">
      <w:pPr>
        <w:bidi/>
        <w:jc w:val="both"/>
        <w:rPr>
          <w:rFonts w:ascii="Simplified Arabic" w:hAnsi="Simplified Arabic" w:cs="Simplified Arabic"/>
          <w:b/>
          <w:bCs/>
          <w:sz w:val="28"/>
          <w:szCs w:val="28"/>
          <w:rtl/>
        </w:rPr>
      </w:pPr>
    </w:p>
    <w:p w14:paraId="7FD03D9B" w14:textId="77777777" w:rsidR="006975ED" w:rsidRDefault="006975ED" w:rsidP="006975ED">
      <w:pPr>
        <w:bidi/>
        <w:jc w:val="both"/>
        <w:rPr>
          <w:rFonts w:ascii="Simplified Arabic" w:hAnsi="Simplified Arabic" w:cs="Simplified Arabic" w:hint="cs"/>
          <w:b/>
          <w:bCs/>
          <w:sz w:val="28"/>
          <w:szCs w:val="28"/>
          <w:rtl/>
        </w:rPr>
      </w:pPr>
    </w:p>
    <w:p w14:paraId="0A0484C4" w14:textId="6002640C" w:rsidR="00F34152" w:rsidRPr="00B62C6F" w:rsidRDefault="00F93262" w:rsidP="00B62C6F">
      <w:pPr>
        <w:bidi/>
        <w:jc w:val="both"/>
        <w:rPr>
          <w:rFonts w:ascii="Simplified Arabic" w:hAnsi="Simplified Arabic" w:cs="Simplified Arabic"/>
          <w:b/>
          <w:bCs/>
          <w:sz w:val="32"/>
          <w:szCs w:val="32"/>
          <w:rtl/>
        </w:rPr>
      </w:pPr>
      <w:r w:rsidRPr="00B62C6F">
        <w:rPr>
          <w:rFonts w:ascii="Simplified Arabic" w:hAnsi="Simplified Arabic" w:cs="Simplified Arabic"/>
          <w:b/>
          <w:bCs/>
          <w:sz w:val="32"/>
          <w:szCs w:val="32"/>
          <w:rtl/>
        </w:rPr>
        <w:lastRenderedPageBreak/>
        <w:t xml:space="preserve">قائمة </w:t>
      </w:r>
      <w:r w:rsidR="00F34152" w:rsidRPr="00B62C6F">
        <w:rPr>
          <w:rFonts w:ascii="Simplified Arabic" w:hAnsi="Simplified Arabic" w:cs="Simplified Arabic"/>
          <w:b/>
          <w:bCs/>
          <w:sz w:val="32"/>
          <w:szCs w:val="32"/>
          <w:rtl/>
        </w:rPr>
        <w:t>الأشكال</w:t>
      </w:r>
      <w:r w:rsidR="006E60E0" w:rsidRPr="00B62C6F">
        <w:rPr>
          <w:rFonts w:ascii="Simplified Arabic" w:hAnsi="Simplified Arabic" w:cs="Simplified Arabic"/>
          <w:b/>
          <w:bCs/>
          <w:sz w:val="32"/>
          <w:szCs w:val="32"/>
          <w:rtl/>
        </w:rPr>
        <w:t>:</w:t>
      </w:r>
    </w:p>
    <w:tbl>
      <w:tblPr>
        <w:tblStyle w:val="14"/>
        <w:tblW w:w="0" w:type="auto"/>
        <w:tblLook w:val="04A0" w:firstRow="1" w:lastRow="0" w:firstColumn="1" w:lastColumn="0" w:noHBand="0" w:noVBand="1"/>
      </w:tblPr>
      <w:tblGrid>
        <w:gridCol w:w="1384"/>
        <w:gridCol w:w="7088"/>
        <w:gridCol w:w="1716"/>
      </w:tblGrid>
      <w:tr w:rsidR="00F93262" w:rsidRPr="00310B55" w14:paraId="0FF93E53" w14:textId="77777777" w:rsidTr="00E00156">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1384" w:type="dxa"/>
          </w:tcPr>
          <w:p w14:paraId="409750B3" w14:textId="7C0211BD" w:rsidR="00F93262" w:rsidRPr="00310B55" w:rsidRDefault="00F93262" w:rsidP="00310B55">
            <w:pPr>
              <w:bidi/>
              <w:spacing w:line="276" w:lineRule="auto"/>
              <w:jc w:val="center"/>
              <w:rPr>
                <w:rFonts w:ascii="Simplified Arabic" w:hAnsi="Simplified Arabic" w:cs="Simplified Arabic"/>
                <w:sz w:val="28"/>
                <w:szCs w:val="28"/>
              </w:rPr>
            </w:pPr>
            <w:r w:rsidRPr="00310B55">
              <w:rPr>
                <w:rFonts w:ascii="Simplified Arabic" w:hAnsi="Simplified Arabic" w:cs="Simplified Arabic"/>
                <w:sz w:val="28"/>
                <w:szCs w:val="28"/>
                <w:rtl/>
              </w:rPr>
              <w:t>رقم الصفحة</w:t>
            </w:r>
          </w:p>
        </w:tc>
        <w:tc>
          <w:tcPr>
            <w:tcW w:w="7088" w:type="dxa"/>
          </w:tcPr>
          <w:p w14:paraId="07FFC2F0" w14:textId="588DB726" w:rsidR="00F93262" w:rsidRPr="00310B55" w:rsidRDefault="00F93262" w:rsidP="00310B55">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10B55">
              <w:rPr>
                <w:rFonts w:ascii="Simplified Arabic" w:hAnsi="Simplified Arabic" w:cs="Simplified Arabic"/>
                <w:sz w:val="28"/>
                <w:szCs w:val="28"/>
                <w:rtl/>
              </w:rPr>
              <w:t>عنوان الرسم البياني</w:t>
            </w:r>
          </w:p>
        </w:tc>
        <w:tc>
          <w:tcPr>
            <w:tcW w:w="1716" w:type="dxa"/>
          </w:tcPr>
          <w:p w14:paraId="79E637D7" w14:textId="5CAE2EAA" w:rsidR="00F93262" w:rsidRPr="00310B55" w:rsidRDefault="00F93262" w:rsidP="00310B55">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10B55">
              <w:rPr>
                <w:rFonts w:ascii="Simplified Arabic" w:hAnsi="Simplified Arabic" w:cs="Simplified Arabic"/>
                <w:sz w:val="28"/>
                <w:szCs w:val="28"/>
                <w:rtl/>
              </w:rPr>
              <w:t>رقم الرسم البياني</w:t>
            </w:r>
          </w:p>
        </w:tc>
      </w:tr>
      <w:tr w:rsidR="00F93262" w:rsidRPr="00310B55" w14:paraId="3CC046D8" w14:textId="77777777" w:rsidTr="00E00156">
        <w:tc>
          <w:tcPr>
            <w:cnfStyle w:val="001000000000" w:firstRow="0" w:lastRow="0" w:firstColumn="1" w:lastColumn="0" w:oddVBand="0" w:evenVBand="0" w:oddHBand="0" w:evenHBand="0" w:firstRowFirstColumn="0" w:firstRowLastColumn="0" w:lastRowFirstColumn="0" w:lastRowLastColumn="0"/>
            <w:tcW w:w="1384" w:type="dxa"/>
          </w:tcPr>
          <w:p w14:paraId="67D8BC82" w14:textId="3DCC0F9E" w:rsidR="00F93262" w:rsidRPr="00310B55" w:rsidRDefault="00961856" w:rsidP="00310B55">
            <w:pPr>
              <w:bidi/>
              <w:spacing w:line="276" w:lineRule="auto"/>
              <w:jc w:val="center"/>
              <w:rPr>
                <w:rFonts w:ascii="Simplified Arabic" w:hAnsi="Simplified Arabic" w:cs="Simplified Arabic"/>
                <w:b w:val="0"/>
                <w:bCs w:val="0"/>
                <w:sz w:val="28"/>
                <w:szCs w:val="28"/>
              </w:rPr>
            </w:pPr>
            <w:r>
              <w:rPr>
                <w:rFonts w:ascii="Simplified Arabic" w:hAnsi="Simplified Arabic" w:cs="Simplified Arabic"/>
                <w:b w:val="0"/>
                <w:bCs w:val="0"/>
                <w:sz w:val="28"/>
                <w:szCs w:val="28"/>
              </w:rPr>
              <w:t>29</w:t>
            </w:r>
          </w:p>
        </w:tc>
        <w:tc>
          <w:tcPr>
            <w:tcW w:w="7088" w:type="dxa"/>
          </w:tcPr>
          <w:p w14:paraId="00C4B693" w14:textId="0DC64343" w:rsidR="00F93262" w:rsidRPr="00310B55" w:rsidRDefault="00F93262"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tl/>
              </w:rPr>
              <w:t>توزيع أفراد عينة الدراسة حسب متغير النوع.</w:t>
            </w:r>
          </w:p>
        </w:tc>
        <w:tc>
          <w:tcPr>
            <w:tcW w:w="1716" w:type="dxa"/>
          </w:tcPr>
          <w:p w14:paraId="159CD5BC" w14:textId="4FB8054B" w:rsidR="00F93262" w:rsidRPr="00310B55" w:rsidRDefault="00F93262"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10B55">
              <w:rPr>
                <w:rFonts w:ascii="Simplified Arabic" w:hAnsi="Simplified Arabic" w:cs="Simplified Arabic"/>
                <w:sz w:val="28"/>
                <w:szCs w:val="28"/>
              </w:rPr>
              <w:t>1</w:t>
            </w:r>
          </w:p>
        </w:tc>
      </w:tr>
      <w:tr w:rsidR="00F93262" w:rsidRPr="00310B55" w14:paraId="29624B4E" w14:textId="77777777" w:rsidTr="00E00156">
        <w:tc>
          <w:tcPr>
            <w:cnfStyle w:val="001000000000" w:firstRow="0" w:lastRow="0" w:firstColumn="1" w:lastColumn="0" w:oddVBand="0" w:evenVBand="0" w:oddHBand="0" w:evenHBand="0" w:firstRowFirstColumn="0" w:firstRowLastColumn="0" w:lastRowFirstColumn="0" w:lastRowLastColumn="0"/>
            <w:tcW w:w="1384" w:type="dxa"/>
          </w:tcPr>
          <w:p w14:paraId="376A9EA1" w14:textId="4C82C7AB" w:rsidR="00F93262" w:rsidRPr="00310B55" w:rsidRDefault="00961856" w:rsidP="00310B55">
            <w:pPr>
              <w:bidi/>
              <w:spacing w:line="276" w:lineRule="auto"/>
              <w:jc w:val="center"/>
              <w:rPr>
                <w:rFonts w:ascii="Simplified Arabic" w:hAnsi="Simplified Arabic" w:cs="Simplified Arabic"/>
                <w:b w:val="0"/>
                <w:bCs w:val="0"/>
                <w:sz w:val="28"/>
                <w:szCs w:val="28"/>
              </w:rPr>
            </w:pPr>
            <w:r>
              <w:rPr>
                <w:rFonts w:ascii="Simplified Arabic" w:hAnsi="Simplified Arabic" w:cs="Simplified Arabic"/>
                <w:b w:val="0"/>
                <w:bCs w:val="0"/>
                <w:sz w:val="28"/>
                <w:szCs w:val="28"/>
              </w:rPr>
              <w:t>31</w:t>
            </w:r>
          </w:p>
        </w:tc>
        <w:tc>
          <w:tcPr>
            <w:tcW w:w="7088" w:type="dxa"/>
          </w:tcPr>
          <w:p w14:paraId="105453AB" w14:textId="0A0F1DD0" w:rsidR="00F93262" w:rsidRPr="00310B55" w:rsidRDefault="00F93262"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tl/>
              </w:rPr>
              <w:t>توزيع أفراد عينة الدراسة حسب متغير العمر.</w:t>
            </w:r>
          </w:p>
        </w:tc>
        <w:tc>
          <w:tcPr>
            <w:tcW w:w="1716" w:type="dxa"/>
          </w:tcPr>
          <w:p w14:paraId="0E1A7E0C" w14:textId="61AFFBF0" w:rsidR="00F93262" w:rsidRPr="00310B55" w:rsidRDefault="00F93262"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Pr>
              <w:t>2</w:t>
            </w:r>
          </w:p>
        </w:tc>
      </w:tr>
      <w:tr w:rsidR="00F93262" w:rsidRPr="00310B55" w14:paraId="0D45D659" w14:textId="77777777" w:rsidTr="00E00156">
        <w:tc>
          <w:tcPr>
            <w:cnfStyle w:val="001000000000" w:firstRow="0" w:lastRow="0" w:firstColumn="1" w:lastColumn="0" w:oddVBand="0" w:evenVBand="0" w:oddHBand="0" w:evenHBand="0" w:firstRowFirstColumn="0" w:firstRowLastColumn="0" w:lastRowFirstColumn="0" w:lastRowLastColumn="0"/>
            <w:tcW w:w="1384" w:type="dxa"/>
          </w:tcPr>
          <w:p w14:paraId="3AEFCAF9" w14:textId="615DDA81" w:rsidR="00F93262" w:rsidRPr="00310B55" w:rsidRDefault="00961856" w:rsidP="00310B55">
            <w:pPr>
              <w:bidi/>
              <w:spacing w:line="276" w:lineRule="auto"/>
              <w:jc w:val="center"/>
              <w:rPr>
                <w:rFonts w:ascii="Simplified Arabic" w:hAnsi="Simplified Arabic" w:cs="Simplified Arabic"/>
                <w:b w:val="0"/>
                <w:bCs w:val="0"/>
                <w:sz w:val="28"/>
                <w:szCs w:val="28"/>
              </w:rPr>
            </w:pPr>
            <w:r>
              <w:rPr>
                <w:rFonts w:ascii="Simplified Arabic" w:hAnsi="Simplified Arabic" w:cs="Simplified Arabic"/>
                <w:b w:val="0"/>
                <w:bCs w:val="0"/>
                <w:sz w:val="28"/>
                <w:szCs w:val="28"/>
              </w:rPr>
              <w:t>32</w:t>
            </w:r>
          </w:p>
        </w:tc>
        <w:tc>
          <w:tcPr>
            <w:tcW w:w="7088" w:type="dxa"/>
          </w:tcPr>
          <w:p w14:paraId="1C4A91EB" w14:textId="00F75815" w:rsidR="00F93262" w:rsidRPr="00310B55" w:rsidRDefault="00F93262"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tl/>
              </w:rPr>
              <w:t>توزيع أفراد عينة الدراسة وفقاً للمستوى التعليمي.</w:t>
            </w:r>
          </w:p>
        </w:tc>
        <w:tc>
          <w:tcPr>
            <w:tcW w:w="1716" w:type="dxa"/>
          </w:tcPr>
          <w:p w14:paraId="73CCA794" w14:textId="37612365" w:rsidR="00F93262" w:rsidRPr="00310B55" w:rsidRDefault="00F93262"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Pr>
              <w:t>3</w:t>
            </w:r>
          </w:p>
        </w:tc>
      </w:tr>
      <w:tr w:rsidR="00F93262" w:rsidRPr="00310B55" w14:paraId="03A8C755" w14:textId="77777777" w:rsidTr="00E00156">
        <w:tc>
          <w:tcPr>
            <w:cnfStyle w:val="001000000000" w:firstRow="0" w:lastRow="0" w:firstColumn="1" w:lastColumn="0" w:oddVBand="0" w:evenVBand="0" w:oddHBand="0" w:evenHBand="0" w:firstRowFirstColumn="0" w:firstRowLastColumn="0" w:lastRowFirstColumn="0" w:lastRowLastColumn="0"/>
            <w:tcW w:w="1384" w:type="dxa"/>
          </w:tcPr>
          <w:p w14:paraId="4B3CD84B" w14:textId="00861248" w:rsidR="00F93262" w:rsidRPr="00310B55" w:rsidRDefault="00771416" w:rsidP="00310B55">
            <w:pPr>
              <w:bidi/>
              <w:spacing w:line="276" w:lineRule="auto"/>
              <w:jc w:val="center"/>
              <w:rPr>
                <w:rFonts w:ascii="Simplified Arabic" w:hAnsi="Simplified Arabic" w:cs="Simplified Arabic"/>
                <w:b w:val="0"/>
                <w:bCs w:val="0"/>
                <w:sz w:val="28"/>
                <w:szCs w:val="28"/>
              </w:rPr>
            </w:pPr>
            <w:r>
              <w:rPr>
                <w:rFonts w:ascii="Simplified Arabic" w:hAnsi="Simplified Arabic" w:cs="Simplified Arabic"/>
                <w:b w:val="0"/>
                <w:bCs w:val="0"/>
                <w:sz w:val="28"/>
                <w:szCs w:val="28"/>
              </w:rPr>
              <w:t>33</w:t>
            </w:r>
          </w:p>
        </w:tc>
        <w:tc>
          <w:tcPr>
            <w:tcW w:w="7088" w:type="dxa"/>
          </w:tcPr>
          <w:p w14:paraId="7842856B" w14:textId="2BFAD4DA" w:rsidR="00F93262" w:rsidRPr="00310B55" w:rsidRDefault="00F93262"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tl/>
              </w:rPr>
              <w:t>توزيع أفراد عينة الدراسة وفقاً للمستوى الاقتصادي.</w:t>
            </w:r>
          </w:p>
        </w:tc>
        <w:tc>
          <w:tcPr>
            <w:tcW w:w="1716" w:type="dxa"/>
          </w:tcPr>
          <w:p w14:paraId="2B054159" w14:textId="2497A12D" w:rsidR="00F93262" w:rsidRPr="00310B55" w:rsidRDefault="00F93262"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Pr>
              <w:t>4</w:t>
            </w:r>
          </w:p>
        </w:tc>
      </w:tr>
    </w:tbl>
    <w:p w14:paraId="1B6909E9" w14:textId="27ADF7E1" w:rsidR="00C4005D" w:rsidRPr="00B62C6F" w:rsidRDefault="00C4005D" w:rsidP="00310B55">
      <w:pPr>
        <w:bidi/>
        <w:rPr>
          <w:rFonts w:ascii="Simplified Arabic" w:hAnsi="Simplified Arabic" w:cs="Simplified Arabic"/>
          <w:sz w:val="16"/>
          <w:szCs w:val="16"/>
        </w:rPr>
      </w:pPr>
    </w:p>
    <w:p w14:paraId="023CDC10" w14:textId="23BF3D3C" w:rsidR="009A5F04" w:rsidRPr="00B62C6F" w:rsidRDefault="00F93262" w:rsidP="00310B55">
      <w:pPr>
        <w:bidi/>
        <w:jc w:val="both"/>
        <w:rPr>
          <w:rFonts w:ascii="Simplified Arabic" w:hAnsi="Simplified Arabic" w:cs="Simplified Arabic"/>
          <w:b/>
          <w:bCs/>
          <w:sz w:val="32"/>
          <w:szCs w:val="32"/>
          <w:rtl/>
        </w:rPr>
      </w:pPr>
      <w:r w:rsidRPr="00B62C6F">
        <w:rPr>
          <w:rFonts w:ascii="Simplified Arabic" w:hAnsi="Simplified Arabic" w:cs="Simplified Arabic"/>
          <w:b/>
          <w:bCs/>
          <w:sz w:val="32"/>
          <w:szCs w:val="32"/>
          <w:rtl/>
        </w:rPr>
        <w:t>قائمة الجداول:</w:t>
      </w:r>
    </w:p>
    <w:tbl>
      <w:tblPr>
        <w:tblStyle w:val="14"/>
        <w:tblW w:w="0" w:type="auto"/>
        <w:tblLook w:val="04A0" w:firstRow="1" w:lastRow="0" w:firstColumn="1" w:lastColumn="0" w:noHBand="0" w:noVBand="1"/>
      </w:tblPr>
      <w:tblGrid>
        <w:gridCol w:w="1384"/>
        <w:gridCol w:w="7088"/>
        <w:gridCol w:w="1716"/>
      </w:tblGrid>
      <w:tr w:rsidR="00F93262" w:rsidRPr="00310B55" w14:paraId="1FF822EC" w14:textId="77777777" w:rsidTr="00E00156">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1384" w:type="dxa"/>
          </w:tcPr>
          <w:p w14:paraId="5826CE8D" w14:textId="77777777" w:rsidR="00F93262" w:rsidRPr="00310B55" w:rsidRDefault="00F93262" w:rsidP="00310B55">
            <w:pPr>
              <w:bidi/>
              <w:spacing w:line="276" w:lineRule="auto"/>
              <w:jc w:val="center"/>
              <w:rPr>
                <w:rFonts w:ascii="Simplified Arabic" w:hAnsi="Simplified Arabic" w:cs="Simplified Arabic"/>
                <w:sz w:val="28"/>
                <w:szCs w:val="28"/>
              </w:rPr>
            </w:pPr>
            <w:r w:rsidRPr="00310B55">
              <w:rPr>
                <w:rFonts w:ascii="Simplified Arabic" w:hAnsi="Simplified Arabic" w:cs="Simplified Arabic"/>
                <w:sz w:val="28"/>
                <w:szCs w:val="28"/>
                <w:rtl/>
              </w:rPr>
              <w:t>رقم الصفحة</w:t>
            </w:r>
          </w:p>
        </w:tc>
        <w:tc>
          <w:tcPr>
            <w:tcW w:w="7088" w:type="dxa"/>
          </w:tcPr>
          <w:p w14:paraId="63CEEEE2" w14:textId="32DCE0D2" w:rsidR="00F93262" w:rsidRPr="00310B55" w:rsidRDefault="00F93262" w:rsidP="00310B55">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tl/>
              </w:rPr>
              <w:t>عنوان ال</w:t>
            </w:r>
            <w:r w:rsidR="007E4CDE" w:rsidRPr="00310B55">
              <w:rPr>
                <w:rFonts w:ascii="Simplified Arabic" w:hAnsi="Simplified Arabic" w:cs="Simplified Arabic"/>
                <w:sz w:val="28"/>
                <w:szCs w:val="28"/>
                <w:rtl/>
              </w:rPr>
              <w:t>جدول</w:t>
            </w:r>
          </w:p>
        </w:tc>
        <w:tc>
          <w:tcPr>
            <w:tcW w:w="1716" w:type="dxa"/>
          </w:tcPr>
          <w:p w14:paraId="14AF3104" w14:textId="65098422" w:rsidR="00F93262" w:rsidRPr="00310B55" w:rsidRDefault="007E4CDE" w:rsidP="00310B55">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10B55">
              <w:rPr>
                <w:rFonts w:ascii="Simplified Arabic" w:hAnsi="Simplified Arabic" w:cs="Simplified Arabic"/>
                <w:sz w:val="28"/>
                <w:szCs w:val="28"/>
                <w:rtl/>
              </w:rPr>
              <w:t>رقم الجدول</w:t>
            </w:r>
          </w:p>
        </w:tc>
      </w:tr>
      <w:tr w:rsidR="00F93262" w:rsidRPr="00310B55" w14:paraId="2C753049" w14:textId="77777777" w:rsidTr="00E00156">
        <w:tc>
          <w:tcPr>
            <w:cnfStyle w:val="001000000000" w:firstRow="0" w:lastRow="0" w:firstColumn="1" w:lastColumn="0" w:oddVBand="0" w:evenVBand="0" w:oddHBand="0" w:evenHBand="0" w:firstRowFirstColumn="0" w:firstRowLastColumn="0" w:lastRowFirstColumn="0" w:lastRowLastColumn="0"/>
            <w:tcW w:w="1384" w:type="dxa"/>
          </w:tcPr>
          <w:p w14:paraId="0D60819E" w14:textId="2094D374" w:rsidR="00F93262" w:rsidRPr="00310B55" w:rsidRDefault="00771416" w:rsidP="00310B55">
            <w:pPr>
              <w:bidi/>
              <w:spacing w:line="276" w:lineRule="auto"/>
              <w:jc w:val="center"/>
              <w:rPr>
                <w:rFonts w:ascii="Simplified Arabic" w:hAnsi="Simplified Arabic" w:cs="Simplified Arabic"/>
                <w:b w:val="0"/>
                <w:bCs w:val="0"/>
                <w:sz w:val="28"/>
                <w:szCs w:val="28"/>
              </w:rPr>
            </w:pPr>
            <w:r>
              <w:rPr>
                <w:rFonts w:ascii="Simplified Arabic" w:hAnsi="Simplified Arabic" w:cs="Simplified Arabic"/>
                <w:b w:val="0"/>
                <w:bCs w:val="0"/>
                <w:sz w:val="28"/>
                <w:szCs w:val="28"/>
              </w:rPr>
              <w:t>29</w:t>
            </w:r>
          </w:p>
        </w:tc>
        <w:tc>
          <w:tcPr>
            <w:tcW w:w="7088" w:type="dxa"/>
          </w:tcPr>
          <w:p w14:paraId="4A59419F" w14:textId="0A16E63D" w:rsidR="00F93262" w:rsidRPr="00310B55" w:rsidRDefault="00943CCC"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tl/>
              </w:rPr>
              <w:t>بيانات الدراسة وفقاً لمتغير النوع.</w:t>
            </w:r>
          </w:p>
        </w:tc>
        <w:tc>
          <w:tcPr>
            <w:tcW w:w="1716" w:type="dxa"/>
          </w:tcPr>
          <w:p w14:paraId="5D374594" w14:textId="77777777" w:rsidR="00F93262" w:rsidRPr="00310B55" w:rsidRDefault="00F93262"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Pr>
              <w:t>1</w:t>
            </w:r>
          </w:p>
        </w:tc>
      </w:tr>
      <w:tr w:rsidR="00F93262" w:rsidRPr="00310B55" w14:paraId="203D9AD8" w14:textId="77777777" w:rsidTr="00E00156">
        <w:tc>
          <w:tcPr>
            <w:cnfStyle w:val="001000000000" w:firstRow="0" w:lastRow="0" w:firstColumn="1" w:lastColumn="0" w:oddVBand="0" w:evenVBand="0" w:oddHBand="0" w:evenHBand="0" w:firstRowFirstColumn="0" w:firstRowLastColumn="0" w:lastRowFirstColumn="0" w:lastRowLastColumn="0"/>
            <w:tcW w:w="1384" w:type="dxa"/>
          </w:tcPr>
          <w:p w14:paraId="26CA1B1E" w14:textId="6F86A6D2" w:rsidR="00F93262" w:rsidRPr="00310B55" w:rsidRDefault="00771416" w:rsidP="00310B55">
            <w:pPr>
              <w:bidi/>
              <w:spacing w:line="276" w:lineRule="auto"/>
              <w:jc w:val="center"/>
              <w:rPr>
                <w:rFonts w:ascii="Simplified Arabic" w:hAnsi="Simplified Arabic" w:cs="Simplified Arabic"/>
                <w:b w:val="0"/>
                <w:bCs w:val="0"/>
                <w:sz w:val="28"/>
                <w:szCs w:val="28"/>
              </w:rPr>
            </w:pPr>
            <w:r>
              <w:rPr>
                <w:rFonts w:ascii="Simplified Arabic" w:hAnsi="Simplified Arabic" w:cs="Simplified Arabic"/>
                <w:b w:val="0"/>
                <w:bCs w:val="0"/>
                <w:sz w:val="28"/>
                <w:szCs w:val="28"/>
              </w:rPr>
              <w:t>30</w:t>
            </w:r>
          </w:p>
        </w:tc>
        <w:tc>
          <w:tcPr>
            <w:tcW w:w="7088" w:type="dxa"/>
          </w:tcPr>
          <w:p w14:paraId="327F0306" w14:textId="7614769A" w:rsidR="00F93262" w:rsidRPr="00310B55" w:rsidRDefault="00943CCC"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tl/>
              </w:rPr>
              <w:t>بيانات الدراسة وفقاً لمتغير العمر.</w:t>
            </w:r>
          </w:p>
        </w:tc>
        <w:tc>
          <w:tcPr>
            <w:tcW w:w="1716" w:type="dxa"/>
          </w:tcPr>
          <w:p w14:paraId="4DA3CEB3" w14:textId="77777777" w:rsidR="00F93262" w:rsidRPr="00310B55" w:rsidRDefault="00F93262"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Pr>
              <w:t>2</w:t>
            </w:r>
          </w:p>
        </w:tc>
      </w:tr>
      <w:tr w:rsidR="00F93262" w:rsidRPr="00310B55" w14:paraId="16038DE4" w14:textId="77777777" w:rsidTr="00E00156">
        <w:tc>
          <w:tcPr>
            <w:cnfStyle w:val="001000000000" w:firstRow="0" w:lastRow="0" w:firstColumn="1" w:lastColumn="0" w:oddVBand="0" w:evenVBand="0" w:oddHBand="0" w:evenHBand="0" w:firstRowFirstColumn="0" w:firstRowLastColumn="0" w:lastRowFirstColumn="0" w:lastRowLastColumn="0"/>
            <w:tcW w:w="1384" w:type="dxa"/>
          </w:tcPr>
          <w:p w14:paraId="766A26EF" w14:textId="13FD3215" w:rsidR="00F93262" w:rsidRPr="00310B55" w:rsidRDefault="00771416" w:rsidP="00310B55">
            <w:pPr>
              <w:bidi/>
              <w:spacing w:line="276" w:lineRule="auto"/>
              <w:jc w:val="center"/>
              <w:rPr>
                <w:rFonts w:ascii="Simplified Arabic" w:hAnsi="Simplified Arabic" w:cs="Simplified Arabic"/>
                <w:b w:val="0"/>
                <w:bCs w:val="0"/>
                <w:sz w:val="28"/>
                <w:szCs w:val="28"/>
              </w:rPr>
            </w:pPr>
            <w:r>
              <w:rPr>
                <w:rFonts w:ascii="Simplified Arabic" w:hAnsi="Simplified Arabic" w:cs="Simplified Arabic"/>
                <w:b w:val="0"/>
                <w:bCs w:val="0"/>
                <w:sz w:val="28"/>
                <w:szCs w:val="28"/>
              </w:rPr>
              <w:t>32</w:t>
            </w:r>
          </w:p>
        </w:tc>
        <w:tc>
          <w:tcPr>
            <w:tcW w:w="7088" w:type="dxa"/>
          </w:tcPr>
          <w:p w14:paraId="61649030" w14:textId="0E063C08" w:rsidR="00F93262" w:rsidRPr="00310B55" w:rsidRDefault="00943CCC"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tl/>
              </w:rPr>
              <w:t>بيانات الدراسة وفقاً لمتغير المستوى التعليمي</w:t>
            </w:r>
            <w:r w:rsidR="00D10FAA" w:rsidRPr="00310B55">
              <w:rPr>
                <w:rFonts w:ascii="Simplified Arabic" w:hAnsi="Simplified Arabic" w:cs="Simplified Arabic"/>
                <w:sz w:val="28"/>
                <w:szCs w:val="28"/>
                <w:rtl/>
              </w:rPr>
              <w:t>.</w:t>
            </w:r>
          </w:p>
        </w:tc>
        <w:tc>
          <w:tcPr>
            <w:tcW w:w="1716" w:type="dxa"/>
          </w:tcPr>
          <w:p w14:paraId="69FC7AE5" w14:textId="77777777" w:rsidR="00F93262" w:rsidRPr="00310B55" w:rsidRDefault="00F93262"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Pr>
              <w:t>3</w:t>
            </w:r>
          </w:p>
        </w:tc>
      </w:tr>
      <w:tr w:rsidR="00F93262" w:rsidRPr="00310B55" w14:paraId="38D8E441" w14:textId="77777777" w:rsidTr="00E00156">
        <w:tc>
          <w:tcPr>
            <w:cnfStyle w:val="001000000000" w:firstRow="0" w:lastRow="0" w:firstColumn="1" w:lastColumn="0" w:oddVBand="0" w:evenVBand="0" w:oddHBand="0" w:evenHBand="0" w:firstRowFirstColumn="0" w:firstRowLastColumn="0" w:lastRowFirstColumn="0" w:lastRowLastColumn="0"/>
            <w:tcW w:w="1384" w:type="dxa"/>
          </w:tcPr>
          <w:p w14:paraId="2167307B" w14:textId="6885573A" w:rsidR="00F93262" w:rsidRPr="00310B55" w:rsidRDefault="00771416" w:rsidP="00310B55">
            <w:pPr>
              <w:bidi/>
              <w:spacing w:line="276" w:lineRule="auto"/>
              <w:jc w:val="center"/>
              <w:rPr>
                <w:rFonts w:ascii="Simplified Arabic" w:hAnsi="Simplified Arabic" w:cs="Simplified Arabic"/>
                <w:b w:val="0"/>
                <w:bCs w:val="0"/>
                <w:sz w:val="28"/>
                <w:szCs w:val="28"/>
              </w:rPr>
            </w:pPr>
            <w:r>
              <w:rPr>
                <w:rFonts w:ascii="Simplified Arabic" w:hAnsi="Simplified Arabic" w:cs="Simplified Arabic"/>
                <w:b w:val="0"/>
                <w:bCs w:val="0"/>
                <w:sz w:val="28"/>
                <w:szCs w:val="28"/>
              </w:rPr>
              <w:t>33</w:t>
            </w:r>
          </w:p>
        </w:tc>
        <w:tc>
          <w:tcPr>
            <w:tcW w:w="7088" w:type="dxa"/>
          </w:tcPr>
          <w:p w14:paraId="0EBBB18F" w14:textId="761E934F" w:rsidR="00F93262" w:rsidRPr="00310B55" w:rsidRDefault="00943CCC"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tl/>
              </w:rPr>
              <w:t>بيانات الدراسة وفقاً لمتغير المستوى الاقتصادي</w:t>
            </w:r>
            <w:r w:rsidR="00D10FAA" w:rsidRPr="00310B55">
              <w:rPr>
                <w:rFonts w:ascii="Simplified Arabic" w:hAnsi="Simplified Arabic" w:cs="Simplified Arabic"/>
                <w:sz w:val="28"/>
                <w:szCs w:val="28"/>
                <w:rtl/>
              </w:rPr>
              <w:t>.</w:t>
            </w:r>
          </w:p>
        </w:tc>
        <w:tc>
          <w:tcPr>
            <w:tcW w:w="1716" w:type="dxa"/>
          </w:tcPr>
          <w:p w14:paraId="51976A61" w14:textId="77777777" w:rsidR="00F93262" w:rsidRPr="00310B55" w:rsidRDefault="00F93262"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Pr>
              <w:t>4</w:t>
            </w:r>
          </w:p>
        </w:tc>
      </w:tr>
      <w:tr w:rsidR="007E4CDE" w:rsidRPr="00310B55" w14:paraId="47C6AAC3" w14:textId="77777777" w:rsidTr="00E00156">
        <w:tc>
          <w:tcPr>
            <w:cnfStyle w:val="001000000000" w:firstRow="0" w:lastRow="0" w:firstColumn="1" w:lastColumn="0" w:oddVBand="0" w:evenVBand="0" w:oddHBand="0" w:evenHBand="0" w:firstRowFirstColumn="0" w:firstRowLastColumn="0" w:lastRowFirstColumn="0" w:lastRowLastColumn="0"/>
            <w:tcW w:w="1384" w:type="dxa"/>
          </w:tcPr>
          <w:p w14:paraId="48180F8A" w14:textId="73767771" w:rsidR="007E4CDE" w:rsidRPr="00310B55" w:rsidRDefault="00771416" w:rsidP="00310B55">
            <w:pPr>
              <w:bidi/>
              <w:spacing w:line="276" w:lineRule="auto"/>
              <w:jc w:val="center"/>
              <w:rPr>
                <w:rFonts w:ascii="Simplified Arabic" w:hAnsi="Simplified Arabic" w:cs="Simplified Arabic"/>
                <w:b w:val="0"/>
                <w:bCs w:val="0"/>
                <w:sz w:val="28"/>
                <w:szCs w:val="28"/>
              </w:rPr>
            </w:pPr>
            <w:r>
              <w:rPr>
                <w:rFonts w:ascii="Simplified Arabic" w:hAnsi="Simplified Arabic" w:cs="Simplified Arabic"/>
                <w:b w:val="0"/>
                <w:bCs w:val="0"/>
                <w:sz w:val="28"/>
                <w:szCs w:val="28"/>
              </w:rPr>
              <w:t>35</w:t>
            </w:r>
          </w:p>
        </w:tc>
        <w:tc>
          <w:tcPr>
            <w:tcW w:w="7088" w:type="dxa"/>
          </w:tcPr>
          <w:p w14:paraId="5E18EF0F" w14:textId="3D300437" w:rsidR="007E4CDE" w:rsidRPr="00310B55" w:rsidRDefault="00943CCC"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tl/>
              </w:rPr>
              <w:t>بيانات الدراسة وفقاً لعدد سنوات استخدام الشات بوت</w:t>
            </w:r>
            <w:r w:rsidR="00D10FAA" w:rsidRPr="00310B55">
              <w:rPr>
                <w:rFonts w:ascii="Simplified Arabic" w:hAnsi="Simplified Arabic" w:cs="Simplified Arabic"/>
                <w:sz w:val="28"/>
                <w:szCs w:val="28"/>
                <w:rtl/>
              </w:rPr>
              <w:t>.</w:t>
            </w:r>
          </w:p>
        </w:tc>
        <w:tc>
          <w:tcPr>
            <w:tcW w:w="1716" w:type="dxa"/>
          </w:tcPr>
          <w:p w14:paraId="7D97E8B0" w14:textId="1AE7EF03" w:rsidR="007E4CDE" w:rsidRPr="00310B55" w:rsidRDefault="007E4CDE"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Pr>
              <w:t>5</w:t>
            </w:r>
          </w:p>
        </w:tc>
      </w:tr>
      <w:tr w:rsidR="007E4CDE" w:rsidRPr="00310B55" w14:paraId="2B0E1B47" w14:textId="77777777" w:rsidTr="00E00156">
        <w:tc>
          <w:tcPr>
            <w:cnfStyle w:val="001000000000" w:firstRow="0" w:lastRow="0" w:firstColumn="1" w:lastColumn="0" w:oddVBand="0" w:evenVBand="0" w:oddHBand="0" w:evenHBand="0" w:firstRowFirstColumn="0" w:firstRowLastColumn="0" w:lastRowFirstColumn="0" w:lastRowLastColumn="0"/>
            <w:tcW w:w="1384" w:type="dxa"/>
          </w:tcPr>
          <w:p w14:paraId="226E65E5" w14:textId="0BBE39C5" w:rsidR="007E4CDE" w:rsidRPr="00310B55" w:rsidRDefault="00771416" w:rsidP="00310B55">
            <w:pPr>
              <w:bidi/>
              <w:spacing w:line="276" w:lineRule="auto"/>
              <w:jc w:val="center"/>
              <w:rPr>
                <w:rFonts w:ascii="Simplified Arabic" w:hAnsi="Simplified Arabic" w:cs="Simplified Arabic"/>
                <w:b w:val="0"/>
                <w:bCs w:val="0"/>
                <w:sz w:val="28"/>
                <w:szCs w:val="28"/>
              </w:rPr>
            </w:pPr>
            <w:r>
              <w:rPr>
                <w:rFonts w:ascii="Simplified Arabic" w:hAnsi="Simplified Arabic" w:cs="Simplified Arabic"/>
                <w:b w:val="0"/>
                <w:bCs w:val="0"/>
                <w:sz w:val="28"/>
                <w:szCs w:val="28"/>
              </w:rPr>
              <w:t>36</w:t>
            </w:r>
          </w:p>
        </w:tc>
        <w:tc>
          <w:tcPr>
            <w:tcW w:w="7088" w:type="dxa"/>
          </w:tcPr>
          <w:p w14:paraId="0047CE3F" w14:textId="77B0300B" w:rsidR="007E4CDE" w:rsidRPr="00310B55" w:rsidRDefault="00943CCC" w:rsidP="00310B55">
            <w:pPr>
              <w:tabs>
                <w:tab w:val="left" w:pos="4380"/>
              </w:tabs>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tl/>
              </w:rPr>
              <w:t>بيانات الدراسة وفقاً لمعدل تكرار استخدام الشات بوت</w:t>
            </w:r>
            <w:r w:rsidR="00D10FAA" w:rsidRPr="00310B55">
              <w:rPr>
                <w:rFonts w:ascii="Simplified Arabic" w:hAnsi="Simplified Arabic" w:cs="Simplified Arabic"/>
                <w:sz w:val="28"/>
                <w:szCs w:val="28"/>
                <w:rtl/>
              </w:rPr>
              <w:t>.</w:t>
            </w:r>
          </w:p>
        </w:tc>
        <w:tc>
          <w:tcPr>
            <w:tcW w:w="1716" w:type="dxa"/>
          </w:tcPr>
          <w:p w14:paraId="5DC0085F" w14:textId="3B7CB7C5" w:rsidR="007E4CDE" w:rsidRPr="00310B55" w:rsidRDefault="007E4CDE"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Pr>
              <w:t>6</w:t>
            </w:r>
          </w:p>
        </w:tc>
      </w:tr>
      <w:tr w:rsidR="007E4CDE" w:rsidRPr="00310B55" w14:paraId="1FEB4292" w14:textId="77777777" w:rsidTr="00E00156">
        <w:tc>
          <w:tcPr>
            <w:cnfStyle w:val="001000000000" w:firstRow="0" w:lastRow="0" w:firstColumn="1" w:lastColumn="0" w:oddVBand="0" w:evenVBand="0" w:oddHBand="0" w:evenHBand="0" w:firstRowFirstColumn="0" w:firstRowLastColumn="0" w:lastRowFirstColumn="0" w:lastRowLastColumn="0"/>
            <w:tcW w:w="1384" w:type="dxa"/>
          </w:tcPr>
          <w:p w14:paraId="4BF59A75" w14:textId="7403047C" w:rsidR="007E4CDE" w:rsidRPr="00310B55" w:rsidRDefault="00771416" w:rsidP="00310B55">
            <w:pPr>
              <w:bidi/>
              <w:spacing w:line="276" w:lineRule="auto"/>
              <w:jc w:val="center"/>
              <w:rPr>
                <w:rFonts w:ascii="Simplified Arabic" w:hAnsi="Simplified Arabic" w:cs="Simplified Arabic"/>
                <w:b w:val="0"/>
                <w:bCs w:val="0"/>
                <w:sz w:val="28"/>
                <w:szCs w:val="28"/>
              </w:rPr>
            </w:pPr>
            <w:r>
              <w:rPr>
                <w:rFonts w:ascii="Simplified Arabic" w:hAnsi="Simplified Arabic" w:cs="Simplified Arabic"/>
                <w:b w:val="0"/>
                <w:bCs w:val="0"/>
                <w:sz w:val="28"/>
                <w:szCs w:val="28"/>
              </w:rPr>
              <w:t>37</w:t>
            </w:r>
          </w:p>
        </w:tc>
        <w:tc>
          <w:tcPr>
            <w:tcW w:w="7088" w:type="dxa"/>
          </w:tcPr>
          <w:p w14:paraId="28336461" w14:textId="0A041151" w:rsidR="007E4CDE" w:rsidRPr="00310B55" w:rsidRDefault="00943CCC"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tl/>
              </w:rPr>
              <w:t>بيانات الدراسة وفقاً لمدى اللجوء للشات بوت للاستفسار عن الخدمات أو حل مشكلات</w:t>
            </w:r>
            <w:r w:rsidR="00310B55" w:rsidRPr="00310B55">
              <w:rPr>
                <w:rFonts w:ascii="Simplified Arabic" w:hAnsi="Simplified Arabic" w:cs="Simplified Arabic" w:hint="cs"/>
                <w:sz w:val="28"/>
                <w:szCs w:val="28"/>
                <w:rtl/>
              </w:rPr>
              <w:t xml:space="preserve"> </w:t>
            </w:r>
            <w:r w:rsidRPr="00310B55">
              <w:rPr>
                <w:rFonts w:ascii="Simplified Arabic" w:hAnsi="Simplified Arabic" w:cs="Simplified Arabic"/>
                <w:sz w:val="28"/>
                <w:szCs w:val="28"/>
                <w:rtl/>
              </w:rPr>
              <w:t>تقنية</w:t>
            </w:r>
            <w:r w:rsidR="00D10FAA" w:rsidRPr="00310B55">
              <w:rPr>
                <w:rFonts w:ascii="Simplified Arabic" w:hAnsi="Simplified Arabic" w:cs="Simplified Arabic"/>
                <w:sz w:val="28"/>
                <w:szCs w:val="28"/>
                <w:rtl/>
              </w:rPr>
              <w:t>.</w:t>
            </w:r>
          </w:p>
        </w:tc>
        <w:tc>
          <w:tcPr>
            <w:tcW w:w="1716" w:type="dxa"/>
          </w:tcPr>
          <w:p w14:paraId="569EA9F7" w14:textId="3AA2D8E8" w:rsidR="007E4CDE" w:rsidRPr="00310B55" w:rsidRDefault="007E4CDE"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Pr>
              <w:t>7</w:t>
            </w:r>
          </w:p>
        </w:tc>
      </w:tr>
      <w:tr w:rsidR="007E4CDE" w:rsidRPr="00310B55" w14:paraId="37E7763F" w14:textId="77777777" w:rsidTr="00E00156">
        <w:tc>
          <w:tcPr>
            <w:cnfStyle w:val="001000000000" w:firstRow="0" w:lastRow="0" w:firstColumn="1" w:lastColumn="0" w:oddVBand="0" w:evenVBand="0" w:oddHBand="0" w:evenHBand="0" w:firstRowFirstColumn="0" w:firstRowLastColumn="0" w:lastRowFirstColumn="0" w:lastRowLastColumn="0"/>
            <w:tcW w:w="1384" w:type="dxa"/>
          </w:tcPr>
          <w:p w14:paraId="043258AE" w14:textId="240FE6AF" w:rsidR="007E4CDE" w:rsidRPr="00310B55" w:rsidRDefault="00771416" w:rsidP="00310B55">
            <w:pPr>
              <w:bidi/>
              <w:spacing w:line="276" w:lineRule="auto"/>
              <w:jc w:val="center"/>
              <w:rPr>
                <w:rFonts w:ascii="Simplified Arabic" w:hAnsi="Simplified Arabic" w:cs="Simplified Arabic"/>
                <w:b w:val="0"/>
                <w:bCs w:val="0"/>
                <w:sz w:val="28"/>
                <w:szCs w:val="28"/>
              </w:rPr>
            </w:pPr>
            <w:r>
              <w:rPr>
                <w:rFonts w:ascii="Simplified Arabic" w:hAnsi="Simplified Arabic" w:cs="Simplified Arabic"/>
                <w:b w:val="0"/>
                <w:bCs w:val="0"/>
                <w:sz w:val="28"/>
                <w:szCs w:val="28"/>
              </w:rPr>
              <w:t>38</w:t>
            </w:r>
          </w:p>
        </w:tc>
        <w:tc>
          <w:tcPr>
            <w:tcW w:w="7088" w:type="dxa"/>
          </w:tcPr>
          <w:p w14:paraId="1A80B865" w14:textId="10432A14" w:rsidR="007E4CDE" w:rsidRPr="00310B55" w:rsidRDefault="00943CCC"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tl/>
              </w:rPr>
              <w:t>بيانات الدراسة وفقاً لنوع الشركات التي يتم التعامل معها عبر الشات بوت</w:t>
            </w:r>
            <w:r w:rsidR="00D10FAA" w:rsidRPr="00310B55">
              <w:rPr>
                <w:rFonts w:ascii="Simplified Arabic" w:hAnsi="Simplified Arabic" w:cs="Simplified Arabic"/>
                <w:sz w:val="28"/>
                <w:szCs w:val="28"/>
                <w:rtl/>
              </w:rPr>
              <w:t>.</w:t>
            </w:r>
          </w:p>
        </w:tc>
        <w:tc>
          <w:tcPr>
            <w:tcW w:w="1716" w:type="dxa"/>
          </w:tcPr>
          <w:p w14:paraId="572EC279" w14:textId="14681C0B" w:rsidR="007E4CDE" w:rsidRPr="00310B55" w:rsidRDefault="007E4CDE"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Pr>
              <w:t>8</w:t>
            </w:r>
          </w:p>
        </w:tc>
      </w:tr>
      <w:tr w:rsidR="007E4CDE" w:rsidRPr="00310B55" w14:paraId="45492A5E" w14:textId="77777777" w:rsidTr="00E00156">
        <w:tc>
          <w:tcPr>
            <w:cnfStyle w:val="001000000000" w:firstRow="0" w:lastRow="0" w:firstColumn="1" w:lastColumn="0" w:oddVBand="0" w:evenVBand="0" w:oddHBand="0" w:evenHBand="0" w:firstRowFirstColumn="0" w:firstRowLastColumn="0" w:lastRowFirstColumn="0" w:lastRowLastColumn="0"/>
            <w:tcW w:w="1384" w:type="dxa"/>
          </w:tcPr>
          <w:p w14:paraId="187D53FE" w14:textId="00385349" w:rsidR="007E4CDE" w:rsidRPr="00310B55" w:rsidRDefault="00771416" w:rsidP="00310B55">
            <w:pPr>
              <w:bidi/>
              <w:spacing w:line="276" w:lineRule="auto"/>
              <w:jc w:val="center"/>
              <w:rPr>
                <w:rFonts w:ascii="Simplified Arabic" w:hAnsi="Simplified Arabic" w:cs="Simplified Arabic"/>
                <w:b w:val="0"/>
                <w:bCs w:val="0"/>
                <w:sz w:val="28"/>
                <w:szCs w:val="28"/>
              </w:rPr>
            </w:pPr>
            <w:r>
              <w:rPr>
                <w:rFonts w:ascii="Simplified Arabic" w:hAnsi="Simplified Arabic" w:cs="Simplified Arabic"/>
                <w:b w:val="0"/>
                <w:bCs w:val="0"/>
                <w:sz w:val="28"/>
                <w:szCs w:val="28"/>
              </w:rPr>
              <w:t>39</w:t>
            </w:r>
          </w:p>
        </w:tc>
        <w:tc>
          <w:tcPr>
            <w:tcW w:w="7088" w:type="dxa"/>
          </w:tcPr>
          <w:p w14:paraId="1B0BFC0F" w14:textId="44FA36DA" w:rsidR="007E4CDE" w:rsidRPr="00310B55" w:rsidRDefault="00943CCC"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tl/>
              </w:rPr>
              <w:t>بيانات الدراسة وفقاً لنوع الاستفسارات التي تستخدم الشات بوت لأجلها.</w:t>
            </w:r>
          </w:p>
        </w:tc>
        <w:tc>
          <w:tcPr>
            <w:tcW w:w="1716" w:type="dxa"/>
          </w:tcPr>
          <w:p w14:paraId="35D19B8C" w14:textId="79088AB7" w:rsidR="007E4CDE" w:rsidRPr="00310B55" w:rsidRDefault="007E4CDE"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Pr>
              <w:t>9</w:t>
            </w:r>
          </w:p>
        </w:tc>
      </w:tr>
      <w:tr w:rsidR="007E4CDE" w:rsidRPr="00310B55" w14:paraId="25371F22" w14:textId="77777777" w:rsidTr="00E00156">
        <w:tc>
          <w:tcPr>
            <w:cnfStyle w:val="001000000000" w:firstRow="0" w:lastRow="0" w:firstColumn="1" w:lastColumn="0" w:oddVBand="0" w:evenVBand="0" w:oddHBand="0" w:evenHBand="0" w:firstRowFirstColumn="0" w:firstRowLastColumn="0" w:lastRowFirstColumn="0" w:lastRowLastColumn="0"/>
            <w:tcW w:w="1384" w:type="dxa"/>
          </w:tcPr>
          <w:p w14:paraId="25D724DF" w14:textId="62259C5C" w:rsidR="007E4CDE" w:rsidRPr="00310B55" w:rsidRDefault="00771416" w:rsidP="00310B55">
            <w:pPr>
              <w:bidi/>
              <w:spacing w:line="276" w:lineRule="auto"/>
              <w:jc w:val="center"/>
              <w:rPr>
                <w:rFonts w:ascii="Simplified Arabic" w:hAnsi="Simplified Arabic" w:cs="Simplified Arabic"/>
                <w:b w:val="0"/>
                <w:bCs w:val="0"/>
                <w:sz w:val="28"/>
                <w:szCs w:val="28"/>
              </w:rPr>
            </w:pPr>
            <w:r>
              <w:rPr>
                <w:rFonts w:ascii="Simplified Arabic" w:hAnsi="Simplified Arabic" w:cs="Simplified Arabic"/>
                <w:b w:val="0"/>
                <w:bCs w:val="0"/>
                <w:sz w:val="28"/>
                <w:szCs w:val="28"/>
              </w:rPr>
              <w:t>41</w:t>
            </w:r>
          </w:p>
        </w:tc>
        <w:tc>
          <w:tcPr>
            <w:tcW w:w="7088" w:type="dxa"/>
          </w:tcPr>
          <w:p w14:paraId="49AE581A" w14:textId="5FA7D744" w:rsidR="007E4CDE" w:rsidRPr="00310B55" w:rsidRDefault="00943CCC"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tl/>
              </w:rPr>
              <w:t>بيانات الدراسة وفقاً للعقبات التي تواجه المستخدمين عند استخدام الشات بوت.</w:t>
            </w:r>
          </w:p>
        </w:tc>
        <w:tc>
          <w:tcPr>
            <w:tcW w:w="1716" w:type="dxa"/>
          </w:tcPr>
          <w:p w14:paraId="4076B629" w14:textId="4197A239" w:rsidR="007E4CDE" w:rsidRPr="00310B55" w:rsidRDefault="007E4CDE"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Pr>
              <w:t>10</w:t>
            </w:r>
          </w:p>
        </w:tc>
      </w:tr>
      <w:tr w:rsidR="007E4CDE" w:rsidRPr="00310B55" w14:paraId="63BCEA21" w14:textId="77777777" w:rsidTr="00E00156">
        <w:tc>
          <w:tcPr>
            <w:cnfStyle w:val="001000000000" w:firstRow="0" w:lastRow="0" w:firstColumn="1" w:lastColumn="0" w:oddVBand="0" w:evenVBand="0" w:oddHBand="0" w:evenHBand="0" w:firstRowFirstColumn="0" w:firstRowLastColumn="0" w:lastRowFirstColumn="0" w:lastRowLastColumn="0"/>
            <w:tcW w:w="1384" w:type="dxa"/>
          </w:tcPr>
          <w:p w14:paraId="0581B52D" w14:textId="1F11D838" w:rsidR="007E4CDE" w:rsidRPr="00310B55" w:rsidRDefault="00771416" w:rsidP="00310B55">
            <w:pPr>
              <w:bidi/>
              <w:spacing w:line="276" w:lineRule="auto"/>
              <w:jc w:val="center"/>
              <w:rPr>
                <w:rFonts w:ascii="Simplified Arabic" w:hAnsi="Simplified Arabic" w:cs="Simplified Arabic"/>
                <w:b w:val="0"/>
                <w:bCs w:val="0"/>
                <w:sz w:val="28"/>
                <w:szCs w:val="28"/>
              </w:rPr>
            </w:pPr>
            <w:r>
              <w:rPr>
                <w:rFonts w:ascii="Simplified Arabic" w:hAnsi="Simplified Arabic" w:cs="Simplified Arabic"/>
                <w:b w:val="0"/>
                <w:bCs w:val="0"/>
                <w:sz w:val="28"/>
                <w:szCs w:val="28"/>
              </w:rPr>
              <w:t>42</w:t>
            </w:r>
          </w:p>
        </w:tc>
        <w:tc>
          <w:tcPr>
            <w:tcW w:w="7088" w:type="dxa"/>
          </w:tcPr>
          <w:p w14:paraId="5C102616" w14:textId="3C9C9FB6" w:rsidR="007E4CDE" w:rsidRPr="00310B55" w:rsidRDefault="00943CCC"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tl/>
              </w:rPr>
              <w:t>جدول تقييم كفاءة الخصائص التقنية والتشغيلية للشات بوت.</w:t>
            </w:r>
          </w:p>
        </w:tc>
        <w:tc>
          <w:tcPr>
            <w:tcW w:w="1716" w:type="dxa"/>
          </w:tcPr>
          <w:p w14:paraId="7291F04F" w14:textId="7197D94F" w:rsidR="007E4CDE" w:rsidRPr="00310B55" w:rsidRDefault="007E4CDE"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Pr>
              <w:t>11</w:t>
            </w:r>
          </w:p>
        </w:tc>
      </w:tr>
      <w:tr w:rsidR="007E4CDE" w:rsidRPr="00310B55" w14:paraId="1248641E" w14:textId="77777777" w:rsidTr="00E00156">
        <w:tc>
          <w:tcPr>
            <w:cnfStyle w:val="001000000000" w:firstRow="0" w:lastRow="0" w:firstColumn="1" w:lastColumn="0" w:oddVBand="0" w:evenVBand="0" w:oddHBand="0" w:evenHBand="0" w:firstRowFirstColumn="0" w:firstRowLastColumn="0" w:lastRowFirstColumn="0" w:lastRowLastColumn="0"/>
            <w:tcW w:w="1384" w:type="dxa"/>
          </w:tcPr>
          <w:p w14:paraId="3BF7545D" w14:textId="19714509" w:rsidR="007E4CDE" w:rsidRPr="00310B55" w:rsidRDefault="00771416" w:rsidP="00310B55">
            <w:pPr>
              <w:bidi/>
              <w:spacing w:line="276" w:lineRule="auto"/>
              <w:jc w:val="center"/>
              <w:rPr>
                <w:rFonts w:ascii="Simplified Arabic" w:hAnsi="Simplified Arabic" w:cs="Simplified Arabic"/>
                <w:b w:val="0"/>
                <w:bCs w:val="0"/>
                <w:sz w:val="28"/>
                <w:szCs w:val="28"/>
              </w:rPr>
            </w:pPr>
            <w:r>
              <w:rPr>
                <w:rFonts w:ascii="Simplified Arabic" w:hAnsi="Simplified Arabic" w:cs="Simplified Arabic"/>
                <w:b w:val="0"/>
                <w:bCs w:val="0"/>
                <w:sz w:val="28"/>
                <w:szCs w:val="28"/>
              </w:rPr>
              <w:t>44</w:t>
            </w:r>
          </w:p>
        </w:tc>
        <w:tc>
          <w:tcPr>
            <w:tcW w:w="7088" w:type="dxa"/>
          </w:tcPr>
          <w:p w14:paraId="1A6C598A" w14:textId="7DB5A58A" w:rsidR="007E4CDE" w:rsidRPr="00310B55" w:rsidRDefault="00943CCC"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tl/>
              </w:rPr>
              <w:t>جدول مستوى التفاعل مع جودة الشات بوت.</w:t>
            </w:r>
          </w:p>
        </w:tc>
        <w:tc>
          <w:tcPr>
            <w:tcW w:w="1716" w:type="dxa"/>
          </w:tcPr>
          <w:p w14:paraId="49B3D03C" w14:textId="035145FC" w:rsidR="007E4CDE" w:rsidRPr="00310B55" w:rsidRDefault="00D10FAA" w:rsidP="00310B5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0B55">
              <w:rPr>
                <w:rFonts w:ascii="Simplified Arabic" w:hAnsi="Simplified Arabic" w:cs="Simplified Arabic"/>
                <w:sz w:val="28"/>
                <w:szCs w:val="28"/>
              </w:rPr>
              <w:t>12</w:t>
            </w:r>
          </w:p>
        </w:tc>
      </w:tr>
    </w:tbl>
    <w:p w14:paraId="734D31C7" w14:textId="737B91EE" w:rsidR="00310B55" w:rsidRPr="00B62C6F" w:rsidRDefault="009A5F04" w:rsidP="00310B55">
      <w:pPr>
        <w:jc w:val="right"/>
        <w:rPr>
          <w:rFonts w:ascii="Simplified Arabic" w:hAnsi="Simplified Arabic" w:cs="Simplified Arabic"/>
          <w:b/>
          <w:bCs/>
          <w:sz w:val="36"/>
          <w:szCs w:val="36"/>
        </w:rPr>
      </w:pPr>
      <w:r w:rsidRPr="00B62C6F">
        <w:rPr>
          <w:rFonts w:ascii="Simplified Arabic" w:hAnsi="Simplified Arabic" w:cs="Simplified Arabic"/>
          <w:b/>
          <w:bCs/>
          <w:sz w:val="36"/>
          <w:szCs w:val="36"/>
          <w:rtl/>
        </w:rPr>
        <w:lastRenderedPageBreak/>
        <w:t>المقدمة</w:t>
      </w:r>
      <w:r w:rsidR="003F2245" w:rsidRPr="00B62C6F">
        <w:rPr>
          <w:rFonts w:ascii="Simplified Arabic" w:hAnsi="Simplified Arabic" w:cs="Simplified Arabic"/>
          <w:b/>
          <w:bCs/>
          <w:sz w:val="36"/>
          <w:szCs w:val="36"/>
          <w:rtl/>
        </w:rPr>
        <w:t>:</w:t>
      </w:r>
    </w:p>
    <w:p w14:paraId="6EF9B4D5" w14:textId="227F0996" w:rsidR="00427C5A" w:rsidRPr="00B62C6F" w:rsidRDefault="00820F17" w:rsidP="006975ED">
      <w:p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 xml:space="preserve">     </w:t>
      </w:r>
      <w:r w:rsidR="00427C5A" w:rsidRPr="00B62C6F">
        <w:rPr>
          <w:rFonts w:ascii="Simplified Arabic" w:eastAsia="Times New Roman" w:hAnsi="Simplified Arabic" w:cs="Simplified Arabic"/>
          <w:sz w:val="28"/>
          <w:szCs w:val="28"/>
          <w:rtl/>
        </w:rPr>
        <w:t>يشهد العصر الرقمي الحديث ثورة تكنولوجية متسارعة أحدثت تحولات جوهرية في بنية المعاملات المؤسسية وطبيعة العلاقات الاتصالية بين الشركات وجمهورها من المستهلكين، ولم تعد التقنيات الناشئة مجرد أدوات لتسيير الأعمال الروتينية، بل تحولت إلى ركائز استراتيجية تعيد صياغة المشهد الاستثماري والخدمي بأكمله، وتأتي تطبيقات الذكاء الاصطناعي، وفي مقدمتها روبوتات الدردشة التفاعلية "الشات بوت"، كواحدة من أبرز المحدثات التقنية التي نجحت في سد الفجوة الزمنية والمكانية بين المؤسسات وعملائها، مفسحة المجال لنمط اتصالي مرن وفوري يعمل على مدار الساعة دون انقطاع، مما أدى إلى إحداث طفرة حقيقية في آليات الدعم الفني، وتقديم المعلومات، وإتمام المعاملات بذكاء وكفاءة تشغيلية فائقة</w:t>
      </w:r>
      <w:r w:rsidR="006328B8" w:rsidRPr="00B62C6F">
        <w:rPr>
          <w:rFonts w:ascii="Simplified Arabic" w:eastAsia="Times New Roman" w:hAnsi="Simplified Arabic" w:cs="Simplified Arabic"/>
          <w:sz w:val="28"/>
          <w:szCs w:val="28"/>
          <w:rtl/>
        </w:rPr>
        <w:t xml:space="preserve"> (الشمري، 2023</w:t>
      </w:r>
      <w:r w:rsidR="00E90C48" w:rsidRPr="00B62C6F">
        <w:rPr>
          <w:rFonts w:ascii="Simplified Arabic" w:eastAsia="Times New Roman" w:hAnsi="Simplified Arabic" w:cs="Simplified Arabic"/>
          <w:sz w:val="28"/>
          <w:szCs w:val="28"/>
          <w:rtl/>
        </w:rPr>
        <w:t>، ص.52</w:t>
      </w:r>
      <w:r w:rsidR="006328B8" w:rsidRPr="00B62C6F">
        <w:rPr>
          <w:rFonts w:ascii="Simplified Arabic" w:eastAsia="Times New Roman" w:hAnsi="Simplified Arabic" w:cs="Simplified Arabic"/>
          <w:sz w:val="28"/>
          <w:szCs w:val="28"/>
          <w:rtl/>
        </w:rPr>
        <w:t>).</w:t>
      </w:r>
    </w:p>
    <w:p w14:paraId="7C9B4BAE" w14:textId="4174C64D" w:rsidR="00427C5A" w:rsidRPr="00B62C6F" w:rsidRDefault="00820F17" w:rsidP="006975ED">
      <w:p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 xml:space="preserve">     </w:t>
      </w:r>
      <w:r w:rsidR="00427C5A" w:rsidRPr="00B62C6F">
        <w:rPr>
          <w:rFonts w:ascii="Simplified Arabic" w:eastAsia="Times New Roman" w:hAnsi="Simplified Arabic" w:cs="Simplified Arabic"/>
          <w:sz w:val="28"/>
          <w:szCs w:val="28"/>
          <w:rtl/>
        </w:rPr>
        <w:t>وفي ظل رؤية المملكة العربية السعودية 2030، والتي اتخذت خطوات طموحة وهادفة نحو التحول الرقمي الشامل وبناء اقتصاد معرفي مستدام، أقبلت المؤسسات والشركات المحلية في القطاعين العام والخاص على تبني الحلول الذكية لتطوير قنواتها الاتصالية والارتقاء بجودة الخدمات المقدمة، إن هذا التوجه التقني المتسارع بدأ يلقي بظلاله مباشرة على أبعاد "تجربة العملاء"، والتي تعد المحدد الجوهري لتنافسية الشركات وبقاء علاماتها التجارية في السوق؛ حيث يسهم الشات بوت القائم على الذكاء الاصطناعي في تبسيط الإجراءات وتسهيل الوصول الفوري للمعلومة والخدمة، مما يقلل من الجهد المعرفي والزمني المبذول من قِبل المستهلك ويمنحه تجربة رقمية تتسم بالسلاسة والمرونة والوضوح الإجرائي</w:t>
      </w:r>
      <w:r w:rsidR="006328B8" w:rsidRPr="00B62C6F">
        <w:rPr>
          <w:rFonts w:ascii="Simplified Arabic" w:eastAsia="Times New Roman" w:hAnsi="Simplified Arabic" w:cs="Simplified Arabic"/>
          <w:sz w:val="28"/>
          <w:szCs w:val="28"/>
          <w:rtl/>
        </w:rPr>
        <w:t xml:space="preserve"> (وزارة الاتصالات وتقنية المعلومات، 2020</w:t>
      </w:r>
      <w:r w:rsidR="00E90C48" w:rsidRPr="00B62C6F">
        <w:rPr>
          <w:rFonts w:ascii="Simplified Arabic" w:eastAsia="Times New Roman" w:hAnsi="Simplified Arabic" w:cs="Simplified Arabic"/>
          <w:sz w:val="28"/>
          <w:szCs w:val="28"/>
          <w:rtl/>
        </w:rPr>
        <w:t>، ص.14</w:t>
      </w:r>
      <w:r w:rsidR="006328B8" w:rsidRPr="00B62C6F">
        <w:rPr>
          <w:rFonts w:ascii="Simplified Arabic" w:eastAsia="Times New Roman" w:hAnsi="Simplified Arabic" w:cs="Simplified Arabic"/>
          <w:sz w:val="28"/>
          <w:szCs w:val="28"/>
          <w:rtl/>
        </w:rPr>
        <w:t>).</w:t>
      </w:r>
    </w:p>
    <w:p w14:paraId="6CB35F99" w14:textId="0306528B" w:rsidR="00427C5A" w:rsidRPr="00B62C6F" w:rsidRDefault="00820F17" w:rsidP="006975ED">
      <w:p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 xml:space="preserve">     </w:t>
      </w:r>
      <w:r w:rsidR="00427C5A" w:rsidRPr="00B62C6F">
        <w:rPr>
          <w:rFonts w:ascii="Simplified Arabic" w:eastAsia="Times New Roman" w:hAnsi="Simplified Arabic" w:cs="Simplified Arabic"/>
          <w:sz w:val="28"/>
          <w:szCs w:val="28"/>
          <w:rtl/>
        </w:rPr>
        <w:t>وعلى الرغم من المزايا التشغيلية والاقتصادية الهائلة التي توفرها تكنولوجيا الذكاء الاصطناعي للشركات من حيث خفض التكاليف وتسريع الاستجابة، فإن نجاح هذه التجربة ميدانياً يظل رهناً بمدى قدرة هذه الأنظمة البرمجية على استيعاب الطبيعة البشرية وسياقات الحوار المختلفة للمستخدمين، ومن هنا تنبع الحاجة العلمية والعملية لإجراء هذه الدراسة، للوقوف على واقع التفاعل الرقمي بين المستهلكين والأنظمة الاتصالية الذكية للشركات، ومعرفة نقاط القوة وأوجه القصور التي قد تعيق انسيابية التجربة أو تولد نقاط احتكاك رقمي تؤثر سلبياً على علاقة العميل بالمنظمة وصورتها الذهنية</w:t>
      </w:r>
      <w:r w:rsidR="006328B8" w:rsidRPr="00B62C6F">
        <w:rPr>
          <w:rFonts w:ascii="Simplified Arabic" w:eastAsia="Times New Roman" w:hAnsi="Simplified Arabic" w:cs="Simplified Arabic"/>
          <w:sz w:val="28"/>
          <w:szCs w:val="28"/>
          <w:rtl/>
        </w:rPr>
        <w:t xml:space="preserve"> (العتيبي،</w:t>
      </w:r>
      <w:r w:rsidR="006265AC" w:rsidRPr="00B62C6F">
        <w:rPr>
          <w:rFonts w:ascii="Simplified Arabic" w:eastAsia="Times New Roman" w:hAnsi="Simplified Arabic" w:cs="Simplified Arabic"/>
          <w:sz w:val="28"/>
          <w:szCs w:val="28"/>
          <w:rtl/>
        </w:rPr>
        <w:t xml:space="preserve"> </w:t>
      </w:r>
      <w:r w:rsidR="006328B8" w:rsidRPr="00B62C6F">
        <w:rPr>
          <w:rFonts w:ascii="Simplified Arabic" w:eastAsia="Times New Roman" w:hAnsi="Simplified Arabic" w:cs="Simplified Arabic"/>
          <w:sz w:val="28"/>
          <w:szCs w:val="28"/>
          <w:rtl/>
        </w:rPr>
        <w:t>2022</w:t>
      </w:r>
      <w:r w:rsidR="006265AC" w:rsidRPr="00B62C6F">
        <w:rPr>
          <w:rFonts w:ascii="Simplified Arabic" w:eastAsia="Times New Roman" w:hAnsi="Simplified Arabic" w:cs="Simplified Arabic"/>
          <w:sz w:val="28"/>
          <w:szCs w:val="28"/>
          <w:rtl/>
        </w:rPr>
        <w:t>، ص.48).</w:t>
      </w:r>
    </w:p>
    <w:p w14:paraId="79E350AB" w14:textId="13F4620B" w:rsidR="006328B8" w:rsidRPr="00B62C6F" w:rsidRDefault="00820F17" w:rsidP="006975ED">
      <w:p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 xml:space="preserve">     </w:t>
      </w:r>
      <w:r w:rsidR="00427C5A" w:rsidRPr="00B62C6F">
        <w:rPr>
          <w:rFonts w:ascii="Simplified Arabic" w:eastAsia="Times New Roman" w:hAnsi="Simplified Arabic" w:cs="Simplified Arabic"/>
          <w:sz w:val="28"/>
          <w:szCs w:val="28"/>
          <w:rtl/>
        </w:rPr>
        <w:t>وتسعى هذه الدراسة الميدانية الحالية إلى تقديم إطار تحليلي متكامل يبحث في دور الشات بوت المعتمد على الذكاء الاصطناعي في تحسين تجربة العملاء وتسهيل التواصل مع الشركات</w:t>
      </w:r>
      <w:r w:rsidR="00FC7620" w:rsidRPr="00B62C6F">
        <w:rPr>
          <w:rFonts w:ascii="Simplified Arabic" w:eastAsia="Times New Roman" w:hAnsi="Simplified Arabic" w:cs="Simplified Arabic"/>
          <w:sz w:val="28"/>
          <w:szCs w:val="28"/>
          <w:rtl/>
        </w:rPr>
        <w:t xml:space="preserve"> في المملكة العربية السعودية</w:t>
      </w:r>
      <w:r w:rsidR="00427C5A" w:rsidRPr="00B62C6F">
        <w:rPr>
          <w:rFonts w:ascii="Simplified Arabic" w:eastAsia="Times New Roman" w:hAnsi="Simplified Arabic" w:cs="Simplified Arabic"/>
          <w:sz w:val="28"/>
          <w:szCs w:val="28"/>
          <w:rtl/>
        </w:rPr>
        <w:t xml:space="preserve">، مستندةً </w:t>
      </w:r>
      <w:r w:rsidR="00427C5A" w:rsidRPr="00B62C6F">
        <w:rPr>
          <w:rFonts w:ascii="Simplified Arabic" w:eastAsia="Times New Roman" w:hAnsi="Simplified Arabic" w:cs="Simplified Arabic"/>
          <w:sz w:val="28"/>
          <w:szCs w:val="28"/>
          <w:rtl/>
        </w:rPr>
        <w:lastRenderedPageBreak/>
        <w:t xml:space="preserve">إلى عينة علمية ممثلة من المستهلكين الرقميين للوقوف على أبعاد الظاهرة وتوطين المعرفة العلمية في البيئة المحلية، ولتأصيل هذه الدراسة منهجياً ونظرياً، </w:t>
      </w:r>
      <w:r w:rsidR="00FC7620" w:rsidRPr="00B62C6F">
        <w:rPr>
          <w:rFonts w:ascii="Simplified Arabic" w:eastAsia="Times New Roman" w:hAnsi="Simplified Arabic" w:cs="Simplified Arabic"/>
          <w:sz w:val="28"/>
          <w:szCs w:val="28"/>
          <w:rtl/>
        </w:rPr>
        <w:t>تم الاستناد</w:t>
      </w:r>
      <w:r w:rsidR="00427C5A" w:rsidRPr="00B62C6F">
        <w:rPr>
          <w:rFonts w:ascii="Simplified Arabic" w:eastAsia="Times New Roman" w:hAnsi="Simplified Arabic" w:cs="Simplified Arabic"/>
          <w:sz w:val="28"/>
          <w:szCs w:val="28"/>
          <w:rtl/>
        </w:rPr>
        <w:t xml:space="preserve"> إلى مجموعة من الأدبيات والأبحاث التطبيقية الرصينة المنشورة في كبرى المجلات العلمية المحكمة والمستودعات الرقمية الجامعية، لتشكل قاعدة مرجعية صلبة يتم بناءً عليها صياغة أداة القياس وفحص الفروض وتفسير النتائج الميدانية بما يخدم أهداف هذا البحث ويثر</w:t>
      </w:r>
      <w:r w:rsidR="00962583" w:rsidRPr="00B62C6F">
        <w:rPr>
          <w:rFonts w:ascii="Simplified Arabic" w:eastAsia="Times New Roman" w:hAnsi="Simplified Arabic" w:cs="Simplified Arabic"/>
          <w:sz w:val="28"/>
          <w:szCs w:val="28"/>
          <w:rtl/>
        </w:rPr>
        <w:t>ي المكتبة الأكاديمية.</w:t>
      </w:r>
    </w:p>
    <w:p w14:paraId="67742874" w14:textId="77777777" w:rsidR="006328B8" w:rsidRPr="00B62C6F" w:rsidRDefault="006328B8" w:rsidP="00570EC1">
      <w:pPr>
        <w:jc w:val="right"/>
        <w:rPr>
          <w:rFonts w:ascii="Simplified Arabic" w:hAnsi="Simplified Arabic" w:cs="Simplified Arabic"/>
          <w:sz w:val="28"/>
          <w:szCs w:val="28"/>
          <w:rtl/>
        </w:rPr>
      </w:pPr>
    </w:p>
    <w:p w14:paraId="40F8577C" w14:textId="3E844E17" w:rsidR="00A26DD9" w:rsidRDefault="009A5F04" w:rsidP="00570EC1">
      <w:pPr>
        <w:jc w:val="right"/>
        <w:rPr>
          <w:rFonts w:ascii="Simplified Arabic" w:hAnsi="Simplified Arabic" w:cs="Simplified Arabic"/>
          <w:b/>
          <w:bCs/>
          <w:sz w:val="36"/>
          <w:szCs w:val="36"/>
          <w:rtl/>
        </w:rPr>
      </w:pPr>
      <w:r w:rsidRPr="006975ED">
        <w:rPr>
          <w:rFonts w:ascii="Simplified Arabic" w:hAnsi="Simplified Arabic" w:cs="Simplified Arabic"/>
          <w:b/>
          <w:bCs/>
          <w:sz w:val="36"/>
          <w:szCs w:val="36"/>
          <w:rtl/>
        </w:rPr>
        <w:t>الدراسات السابقة</w:t>
      </w:r>
      <w:r w:rsidR="003F2245" w:rsidRPr="006975ED">
        <w:rPr>
          <w:rFonts w:ascii="Simplified Arabic" w:hAnsi="Simplified Arabic" w:cs="Simplified Arabic"/>
          <w:b/>
          <w:bCs/>
          <w:sz w:val="36"/>
          <w:szCs w:val="36"/>
          <w:rtl/>
        </w:rPr>
        <w:t>:</w:t>
      </w:r>
    </w:p>
    <w:p w14:paraId="74B499E0" w14:textId="77777777" w:rsidR="00570EC1" w:rsidRPr="00570EC1" w:rsidRDefault="00570EC1" w:rsidP="00570EC1">
      <w:pPr>
        <w:jc w:val="right"/>
        <w:rPr>
          <w:rFonts w:ascii="Simplified Arabic" w:hAnsi="Simplified Arabic" w:cs="Simplified Arabic"/>
          <w:b/>
          <w:bCs/>
          <w:sz w:val="2"/>
          <w:szCs w:val="2"/>
        </w:rPr>
      </w:pPr>
    </w:p>
    <w:p w14:paraId="29DAB8B5" w14:textId="6A6EE417" w:rsidR="009A5F04" w:rsidRPr="00B62C6F" w:rsidRDefault="004464D5" w:rsidP="00570EC1">
      <w:pPr>
        <w:bidi/>
        <w:jc w:val="both"/>
        <w:rPr>
          <w:rFonts w:ascii="Simplified Arabic" w:hAnsi="Simplified Arabic" w:cs="Simplified Arabic"/>
          <w:b/>
          <w:bCs/>
          <w:sz w:val="28"/>
          <w:szCs w:val="28"/>
        </w:rPr>
      </w:pPr>
      <w:r w:rsidRPr="00B62C6F">
        <w:rPr>
          <w:rFonts w:ascii="Simplified Arabic" w:hAnsi="Simplified Arabic" w:cs="Simplified Arabic"/>
          <w:b/>
          <w:bCs/>
          <w:sz w:val="28"/>
          <w:szCs w:val="28"/>
          <w:rtl/>
        </w:rPr>
        <w:t>المحور الأول: الدراسات المتعلقة بالشات بوت المعتمد على الذكاء الاصطناعي ودوره في تحسين خدمة العملا</w:t>
      </w:r>
      <w:r w:rsidR="00A26DD9" w:rsidRPr="00B62C6F">
        <w:rPr>
          <w:rFonts w:ascii="Simplified Arabic" w:hAnsi="Simplified Arabic" w:cs="Simplified Arabic"/>
          <w:b/>
          <w:bCs/>
          <w:sz w:val="28"/>
          <w:szCs w:val="28"/>
          <w:rtl/>
        </w:rPr>
        <w:t>ء</w:t>
      </w:r>
    </w:p>
    <w:p w14:paraId="69753B14" w14:textId="027ACC3C" w:rsidR="003A72E4" w:rsidRPr="00B62C6F" w:rsidRDefault="00605C76" w:rsidP="00570EC1">
      <w:pPr>
        <w:bidi/>
        <w:jc w:val="both"/>
        <w:rPr>
          <w:rFonts w:ascii="Simplified Arabic" w:hAnsi="Simplified Arabic" w:cs="Simplified Arabic"/>
          <w:sz w:val="28"/>
          <w:szCs w:val="28"/>
          <w:rtl/>
        </w:rPr>
      </w:pPr>
      <w:r w:rsidRPr="00B62C6F">
        <w:rPr>
          <w:rFonts w:ascii="Simplified Arabic" w:hAnsi="Simplified Arabic" w:cs="Simplified Arabic"/>
          <w:sz w:val="28"/>
          <w:szCs w:val="28"/>
          <w:rtl/>
        </w:rPr>
        <w:t>1</w:t>
      </w:r>
      <w:r w:rsidRPr="00B62C6F">
        <w:rPr>
          <w:rFonts w:ascii="Simplified Arabic" w:hAnsi="Simplified Arabic" w:cs="Simplified Arabic"/>
          <w:b/>
          <w:bCs/>
          <w:sz w:val="28"/>
          <w:szCs w:val="28"/>
          <w:rtl/>
        </w:rPr>
        <w:t>- دراسة (العامري، 2025)</w:t>
      </w:r>
      <w:r w:rsidRPr="00B62C6F">
        <w:rPr>
          <w:rFonts w:ascii="Simplified Arabic" w:hAnsi="Simplified Arabic" w:cs="Simplified Arabic"/>
          <w:sz w:val="28"/>
          <w:szCs w:val="28"/>
          <w:rtl/>
        </w:rPr>
        <w:t xml:space="preserve"> بعنوان</w:t>
      </w:r>
      <w:r w:rsidR="006F71FA" w:rsidRPr="00B62C6F">
        <w:rPr>
          <w:rFonts w:ascii="Simplified Arabic" w:hAnsi="Simplified Arabic" w:cs="Simplified Arabic"/>
          <w:sz w:val="28"/>
          <w:szCs w:val="28"/>
          <w:rtl/>
        </w:rPr>
        <w:t>:</w:t>
      </w:r>
      <w:r w:rsidRPr="00B62C6F">
        <w:rPr>
          <w:rFonts w:ascii="Simplified Arabic" w:hAnsi="Simplified Arabic" w:cs="Simplified Arabic"/>
          <w:sz w:val="28"/>
          <w:szCs w:val="28"/>
          <w:rtl/>
        </w:rPr>
        <w:t xml:space="preserve"> محددات تبني المساعدات الذكية التوليدية في البيئة المصرفية وأثرها على جودة القرارات التمويلية للمستهلكين، وتهدف إلى الكشف عن العوامل الفنية والبشرية التي تدفع العملاء للاعتماد على روبوتات المحادثة التوليدية</w:t>
      </w:r>
      <w:r w:rsidRPr="00B62C6F">
        <w:rPr>
          <w:rFonts w:ascii="Simplified Arabic" w:hAnsi="Simplified Arabic" w:cs="Simplified Arabic"/>
          <w:sz w:val="28"/>
          <w:szCs w:val="28"/>
        </w:rPr>
        <w:t xml:space="preserve"> (Generative Al) </w:t>
      </w:r>
      <w:r w:rsidR="00420079" w:rsidRPr="00B62C6F">
        <w:rPr>
          <w:rFonts w:ascii="Simplified Arabic" w:hAnsi="Simplified Arabic" w:cs="Simplified Arabic"/>
          <w:sz w:val="28"/>
          <w:szCs w:val="28"/>
          <w:rtl/>
        </w:rPr>
        <w:t xml:space="preserve"> </w:t>
      </w:r>
      <w:r w:rsidRPr="00B62C6F">
        <w:rPr>
          <w:rFonts w:ascii="Simplified Arabic" w:hAnsi="Simplified Arabic" w:cs="Simplified Arabic"/>
          <w:sz w:val="28"/>
          <w:szCs w:val="28"/>
          <w:rtl/>
        </w:rPr>
        <w:t>عند طلب الاستشارات المالية، وقياس أثر جودة المعلومات المقدمة على دقة قراراتهم، وطبقت على عينة قوامها (410) عملاء ينتمون إلى مجتمع مستخدمي التطبيقات الرقمية للبنوك الاستثمارية في المملكة العربية السعودية، تم الاعتماد على منهج تحليلي واستخدمت أداة الاستبيان الإلكتروني، وتوصلت نتائج الدراسة إلى أن جودة المعلومات ودقتها الفورية هما المحدد الأساسي والمباشر لرفع كفاءة خدمة العملاء وبناء الثقة الرقمية، كما كشفت عن</w:t>
      </w:r>
      <w:r w:rsidR="003A72E4" w:rsidRPr="00B62C6F">
        <w:rPr>
          <w:rFonts w:ascii="Simplified Arabic" w:hAnsi="Simplified Arabic" w:cs="Simplified Arabic"/>
          <w:sz w:val="28"/>
          <w:szCs w:val="28"/>
          <w:rtl/>
        </w:rPr>
        <w:t xml:space="preserve"> </w:t>
      </w:r>
      <w:r w:rsidRPr="00B62C6F">
        <w:rPr>
          <w:rFonts w:ascii="Simplified Arabic" w:hAnsi="Simplified Arabic" w:cs="Simplified Arabic"/>
          <w:sz w:val="28"/>
          <w:szCs w:val="28"/>
          <w:rtl/>
        </w:rPr>
        <w:t>وجود فروق ذات دلالة إحصائية في مستويات الرضا لصالح العملاء الذين تعاملوا مع روبوتات توليدية</w:t>
      </w:r>
      <w:r w:rsidR="003A72E4" w:rsidRPr="00B62C6F">
        <w:rPr>
          <w:rFonts w:ascii="Simplified Arabic" w:hAnsi="Simplified Arabic" w:cs="Simplified Arabic"/>
          <w:sz w:val="28"/>
          <w:szCs w:val="28"/>
          <w:rtl/>
        </w:rPr>
        <w:t xml:space="preserve"> </w:t>
      </w:r>
      <w:r w:rsidRPr="00B62C6F">
        <w:rPr>
          <w:rFonts w:ascii="Simplified Arabic" w:hAnsi="Simplified Arabic" w:cs="Simplified Arabic"/>
          <w:sz w:val="28"/>
          <w:szCs w:val="28"/>
          <w:rtl/>
        </w:rPr>
        <w:t>مقارنة بالروبوتات التقليدية، وأوصت الدراسة بضرورة إدماج نماذج لغوية ضخمة ومحدثة باستمرار لمنع حدوث تضليل أو</w:t>
      </w:r>
      <w:r w:rsidR="003A72E4" w:rsidRPr="00B62C6F">
        <w:rPr>
          <w:rFonts w:ascii="Simplified Arabic" w:hAnsi="Simplified Arabic" w:cs="Simplified Arabic"/>
          <w:sz w:val="28"/>
          <w:szCs w:val="28"/>
          <w:rtl/>
        </w:rPr>
        <w:t xml:space="preserve"> تقديم معلومات مالية قديمة.</w:t>
      </w:r>
    </w:p>
    <w:p w14:paraId="47AA2F11" w14:textId="60163F59" w:rsidR="00521FCF" w:rsidRPr="00B62C6F" w:rsidRDefault="00521FCF" w:rsidP="00570EC1">
      <w:pPr>
        <w:pStyle w:val="p1"/>
        <w:bidi/>
        <w:spacing w:line="276" w:lineRule="auto"/>
        <w:jc w:val="both"/>
        <w:rPr>
          <w:rFonts w:ascii="Simplified Arabic" w:hAnsi="Simplified Arabic" w:cs="Simplified Arabic"/>
          <w:sz w:val="28"/>
          <w:szCs w:val="28"/>
        </w:rPr>
      </w:pPr>
      <w:r w:rsidRPr="00B62C6F">
        <w:rPr>
          <w:rStyle w:val="s1"/>
          <w:rFonts w:ascii="Simplified Arabic" w:hAnsi="Simplified Arabic" w:cs="Simplified Arabic"/>
          <w:sz w:val="28"/>
          <w:szCs w:val="28"/>
          <w:rtl/>
        </w:rPr>
        <w:t>2- دراسة (</w:t>
      </w:r>
      <w:r w:rsidRPr="00B62C6F">
        <w:rPr>
          <w:rStyle w:val="s1"/>
          <w:rFonts w:ascii="Simplified Arabic" w:hAnsi="Simplified Arabic" w:cs="Simplified Arabic"/>
          <w:sz w:val="28"/>
          <w:szCs w:val="28"/>
        </w:rPr>
        <w:t>Roberts</w:t>
      </w:r>
      <w:r w:rsidRPr="00B62C6F">
        <w:rPr>
          <w:rStyle w:val="s1"/>
          <w:rFonts w:ascii="Simplified Arabic" w:hAnsi="Simplified Arabic" w:cs="Simplified Arabic"/>
          <w:sz w:val="28"/>
          <w:szCs w:val="28"/>
          <w:rtl/>
        </w:rPr>
        <w:t xml:space="preserve"> &amp; </w:t>
      </w:r>
      <w:r w:rsidRPr="00B62C6F">
        <w:rPr>
          <w:rStyle w:val="s1"/>
          <w:rFonts w:ascii="Simplified Arabic" w:hAnsi="Simplified Arabic" w:cs="Simplified Arabic"/>
          <w:sz w:val="28"/>
          <w:szCs w:val="28"/>
        </w:rPr>
        <w:t>Taylor</w:t>
      </w:r>
      <w:r w:rsidRPr="00B62C6F">
        <w:rPr>
          <w:rStyle w:val="s1"/>
          <w:rFonts w:ascii="Simplified Arabic" w:hAnsi="Simplified Arabic" w:cs="Simplified Arabic"/>
          <w:sz w:val="28"/>
          <w:szCs w:val="28"/>
          <w:rtl/>
        </w:rPr>
        <w:t>،</w:t>
      </w:r>
      <w:r w:rsidRPr="00B62C6F">
        <w:rPr>
          <w:rStyle w:val="s1"/>
          <w:rFonts w:ascii="Simplified Arabic" w:hAnsi="Simplified Arabic" w:cs="Simplified Arabic"/>
          <w:sz w:val="28"/>
          <w:szCs w:val="28"/>
        </w:rPr>
        <w:t xml:space="preserve"> 2025</w:t>
      </w:r>
      <w:r w:rsidRPr="00B62C6F">
        <w:rPr>
          <w:rStyle w:val="s1"/>
          <w:rFonts w:ascii="Simplified Arabic" w:hAnsi="Simplified Arabic" w:cs="Simplified Arabic"/>
          <w:sz w:val="28"/>
          <w:szCs w:val="28"/>
          <w:rtl/>
        </w:rPr>
        <w:t>)</w:t>
      </w:r>
      <w:r w:rsidRPr="00B62C6F">
        <w:rPr>
          <w:rStyle w:val="s2"/>
          <w:rFonts w:ascii="Simplified Arabic" w:hAnsi="Simplified Arabic" w:cs="Simplified Arabic"/>
          <w:sz w:val="28"/>
          <w:szCs w:val="28"/>
          <w:rtl/>
        </w:rPr>
        <w:t xml:space="preserve"> بعنوان: “</w:t>
      </w:r>
      <w:r w:rsidRPr="00B62C6F">
        <w:rPr>
          <w:rStyle w:val="s3"/>
          <w:rFonts w:ascii="Simplified Arabic" w:hAnsi="Simplified Arabic" w:cs="Simplified Arabic"/>
          <w:sz w:val="28"/>
          <w:szCs w:val="28"/>
        </w:rPr>
        <w:t>Evaluating customer perception of technical competency in generative AI customer service agents</w:t>
      </w:r>
      <w:r w:rsidRPr="00B62C6F">
        <w:rPr>
          <w:rStyle w:val="s2"/>
          <w:rFonts w:ascii="Simplified Arabic" w:hAnsi="Simplified Arabic" w:cs="Simplified Arabic"/>
          <w:sz w:val="28"/>
          <w:szCs w:val="28"/>
          <w:rtl/>
        </w:rPr>
        <w:t xml:space="preserve">” (تقييم إدراك العملاء للكفاءة الفنية لوكلاء خدمة العملاء القائمين على الذكاء الاصطناعي التوليدي)، هدفت الدراسة إلى قياس الفروق في إدراك العميل لمفهوم “الكفاءة وحل المشكلات” عند التفاعل مع بوت ذكي توليدي يمتلك مرونة في الحوار مقارنة بنظم الرد الآلي الثابتة، وطبقت الدراسة على عينة قوامها (350) مستهلكاً للخدمات السحابية ينتمون إلى مجتمع مستخدمي منصات </w:t>
      </w:r>
      <w:r w:rsidRPr="00B62C6F">
        <w:rPr>
          <w:rStyle w:val="s2"/>
          <w:rFonts w:ascii="Simplified Arabic" w:hAnsi="Simplified Arabic" w:cs="Simplified Arabic"/>
          <w:sz w:val="28"/>
          <w:szCs w:val="28"/>
          <w:rtl/>
        </w:rPr>
        <w:lastRenderedPageBreak/>
        <w:t>الدعم الفني لشركات برمجيات الأعمال في الولايات المتحدة الأمريكية، واعتمدت الدراسة على منهج تجريبي واستخدمت أداة التجربة من خلال تصميم سيناريوهات تفاعلية تلتها استمارة لقياس الأداء، وتوصلت نتائج الدراسة إلى أن الروبوتات التوليدية تنجح بنسبة تتجاوز (85%) في تفكيك استفسارات العملاء المعقدة وحلها ذاتياً دون تصعيد الشكوى إلى الموظف البشري، كما كشفت عن وجود علاقة ارتباطية موجبة قوية بين قدرة البوت على صياغة تفسيرات واضحة للمشكلة وانخفاض معدل التخلي عن المعاملات الرقمية، وأوصت بضرورة تدريب النظم الذكية على نبرة صوتية ونصية تتسم بالتعاطف الرقمي لتطوير جودة الدعم الفني.</w:t>
      </w:r>
    </w:p>
    <w:p w14:paraId="30B43BCD" w14:textId="508915DE" w:rsidR="00521FCF" w:rsidRPr="00B62C6F" w:rsidRDefault="00521FCF" w:rsidP="00570EC1">
      <w:pPr>
        <w:pStyle w:val="p1"/>
        <w:bidi/>
        <w:spacing w:line="276" w:lineRule="auto"/>
        <w:jc w:val="both"/>
        <w:rPr>
          <w:rFonts w:ascii="Simplified Arabic" w:hAnsi="Simplified Arabic" w:cs="Simplified Arabic"/>
          <w:sz w:val="28"/>
          <w:szCs w:val="28"/>
          <w:rtl/>
        </w:rPr>
      </w:pPr>
      <w:r w:rsidRPr="00B62C6F">
        <w:rPr>
          <w:rStyle w:val="s1"/>
          <w:rFonts w:ascii="Simplified Arabic" w:hAnsi="Simplified Arabic" w:cs="Simplified Arabic"/>
          <w:sz w:val="28"/>
          <w:szCs w:val="28"/>
          <w:rtl/>
        </w:rPr>
        <w:t>3- دراسة (خضر، 2024)</w:t>
      </w:r>
      <w:r w:rsidRPr="00B62C6F">
        <w:rPr>
          <w:rStyle w:val="s2"/>
          <w:rFonts w:ascii="Simplified Arabic" w:hAnsi="Simplified Arabic" w:cs="Simplified Arabic"/>
          <w:sz w:val="28"/>
          <w:szCs w:val="28"/>
          <w:rtl/>
        </w:rPr>
        <w:t xml:space="preserve"> بعنوان: “دور تقنيات معالجة اللغة الطبيعية في تطوير الأداء الاتصالي لروبوتات المحادثة بالمؤسسات الخدمية”، هدفت الدراسة إلى تقييم كفاءة الخصائص التقنية لروبوتات الشات بوت، وتحديداً قدرتها على فهم لغة المستهلك وسياق الحوار ومدى انعكاس ذلك على كفاية الردود الإرشادية، وطبقت الدراسة على عينة قوامها (180) نص محادثة دعم فني رقمي ينتمون إلى مجتمع سجلات المحادثات المخزنة لشركات الطيران المحلية في جمهورية مصر العربية، واعتمدت الدراسة على منهج تحليلي واستخدمت أداة تحليل المضمون، وتوصلت نتائج الدراسة إلى أن البنية المعرفية والمعلوماتية لإجابات الذكاء الاصطناعي تمتلك مستوى جودة مرتفعاً وقدرة واضحة على فك رموز الاستفسارات الروتينية الشائعة، كما كشفت عن وجود قصور واضح يعيق فهم الطبيعة البشرية عندما يستخدم العملاء لهجات محلية دارجة أو مصطلحات عامية غير معيارية، وأوصت بضرورة تغذية قواعد بيانات الشات بوت بـ”القاموس اللهجي العامي” المحيط بالبيئة الجغرافية للمستهلكين.</w:t>
      </w:r>
    </w:p>
    <w:p w14:paraId="4387AD49" w14:textId="31A796AA" w:rsidR="00521FCF" w:rsidRPr="00B62C6F" w:rsidRDefault="00521FCF" w:rsidP="00570EC1">
      <w:pPr>
        <w:pStyle w:val="p1"/>
        <w:bidi/>
        <w:spacing w:line="276" w:lineRule="auto"/>
        <w:jc w:val="both"/>
        <w:rPr>
          <w:rFonts w:ascii="Simplified Arabic" w:hAnsi="Simplified Arabic" w:cs="Simplified Arabic"/>
          <w:sz w:val="28"/>
          <w:szCs w:val="28"/>
          <w:rtl/>
        </w:rPr>
      </w:pPr>
      <w:r w:rsidRPr="00B62C6F">
        <w:rPr>
          <w:rStyle w:val="s1"/>
          <w:rFonts w:ascii="Simplified Arabic" w:hAnsi="Simplified Arabic" w:cs="Simplified Arabic"/>
          <w:sz w:val="28"/>
          <w:szCs w:val="28"/>
          <w:rtl/>
        </w:rPr>
        <w:t>4- دراسة (</w:t>
      </w:r>
      <w:r w:rsidRPr="00B62C6F">
        <w:rPr>
          <w:rStyle w:val="s1"/>
          <w:rFonts w:ascii="Simplified Arabic" w:hAnsi="Simplified Arabic" w:cs="Simplified Arabic"/>
          <w:sz w:val="28"/>
          <w:szCs w:val="28"/>
        </w:rPr>
        <w:t>Nguyen</w:t>
      </w:r>
      <w:r w:rsidRPr="00B62C6F">
        <w:rPr>
          <w:rStyle w:val="s1"/>
          <w:rFonts w:ascii="Simplified Arabic" w:hAnsi="Simplified Arabic" w:cs="Simplified Arabic"/>
          <w:sz w:val="28"/>
          <w:szCs w:val="28"/>
          <w:rtl/>
        </w:rPr>
        <w:t xml:space="preserve"> &amp; </w:t>
      </w:r>
      <w:r w:rsidRPr="00B62C6F">
        <w:rPr>
          <w:rStyle w:val="s1"/>
          <w:rFonts w:ascii="Simplified Arabic" w:hAnsi="Simplified Arabic" w:cs="Simplified Arabic"/>
          <w:sz w:val="28"/>
          <w:szCs w:val="28"/>
        </w:rPr>
        <w:t>Doan</w:t>
      </w:r>
      <w:r w:rsidRPr="00B62C6F">
        <w:rPr>
          <w:rStyle w:val="s1"/>
          <w:rFonts w:ascii="Simplified Arabic" w:hAnsi="Simplified Arabic" w:cs="Simplified Arabic"/>
          <w:sz w:val="28"/>
          <w:szCs w:val="28"/>
          <w:rtl/>
        </w:rPr>
        <w:t>،</w:t>
      </w:r>
      <w:r w:rsidRPr="00B62C6F">
        <w:rPr>
          <w:rStyle w:val="s1"/>
          <w:rFonts w:ascii="Simplified Arabic" w:hAnsi="Simplified Arabic" w:cs="Simplified Arabic"/>
          <w:sz w:val="28"/>
          <w:szCs w:val="28"/>
        </w:rPr>
        <w:t xml:space="preserve"> 2024</w:t>
      </w:r>
      <w:r w:rsidRPr="00B62C6F">
        <w:rPr>
          <w:rStyle w:val="s1"/>
          <w:rFonts w:ascii="Simplified Arabic" w:hAnsi="Simplified Arabic" w:cs="Simplified Arabic"/>
          <w:sz w:val="28"/>
          <w:szCs w:val="28"/>
          <w:rtl/>
        </w:rPr>
        <w:t>)</w:t>
      </w:r>
      <w:r w:rsidRPr="00B62C6F">
        <w:rPr>
          <w:rStyle w:val="s2"/>
          <w:rFonts w:ascii="Simplified Arabic" w:hAnsi="Simplified Arabic" w:cs="Simplified Arabic"/>
          <w:sz w:val="28"/>
          <w:szCs w:val="28"/>
          <w:rtl/>
        </w:rPr>
        <w:t xml:space="preserve"> بعنوان: “</w:t>
      </w:r>
      <w:r w:rsidRPr="00B62C6F">
        <w:rPr>
          <w:rStyle w:val="s3"/>
          <w:rFonts w:ascii="Simplified Arabic" w:hAnsi="Simplified Arabic" w:cs="Simplified Arabic"/>
          <w:sz w:val="28"/>
          <w:szCs w:val="28"/>
        </w:rPr>
        <w:t>The structural relationship between AI chatbot traits and user continuous usage intention in retail banking</w:t>
      </w:r>
      <w:r w:rsidRPr="00B62C6F">
        <w:rPr>
          <w:rStyle w:val="s2"/>
          <w:rFonts w:ascii="Simplified Arabic" w:hAnsi="Simplified Arabic" w:cs="Simplified Arabic"/>
          <w:sz w:val="28"/>
          <w:szCs w:val="28"/>
          <w:rtl/>
        </w:rPr>
        <w:t>” (العلاقة الهيكلية بين سمات شات بوت الذكاء الاصطناعي ونية الاستخدام المستمر للمستخدم في التجزئة المصرفية)، هدفت الدراسة إلى اختبار أثر خصائص الشات بوت (سرعة الاستجابة، ودقة المعلومة، والتخصيص الفردي للخدمة) في دفع العملاء لمواصلة الاعتماد على قنوات الدعم الفني الرقمي، وطبقت الدراسة على عينة قوامها (290) مستجيباً ينتمون إلى مجتمع عملاء البنوك التجارية والمحافظ الإلكترونية في فيتنام، واعتمدت الدراسة على منهج تحليلي باستخدام نمذجة المعادلات الهيكلية (</w:t>
      </w:r>
      <w:r w:rsidRPr="00B62C6F">
        <w:rPr>
          <w:rStyle w:val="s2"/>
          <w:rFonts w:ascii="Simplified Arabic" w:hAnsi="Simplified Arabic" w:cs="Simplified Arabic"/>
          <w:sz w:val="28"/>
          <w:szCs w:val="28"/>
        </w:rPr>
        <w:t>PLS-SEM</w:t>
      </w:r>
      <w:r w:rsidRPr="00B62C6F">
        <w:rPr>
          <w:rStyle w:val="s2"/>
          <w:rFonts w:ascii="Simplified Arabic" w:hAnsi="Simplified Arabic" w:cs="Simplified Arabic"/>
          <w:sz w:val="28"/>
          <w:szCs w:val="28"/>
          <w:rtl/>
        </w:rPr>
        <w:t xml:space="preserve">) واستخدمت أداة الاستبيان، وتوصلت نتائج الدراسة إلى أن السمة التقنية المتمثلة في القدرة الفائقة على حل المشكلات وإتمام المعاملة تعد المحرك الجوهري والأعلى تأثيراً في تحقيق الرضا المستدام </w:t>
      </w:r>
      <w:r w:rsidRPr="00B62C6F">
        <w:rPr>
          <w:rStyle w:val="s2"/>
          <w:rFonts w:ascii="Simplified Arabic" w:hAnsi="Simplified Arabic" w:cs="Simplified Arabic"/>
          <w:sz w:val="28"/>
          <w:szCs w:val="28"/>
          <w:rtl/>
        </w:rPr>
        <w:lastRenderedPageBreak/>
        <w:t>للمستهلك، كما كشفت عن عدم وجود فروق ذات دلالة إحصائية تعزى لمتغير الجنس في تقييم جودة الخدمة الذكية، وأوصت بإعطاء الأولوية لتطوير خوارزميات ربط البوت بالأنظمة الداخلية للشركات لتنفيذ الطلبات فورياً بدلاً من الاقتصار على الأجوبة النصية.</w:t>
      </w:r>
    </w:p>
    <w:p w14:paraId="3F92FFBB" w14:textId="3618CC00" w:rsidR="00521FCF" w:rsidRPr="00B62C6F" w:rsidRDefault="00521FCF" w:rsidP="00570EC1">
      <w:pPr>
        <w:pStyle w:val="p1"/>
        <w:bidi/>
        <w:spacing w:line="276" w:lineRule="auto"/>
        <w:jc w:val="both"/>
        <w:rPr>
          <w:rFonts w:ascii="Simplified Arabic" w:hAnsi="Simplified Arabic" w:cs="Simplified Arabic"/>
          <w:sz w:val="28"/>
          <w:szCs w:val="28"/>
          <w:rtl/>
        </w:rPr>
      </w:pPr>
      <w:r w:rsidRPr="00B62C6F">
        <w:rPr>
          <w:rStyle w:val="s1"/>
          <w:rFonts w:ascii="Simplified Arabic" w:hAnsi="Simplified Arabic" w:cs="Simplified Arabic"/>
          <w:sz w:val="28"/>
          <w:szCs w:val="28"/>
          <w:rtl/>
        </w:rPr>
        <w:t>5- دراسة (العتيبي، 2024)</w:t>
      </w:r>
      <w:r w:rsidRPr="00B62C6F">
        <w:rPr>
          <w:rStyle w:val="s2"/>
          <w:rFonts w:ascii="Simplified Arabic" w:hAnsi="Simplified Arabic" w:cs="Simplified Arabic"/>
          <w:sz w:val="28"/>
          <w:szCs w:val="28"/>
          <w:rtl/>
        </w:rPr>
        <w:t xml:space="preserve"> بعنوان: “تقييم فاعلية نظم الدعم الذكية الشات بوت في قطاع الاتصالات السعودي من وجهة نظر المشتركين”، هدفت الدراسة إلى رصد كفاءة القدرات التشغيلية والتقنية لأنظمة الشات بوت في معالجة شكاوى الأعطال الفنية والتقنية واختبار مدى مساهمتها في اختصار وقت الانتظار، وطبقت الدراسة على عينة قوامها (384) مشتركاً ينتمون إلى مجتمع عملاء شركات الاتصالات المتنقلة بالمملكة العربية السعودية الذين تعاملوا مع الدعم الرقمي الذكي، واعتمدت الدراسة على منهج وصفي تحليلي واستخدمت أداة الاستبيان الإلكتروني، وتوصلت نتائج الدراسة إلى أن الاستعانة بأنظمة الشات بوت الذكية تسهم بقوة في اختصار الزمن المستغرق لإنهاء الاستفسارات وحل الإشكالات البسيطة مما يرفع من جودة خدمة العملاء الإجمالية، كما كشفت عن وجود علاقة ارتباطية موجبة بين سمة القدرة على حل المشكلات ذاتياً ونمو معدلات ولاء المستهلك للشركة، وأوصت بإنشاء قنوات ربط سلسة وبنقرة واحدة تحول العميل فوراً إلى موظف بشري إذا عجز الروبوت عن حل المشكلة لمنع حدوث إحباط رقمي.</w:t>
      </w:r>
    </w:p>
    <w:p w14:paraId="450E7649" w14:textId="558D8FF0" w:rsidR="00E16728" w:rsidRPr="00B62C6F" w:rsidRDefault="00521FCF" w:rsidP="00570EC1">
      <w:pPr>
        <w:pStyle w:val="p1"/>
        <w:bidi/>
        <w:spacing w:line="276" w:lineRule="auto"/>
        <w:jc w:val="both"/>
        <w:rPr>
          <w:rFonts w:ascii="Simplified Arabic" w:hAnsi="Simplified Arabic" w:cs="Simplified Arabic" w:hint="cs"/>
          <w:sz w:val="28"/>
          <w:szCs w:val="28"/>
          <w:rtl/>
        </w:rPr>
      </w:pPr>
      <w:r w:rsidRPr="00B62C6F">
        <w:rPr>
          <w:rStyle w:val="s1"/>
          <w:rFonts w:ascii="Simplified Arabic" w:hAnsi="Simplified Arabic" w:cs="Simplified Arabic"/>
          <w:sz w:val="28"/>
          <w:szCs w:val="28"/>
          <w:rtl/>
        </w:rPr>
        <w:t>6- دراسة (</w:t>
      </w:r>
      <w:r w:rsidRPr="00B62C6F">
        <w:rPr>
          <w:rStyle w:val="s1"/>
          <w:rFonts w:ascii="Simplified Arabic" w:hAnsi="Simplified Arabic" w:cs="Simplified Arabic"/>
          <w:sz w:val="28"/>
          <w:szCs w:val="28"/>
        </w:rPr>
        <w:t>Mehra</w:t>
      </w:r>
      <w:r w:rsidRPr="00B62C6F">
        <w:rPr>
          <w:rStyle w:val="s1"/>
          <w:rFonts w:ascii="Simplified Arabic" w:hAnsi="Simplified Arabic" w:cs="Simplified Arabic"/>
          <w:sz w:val="28"/>
          <w:szCs w:val="28"/>
          <w:rtl/>
        </w:rPr>
        <w:t xml:space="preserve"> &amp; </w:t>
      </w:r>
      <w:r w:rsidRPr="00B62C6F">
        <w:rPr>
          <w:rStyle w:val="s1"/>
          <w:rFonts w:ascii="Simplified Arabic" w:hAnsi="Simplified Arabic" w:cs="Simplified Arabic"/>
          <w:sz w:val="28"/>
          <w:szCs w:val="28"/>
        </w:rPr>
        <w:t>Kumar</w:t>
      </w:r>
      <w:r w:rsidRPr="00B62C6F">
        <w:rPr>
          <w:rStyle w:val="s1"/>
          <w:rFonts w:ascii="Simplified Arabic" w:hAnsi="Simplified Arabic" w:cs="Simplified Arabic"/>
          <w:sz w:val="28"/>
          <w:szCs w:val="28"/>
          <w:rtl/>
        </w:rPr>
        <w:t>،</w:t>
      </w:r>
      <w:r w:rsidRPr="00B62C6F">
        <w:rPr>
          <w:rStyle w:val="s1"/>
          <w:rFonts w:ascii="Simplified Arabic" w:hAnsi="Simplified Arabic" w:cs="Simplified Arabic"/>
          <w:sz w:val="28"/>
          <w:szCs w:val="28"/>
        </w:rPr>
        <w:t xml:space="preserve"> 2024</w:t>
      </w:r>
      <w:r w:rsidRPr="00B62C6F">
        <w:rPr>
          <w:rStyle w:val="s1"/>
          <w:rFonts w:ascii="Simplified Arabic" w:hAnsi="Simplified Arabic" w:cs="Simplified Arabic"/>
          <w:sz w:val="28"/>
          <w:szCs w:val="28"/>
          <w:rtl/>
        </w:rPr>
        <w:t>)</w:t>
      </w:r>
      <w:r w:rsidRPr="00B62C6F">
        <w:rPr>
          <w:rStyle w:val="s2"/>
          <w:rFonts w:ascii="Simplified Arabic" w:hAnsi="Simplified Arabic" w:cs="Simplified Arabic"/>
          <w:sz w:val="28"/>
          <w:szCs w:val="28"/>
          <w:rtl/>
        </w:rPr>
        <w:t xml:space="preserve"> بعنوان: “</w:t>
      </w:r>
      <w:r w:rsidRPr="00B62C6F">
        <w:rPr>
          <w:rStyle w:val="s3"/>
          <w:rFonts w:ascii="Simplified Arabic" w:hAnsi="Simplified Arabic" w:cs="Simplified Arabic"/>
          <w:sz w:val="28"/>
          <w:szCs w:val="28"/>
        </w:rPr>
        <w:t>An empirical analysis of natural language processing capabilities in e-commerce customer service</w:t>
      </w:r>
      <w:r w:rsidRPr="00B62C6F">
        <w:rPr>
          <w:rStyle w:val="s2"/>
          <w:rFonts w:ascii="Simplified Arabic" w:hAnsi="Simplified Arabic" w:cs="Simplified Arabic"/>
          <w:sz w:val="28"/>
          <w:szCs w:val="28"/>
          <w:rtl/>
        </w:rPr>
        <w:t>” (تحليل تجريبي لقدرات معالجة اللغة الطبيعية في خدمة عملاء التجارة الإلكترونية)، هدفت الدراسة إلى تحليل كيفية استيعاب أنظمة معالجة اللغة الطبيعية (</w:t>
      </w:r>
      <w:r w:rsidRPr="00B62C6F">
        <w:rPr>
          <w:rStyle w:val="s2"/>
          <w:rFonts w:ascii="Simplified Arabic" w:hAnsi="Simplified Arabic" w:cs="Simplified Arabic"/>
          <w:sz w:val="28"/>
          <w:szCs w:val="28"/>
        </w:rPr>
        <w:t>NLP</w:t>
      </w:r>
      <w:r w:rsidRPr="00B62C6F">
        <w:rPr>
          <w:rStyle w:val="s2"/>
          <w:rFonts w:ascii="Simplified Arabic" w:hAnsi="Simplified Arabic" w:cs="Simplified Arabic"/>
          <w:sz w:val="28"/>
          <w:szCs w:val="28"/>
          <w:rtl/>
        </w:rPr>
        <w:t xml:space="preserve">) للتعقيدات والانفعالات اللغوية الصادرة عن المستهلكين أثناء فترات الذروة الشرائية، وطبقت الدراسة على عينة قوامها (200) نص محادثة مستخرجة من أنظمة الدعم الذكي ينتمون إلى مجتمع قاعدة بيانات شكاوى العملاء في منصات الضيافة وحجوزات السفر الكبرى في الهند، واعتمدت الدراسة على منهج تحليلي واستخدمت أداة تحليل المضمون، وتوصلت نتائج الدراسة إلى أن الأنظمة المدعومة بخوارزميات متقدمة استطاعت بنسبة (82%) إدراك دلالات الألفاظ البشرية المعبرة عن الغضب والإحباط وقامت بتطويع وتعديل نبرة الرد تماشياً مع الموقف، كما كشفت عن أن القدرة على رصد الانفعال البشري تسهم في تسريع صياغة الحل البديل المناسب </w:t>
      </w:r>
      <w:r w:rsidRPr="00B62C6F">
        <w:rPr>
          <w:rStyle w:val="s2"/>
          <w:rFonts w:ascii="Simplified Arabic" w:hAnsi="Simplified Arabic" w:cs="Simplified Arabic"/>
          <w:sz w:val="28"/>
          <w:szCs w:val="28"/>
          <w:rtl/>
        </w:rPr>
        <w:lastRenderedPageBreak/>
        <w:t>للعميل والحد من تصعيد النزاعات، وأوصت بدمج نماذج تحليل المشاعر (</w:t>
      </w:r>
      <w:r w:rsidRPr="00B62C6F">
        <w:rPr>
          <w:rStyle w:val="s2"/>
          <w:rFonts w:ascii="Simplified Arabic" w:hAnsi="Simplified Arabic" w:cs="Simplified Arabic"/>
          <w:sz w:val="28"/>
          <w:szCs w:val="28"/>
        </w:rPr>
        <w:t>Sentiment Analysis</w:t>
      </w:r>
      <w:r w:rsidRPr="00B62C6F">
        <w:rPr>
          <w:rStyle w:val="s2"/>
          <w:rFonts w:ascii="Simplified Arabic" w:hAnsi="Simplified Arabic" w:cs="Simplified Arabic"/>
          <w:sz w:val="28"/>
          <w:szCs w:val="28"/>
          <w:rtl/>
        </w:rPr>
        <w:t>) بشكل إلزامي في برمجة الشات بوت الموجه لخدمة المستهلكين.</w:t>
      </w:r>
    </w:p>
    <w:p w14:paraId="300EDDE4" w14:textId="53D442C2" w:rsidR="00521FCF" w:rsidRPr="00B62C6F" w:rsidRDefault="00521FCF" w:rsidP="00570EC1">
      <w:pPr>
        <w:pStyle w:val="p1"/>
        <w:bidi/>
        <w:spacing w:line="276" w:lineRule="auto"/>
        <w:jc w:val="both"/>
        <w:rPr>
          <w:rFonts w:ascii="Simplified Arabic" w:hAnsi="Simplified Arabic" w:cs="Simplified Arabic"/>
          <w:sz w:val="28"/>
          <w:szCs w:val="28"/>
          <w:rtl/>
        </w:rPr>
      </w:pPr>
      <w:r w:rsidRPr="00B62C6F">
        <w:rPr>
          <w:rStyle w:val="s1"/>
          <w:rFonts w:ascii="Simplified Arabic" w:hAnsi="Simplified Arabic" w:cs="Simplified Arabic"/>
          <w:sz w:val="28"/>
          <w:szCs w:val="28"/>
          <w:rtl/>
        </w:rPr>
        <w:t>7- دراسة (الوعل، 2023)</w:t>
      </w:r>
      <w:r w:rsidRPr="00B62C6F">
        <w:rPr>
          <w:rStyle w:val="s2"/>
          <w:rFonts w:ascii="Simplified Arabic" w:hAnsi="Simplified Arabic" w:cs="Simplified Arabic"/>
          <w:sz w:val="28"/>
          <w:szCs w:val="28"/>
          <w:rtl/>
        </w:rPr>
        <w:t xml:space="preserve"> بعنوان: “اتجاهات الجمهور السعودي نحو استخدام روبوتات الدردشة التفاعلية (الشات بوت) في خدمة العملاء”، هدفت الدراسة إلى التعرف على اتجاهات المستهلكين نحو توظيف الشات بوت والوقوف على تقييمهم لمستقبل هذه الأدوات في مجالات العلاقات العامة والتسويق الرقمي للشركات، وطبقت الدراسة على عينة قوامها (220) مفردة ينتمون إلى مجتمع الجمهور السعودي من مستخدمي قنوات خدمة العملاء الرقمية بمختلف الفئات العمرية، واعتمدت الدراسة على منهج مسحي واستخدمت أداة الاستبيان، وتوصلت نتائج الدراسة إلى أن مستخدمي برامج الشات بوت في البيئة المحلية يجدون التعامل معها يتسم بالسهولة التامة والمرونة والوضوح الإجرائي، كما كشفت عن أن قطاعات السفر وحجز الطيران والتسوق الإلكتروني للملابس تصدرت قائمة القطاعات الأكثر تفضيلاً من قبل الجمهور لاستخدام الشات بوت، وأوصت بضرورة تكثيف حملات التوعية الرقمية للمستهلكين حول كيفية صياغة أسئلتهم بوضوح للروبوت للحصول على أفضل جودة من المعلومات.</w:t>
      </w:r>
    </w:p>
    <w:p w14:paraId="5EB3C04E" w14:textId="1F7CDF79" w:rsidR="00C62CB6" w:rsidRPr="00B62C6F" w:rsidRDefault="00521FCF" w:rsidP="00570EC1">
      <w:pPr>
        <w:pStyle w:val="p1"/>
        <w:bidi/>
        <w:spacing w:line="276" w:lineRule="auto"/>
        <w:jc w:val="both"/>
        <w:rPr>
          <w:rFonts w:ascii="Simplified Arabic" w:hAnsi="Simplified Arabic" w:cs="Simplified Arabic"/>
          <w:sz w:val="28"/>
          <w:szCs w:val="28"/>
          <w:rtl/>
        </w:rPr>
      </w:pPr>
      <w:r w:rsidRPr="00B62C6F">
        <w:rPr>
          <w:rStyle w:val="s1"/>
          <w:rFonts w:ascii="Simplified Arabic" w:hAnsi="Simplified Arabic" w:cs="Simplified Arabic"/>
          <w:sz w:val="28"/>
          <w:szCs w:val="28"/>
          <w:rtl/>
        </w:rPr>
        <w:t>8- دراسة (شبل، 2023)</w:t>
      </w:r>
      <w:r w:rsidRPr="00B62C6F">
        <w:rPr>
          <w:rStyle w:val="s2"/>
          <w:rFonts w:ascii="Simplified Arabic" w:hAnsi="Simplified Arabic" w:cs="Simplified Arabic"/>
          <w:sz w:val="28"/>
          <w:szCs w:val="28"/>
          <w:rtl/>
        </w:rPr>
        <w:t xml:space="preserve"> بعنوان: “الكشف عن استخدام روبوتات المحادثة التفاعلية (الشات بوت) في التجارة الإلكترونية وعلاقتها برضا المستهلكين”، هدفت الدراسة إلى قياس فاعلية تكنولوجيا الشات بوت القائمة على الذكاء الاصطناعي في توجيه نية الشراء وحل العقبات المعلوماتية التي تواجه العميل أثناء اتخاذ القرارات الاستهلاكية، وطبقت الدراسة على عينة قوامها (384) مستهلكاً رقمياً ينتمون إلى مجتمع المتسوقين عبر منصات التجارة الإلكترونية وشبكات التواصل الاجتماعي في دولة الإمارات العربية المتحدة، واعتمدت الدراسة على منهج وصفي مسحي واستخدمت أداة الاستبيان الإلكتروني، وتوصلت نتائج الدراسة إلى أن الاعتماد على الشات بوت يؤثر إيجابياً وبشكل مباشر على تسريع اتخاذ القرار الشرائي نتيجة جودة المعلومات وفورية الرد، كما كشفت عن وجود علاقة طردية قوية ذات دلالة إحصائية بين سرعة استجابة الشات بوت لحل مشكلات العملاء الطارئة ونمو مستويات رضاهم العام، وأوصت بالاستثمار المستمر في البنية التحتية التكنولوجية للذكاء الاصطناعي لتأمين استقرار الخدمة دون انقطاع.</w:t>
      </w:r>
    </w:p>
    <w:p w14:paraId="54074736" w14:textId="32D7DF74" w:rsidR="002372DD" w:rsidRPr="00B62C6F" w:rsidRDefault="00521FCF" w:rsidP="00570EC1">
      <w:pPr>
        <w:pStyle w:val="p1"/>
        <w:bidi/>
        <w:spacing w:line="276" w:lineRule="auto"/>
        <w:jc w:val="both"/>
        <w:rPr>
          <w:rFonts w:ascii="Simplified Arabic" w:hAnsi="Simplified Arabic" w:cs="Simplified Arabic"/>
          <w:sz w:val="28"/>
          <w:szCs w:val="28"/>
          <w:rtl/>
        </w:rPr>
      </w:pPr>
      <w:r w:rsidRPr="00B62C6F">
        <w:rPr>
          <w:rStyle w:val="s1"/>
          <w:rFonts w:ascii="Simplified Arabic" w:hAnsi="Simplified Arabic" w:cs="Simplified Arabic"/>
          <w:sz w:val="28"/>
          <w:szCs w:val="28"/>
          <w:rtl/>
        </w:rPr>
        <w:t>9- دراسة (</w:t>
      </w:r>
      <w:r w:rsidRPr="00B62C6F">
        <w:rPr>
          <w:rStyle w:val="s1"/>
          <w:rFonts w:ascii="Simplified Arabic" w:hAnsi="Simplified Arabic" w:cs="Simplified Arabic"/>
          <w:sz w:val="28"/>
          <w:szCs w:val="28"/>
        </w:rPr>
        <w:t>Park</w:t>
      </w:r>
      <w:r w:rsidRPr="00B62C6F">
        <w:rPr>
          <w:rStyle w:val="s1"/>
          <w:rFonts w:ascii="Simplified Arabic" w:hAnsi="Simplified Arabic" w:cs="Simplified Arabic"/>
          <w:sz w:val="28"/>
          <w:szCs w:val="28"/>
          <w:rtl/>
        </w:rPr>
        <w:t xml:space="preserve"> &amp; </w:t>
      </w:r>
      <w:r w:rsidRPr="00B62C6F">
        <w:rPr>
          <w:rStyle w:val="s1"/>
          <w:rFonts w:ascii="Simplified Arabic" w:hAnsi="Simplified Arabic" w:cs="Simplified Arabic"/>
          <w:sz w:val="28"/>
          <w:szCs w:val="28"/>
        </w:rPr>
        <w:t>Kim</w:t>
      </w:r>
      <w:r w:rsidRPr="00B62C6F">
        <w:rPr>
          <w:rStyle w:val="s1"/>
          <w:rFonts w:ascii="Simplified Arabic" w:hAnsi="Simplified Arabic" w:cs="Simplified Arabic"/>
          <w:sz w:val="28"/>
          <w:szCs w:val="28"/>
          <w:rtl/>
        </w:rPr>
        <w:t>،</w:t>
      </w:r>
      <w:r w:rsidRPr="00B62C6F">
        <w:rPr>
          <w:rStyle w:val="s1"/>
          <w:rFonts w:ascii="Simplified Arabic" w:hAnsi="Simplified Arabic" w:cs="Simplified Arabic"/>
          <w:sz w:val="28"/>
          <w:szCs w:val="28"/>
        </w:rPr>
        <w:t xml:space="preserve"> 2023</w:t>
      </w:r>
      <w:r w:rsidRPr="00B62C6F">
        <w:rPr>
          <w:rStyle w:val="s1"/>
          <w:rFonts w:ascii="Simplified Arabic" w:hAnsi="Simplified Arabic" w:cs="Simplified Arabic"/>
          <w:sz w:val="28"/>
          <w:szCs w:val="28"/>
          <w:rtl/>
        </w:rPr>
        <w:t>)</w:t>
      </w:r>
      <w:r w:rsidRPr="00B62C6F">
        <w:rPr>
          <w:rStyle w:val="s2"/>
          <w:rFonts w:ascii="Simplified Arabic" w:hAnsi="Simplified Arabic" w:cs="Simplified Arabic"/>
          <w:sz w:val="28"/>
          <w:szCs w:val="28"/>
          <w:rtl/>
        </w:rPr>
        <w:t xml:space="preserve"> بعنوان: “</w:t>
      </w:r>
      <w:r w:rsidRPr="00B62C6F">
        <w:rPr>
          <w:rStyle w:val="s3"/>
          <w:rFonts w:ascii="Simplified Arabic" w:hAnsi="Simplified Arabic" w:cs="Simplified Arabic"/>
          <w:sz w:val="28"/>
          <w:szCs w:val="28"/>
        </w:rPr>
        <w:t>Information quality vs. conversational humanlike behavior in AI chatbots</w:t>
      </w:r>
      <w:r w:rsidRPr="00B62C6F">
        <w:rPr>
          <w:rStyle w:val="s2"/>
          <w:rFonts w:ascii="Simplified Arabic" w:hAnsi="Simplified Arabic" w:cs="Simplified Arabic"/>
          <w:sz w:val="28"/>
          <w:szCs w:val="28"/>
          <w:rtl/>
        </w:rPr>
        <w:t>:</w:t>
      </w:r>
      <w:r w:rsidRPr="00B62C6F">
        <w:rPr>
          <w:rStyle w:val="s3"/>
          <w:rFonts w:ascii="Simplified Arabic" w:hAnsi="Simplified Arabic" w:cs="Simplified Arabic"/>
          <w:sz w:val="28"/>
          <w:szCs w:val="28"/>
          <w:rtl/>
        </w:rPr>
        <w:t xml:space="preserve"> </w:t>
      </w:r>
      <w:r w:rsidRPr="00B62C6F">
        <w:rPr>
          <w:rStyle w:val="s3"/>
          <w:rFonts w:ascii="Simplified Arabic" w:hAnsi="Simplified Arabic" w:cs="Simplified Arabic"/>
          <w:sz w:val="28"/>
          <w:szCs w:val="28"/>
        </w:rPr>
        <w:t>What matters most to digital consumers</w:t>
      </w:r>
      <w:r w:rsidRPr="00B62C6F">
        <w:rPr>
          <w:rStyle w:val="s2"/>
          <w:rFonts w:ascii="Simplified Arabic" w:hAnsi="Simplified Arabic" w:cs="Simplified Arabic"/>
          <w:sz w:val="28"/>
          <w:szCs w:val="28"/>
          <w:rtl/>
        </w:rPr>
        <w:t xml:space="preserve">” (جودة المعلومات مقابل </w:t>
      </w:r>
      <w:r w:rsidRPr="00B62C6F">
        <w:rPr>
          <w:rStyle w:val="s2"/>
          <w:rFonts w:ascii="Simplified Arabic" w:hAnsi="Simplified Arabic" w:cs="Simplified Arabic"/>
          <w:sz w:val="28"/>
          <w:szCs w:val="28"/>
          <w:rtl/>
        </w:rPr>
        <w:lastRenderedPageBreak/>
        <w:t>السلوك الحواري الشبيه بالبشر في روبوتات الشات بوت بالذكاء الاصطناعي: ما هو الأكثر أهمية للمستهلكين الرقميين)، هدفت الدراسة إلى المقارنة بين الوزن النسبي لدقة وجودة المعلومات والقدرة على حل المشكلات مقابل محاكاة الطبيعة البشرية وأنسنة الحوار في تحقيق الرضا النهائي للمستخدم، وطبقت الدراسة على عينة قوامها (450) مستخدماً للخدمات التكنولوجية ينتمون إلى مجتمع مستخدمي تطبيقات التكنولوجيا المالية والدعم الرقمي في كوريا الجنوبية، واعتمدت الدراسة على منهج وصفي تحليلي واستخدمت أداة الاستبيان، وتوصلت نتائج الدراسة إلى أن المستهلكين الرقميين يمنحون الأولوية القصوى لسمة جودة المعلومات وقدرة النظام على إنجاز المعاملة وحل المشكلة على حساب المظاهر الشكلية والحوارية الشبيهة بالبشر، كما كشفت عن أن المبالغة في محاكاة الأسلوب البشري دون وجود قدرة تقنية فعلية على حل المشكلة تؤدي إلى نتائج عكسية وتولد انطباعاً بالخداع لدى العميل، وأوصت بتركيز ميزانيات التطوير التقني على تحسين خوارزميات استرجاع المعلومات وحل المشكلات قبل التركيز على الجوانب الجمالية والترفيهية للبوت.</w:t>
      </w:r>
    </w:p>
    <w:p w14:paraId="34861EB3" w14:textId="1EA43145" w:rsidR="00521FCF" w:rsidRPr="00B62C6F" w:rsidRDefault="00521FCF" w:rsidP="00570EC1">
      <w:pPr>
        <w:pStyle w:val="p1"/>
        <w:bidi/>
        <w:spacing w:line="276" w:lineRule="auto"/>
        <w:jc w:val="both"/>
        <w:rPr>
          <w:rFonts w:ascii="Simplified Arabic" w:hAnsi="Simplified Arabic" w:cs="Simplified Arabic"/>
          <w:sz w:val="28"/>
          <w:szCs w:val="28"/>
          <w:rtl/>
        </w:rPr>
      </w:pPr>
      <w:r w:rsidRPr="00B62C6F">
        <w:rPr>
          <w:rStyle w:val="s1"/>
          <w:rFonts w:ascii="Simplified Arabic" w:hAnsi="Simplified Arabic" w:cs="Simplified Arabic"/>
          <w:sz w:val="28"/>
          <w:szCs w:val="28"/>
          <w:rtl/>
        </w:rPr>
        <w:t>10- دراسة (المري، 2023)</w:t>
      </w:r>
      <w:r w:rsidRPr="00B62C6F">
        <w:rPr>
          <w:rStyle w:val="s2"/>
          <w:rFonts w:ascii="Simplified Arabic" w:hAnsi="Simplified Arabic" w:cs="Simplified Arabic"/>
          <w:sz w:val="28"/>
          <w:szCs w:val="28"/>
          <w:rtl/>
        </w:rPr>
        <w:t xml:space="preserve"> بعنوان: “الخصائص التقنية لخدمة العملاء الذكية وعلاقتها برضا المستهلك في قطاع الخدمات المصرفية”، هدفت الدراسة إلى قياس الوزن النسبي لسمات الشات بوت (السرعة، ودقة البيانات، والأمان) في رفع مستوى رضا العملاء بالخدمات المصرفية الرقمية، وطبقت الدراسة على عينة قوامها (400) عميل ينتمون إلى مجتمع عملاء البنوك التجارية القطرية المستخدمين للتطبيقات البنكية الذكية، واعتمدت الدراسة على منهج تحليلي واستخدمت أداة الاستبيان، وتوصلت نتائج الدراسة إلى أن السمات الفنية المرتبطة بدقة وموثوقية المعلومة والسرعة الفائقة تمثل المحدد الجوهري لبناء رضا مستهلكي القطاع المصرفي، كما كشفت عن وجود فروق ذات دلالة إحصائية في تقييم جودة الشات بوت تعزى لمتغير العمر، حيث كانت الفئات الشابة أكثر قبولاً ورضا عن الخدمة الذكية مقارنة بالفئات الأكبر سناً، وأوصت بتبسيط واجهات التعامل البرمجية للشات بوت وتوفير خيارات إرشاد صوتية لتسهيل الاستخدام على كبار السن.</w:t>
      </w:r>
    </w:p>
    <w:p w14:paraId="7AB8B327" w14:textId="4B967123" w:rsidR="008F7BA8" w:rsidRPr="00B62C6F" w:rsidRDefault="008F7BA8" w:rsidP="00570EC1">
      <w:pPr>
        <w:pStyle w:val="p1"/>
        <w:bidi/>
        <w:spacing w:line="276" w:lineRule="auto"/>
        <w:jc w:val="both"/>
        <w:rPr>
          <w:rFonts w:ascii="Simplified Arabic" w:hAnsi="Simplified Arabic" w:cs="Simplified Arabic"/>
          <w:sz w:val="28"/>
          <w:szCs w:val="28"/>
        </w:rPr>
      </w:pPr>
      <w:r w:rsidRPr="00B62C6F">
        <w:rPr>
          <w:rStyle w:val="s1"/>
          <w:rFonts w:ascii="Simplified Arabic" w:hAnsi="Simplified Arabic" w:cs="Simplified Arabic"/>
          <w:sz w:val="28"/>
          <w:szCs w:val="28"/>
          <w:rtl/>
        </w:rPr>
        <w:t>المحور الثاني: الدراسات المتعلقة بتجربة العملاء والتواصل مع الشركات باستخدام تقنيات الذكاء الاصطناعي</w:t>
      </w:r>
    </w:p>
    <w:p w14:paraId="07DEEDE1" w14:textId="426C0161" w:rsidR="00E16728" w:rsidRPr="00B62C6F" w:rsidRDefault="008F7BA8" w:rsidP="00570EC1">
      <w:pPr>
        <w:pStyle w:val="p1"/>
        <w:bidi/>
        <w:spacing w:line="276" w:lineRule="auto"/>
        <w:jc w:val="both"/>
        <w:rPr>
          <w:rFonts w:ascii="Simplified Arabic" w:hAnsi="Simplified Arabic" w:cs="Simplified Arabic"/>
          <w:sz w:val="28"/>
          <w:szCs w:val="28"/>
          <w:rtl/>
        </w:rPr>
      </w:pPr>
      <w:r w:rsidRPr="00B62C6F">
        <w:rPr>
          <w:rStyle w:val="s1"/>
          <w:rFonts w:ascii="Simplified Arabic" w:hAnsi="Simplified Arabic" w:cs="Simplified Arabic"/>
          <w:sz w:val="28"/>
          <w:szCs w:val="28"/>
          <w:rtl/>
        </w:rPr>
        <w:t>1- دراسة (الجهني، 2026)</w:t>
      </w:r>
      <w:r w:rsidRPr="00B62C6F">
        <w:rPr>
          <w:rStyle w:val="s2"/>
          <w:rFonts w:ascii="Simplified Arabic" w:hAnsi="Simplified Arabic" w:cs="Simplified Arabic"/>
          <w:sz w:val="28"/>
          <w:szCs w:val="28"/>
          <w:rtl/>
        </w:rPr>
        <w:t xml:space="preserve"> بعنوان: “أثر الفاعلية الذاتية الرقمية للمستهلكين على تقييم تجربة العميل عبر قنوات التواصل الذكية للشركات”، هدفت الدراسة إلى قياس مدى تأثير القدرات الرقمية للمستهلكين على إدراكهم لجودة تجربة العميل الفورية، وتحديد دور الذكاء الاصطناعي في تسهيل قنوات الاتصال المباشر مع قطاع التجزئة، </w:t>
      </w:r>
      <w:r w:rsidRPr="00B62C6F">
        <w:rPr>
          <w:rStyle w:val="s2"/>
          <w:rFonts w:ascii="Simplified Arabic" w:hAnsi="Simplified Arabic" w:cs="Simplified Arabic"/>
          <w:sz w:val="28"/>
          <w:szCs w:val="28"/>
          <w:rtl/>
        </w:rPr>
        <w:lastRenderedPageBreak/>
        <w:t>وطبقت الدراسة على عينة قوامها (390) مستهلكاً ينتمون إلى مجتمع المتسوقين عبر التطبيقات الذكية للشركات الكبرى في السوق السعودي، واعتمدت الدراسة على منهج وصفي تحليلي واستخدمت أداة الاستبيان، وتوصلت نتائج الدراسة إلى أن قنوات التواصل المدعومة بالذكاء الاصطناعي تساهم في تحسين تجربة العميل الإجمالية من خلال إلغاء الحواجز الزمنية وتسهيل الوصول الفوري للمعلومة، كما كشفت عن وجود فروق ذات دلالة إحصائية في تقييم تجربة العميل تعزى لمتغير (الفاعلية الرقمية للمستخدم)، حيث كان المستهلكون الأكثر مهارة تقنياً هم الأعلى رضا وتفاعلاً مع قنوات الشركة الذكية، وأوصت الدراسة الشركات بتبسيط مسارات الحوار الذكي لتلائم المستهلكين الأقل مهارة تقنياً لضمان شمولية جودة التجربة.</w:t>
      </w:r>
    </w:p>
    <w:p w14:paraId="259E4AA5" w14:textId="657F3690" w:rsidR="008F7BA8" w:rsidRPr="00B62C6F" w:rsidRDefault="008F7BA8" w:rsidP="00570EC1">
      <w:pPr>
        <w:pStyle w:val="p1"/>
        <w:bidi/>
        <w:spacing w:line="276" w:lineRule="auto"/>
        <w:jc w:val="both"/>
        <w:rPr>
          <w:rFonts w:ascii="Simplified Arabic" w:hAnsi="Simplified Arabic" w:cs="Simplified Arabic"/>
          <w:sz w:val="28"/>
          <w:szCs w:val="28"/>
          <w:rtl/>
        </w:rPr>
      </w:pPr>
      <w:r w:rsidRPr="00B62C6F">
        <w:rPr>
          <w:rStyle w:val="s1"/>
          <w:rFonts w:ascii="Simplified Arabic" w:hAnsi="Simplified Arabic" w:cs="Simplified Arabic"/>
          <w:sz w:val="28"/>
          <w:szCs w:val="28"/>
          <w:rtl/>
        </w:rPr>
        <w:t>2- دراسة (</w:t>
      </w:r>
      <w:r w:rsidRPr="00B62C6F">
        <w:rPr>
          <w:rStyle w:val="s1"/>
          <w:rFonts w:ascii="Simplified Arabic" w:hAnsi="Simplified Arabic" w:cs="Simplified Arabic"/>
          <w:sz w:val="28"/>
          <w:szCs w:val="28"/>
        </w:rPr>
        <w:t>Smith</w:t>
      </w:r>
      <w:r w:rsidRPr="00B62C6F">
        <w:rPr>
          <w:rStyle w:val="s1"/>
          <w:rFonts w:ascii="Simplified Arabic" w:hAnsi="Simplified Arabic" w:cs="Simplified Arabic"/>
          <w:sz w:val="28"/>
          <w:szCs w:val="28"/>
          <w:rtl/>
        </w:rPr>
        <w:t xml:space="preserve"> &amp; </w:t>
      </w:r>
      <w:r w:rsidRPr="00B62C6F">
        <w:rPr>
          <w:rStyle w:val="s1"/>
          <w:rFonts w:ascii="Simplified Arabic" w:hAnsi="Simplified Arabic" w:cs="Simplified Arabic"/>
          <w:sz w:val="28"/>
          <w:szCs w:val="28"/>
        </w:rPr>
        <w:t>Davis</w:t>
      </w:r>
      <w:r w:rsidRPr="00B62C6F">
        <w:rPr>
          <w:rStyle w:val="s1"/>
          <w:rFonts w:ascii="Simplified Arabic" w:hAnsi="Simplified Arabic" w:cs="Simplified Arabic"/>
          <w:sz w:val="28"/>
          <w:szCs w:val="28"/>
          <w:rtl/>
        </w:rPr>
        <w:t>،</w:t>
      </w:r>
      <w:r w:rsidRPr="00B62C6F">
        <w:rPr>
          <w:rStyle w:val="s1"/>
          <w:rFonts w:ascii="Simplified Arabic" w:hAnsi="Simplified Arabic" w:cs="Simplified Arabic"/>
          <w:sz w:val="28"/>
          <w:szCs w:val="28"/>
        </w:rPr>
        <w:t xml:space="preserve"> 2026</w:t>
      </w:r>
      <w:r w:rsidRPr="00B62C6F">
        <w:rPr>
          <w:rStyle w:val="s1"/>
          <w:rFonts w:ascii="Simplified Arabic" w:hAnsi="Simplified Arabic" w:cs="Simplified Arabic"/>
          <w:sz w:val="28"/>
          <w:szCs w:val="28"/>
          <w:rtl/>
        </w:rPr>
        <w:t>)</w:t>
      </w:r>
      <w:r w:rsidRPr="00B62C6F">
        <w:rPr>
          <w:rStyle w:val="s2"/>
          <w:rFonts w:ascii="Simplified Arabic" w:hAnsi="Simplified Arabic" w:cs="Simplified Arabic"/>
          <w:sz w:val="28"/>
          <w:szCs w:val="28"/>
          <w:rtl/>
        </w:rPr>
        <w:t xml:space="preserve"> بعنوان: “</w:t>
      </w:r>
      <w:r w:rsidRPr="00B62C6F">
        <w:rPr>
          <w:rStyle w:val="s3"/>
          <w:rFonts w:ascii="Simplified Arabic" w:hAnsi="Simplified Arabic" w:cs="Simplified Arabic"/>
          <w:sz w:val="28"/>
          <w:szCs w:val="28"/>
        </w:rPr>
        <w:t>Transforming corporate communication</w:t>
      </w:r>
      <w:r w:rsidRPr="00B62C6F">
        <w:rPr>
          <w:rStyle w:val="s2"/>
          <w:rFonts w:ascii="Simplified Arabic" w:hAnsi="Simplified Arabic" w:cs="Simplified Arabic"/>
          <w:sz w:val="28"/>
          <w:szCs w:val="28"/>
          <w:rtl/>
        </w:rPr>
        <w:t>:</w:t>
      </w:r>
      <w:r w:rsidRPr="00B62C6F">
        <w:rPr>
          <w:rStyle w:val="s3"/>
          <w:rFonts w:ascii="Simplified Arabic" w:hAnsi="Simplified Arabic" w:cs="Simplified Arabic"/>
          <w:sz w:val="28"/>
          <w:szCs w:val="28"/>
          <w:rtl/>
        </w:rPr>
        <w:t xml:space="preserve"> </w:t>
      </w:r>
      <w:r w:rsidRPr="00B62C6F">
        <w:rPr>
          <w:rStyle w:val="s3"/>
          <w:rFonts w:ascii="Simplified Arabic" w:hAnsi="Simplified Arabic" w:cs="Simplified Arabic"/>
          <w:sz w:val="28"/>
          <w:szCs w:val="28"/>
        </w:rPr>
        <w:t>How generative AI tools influence customer brand experience</w:t>
      </w:r>
      <w:r w:rsidRPr="00B62C6F">
        <w:rPr>
          <w:rStyle w:val="s2"/>
          <w:rFonts w:ascii="Simplified Arabic" w:hAnsi="Simplified Arabic" w:cs="Simplified Arabic"/>
          <w:sz w:val="28"/>
          <w:szCs w:val="28"/>
          <w:rtl/>
        </w:rPr>
        <w:t>” (تحويل التواصل المؤسسي: كيف تؤثر أدوات الذكاء الاصطناعي التوليدي على تجربة العلامة التجارية لدى العملاء)، هدفت الدراسة إلى رصد وتحليل التحولات في جودة تجربة العميل ومستوى ولائه للعلامة التجارية نتيجة إدخال أدوات الذكاء الاصطناعي التوليدي في إدارة قنوات التواصل والرد الاستراتيجي للشركات، وطبقت الدراسة على عينة قوامها (420) عميلاً ينتمون إلى مجتمع المشتركين في منصات الخدمات التكنولوجية والبرمجية في المملكة المتحدة، واعتمدت الدراسة على منهج تحليلي واستخدمت أداة الاستبيان الإلكتروني، وتوصلت نتائج الدراسة إلى أن دمج الذكاء الاصطناعي التوليدي في التواصل المؤسسي يعزز من قيمة تجربة العميل من خلال تقديم ردود وحلول مخصصة ومصممة بدقة لتناسب تفضيلات كل عميل على حدة، كما كشفت عن وجود علاقة ارتباطية موجبة قوية بين انسيابية التواصل الذكي مع الشركة وارتفاع معدلات التوصية الإيجابية بالعلامة التجارية (</w:t>
      </w:r>
      <w:r w:rsidRPr="00B62C6F">
        <w:rPr>
          <w:rStyle w:val="s2"/>
          <w:rFonts w:ascii="Simplified Arabic" w:hAnsi="Simplified Arabic" w:cs="Simplified Arabic"/>
          <w:sz w:val="28"/>
          <w:szCs w:val="28"/>
        </w:rPr>
        <w:t>Word of Mouth</w:t>
      </w:r>
      <w:r w:rsidRPr="00B62C6F">
        <w:rPr>
          <w:rStyle w:val="s2"/>
          <w:rFonts w:ascii="Simplified Arabic" w:hAnsi="Simplified Arabic" w:cs="Simplified Arabic"/>
          <w:sz w:val="28"/>
          <w:szCs w:val="28"/>
          <w:rtl/>
        </w:rPr>
        <w:t>)، وأوصت الدراسة بوضع أطر حوكمة رقمية تضمن حماية خصوصية بيانات العملاء أثناء معالجتها بواسطة خوارزميات التواصل التوليدية.</w:t>
      </w:r>
    </w:p>
    <w:p w14:paraId="6CFF5B91" w14:textId="0E587E99" w:rsidR="008F7BA8" w:rsidRPr="00B62C6F" w:rsidRDefault="008F7BA8" w:rsidP="00570EC1">
      <w:pPr>
        <w:pStyle w:val="p1"/>
        <w:bidi/>
        <w:spacing w:line="276" w:lineRule="auto"/>
        <w:jc w:val="both"/>
        <w:rPr>
          <w:rFonts w:ascii="Simplified Arabic" w:hAnsi="Simplified Arabic" w:cs="Simplified Arabic"/>
          <w:sz w:val="28"/>
          <w:szCs w:val="28"/>
          <w:rtl/>
        </w:rPr>
      </w:pPr>
      <w:r w:rsidRPr="00B62C6F">
        <w:rPr>
          <w:rStyle w:val="s1"/>
          <w:rFonts w:ascii="Simplified Arabic" w:hAnsi="Simplified Arabic" w:cs="Simplified Arabic"/>
          <w:sz w:val="28"/>
          <w:szCs w:val="28"/>
          <w:rtl/>
        </w:rPr>
        <w:t>3- دراسة (الهذلي، 2025)</w:t>
      </w:r>
      <w:r w:rsidRPr="00B62C6F">
        <w:rPr>
          <w:rStyle w:val="s2"/>
          <w:rFonts w:ascii="Simplified Arabic" w:hAnsi="Simplified Arabic" w:cs="Simplified Arabic"/>
          <w:sz w:val="28"/>
          <w:szCs w:val="28"/>
          <w:rtl/>
        </w:rPr>
        <w:t xml:space="preserve"> بعنوان: “أثر استخدام تطبيقات الذكاء الاصطناعي في تعزيز أبعاد تجربة العميل الرقمية: دراسة ميدانية على قطاع الفنادق والضيافة”، هدفت الدراسة إلى قياس مدى مساهمة أدوات التواصل الذكية القائمة على الذكاء الاصطناعي في تحسين الأبعاد المعرفية والعاطفية لتجربة العميل وتسهيل إجراءات تواصله مع المنشآت السياحية، وطبقت الدراسة على عينة قوامها (315) نزيلاً ينتمون إلى مجتمع عملاء الفنادق المصنفة (خمس نجوم) التي تتبنى حلول التواصل الرقمي الذكي في دولة الإمارات العربية المتحدة، واعتمدت الدراسة على </w:t>
      </w:r>
      <w:r w:rsidRPr="00B62C6F">
        <w:rPr>
          <w:rStyle w:val="s2"/>
          <w:rFonts w:ascii="Simplified Arabic" w:hAnsi="Simplified Arabic" w:cs="Simplified Arabic"/>
          <w:sz w:val="28"/>
          <w:szCs w:val="28"/>
          <w:rtl/>
        </w:rPr>
        <w:lastRenderedPageBreak/>
        <w:t>منهج مسحي واستخدمت أداة الاستبيان، وتوصلت نتائج الدراسة إلى أن الاعتماد على تقنيات الذكاء الاصطناعي في التواصل المسبق والآني مع النزلاء يحقق تحسيناً جوهرياً في تجربة العميل الرقمية ويسرع من تلبية متطلباته، كما كشفت عن عدم وجود فروق ذات دلالة إحصائية بين الذكور والإناث في إدراك قيمة التسهيلات الاتصالية الذكية، حيث ركز الطرفان على ميزة السرعة الإجرائية، وأوصت الدراسة بدمج خدمات المساعد الذكي الصوتي داخل الغرف الفندقية لتعزيز أبعاد التجربة الحسية والعملية للعملاء.</w:t>
      </w:r>
    </w:p>
    <w:p w14:paraId="5FD4D63D" w14:textId="60A10C96" w:rsidR="008F7BA8" w:rsidRPr="00B62C6F" w:rsidRDefault="008F7BA8" w:rsidP="00570EC1">
      <w:pPr>
        <w:pStyle w:val="p1"/>
        <w:bidi/>
        <w:spacing w:line="276" w:lineRule="auto"/>
        <w:jc w:val="both"/>
        <w:rPr>
          <w:rFonts w:ascii="Simplified Arabic" w:hAnsi="Simplified Arabic" w:cs="Simplified Arabic"/>
          <w:sz w:val="28"/>
          <w:szCs w:val="28"/>
          <w:rtl/>
        </w:rPr>
      </w:pPr>
      <w:r w:rsidRPr="00B62C6F">
        <w:rPr>
          <w:rStyle w:val="s1"/>
          <w:rFonts w:ascii="Simplified Arabic" w:hAnsi="Simplified Arabic" w:cs="Simplified Arabic"/>
          <w:sz w:val="28"/>
          <w:szCs w:val="28"/>
          <w:rtl/>
        </w:rPr>
        <w:t>4- دراسة (</w:t>
      </w:r>
      <w:r w:rsidRPr="00B62C6F">
        <w:rPr>
          <w:rStyle w:val="s1"/>
          <w:rFonts w:ascii="Simplified Arabic" w:hAnsi="Simplified Arabic" w:cs="Simplified Arabic"/>
          <w:sz w:val="28"/>
          <w:szCs w:val="28"/>
        </w:rPr>
        <w:t>Chen</w:t>
      </w:r>
      <w:r w:rsidRPr="00B62C6F">
        <w:rPr>
          <w:rStyle w:val="s1"/>
          <w:rFonts w:ascii="Simplified Arabic" w:hAnsi="Simplified Arabic" w:cs="Simplified Arabic"/>
          <w:sz w:val="28"/>
          <w:szCs w:val="28"/>
          <w:rtl/>
        </w:rPr>
        <w:t xml:space="preserve"> &amp; </w:t>
      </w:r>
      <w:r w:rsidRPr="00B62C6F">
        <w:rPr>
          <w:rStyle w:val="s1"/>
          <w:rFonts w:ascii="Simplified Arabic" w:hAnsi="Simplified Arabic" w:cs="Simplified Arabic"/>
          <w:sz w:val="28"/>
          <w:szCs w:val="28"/>
        </w:rPr>
        <w:t>Wang</w:t>
      </w:r>
      <w:r w:rsidRPr="00B62C6F">
        <w:rPr>
          <w:rStyle w:val="s1"/>
          <w:rFonts w:ascii="Simplified Arabic" w:hAnsi="Simplified Arabic" w:cs="Simplified Arabic"/>
          <w:sz w:val="28"/>
          <w:szCs w:val="28"/>
          <w:rtl/>
        </w:rPr>
        <w:t>،</w:t>
      </w:r>
      <w:r w:rsidRPr="00B62C6F">
        <w:rPr>
          <w:rStyle w:val="s1"/>
          <w:rFonts w:ascii="Simplified Arabic" w:hAnsi="Simplified Arabic" w:cs="Simplified Arabic"/>
          <w:sz w:val="28"/>
          <w:szCs w:val="28"/>
        </w:rPr>
        <w:t xml:space="preserve"> 2025</w:t>
      </w:r>
      <w:r w:rsidRPr="00B62C6F">
        <w:rPr>
          <w:rStyle w:val="s1"/>
          <w:rFonts w:ascii="Simplified Arabic" w:hAnsi="Simplified Arabic" w:cs="Simplified Arabic"/>
          <w:sz w:val="28"/>
          <w:szCs w:val="28"/>
          <w:rtl/>
        </w:rPr>
        <w:t>)</w:t>
      </w:r>
      <w:r w:rsidRPr="00B62C6F">
        <w:rPr>
          <w:rStyle w:val="s2"/>
          <w:rFonts w:ascii="Simplified Arabic" w:hAnsi="Simplified Arabic" w:cs="Simplified Arabic"/>
          <w:sz w:val="28"/>
          <w:szCs w:val="28"/>
          <w:rtl/>
        </w:rPr>
        <w:t xml:space="preserve"> بعنوان: “</w:t>
      </w:r>
      <w:r w:rsidRPr="00B62C6F">
        <w:rPr>
          <w:rStyle w:val="s3"/>
          <w:rFonts w:ascii="Simplified Arabic" w:hAnsi="Simplified Arabic" w:cs="Simplified Arabic"/>
          <w:sz w:val="28"/>
          <w:szCs w:val="28"/>
        </w:rPr>
        <w:t>Empirical investigation of AI-mediated communication on customer-brand relationship quality</w:t>
      </w:r>
      <w:r w:rsidRPr="00B62C6F">
        <w:rPr>
          <w:rStyle w:val="s2"/>
          <w:rFonts w:ascii="Simplified Arabic" w:hAnsi="Simplified Arabic" w:cs="Simplified Arabic"/>
          <w:sz w:val="28"/>
          <w:szCs w:val="28"/>
          <w:rtl/>
        </w:rPr>
        <w:t>” (تحقيق تجريبي للتواصل القائم على وسيط الذكاء الاصطناعي في جودة العلاقة بين العميل والعلامة التجارية)، هدفت الدراسة إلى فحص واختبار أثر قنوات التواصل التي يديرها الذكاء الاصطناعي كوسيط اتصالي بين الشركات والمستهلكين، ومدى انعكاس ذلك على عمق وجودة تجربة الاتصال الإجمالية، وطبقت الدراسة على عينة قوامها (360) مستخدماً لمنصات التجارة الإلكترونية ينتمون إلى مجتمع المستهلكين الرقميين في أسواق شرق آسيا (الصين وسنغافورة)، واعتمدت الدراسة على منهج تحليلي باستخدام نمذجة المعادلات الهيكلية واستخدمت أداة الاستبيان، وتوصلت نتائج الدراسة إلى أن التواصل المؤسسي الذكي يساهم بفاعلية في اختصار الجهد المعرفي المبذول من العميل للوصول إلى الشركات، مما ينعكس إيجابياً على جودة تجربة المستهلك وتفاعله، كما كشفت عن أن سمة “التخصيص الفوري للرسائل الاتصالية” تلعب دوراً وسيطاً حاسماً في تحويل التواصل الآلي إلى تجربة عميل ناجحة ومثمرة، وأوصت الدراسة بتطوير خوارزميات قادرة على تذكر تاريخ التفاعلات السابقة للعميل لتقديم تجربة تواصل متصلة وغير متقطعة.</w:t>
      </w:r>
    </w:p>
    <w:p w14:paraId="293E39EB" w14:textId="1C02EC86" w:rsidR="006265F7" w:rsidRPr="00B62C6F" w:rsidRDefault="008F7BA8" w:rsidP="00570EC1">
      <w:pPr>
        <w:pStyle w:val="p1"/>
        <w:bidi/>
        <w:spacing w:line="276" w:lineRule="auto"/>
        <w:jc w:val="both"/>
        <w:rPr>
          <w:rFonts w:ascii="Simplified Arabic" w:hAnsi="Simplified Arabic" w:cs="Simplified Arabic"/>
          <w:sz w:val="28"/>
          <w:szCs w:val="28"/>
          <w:rtl/>
        </w:rPr>
      </w:pPr>
      <w:r w:rsidRPr="00B62C6F">
        <w:rPr>
          <w:rStyle w:val="s1"/>
          <w:rFonts w:ascii="Simplified Arabic" w:hAnsi="Simplified Arabic" w:cs="Simplified Arabic"/>
          <w:sz w:val="28"/>
          <w:szCs w:val="28"/>
          <w:rtl/>
        </w:rPr>
        <w:t>5- دراسة (عزمي، 2024)</w:t>
      </w:r>
      <w:r w:rsidRPr="00B62C6F">
        <w:rPr>
          <w:rStyle w:val="s2"/>
          <w:rFonts w:ascii="Simplified Arabic" w:hAnsi="Simplified Arabic" w:cs="Simplified Arabic"/>
          <w:sz w:val="28"/>
          <w:szCs w:val="28"/>
          <w:rtl/>
        </w:rPr>
        <w:t xml:space="preserve"> بعنوان: “دور آليات التواصل الرقمي المعتمدة على الذكاء الاصطناعي في تحسين تجربة المستهلك عبر المنصات التعليمية والتدريبية”، هدفت الدراسة إلى الكشف عن أثر توظيف المساعدين الأذكياء في تسهيل تواصل المتدربين والعملاء مع إدارات المنصات، وقياس انعكاس ذلك على تقييمهم الإجمالي لتجربة الخدمة، وطبقت الدراسة على عينة قوامها (280) مستجيباً ينتمون إلى مجتمع المتدربين والعملاء المسجلين في منصات التدريب الرقمي عن بُعد في جمهورية مصر العربية، واعتمدت الدراسة على منهج وصفي تحليلي واستخدمت أداة الاستبيان الإلكتروني، وتوصلت نتائج الدراسة إلى أن تفعيل قنوات التواصل الذكي على مدار الساعة أدى إلى تذليل العقبات الإجرائية وتسهيل تدفق المعلومات، مما ساهم مباشرة في رفع كفاءة تجربة العميل، </w:t>
      </w:r>
      <w:r w:rsidRPr="00B62C6F">
        <w:rPr>
          <w:rStyle w:val="s2"/>
          <w:rFonts w:ascii="Simplified Arabic" w:hAnsi="Simplified Arabic" w:cs="Simplified Arabic"/>
          <w:sz w:val="28"/>
          <w:szCs w:val="28"/>
          <w:rtl/>
        </w:rPr>
        <w:lastRenderedPageBreak/>
        <w:t>كما كشفت عن وجود فروق ذات دلالة إحصائية في مستويات الرضا عن تجربة التواصل تعزى لمتغير (نوع التخصص الأكاديمي)، حيث كان عملاء التخصصات الإنسانية أكثر حاجة للدعم التواصلي المستمر مقارنة بالتخصصات التقنية، وأوصت الدراسة بتوفير مسارات دعم هجينة تجمع بين الرد الذكي المباشر والتدخل البشري الفوري في الأقسام الحساسة.</w:t>
      </w:r>
    </w:p>
    <w:p w14:paraId="7C437DCF" w14:textId="710AA1D9" w:rsidR="008F7BA8" w:rsidRPr="00B62C6F" w:rsidRDefault="008F7BA8" w:rsidP="00570EC1">
      <w:pPr>
        <w:pStyle w:val="p1"/>
        <w:bidi/>
        <w:spacing w:line="276" w:lineRule="auto"/>
        <w:jc w:val="both"/>
        <w:rPr>
          <w:rFonts w:ascii="Simplified Arabic" w:hAnsi="Simplified Arabic" w:cs="Simplified Arabic"/>
          <w:sz w:val="28"/>
          <w:szCs w:val="28"/>
          <w:rtl/>
        </w:rPr>
      </w:pPr>
      <w:r w:rsidRPr="00B62C6F">
        <w:rPr>
          <w:rStyle w:val="s1"/>
          <w:rFonts w:ascii="Simplified Arabic" w:hAnsi="Simplified Arabic" w:cs="Simplified Arabic"/>
          <w:sz w:val="28"/>
          <w:szCs w:val="28"/>
          <w:rtl/>
        </w:rPr>
        <w:t>6- دراسة (</w:t>
      </w:r>
      <w:r w:rsidRPr="00B62C6F">
        <w:rPr>
          <w:rStyle w:val="s1"/>
          <w:rFonts w:ascii="Simplified Arabic" w:hAnsi="Simplified Arabic" w:cs="Simplified Arabic"/>
          <w:sz w:val="28"/>
          <w:szCs w:val="28"/>
        </w:rPr>
        <w:t>Garcia</w:t>
      </w:r>
      <w:r w:rsidRPr="00B62C6F">
        <w:rPr>
          <w:rStyle w:val="s1"/>
          <w:rFonts w:ascii="Simplified Arabic" w:hAnsi="Simplified Arabic" w:cs="Simplified Arabic"/>
          <w:sz w:val="28"/>
          <w:szCs w:val="28"/>
          <w:rtl/>
        </w:rPr>
        <w:t xml:space="preserve"> &amp; </w:t>
      </w:r>
      <w:r w:rsidRPr="00B62C6F">
        <w:rPr>
          <w:rStyle w:val="s1"/>
          <w:rFonts w:ascii="Simplified Arabic" w:hAnsi="Simplified Arabic" w:cs="Simplified Arabic"/>
          <w:sz w:val="28"/>
          <w:szCs w:val="28"/>
        </w:rPr>
        <w:t>Lopez</w:t>
      </w:r>
      <w:r w:rsidRPr="00B62C6F">
        <w:rPr>
          <w:rStyle w:val="s1"/>
          <w:rFonts w:ascii="Simplified Arabic" w:hAnsi="Simplified Arabic" w:cs="Simplified Arabic"/>
          <w:sz w:val="28"/>
          <w:szCs w:val="28"/>
          <w:rtl/>
        </w:rPr>
        <w:t>،</w:t>
      </w:r>
      <w:r w:rsidRPr="00B62C6F">
        <w:rPr>
          <w:rStyle w:val="s1"/>
          <w:rFonts w:ascii="Simplified Arabic" w:hAnsi="Simplified Arabic" w:cs="Simplified Arabic"/>
          <w:sz w:val="28"/>
          <w:szCs w:val="28"/>
        </w:rPr>
        <w:t xml:space="preserve"> 2024</w:t>
      </w:r>
      <w:r w:rsidRPr="00B62C6F">
        <w:rPr>
          <w:rStyle w:val="s1"/>
          <w:rFonts w:ascii="Simplified Arabic" w:hAnsi="Simplified Arabic" w:cs="Simplified Arabic"/>
          <w:sz w:val="28"/>
          <w:szCs w:val="28"/>
          <w:rtl/>
        </w:rPr>
        <w:t>)</w:t>
      </w:r>
      <w:r w:rsidRPr="00B62C6F">
        <w:rPr>
          <w:rStyle w:val="s2"/>
          <w:rFonts w:ascii="Simplified Arabic" w:hAnsi="Simplified Arabic" w:cs="Simplified Arabic"/>
          <w:sz w:val="28"/>
          <w:szCs w:val="28"/>
          <w:rtl/>
        </w:rPr>
        <w:t xml:space="preserve"> بعنوان: “</w:t>
      </w:r>
      <w:r w:rsidRPr="00B62C6F">
        <w:rPr>
          <w:rStyle w:val="s3"/>
          <w:rFonts w:ascii="Simplified Arabic" w:hAnsi="Simplified Arabic" w:cs="Simplified Arabic"/>
          <w:sz w:val="28"/>
          <w:szCs w:val="28"/>
        </w:rPr>
        <w:t>The impact of omni-channel AI touchpoints on customer experience journeys</w:t>
      </w:r>
      <w:r w:rsidRPr="00B62C6F">
        <w:rPr>
          <w:rStyle w:val="s2"/>
          <w:rFonts w:ascii="Simplified Arabic" w:hAnsi="Simplified Arabic" w:cs="Simplified Arabic"/>
          <w:sz w:val="28"/>
          <w:szCs w:val="28"/>
          <w:rtl/>
        </w:rPr>
        <w:t>” (أثر نقاط الاتصال المدعومة بالذكاء الاصطناعي عبر القنوات المتعددة على رحلات تجربة العملاء)، هدفت الدراسة إلى تتبع وتحليل رحلة العميل الرقمية عبر نقاط الاتصال المتعددة (</w:t>
      </w:r>
      <w:r w:rsidRPr="00B62C6F">
        <w:rPr>
          <w:rStyle w:val="s2"/>
          <w:rFonts w:ascii="Simplified Arabic" w:hAnsi="Simplified Arabic" w:cs="Simplified Arabic"/>
          <w:sz w:val="28"/>
          <w:szCs w:val="28"/>
        </w:rPr>
        <w:t>Omni-channel</w:t>
      </w:r>
      <w:r w:rsidRPr="00B62C6F">
        <w:rPr>
          <w:rStyle w:val="s2"/>
          <w:rFonts w:ascii="Simplified Arabic" w:hAnsi="Simplified Arabic" w:cs="Simplified Arabic"/>
          <w:sz w:val="28"/>
          <w:szCs w:val="28"/>
          <w:rtl/>
        </w:rPr>
        <w:t>) التي تدار بالذكاء الاصطناعي، وقياس تأثير تكامل هذه القنوات على تيسير الاتصال بالمؤسسات الخدمية، وطبقت الدراسة على عينة قوامها (140) سجلاً لرحلات تفاعل متكاملة لعملاء ينتمون إلى مجتمع قواعد بيانات منظومة الدعم والاتصال الموحد لشركات التأمين في إسبانيا، واعتمدت الدراسة على منهج تحليلي واستخدمت أداة تحليل المضمون باستخدام بطاقة رصد مسار التفاعلات الرقمية، وتوصلت نتائج الدراسة إلى أن تكامل قنوات التواصل الذكية (اتصال هاتف ذكي، دردشة موقع، وتطبيقات تواصل) يضمن تجربة عميل متسقة وسلسة خالية من التكرار والتعقيد، كما كشفت عن أن الشركات التي نجحت في توحيد بيانات العميل عبر كافة قنوات الذكاء الاصطناعي حققت قفزة في رضا العملاء وتسهيل تواصلهم بنسبة تجاوزت (70%)، وأوصت بضرورة الاستثمار في برمجيات الربط السحابي الموحد لنقاط الاتصال لضمان انسيابية تجربة المستهلك.</w:t>
      </w:r>
    </w:p>
    <w:p w14:paraId="7599DFB8" w14:textId="5340C11D" w:rsidR="008F7BA8" w:rsidRPr="00B62C6F" w:rsidRDefault="008F7BA8" w:rsidP="00570EC1">
      <w:pPr>
        <w:pStyle w:val="p1"/>
        <w:bidi/>
        <w:spacing w:line="276" w:lineRule="auto"/>
        <w:jc w:val="both"/>
        <w:rPr>
          <w:rFonts w:ascii="Simplified Arabic" w:hAnsi="Simplified Arabic" w:cs="Simplified Arabic"/>
          <w:sz w:val="28"/>
          <w:szCs w:val="28"/>
          <w:rtl/>
        </w:rPr>
      </w:pPr>
      <w:r w:rsidRPr="00B62C6F">
        <w:rPr>
          <w:rStyle w:val="s1"/>
          <w:rFonts w:ascii="Simplified Arabic" w:hAnsi="Simplified Arabic" w:cs="Simplified Arabic"/>
          <w:sz w:val="28"/>
          <w:szCs w:val="28"/>
          <w:rtl/>
        </w:rPr>
        <w:t>7- دراسة (المطيري، 2024)</w:t>
      </w:r>
      <w:r w:rsidRPr="00B62C6F">
        <w:rPr>
          <w:rStyle w:val="s2"/>
          <w:rFonts w:ascii="Simplified Arabic" w:hAnsi="Simplified Arabic" w:cs="Simplified Arabic"/>
          <w:sz w:val="28"/>
          <w:szCs w:val="28"/>
          <w:rtl/>
        </w:rPr>
        <w:t xml:space="preserve"> بعنوان: “تأثير تكنولوجيا الذكاء الاصطناعي على تطوير العلاقات الاتصالية مع العملاء ودورها في تحسين تجربة المستخدم: دراسة تطبيقية على قطاع السيارات”، هدفت الدراسة إلى اختبار أثر توظيف تقنيات الذكاء الاصطناعي في مراكز الاتصال الرقمي لوكالات السيارات، والوقوف على مدى نجاحها في تسهيل تواصل العملاء للحصول على خدمات الصيانة والدعم، وطبقت الدراسة على عينة قوامها (340) عميلاً ينتمون إلى مجتمع ملاك السيارات المستفيدين من خدمات الدعم الفني الرقمي لوكالات السيارات في دولة الكويت، واعتمدت الدراسة على منهج تحليلي واستخدمت أداة الاستبيان، وتوصلت نتائج الدراسة إلى أن القنوات الاتصالية الذكية نجحت في تيسير حجز المواعيد والاستعلام الفوري، مما أثر إيجابياً وبشكل مباشر في الارتقاء بتجربة العميل وتوفير وقته وجهده، كما كشفت عن وجود علاقة ارتباطية موجبة ذات دلالة إحصائية بين كفاءة التواصل عبر </w:t>
      </w:r>
      <w:r w:rsidRPr="00B62C6F">
        <w:rPr>
          <w:rStyle w:val="s2"/>
          <w:rFonts w:ascii="Simplified Arabic" w:hAnsi="Simplified Arabic" w:cs="Simplified Arabic"/>
          <w:sz w:val="28"/>
          <w:szCs w:val="28"/>
          <w:rtl/>
        </w:rPr>
        <w:lastRenderedPageBreak/>
        <w:t>الذكاء الاصطناعي وانخفاض معدل شكاوى العملاء من صعوبة الوصول إلى موظفي الخدمة، وأوصت بضرورة تخصيص واجهات تواصل ذكية مستقلة ومبسطة لكل خدمة (صيانة، مبيعات، قطع غيار) لرفع دقة التجربة.</w:t>
      </w:r>
    </w:p>
    <w:p w14:paraId="7A4AF2CF" w14:textId="2B28942D" w:rsidR="008F7BA8" w:rsidRPr="00B62C6F" w:rsidRDefault="008F7BA8" w:rsidP="00570EC1">
      <w:pPr>
        <w:pStyle w:val="p1"/>
        <w:bidi/>
        <w:spacing w:line="276" w:lineRule="auto"/>
        <w:jc w:val="both"/>
        <w:rPr>
          <w:rFonts w:ascii="Simplified Arabic" w:hAnsi="Simplified Arabic" w:cs="Simplified Arabic"/>
          <w:sz w:val="28"/>
          <w:szCs w:val="28"/>
          <w:rtl/>
        </w:rPr>
      </w:pPr>
      <w:r w:rsidRPr="00B62C6F">
        <w:rPr>
          <w:rStyle w:val="s1"/>
          <w:rFonts w:ascii="Simplified Arabic" w:hAnsi="Simplified Arabic" w:cs="Simplified Arabic"/>
          <w:sz w:val="28"/>
          <w:szCs w:val="28"/>
          <w:rtl/>
        </w:rPr>
        <w:t>8- دراسة (</w:t>
      </w:r>
      <w:r w:rsidRPr="00B62C6F">
        <w:rPr>
          <w:rStyle w:val="s1"/>
          <w:rFonts w:ascii="Simplified Arabic" w:hAnsi="Simplified Arabic" w:cs="Simplified Arabic"/>
          <w:sz w:val="28"/>
          <w:szCs w:val="28"/>
        </w:rPr>
        <w:t>Lee</w:t>
      </w:r>
      <w:r w:rsidRPr="00B62C6F">
        <w:rPr>
          <w:rStyle w:val="s1"/>
          <w:rFonts w:ascii="Simplified Arabic" w:hAnsi="Simplified Arabic" w:cs="Simplified Arabic"/>
          <w:sz w:val="28"/>
          <w:szCs w:val="28"/>
          <w:rtl/>
        </w:rPr>
        <w:t xml:space="preserve"> &amp; </w:t>
      </w:r>
      <w:r w:rsidRPr="00B62C6F">
        <w:rPr>
          <w:rStyle w:val="s1"/>
          <w:rFonts w:ascii="Simplified Arabic" w:hAnsi="Simplified Arabic" w:cs="Simplified Arabic"/>
          <w:sz w:val="28"/>
          <w:szCs w:val="28"/>
        </w:rPr>
        <w:t>Chang</w:t>
      </w:r>
      <w:r w:rsidRPr="00B62C6F">
        <w:rPr>
          <w:rStyle w:val="s1"/>
          <w:rFonts w:ascii="Simplified Arabic" w:hAnsi="Simplified Arabic" w:cs="Simplified Arabic"/>
          <w:sz w:val="28"/>
          <w:szCs w:val="28"/>
          <w:rtl/>
        </w:rPr>
        <w:t>،</w:t>
      </w:r>
      <w:r w:rsidRPr="00B62C6F">
        <w:rPr>
          <w:rStyle w:val="s1"/>
          <w:rFonts w:ascii="Simplified Arabic" w:hAnsi="Simplified Arabic" w:cs="Simplified Arabic"/>
          <w:sz w:val="28"/>
          <w:szCs w:val="28"/>
        </w:rPr>
        <w:t xml:space="preserve"> 2023</w:t>
      </w:r>
      <w:r w:rsidRPr="00B62C6F">
        <w:rPr>
          <w:rStyle w:val="s1"/>
          <w:rFonts w:ascii="Simplified Arabic" w:hAnsi="Simplified Arabic" w:cs="Simplified Arabic"/>
          <w:sz w:val="28"/>
          <w:szCs w:val="28"/>
          <w:rtl/>
        </w:rPr>
        <w:t>)</w:t>
      </w:r>
      <w:r w:rsidRPr="00B62C6F">
        <w:rPr>
          <w:rStyle w:val="s2"/>
          <w:rFonts w:ascii="Simplified Arabic" w:hAnsi="Simplified Arabic" w:cs="Simplified Arabic"/>
          <w:sz w:val="28"/>
          <w:szCs w:val="28"/>
          <w:rtl/>
        </w:rPr>
        <w:t xml:space="preserve"> بعنوان: “</w:t>
      </w:r>
      <w:r w:rsidRPr="00B62C6F">
        <w:rPr>
          <w:rStyle w:val="s3"/>
          <w:rFonts w:ascii="Simplified Arabic" w:hAnsi="Simplified Arabic" w:cs="Simplified Arabic"/>
          <w:sz w:val="28"/>
          <w:szCs w:val="28"/>
        </w:rPr>
        <w:t>How AI-driven interactivity eases corporate communication and elevates customer digital experience</w:t>
      </w:r>
      <w:r w:rsidRPr="00B62C6F">
        <w:rPr>
          <w:rStyle w:val="s2"/>
          <w:rFonts w:ascii="Simplified Arabic" w:hAnsi="Simplified Arabic" w:cs="Simplified Arabic"/>
          <w:sz w:val="28"/>
          <w:szCs w:val="28"/>
          <w:rtl/>
        </w:rPr>
        <w:t>” (كيف تسهل التفاعلية القائمة على الذكاء الاصطناعي التواصل المؤسسي وترفع تجربة العميل الرقمية)، هدفت الدراسة إلى تحديد أثر عنصر “التفاعلية والوضوح الإجرائي” في أنظمة التواصل القائمة على الذكاء الاصطناعي في تسهيل قنوات الاتصال بالشركات وبناء تجربة رقمية إيجابية للعملاء، وطبقت الدراسة على عينة قوامها (400) مستخدم للخدمات الرقمية ينتمون إلى مجتمع متسوقي المتاجر الإلكترونية الكبرى ومنصات الترفيه الرقمي في تايوان، واعتمدت الدراسة على منهج وصفي تحليلي واستخدمت أداة الاستبيان، وتوصلت نتائج الدراسة إلى أن السهولة الإجرائية والتفاعلية الفورية لتقنيات الذكاء الاصطناعي تسهم بشكل حاسم في تذليل عقبات التواصل التقليدية وتدعم جودة تجربة العميل الرقمية، كما كشفت عن وجود فروق ذات دلالة إحصائية في تقييم جودة تجربة التواصل تعزى لمتغير (معدل تكرار الاستخدام الفعلي)، حيث كانت الفئات الأكثر استخداماً بشكل يومي هي الأكثر تقديراً لتسهيلات الذكاء الاصطناعي، وأوصت بدمج آليات استطلاع رأي فورية ومختصرة للغاية في نهاية كل تواصل ذكي لتحديث رحلة العميل باستمرار بناءً على مرئياته.</w:t>
      </w:r>
    </w:p>
    <w:p w14:paraId="1B523D0F" w14:textId="763D6015" w:rsidR="00E16728" w:rsidRPr="00B62C6F" w:rsidRDefault="008F7BA8" w:rsidP="00570EC1">
      <w:pPr>
        <w:pStyle w:val="p1"/>
        <w:bidi/>
        <w:spacing w:line="276" w:lineRule="auto"/>
        <w:jc w:val="both"/>
        <w:rPr>
          <w:rFonts w:ascii="Simplified Arabic" w:hAnsi="Simplified Arabic" w:cs="Simplified Arabic"/>
          <w:sz w:val="28"/>
          <w:szCs w:val="28"/>
          <w:rtl/>
        </w:rPr>
      </w:pPr>
      <w:r w:rsidRPr="00B62C6F">
        <w:rPr>
          <w:rStyle w:val="s1"/>
          <w:rFonts w:ascii="Simplified Arabic" w:hAnsi="Simplified Arabic" w:cs="Simplified Arabic"/>
          <w:sz w:val="28"/>
          <w:szCs w:val="28"/>
          <w:rtl/>
        </w:rPr>
        <w:t>9- دراسة (المالكي، 2023)</w:t>
      </w:r>
      <w:r w:rsidRPr="00B62C6F">
        <w:rPr>
          <w:rStyle w:val="s2"/>
          <w:rFonts w:ascii="Simplified Arabic" w:hAnsi="Simplified Arabic" w:cs="Simplified Arabic"/>
          <w:sz w:val="28"/>
          <w:szCs w:val="28"/>
          <w:rtl/>
        </w:rPr>
        <w:t xml:space="preserve"> بعنوان: “أثر جودة الاتصال عبر قنوات الذكاء الاصطناعي في تحسين الصورة الذهنية وتجربة العميل بالمنظمات الخدمية”، هدفت الدراسة إلى رصد وتقييم العلاقة بين جودة التواصل والاتصال المؤسسي المعتمد على حلول الذكاء الاصطناعي وبين تحسين جودة تجربة العميل وبناء صورة ذهنية إيجابية للمنظمة، وطبقت الدراسة على عينة قوامها (384) مفردة ينتمون إلى مجتمع عملاء شركات التأمين والخدمات الصحية في المملكة العربية السعودية، واعتمدت الدراسة على منهج مسحي واستخدمت أداة الاستبيان الإلكتروني، وتوصلت نتائج الدراسة إلى أن توفير قنوات اتصال ذكية ومتاحة دائماً يعد ركيزة أساسية لتسهيل تواصل الجمهور بالمنشأة، وينعكس مباشرة على تجويد تجربة العميل وارتفاع مستوى رضاه، كما كشفت عن وجود علاقة طردية قوية بين سرعة إنهاء المعاملات عبر الوسيط الذكي وتشكل انطباعات وصورة ذهنية إيجابية ومستدامة عن كفاءة </w:t>
      </w:r>
      <w:r w:rsidRPr="00B62C6F">
        <w:rPr>
          <w:rStyle w:val="s2"/>
          <w:rFonts w:ascii="Simplified Arabic" w:hAnsi="Simplified Arabic" w:cs="Simplified Arabic"/>
          <w:sz w:val="28"/>
          <w:szCs w:val="28"/>
          <w:rtl/>
        </w:rPr>
        <w:lastRenderedPageBreak/>
        <w:t>المنظمة، وأوصت بضرورة تدريب الأنظمة الذكية على تقديم حلول استباقية (</w:t>
      </w:r>
      <w:r w:rsidRPr="00B62C6F">
        <w:rPr>
          <w:rStyle w:val="s2"/>
          <w:rFonts w:ascii="Simplified Arabic" w:hAnsi="Simplified Arabic" w:cs="Simplified Arabic"/>
          <w:sz w:val="28"/>
          <w:szCs w:val="28"/>
        </w:rPr>
        <w:t>Proactive</w:t>
      </w:r>
      <w:r w:rsidRPr="00B62C6F">
        <w:rPr>
          <w:rStyle w:val="s2"/>
          <w:rFonts w:ascii="Simplified Arabic" w:hAnsi="Simplified Arabic" w:cs="Simplified Arabic"/>
          <w:sz w:val="28"/>
          <w:szCs w:val="28"/>
          <w:rtl/>
        </w:rPr>
        <w:t>) بناءً على توقع احتياج العميل قبل أن يبادر هو بالتواصل.</w:t>
      </w:r>
    </w:p>
    <w:p w14:paraId="154ADC57" w14:textId="77777777" w:rsidR="008F7BA8" w:rsidRPr="00B62C6F" w:rsidRDefault="008F7BA8" w:rsidP="00570EC1">
      <w:pPr>
        <w:pStyle w:val="p1"/>
        <w:bidi/>
        <w:spacing w:line="276" w:lineRule="auto"/>
        <w:jc w:val="both"/>
        <w:rPr>
          <w:rFonts w:ascii="Simplified Arabic" w:hAnsi="Simplified Arabic" w:cs="Simplified Arabic"/>
          <w:sz w:val="28"/>
          <w:szCs w:val="28"/>
          <w:rtl/>
        </w:rPr>
      </w:pPr>
      <w:r w:rsidRPr="00B62C6F">
        <w:rPr>
          <w:rStyle w:val="s1"/>
          <w:rFonts w:ascii="Simplified Arabic" w:hAnsi="Simplified Arabic" w:cs="Simplified Arabic"/>
          <w:sz w:val="28"/>
          <w:szCs w:val="28"/>
          <w:rtl/>
        </w:rPr>
        <w:t>10- دراسة (</w:t>
      </w:r>
      <w:r w:rsidRPr="00B62C6F">
        <w:rPr>
          <w:rStyle w:val="s1"/>
          <w:rFonts w:ascii="Simplified Arabic" w:hAnsi="Simplified Arabic" w:cs="Simplified Arabic"/>
          <w:sz w:val="28"/>
          <w:szCs w:val="28"/>
        </w:rPr>
        <w:t>Brown</w:t>
      </w:r>
      <w:r w:rsidRPr="00B62C6F">
        <w:rPr>
          <w:rStyle w:val="s1"/>
          <w:rFonts w:ascii="Simplified Arabic" w:hAnsi="Simplified Arabic" w:cs="Simplified Arabic"/>
          <w:sz w:val="28"/>
          <w:szCs w:val="28"/>
          <w:rtl/>
        </w:rPr>
        <w:t xml:space="preserve"> &amp; </w:t>
      </w:r>
      <w:r w:rsidRPr="00B62C6F">
        <w:rPr>
          <w:rStyle w:val="s1"/>
          <w:rFonts w:ascii="Simplified Arabic" w:hAnsi="Simplified Arabic" w:cs="Simplified Arabic"/>
          <w:sz w:val="28"/>
          <w:szCs w:val="28"/>
        </w:rPr>
        <w:t>Wilson</w:t>
      </w:r>
      <w:r w:rsidRPr="00B62C6F">
        <w:rPr>
          <w:rStyle w:val="s1"/>
          <w:rFonts w:ascii="Simplified Arabic" w:hAnsi="Simplified Arabic" w:cs="Simplified Arabic"/>
          <w:sz w:val="28"/>
          <w:szCs w:val="28"/>
          <w:rtl/>
        </w:rPr>
        <w:t>،</w:t>
      </w:r>
      <w:r w:rsidRPr="00B62C6F">
        <w:rPr>
          <w:rStyle w:val="s1"/>
          <w:rFonts w:ascii="Simplified Arabic" w:hAnsi="Simplified Arabic" w:cs="Simplified Arabic"/>
          <w:sz w:val="28"/>
          <w:szCs w:val="28"/>
        </w:rPr>
        <w:t xml:space="preserve"> 2023</w:t>
      </w:r>
      <w:r w:rsidRPr="00B62C6F">
        <w:rPr>
          <w:rStyle w:val="s1"/>
          <w:rFonts w:ascii="Simplified Arabic" w:hAnsi="Simplified Arabic" w:cs="Simplified Arabic"/>
          <w:sz w:val="28"/>
          <w:szCs w:val="28"/>
          <w:rtl/>
        </w:rPr>
        <w:t>)</w:t>
      </w:r>
      <w:r w:rsidRPr="00B62C6F">
        <w:rPr>
          <w:rStyle w:val="s2"/>
          <w:rFonts w:ascii="Simplified Arabic" w:hAnsi="Simplified Arabic" w:cs="Simplified Arabic"/>
          <w:sz w:val="28"/>
          <w:szCs w:val="28"/>
          <w:rtl/>
        </w:rPr>
        <w:t xml:space="preserve"> بعنوان: “</w:t>
      </w:r>
      <w:r w:rsidRPr="00B62C6F">
        <w:rPr>
          <w:rStyle w:val="s3"/>
          <w:rFonts w:ascii="Simplified Arabic" w:hAnsi="Simplified Arabic" w:cs="Simplified Arabic"/>
          <w:sz w:val="28"/>
          <w:szCs w:val="28"/>
        </w:rPr>
        <w:t>Analyzing the friction points in AI-managed corporate communication and their effects on customer retention</w:t>
      </w:r>
      <w:r w:rsidRPr="00B62C6F">
        <w:rPr>
          <w:rStyle w:val="s2"/>
          <w:rFonts w:ascii="Simplified Arabic" w:hAnsi="Simplified Arabic" w:cs="Simplified Arabic"/>
          <w:sz w:val="28"/>
          <w:szCs w:val="28"/>
          <w:rtl/>
        </w:rPr>
        <w:t>” (تحليل نقاط الاحتكاك في التواصل المؤسسي المُدار بالذكاء الاصطناعي وآثاره على الاحتفاظ بالعملاء)، هدفت الدراسة إلى الكشف عن العوائق ونقاط الاحتكاك (</w:t>
      </w:r>
      <w:r w:rsidRPr="00B62C6F">
        <w:rPr>
          <w:rStyle w:val="s2"/>
          <w:rFonts w:ascii="Simplified Arabic" w:hAnsi="Simplified Arabic" w:cs="Simplified Arabic"/>
          <w:sz w:val="28"/>
          <w:szCs w:val="28"/>
        </w:rPr>
        <w:t>Friction Points</w:t>
      </w:r>
      <w:r w:rsidRPr="00B62C6F">
        <w:rPr>
          <w:rStyle w:val="s2"/>
          <w:rFonts w:ascii="Simplified Arabic" w:hAnsi="Simplified Arabic" w:cs="Simplified Arabic"/>
          <w:sz w:val="28"/>
          <w:szCs w:val="28"/>
          <w:rtl/>
        </w:rPr>
        <w:t>) التي تواجه العملاء أثناء تواصلهم مع الشركات عبر تقنيات الذكاء الاصطناعي، ومدى تأثيرها السلبي على تجربة العميل وقرار استمراره مع الشركة، وطبقت الدراسة على عينة قوامها (210) مستخدمين تعرضوا لتجارب تواصل غير مكتملة تم رصدهم وإجراء مقابلات معهم ينتمون إلى مجتمع العملاء المغادرين (الذين ألغوا اشتراكاتهم) في شركات الاتصالات والخدمات الرقمية في الولايات المتحدة الأمريكية، واعتمدت الدراسة على منهج مقارن تحليلي واستخدمت أداة المقابلة شبه المقننة، وتوصلت نتائج الدراسة إلى أن حدوث تكرار في الأسئلة أو عجز النظام الذكي عن فهم مشكلة العميل يمثل نقطة احتكاك حادة تدمر تجربة العميل وتجعل عملية التواصل مع الشركة معقدة ومحبطة، كما كشفت عن وجود فروق ذات دلالة إحصائية في درجة الإحباط الرقمي لصالح العملاء الذين واجهوا “حلقات تكرارية مفرغة” (</w:t>
      </w:r>
      <w:r w:rsidRPr="00B62C6F">
        <w:rPr>
          <w:rStyle w:val="s2"/>
          <w:rFonts w:ascii="Simplified Arabic" w:hAnsi="Simplified Arabic" w:cs="Simplified Arabic"/>
          <w:sz w:val="28"/>
          <w:szCs w:val="28"/>
        </w:rPr>
        <w:t>Loops</w:t>
      </w:r>
      <w:r w:rsidRPr="00B62C6F">
        <w:rPr>
          <w:rStyle w:val="s2"/>
          <w:rFonts w:ascii="Simplified Arabic" w:hAnsi="Simplified Arabic" w:cs="Simplified Arabic"/>
          <w:sz w:val="28"/>
          <w:szCs w:val="28"/>
          <w:rtl/>
        </w:rPr>
        <w:t>) في المحادثة دون القدرة على الوصول لخيار التحدث مع موظف بشري، مما تسبب مباشرة في خسارة العميل لصالح المنافسين، وأوصت الدراسة بإنشاء نظام إنذار مبكر برمجياً يكتشف غضب العميل ويقوم بتحويله فوراً وبشكل آلي إلى فريق الدعم البشري لإنقاذ تجربة التفاعل وتسهيل الحل.</w:t>
      </w:r>
    </w:p>
    <w:p w14:paraId="44F06008" w14:textId="54A0E627" w:rsidR="009A5F04" w:rsidRPr="00B62C6F" w:rsidRDefault="009A5F04" w:rsidP="00570EC1">
      <w:pPr>
        <w:rPr>
          <w:rFonts w:ascii="Simplified Arabic" w:hAnsi="Simplified Arabic" w:cs="Simplified Arabic"/>
          <w:b/>
          <w:bCs/>
          <w:sz w:val="28"/>
          <w:szCs w:val="28"/>
        </w:rPr>
      </w:pPr>
    </w:p>
    <w:p w14:paraId="3BAA3871" w14:textId="34FD976E" w:rsidR="009A5F04" w:rsidRPr="00570EC1" w:rsidRDefault="009A5F04" w:rsidP="00570EC1">
      <w:pPr>
        <w:bidi/>
        <w:jc w:val="both"/>
        <w:rPr>
          <w:rFonts w:ascii="Simplified Arabic" w:hAnsi="Simplified Arabic" w:cs="Simplified Arabic"/>
          <w:b/>
          <w:bCs/>
          <w:sz w:val="36"/>
          <w:szCs w:val="36"/>
        </w:rPr>
      </w:pPr>
      <w:r w:rsidRPr="00570EC1">
        <w:rPr>
          <w:rFonts w:ascii="Simplified Arabic" w:hAnsi="Simplified Arabic" w:cs="Simplified Arabic"/>
          <w:b/>
          <w:bCs/>
          <w:sz w:val="36"/>
          <w:szCs w:val="36"/>
          <w:rtl/>
        </w:rPr>
        <w:t>التعليق على الدراسات السابقة</w:t>
      </w:r>
      <w:r w:rsidR="003F2245" w:rsidRPr="00570EC1">
        <w:rPr>
          <w:rFonts w:ascii="Simplified Arabic" w:hAnsi="Simplified Arabic" w:cs="Simplified Arabic"/>
          <w:b/>
          <w:bCs/>
          <w:sz w:val="36"/>
          <w:szCs w:val="36"/>
          <w:rtl/>
        </w:rPr>
        <w:t>:</w:t>
      </w:r>
    </w:p>
    <w:p w14:paraId="5A842CA8" w14:textId="3840079D" w:rsidR="00E55E32" w:rsidRPr="00B62C6F" w:rsidRDefault="00820F17" w:rsidP="00570EC1">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w:t>
      </w:r>
      <w:r w:rsidR="00E55E32" w:rsidRPr="00B62C6F">
        <w:rPr>
          <w:rFonts w:ascii="Simplified Arabic" w:eastAsia="Times New Roman" w:hAnsi="Simplified Arabic" w:cs="Simplified Arabic"/>
          <w:sz w:val="28"/>
          <w:szCs w:val="28"/>
          <w:rtl/>
        </w:rPr>
        <w:t>تكشف القراءة الفاحصة والتحليل المنهجي للمنجز البحثي والأدبيات السابقة بمح</w:t>
      </w:r>
      <w:r w:rsidR="00E762CB" w:rsidRPr="00B62C6F">
        <w:rPr>
          <w:rFonts w:ascii="Simplified Arabic" w:eastAsia="Times New Roman" w:hAnsi="Simplified Arabic" w:cs="Simplified Arabic"/>
          <w:sz w:val="28"/>
          <w:szCs w:val="28"/>
          <w:rtl/>
        </w:rPr>
        <w:t xml:space="preserve">اورها </w:t>
      </w:r>
      <w:r w:rsidR="00E55E32" w:rsidRPr="00B62C6F">
        <w:rPr>
          <w:rFonts w:ascii="Simplified Arabic" w:eastAsia="Times New Roman" w:hAnsi="Simplified Arabic" w:cs="Simplified Arabic"/>
          <w:sz w:val="28"/>
          <w:szCs w:val="28"/>
          <w:rtl/>
        </w:rPr>
        <w:t xml:space="preserve">عن وجود ملامح علمية واضحة ومقاربات متعددة </w:t>
      </w:r>
      <w:r w:rsidR="00545B89" w:rsidRPr="00B62C6F">
        <w:rPr>
          <w:rFonts w:ascii="Simplified Arabic" w:eastAsia="Times New Roman" w:hAnsi="Simplified Arabic" w:cs="Simplified Arabic"/>
          <w:sz w:val="28"/>
          <w:szCs w:val="28"/>
          <w:rtl/>
        </w:rPr>
        <w:t>تناولت</w:t>
      </w:r>
      <w:r w:rsidR="00E55E32" w:rsidRPr="00B62C6F">
        <w:rPr>
          <w:rFonts w:ascii="Simplified Arabic" w:eastAsia="Times New Roman" w:hAnsi="Simplified Arabic" w:cs="Simplified Arabic"/>
          <w:sz w:val="28"/>
          <w:szCs w:val="28"/>
          <w:rtl/>
        </w:rPr>
        <w:t xml:space="preserve"> تقنيات الذكاء الاصطناعي التفاعلي في بيئات الأعمال والتواصل الرقمي</w:t>
      </w:r>
      <w:r w:rsidR="00E762CB" w:rsidRPr="00B62C6F">
        <w:rPr>
          <w:rFonts w:ascii="Simplified Arabic" w:eastAsia="Times New Roman" w:hAnsi="Simplified Arabic" w:cs="Simplified Arabic"/>
          <w:sz w:val="28"/>
          <w:szCs w:val="28"/>
          <w:rtl/>
        </w:rPr>
        <w:t>،</w:t>
      </w:r>
      <w:r w:rsidR="00E55E32" w:rsidRPr="00B62C6F">
        <w:rPr>
          <w:rFonts w:ascii="Simplified Arabic" w:eastAsia="Times New Roman" w:hAnsi="Simplified Arabic" w:cs="Simplified Arabic"/>
          <w:sz w:val="28"/>
          <w:szCs w:val="28"/>
          <w:rtl/>
        </w:rPr>
        <w:t xml:space="preserve"> حيث اتفقت غالبية الدراسات على الأهمية المتزايدة لتوظيف تكنولوجيا الذكاء الاصطناعي كأداة حتمية لتطوير قنوات الدعم الرقمية وتجويد التواصل المؤسسي</w:t>
      </w:r>
      <w:r w:rsidR="00E762CB" w:rsidRPr="00B62C6F">
        <w:rPr>
          <w:rFonts w:ascii="Simplified Arabic" w:eastAsia="Times New Roman" w:hAnsi="Simplified Arabic" w:cs="Simplified Arabic"/>
          <w:sz w:val="28"/>
          <w:szCs w:val="28"/>
          <w:rtl/>
        </w:rPr>
        <w:t xml:space="preserve">، </w:t>
      </w:r>
      <w:r w:rsidR="00E55E32" w:rsidRPr="00B62C6F">
        <w:rPr>
          <w:rFonts w:ascii="Simplified Arabic" w:eastAsia="Times New Roman" w:hAnsi="Simplified Arabic" w:cs="Simplified Arabic"/>
          <w:sz w:val="28"/>
          <w:szCs w:val="28"/>
          <w:rtl/>
        </w:rPr>
        <w:t xml:space="preserve">وفي هذا السياق، أكدت غالبية الدراسات أن هناك علاقة ارتباطية موجبة </w:t>
      </w:r>
      <w:r w:rsidR="00E55E32" w:rsidRPr="00B62C6F">
        <w:rPr>
          <w:rFonts w:ascii="Simplified Arabic" w:eastAsia="Times New Roman" w:hAnsi="Simplified Arabic" w:cs="Simplified Arabic"/>
          <w:sz w:val="28"/>
          <w:szCs w:val="28"/>
          <w:rtl/>
        </w:rPr>
        <w:lastRenderedPageBreak/>
        <w:t>وقوية بين السمات التقنية لروبوتات "الشات بوت" – المتمثلة في سرعة الاستجابة، وجودة ودقة المعلومات، والقدرة الفائقة على حل المشكلات وإتمام المعاملات ذاتياً – وبين بناء الثقة الرقمية والرضا المستدام لدى المستهلكين الرقميين، كما أجمعت النتائج على أن السهولة الإجرائية والتفاعلية الفورية المتاحة عبر تلك الوسائط الذكية نجحت في إلغاء الهدر الزمني وتذليل عقبات الاتصال التقليدي مع المنشآت الخدمية بمختلف قطاعاتها</w:t>
      </w:r>
      <w:r w:rsidR="00E762CB" w:rsidRPr="00B62C6F">
        <w:rPr>
          <w:rFonts w:ascii="Simplified Arabic" w:eastAsia="Times New Roman" w:hAnsi="Simplified Arabic" w:cs="Simplified Arabic"/>
          <w:sz w:val="28"/>
          <w:szCs w:val="28"/>
          <w:rtl/>
        </w:rPr>
        <w:t>.</w:t>
      </w:r>
    </w:p>
    <w:p w14:paraId="1BB206EB" w14:textId="71EA2E3A" w:rsidR="00E55E32" w:rsidRPr="00B62C6F" w:rsidRDefault="00820F17" w:rsidP="00570EC1">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w:t>
      </w:r>
      <w:r w:rsidR="00E55E32" w:rsidRPr="00B62C6F">
        <w:rPr>
          <w:rFonts w:ascii="Simplified Arabic" w:eastAsia="Times New Roman" w:hAnsi="Simplified Arabic" w:cs="Simplified Arabic"/>
          <w:sz w:val="28"/>
          <w:szCs w:val="28"/>
          <w:rtl/>
        </w:rPr>
        <w:t>بالرغم من هذا الاتفاق العام، إلا أن القراءة النقديّة تكشف عن تباين واضح في منطلقات المعالجة البحثية؛ حيث اختلفت الدراسات في تحديد وتغليب الوزن النسبي للعوامل والخصائص الأكثر تأثيراً في تجربة المستهلك</w:t>
      </w:r>
      <w:r w:rsidR="00E762CB" w:rsidRPr="00B62C6F">
        <w:rPr>
          <w:rFonts w:ascii="Simplified Arabic" w:eastAsia="Times New Roman" w:hAnsi="Simplified Arabic" w:cs="Simplified Arabic"/>
          <w:sz w:val="28"/>
          <w:szCs w:val="28"/>
          <w:rtl/>
        </w:rPr>
        <w:t>،</w:t>
      </w:r>
      <w:r w:rsidR="00E55E32" w:rsidRPr="00B62C6F">
        <w:rPr>
          <w:rFonts w:ascii="Simplified Arabic" w:eastAsia="Times New Roman" w:hAnsi="Simplified Arabic" w:cs="Simplified Arabic"/>
          <w:sz w:val="28"/>
          <w:szCs w:val="28"/>
          <w:rtl/>
        </w:rPr>
        <w:t xml:space="preserve"> فقد اتجه فريق من الباحثين إلى إثبات أن دقة البيانات والقدرة الإجرائية العملية للبوت على إنهاء المعاملة وحل المشكلة التقنية هي المحدد الأساسي والمباشر لرضا العميل وقبوله للتكنولوجيا، في حين تباينت نتائج دراسات أخرى بالتركيز على البعد العاطفي وأهمية "أنسنة الردود" وتطوير قدرات معالجة اللغة الطبيعية واستيعاب الانفعالات اللغوية للمستهلكين كمدخل أساسي لتجويد التجربة الاتصالية الرقمية</w:t>
      </w:r>
      <w:r w:rsidR="00E762CB" w:rsidRPr="00B62C6F">
        <w:rPr>
          <w:rFonts w:ascii="Simplified Arabic" w:eastAsia="Times New Roman" w:hAnsi="Simplified Arabic" w:cs="Simplified Arabic"/>
          <w:sz w:val="28"/>
          <w:szCs w:val="28"/>
          <w:rtl/>
        </w:rPr>
        <w:t>،</w:t>
      </w:r>
      <w:r w:rsidR="00E55E32" w:rsidRPr="00B62C6F">
        <w:rPr>
          <w:rFonts w:ascii="Simplified Arabic" w:eastAsia="Times New Roman" w:hAnsi="Simplified Arabic" w:cs="Simplified Arabic"/>
          <w:sz w:val="28"/>
          <w:szCs w:val="28"/>
          <w:rtl/>
        </w:rPr>
        <w:t xml:space="preserve"> ولم تتفق الدراسات بشأن الكفاءة التشغيلية المطلقة لتلك الأنظمة؛ فبينما ركزت أدبيات التجارة الإلكترونية على سلاسة توجيه نية الشراء الفورية، كشفت أدبيات قطاعات خدمية أخرى عن جوانب العجز التكنولوجي والجمود البرمجي الذي قد يولد نقاط احتكاك حادة وإحباطاً رقمياً لدى العميل يؤدي إلى تراجعه عن التواصل وخسارته لصالح المنافسين</w:t>
      </w:r>
      <w:r w:rsidR="00E762CB" w:rsidRPr="00B62C6F">
        <w:rPr>
          <w:rFonts w:ascii="Simplified Arabic" w:eastAsia="Times New Roman" w:hAnsi="Simplified Arabic" w:cs="Simplified Arabic"/>
          <w:sz w:val="28"/>
          <w:szCs w:val="28"/>
          <w:rtl/>
        </w:rPr>
        <w:t>.</w:t>
      </w:r>
    </w:p>
    <w:p w14:paraId="17C02FB4" w14:textId="79E5306B" w:rsidR="00E55E32" w:rsidRPr="00B62C6F" w:rsidRDefault="00820F17" w:rsidP="00570EC1">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w:t>
      </w:r>
      <w:r w:rsidR="00E55E32" w:rsidRPr="00B62C6F">
        <w:rPr>
          <w:rFonts w:ascii="Simplified Arabic" w:eastAsia="Times New Roman" w:hAnsi="Simplified Arabic" w:cs="Simplified Arabic"/>
          <w:sz w:val="28"/>
          <w:szCs w:val="28"/>
          <w:rtl/>
        </w:rPr>
        <w:t>أما من الناحية المنهجية،</w:t>
      </w:r>
      <w:r w:rsidR="00E762CB" w:rsidRPr="00B62C6F">
        <w:rPr>
          <w:rFonts w:ascii="Simplified Arabic" w:eastAsia="Times New Roman" w:hAnsi="Simplified Arabic" w:cs="Simplified Arabic"/>
          <w:sz w:val="28"/>
          <w:szCs w:val="28"/>
          <w:rtl/>
        </w:rPr>
        <w:t xml:space="preserve"> فتكشف</w:t>
      </w:r>
      <w:r w:rsidR="00E55E32" w:rsidRPr="00B62C6F">
        <w:rPr>
          <w:rFonts w:ascii="Simplified Arabic" w:eastAsia="Times New Roman" w:hAnsi="Simplified Arabic" w:cs="Simplified Arabic"/>
          <w:sz w:val="28"/>
          <w:szCs w:val="28"/>
          <w:rtl/>
        </w:rPr>
        <w:t xml:space="preserve"> عن اتجاهين رئيسيين في التصميم البحثي وأدوات القياس؛ حيث ركز الاتجاه الأول على قياس المتغيرات من منظور كمي بحت بالاعتماد على المنهج المسحي أو التحليلي، مستخدماً استمارة الاستبيان الإلكترونية كأداة رئيسية لجمع البيانات من عينات استهلاكية ضخمة</w:t>
      </w:r>
      <w:r w:rsidR="00E762CB" w:rsidRPr="00B62C6F">
        <w:rPr>
          <w:rFonts w:ascii="Simplified Arabic" w:eastAsia="Times New Roman" w:hAnsi="Simplified Arabic" w:cs="Simplified Arabic"/>
          <w:sz w:val="28"/>
          <w:szCs w:val="28"/>
          <w:rtl/>
        </w:rPr>
        <w:t>،</w:t>
      </w:r>
      <w:r w:rsidR="00E55E32" w:rsidRPr="00B62C6F">
        <w:rPr>
          <w:rFonts w:ascii="Simplified Arabic" w:eastAsia="Times New Roman" w:hAnsi="Simplified Arabic" w:cs="Simplified Arabic"/>
          <w:sz w:val="28"/>
          <w:szCs w:val="28"/>
          <w:rtl/>
        </w:rPr>
        <w:t xml:space="preserve"> في حين اتجه النمط الثاني نحو دراسة الظاهرة من منظور تحليلي موضوعي عبر استخدام أداة تحليل المضمون لفحص سجلات المحادثات النصية الفعلية المخزنة في خوادم الشركات، أو استخدام أداة المقابلة النوعية مع المستهلكين للوقوف على أسباب تخليهم عن الخدمات الرقمية</w:t>
      </w:r>
      <w:r w:rsidR="00E762CB" w:rsidRPr="00B62C6F">
        <w:rPr>
          <w:rFonts w:ascii="Simplified Arabic" w:eastAsia="Times New Roman" w:hAnsi="Simplified Arabic" w:cs="Simplified Arabic"/>
          <w:sz w:val="28"/>
          <w:szCs w:val="28"/>
          <w:rtl/>
        </w:rPr>
        <w:t xml:space="preserve">، ولاحظت </w:t>
      </w:r>
      <w:r w:rsidR="00E55E32" w:rsidRPr="00B62C6F">
        <w:rPr>
          <w:rFonts w:ascii="Simplified Arabic" w:eastAsia="Times New Roman" w:hAnsi="Simplified Arabic" w:cs="Simplified Arabic"/>
          <w:sz w:val="28"/>
          <w:szCs w:val="28"/>
          <w:rtl/>
        </w:rPr>
        <w:t>أن اعتماد الحصة الأكبر من الدراسات السابقة على عينات غير احتمالية أو تركيزها على بيئات جغرافية وثقافية أجنبية متقدمة قد يحد نسبياً من إمكانية تعميم النتائج على المستهلك المحلي، وهو ما يستدعي إعادة تناول هذه الظاهرة في إطار نظري ومنهجي أكثر ملاءمة وتكاملاً</w:t>
      </w:r>
      <w:r w:rsidR="00E762CB" w:rsidRPr="00B62C6F">
        <w:rPr>
          <w:rFonts w:ascii="Simplified Arabic" w:eastAsia="Times New Roman" w:hAnsi="Simplified Arabic" w:cs="Simplified Arabic"/>
          <w:sz w:val="28"/>
          <w:szCs w:val="28"/>
          <w:rtl/>
        </w:rPr>
        <w:t>.</w:t>
      </w:r>
    </w:p>
    <w:p w14:paraId="29C6089E" w14:textId="37389CF5" w:rsidR="00E762CB" w:rsidRPr="00B62C6F" w:rsidRDefault="00820F17" w:rsidP="00570EC1">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lastRenderedPageBreak/>
        <w:t xml:space="preserve">     </w:t>
      </w:r>
      <w:r w:rsidR="00E55E32" w:rsidRPr="00B62C6F">
        <w:rPr>
          <w:rFonts w:ascii="Simplified Arabic" w:eastAsia="Times New Roman" w:hAnsi="Simplified Arabic" w:cs="Simplified Arabic"/>
          <w:sz w:val="28"/>
          <w:szCs w:val="28"/>
          <w:rtl/>
        </w:rPr>
        <w:t>ومن هنا تسعى الدراسة الحالية إلى معالجة أبعاد هذا القصور الأكاديمي</w:t>
      </w:r>
      <w:r w:rsidR="00E762CB" w:rsidRPr="00B62C6F">
        <w:rPr>
          <w:rFonts w:ascii="Simplified Arabic" w:eastAsia="Times New Roman" w:hAnsi="Simplified Arabic" w:cs="Simplified Arabic"/>
          <w:sz w:val="28"/>
          <w:szCs w:val="28"/>
          <w:rtl/>
        </w:rPr>
        <w:t xml:space="preserve"> </w:t>
      </w:r>
      <w:r w:rsidR="00E55E32" w:rsidRPr="00B62C6F">
        <w:rPr>
          <w:rFonts w:ascii="Simplified Arabic" w:eastAsia="Times New Roman" w:hAnsi="Simplified Arabic" w:cs="Simplified Arabic"/>
          <w:sz w:val="28"/>
          <w:szCs w:val="28"/>
          <w:rtl/>
        </w:rPr>
        <w:t>حيث تنطلق الدراسة الراهنة من دمج المتغيرات الفنية والاتصالية في إطار تحليلي وميداني واحد يربط بين الخصائص التقنية للشات بوت وهندسة رحلة تجربة العميل الرقمية بأبعادها المتكاملة.</w:t>
      </w:r>
    </w:p>
    <w:p w14:paraId="789BC792" w14:textId="61A8C216" w:rsidR="003F2245" w:rsidRDefault="00820F17" w:rsidP="00570EC1">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w:t>
      </w:r>
      <w:r w:rsidR="00350CCA" w:rsidRPr="00B62C6F">
        <w:rPr>
          <w:rFonts w:ascii="Simplified Arabic" w:eastAsia="Times New Roman" w:hAnsi="Simplified Arabic" w:cs="Simplified Arabic"/>
          <w:sz w:val="28"/>
          <w:szCs w:val="28"/>
          <w:rtl/>
        </w:rPr>
        <w:t>مراعية سد</w:t>
      </w:r>
      <w:r w:rsidR="00E55E32" w:rsidRPr="00B62C6F">
        <w:rPr>
          <w:rFonts w:ascii="Simplified Arabic" w:eastAsia="Times New Roman" w:hAnsi="Simplified Arabic" w:cs="Simplified Arabic"/>
          <w:sz w:val="28"/>
          <w:szCs w:val="28"/>
          <w:rtl/>
        </w:rPr>
        <w:t xml:space="preserve"> الفجوة البيئية والمعرفية عبر تقديم توطين بيئي حديث يفحص الواقع الميداني للمستهلك في بيئة سوق العمل والخدمات المحلية الراهنة، مستفيدةً من مراجعة الأدبيات السابقة في تأصيل الإطار النظري لبناء المتغيرات وتطوير محاور استمارة الاستبيان كأداة للقياس، بالإضافة إلى صياغة الفروض الإحصائية التي ستمكن </w:t>
      </w:r>
      <w:r w:rsidR="00A61190" w:rsidRPr="00B62C6F">
        <w:rPr>
          <w:rFonts w:ascii="Simplified Arabic" w:eastAsia="Times New Roman" w:hAnsi="Simplified Arabic" w:cs="Simplified Arabic"/>
          <w:sz w:val="28"/>
          <w:szCs w:val="28"/>
          <w:rtl/>
        </w:rPr>
        <w:t>الدراسة الراهنة</w:t>
      </w:r>
      <w:r w:rsidR="00E55E32" w:rsidRPr="00B62C6F">
        <w:rPr>
          <w:rFonts w:ascii="Simplified Arabic" w:eastAsia="Times New Roman" w:hAnsi="Simplified Arabic" w:cs="Simplified Arabic"/>
          <w:sz w:val="28"/>
          <w:szCs w:val="28"/>
          <w:rtl/>
        </w:rPr>
        <w:t xml:space="preserve"> لاحقاً من مناقشة وتفسير النتائج الميدانية وربطها بالمنجز العلمي الإقليمي والعالمي</w:t>
      </w:r>
      <w:r w:rsidR="00E762CB" w:rsidRPr="00B62C6F">
        <w:rPr>
          <w:rFonts w:ascii="Simplified Arabic" w:eastAsia="Times New Roman" w:hAnsi="Simplified Arabic" w:cs="Simplified Arabic"/>
          <w:sz w:val="28"/>
          <w:szCs w:val="28"/>
          <w:rtl/>
        </w:rPr>
        <w:t>.</w:t>
      </w:r>
    </w:p>
    <w:p w14:paraId="222AC380" w14:textId="77777777" w:rsidR="00570EC1" w:rsidRPr="00B62C6F" w:rsidRDefault="00570EC1" w:rsidP="00570EC1">
      <w:pPr>
        <w:bidi/>
        <w:jc w:val="both"/>
        <w:rPr>
          <w:rFonts w:ascii="Simplified Arabic" w:eastAsia="Times New Roman" w:hAnsi="Simplified Arabic" w:cs="Simplified Arabic" w:hint="cs"/>
          <w:sz w:val="28"/>
          <w:szCs w:val="28"/>
          <w:rtl/>
        </w:rPr>
      </w:pPr>
    </w:p>
    <w:p w14:paraId="62BC5D40" w14:textId="4271241C" w:rsidR="00014D29" w:rsidRPr="00570EC1" w:rsidRDefault="00014D29" w:rsidP="00570EC1">
      <w:pPr>
        <w:bidi/>
        <w:jc w:val="both"/>
        <w:rPr>
          <w:rFonts w:ascii="Simplified Arabic" w:hAnsi="Simplified Arabic" w:cs="Simplified Arabic"/>
          <w:b/>
          <w:bCs/>
          <w:sz w:val="36"/>
          <w:szCs w:val="36"/>
          <w:rtl/>
        </w:rPr>
      </w:pPr>
      <w:r w:rsidRPr="00570EC1">
        <w:rPr>
          <w:rFonts w:ascii="Simplified Arabic" w:hAnsi="Simplified Arabic" w:cs="Simplified Arabic"/>
          <w:b/>
          <w:bCs/>
          <w:sz w:val="36"/>
          <w:szCs w:val="36"/>
          <w:rtl/>
        </w:rPr>
        <w:t>مشكلة الدراسة:</w:t>
      </w:r>
    </w:p>
    <w:p w14:paraId="0F823723" w14:textId="597EA7F2" w:rsidR="00F81AB4" w:rsidRPr="00B62C6F" w:rsidRDefault="00820F17" w:rsidP="00570EC1">
      <w:pPr>
        <w:bidi/>
        <w:jc w:val="both"/>
        <w:rPr>
          <w:rFonts w:ascii="Simplified Arabic" w:hAnsi="Simplified Arabic" w:cs="Simplified Arabic"/>
          <w:sz w:val="28"/>
          <w:szCs w:val="28"/>
        </w:rPr>
      </w:pPr>
      <w:r w:rsidRPr="00B62C6F">
        <w:rPr>
          <w:rFonts w:ascii="Simplified Arabic" w:hAnsi="Simplified Arabic" w:cs="Simplified Arabic"/>
          <w:sz w:val="28"/>
          <w:szCs w:val="28"/>
          <w:rtl/>
        </w:rPr>
        <w:t xml:space="preserve">     </w:t>
      </w:r>
      <w:r w:rsidR="00F81AB4" w:rsidRPr="00B62C6F">
        <w:rPr>
          <w:rFonts w:ascii="Simplified Arabic" w:hAnsi="Simplified Arabic" w:cs="Simplified Arabic"/>
          <w:sz w:val="28"/>
          <w:szCs w:val="28"/>
          <w:rtl/>
        </w:rPr>
        <w:t>بالرغم من الإقبال المتزايد والتغلغل الملحوظ الذي تشهده بيئة الأعمال الاستثمارية والخدمية في المملكة العربية السعودية نحو تبني تطبيقات الذكاء الاصطناعي، وتوجه قطاع عريض من المؤسسات إلى إدماج أدوات الدردشة التفاعلية كآلية جوهرية لتنظيم علاقاتها الاتصالية مع الجمهور، فإن طبيعة انعكاس هذا التطور التكنولوجي على الارتقاء بمفهوم رحلة تجربة العميل وتيسير قنوات التواصل مع الشركات لا تزال بحاجة إلى مزيد من التأطير العلمي والتقييم الميداني الشامل</w:t>
      </w:r>
      <w:r w:rsidR="00F81AB4" w:rsidRPr="00B62C6F">
        <w:rPr>
          <w:rFonts w:ascii="Simplified Arabic" w:hAnsi="Simplified Arabic" w:cs="Simplified Arabic"/>
          <w:sz w:val="28"/>
          <w:szCs w:val="28"/>
        </w:rPr>
        <w:t>.</w:t>
      </w:r>
    </w:p>
    <w:p w14:paraId="01FAE6D8" w14:textId="6E554CDB" w:rsidR="00F81AB4" w:rsidRPr="00B62C6F" w:rsidRDefault="00820F17" w:rsidP="00570EC1">
      <w:pPr>
        <w:bidi/>
        <w:jc w:val="both"/>
        <w:rPr>
          <w:rFonts w:ascii="Simplified Arabic" w:hAnsi="Simplified Arabic" w:cs="Simplified Arabic"/>
          <w:sz w:val="28"/>
          <w:szCs w:val="28"/>
          <w:rtl/>
        </w:rPr>
      </w:pPr>
      <w:r w:rsidRPr="00B62C6F">
        <w:rPr>
          <w:rFonts w:ascii="Simplified Arabic" w:hAnsi="Simplified Arabic" w:cs="Simplified Arabic"/>
          <w:sz w:val="28"/>
          <w:szCs w:val="28"/>
          <w:rtl/>
        </w:rPr>
        <w:t xml:space="preserve">     </w:t>
      </w:r>
      <w:r w:rsidR="00F81AB4" w:rsidRPr="00B62C6F">
        <w:rPr>
          <w:rFonts w:ascii="Simplified Arabic" w:hAnsi="Simplified Arabic" w:cs="Simplified Arabic"/>
          <w:sz w:val="28"/>
          <w:szCs w:val="28"/>
          <w:rtl/>
        </w:rPr>
        <w:t>ومن هذا المنطلق، تتمثل مشكلة الدراسة في التعرف على مدى إسهام الشات بوت المعتمد على الذكاء الاصطناعي في تحسين تجربة العملاء وتسهيل التواصل مع الشركات، ودوره في بناء تجربة رقمية أكثر كفاءة وسلاسة للمستهلكين في المملكة العربية السعودية</w:t>
      </w:r>
      <w:r w:rsidR="00F81AB4" w:rsidRPr="00B62C6F">
        <w:rPr>
          <w:rFonts w:ascii="Simplified Arabic" w:hAnsi="Simplified Arabic" w:cs="Simplified Arabic"/>
          <w:sz w:val="28"/>
          <w:szCs w:val="28"/>
        </w:rPr>
        <w:t>.</w:t>
      </w:r>
    </w:p>
    <w:p w14:paraId="60932895" w14:textId="77777777" w:rsidR="00F81AB4" w:rsidRPr="00B62C6F" w:rsidRDefault="00F81AB4" w:rsidP="00570EC1">
      <w:pPr>
        <w:bidi/>
        <w:jc w:val="both"/>
        <w:rPr>
          <w:rFonts w:ascii="Simplified Arabic" w:hAnsi="Simplified Arabic" w:cs="Simplified Arabic"/>
          <w:b/>
          <w:bCs/>
          <w:sz w:val="28"/>
          <w:szCs w:val="28"/>
        </w:rPr>
      </w:pPr>
    </w:p>
    <w:p w14:paraId="220037BC" w14:textId="77777777" w:rsidR="00570EC1" w:rsidRDefault="00570EC1" w:rsidP="00570EC1">
      <w:pPr>
        <w:bidi/>
        <w:jc w:val="both"/>
        <w:rPr>
          <w:rFonts w:ascii="Simplified Arabic" w:hAnsi="Simplified Arabic" w:cs="Simplified Arabic"/>
          <w:b/>
          <w:bCs/>
          <w:sz w:val="36"/>
          <w:szCs w:val="36"/>
          <w:rtl/>
        </w:rPr>
      </w:pPr>
    </w:p>
    <w:p w14:paraId="6DC41106" w14:textId="77777777" w:rsidR="00570EC1" w:rsidRDefault="00570EC1" w:rsidP="00570EC1">
      <w:pPr>
        <w:bidi/>
        <w:jc w:val="both"/>
        <w:rPr>
          <w:rFonts w:ascii="Simplified Arabic" w:hAnsi="Simplified Arabic" w:cs="Simplified Arabic"/>
          <w:b/>
          <w:bCs/>
          <w:sz w:val="36"/>
          <w:szCs w:val="36"/>
          <w:rtl/>
        </w:rPr>
      </w:pPr>
    </w:p>
    <w:p w14:paraId="6E394715" w14:textId="7D66D9F2" w:rsidR="00570EC1" w:rsidRDefault="005A4225" w:rsidP="00570EC1">
      <w:pPr>
        <w:bidi/>
        <w:jc w:val="both"/>
        <w:rPr>
          <w:rFonts w:ascii="Simplified Arabic" w:hAnsi="Simplified Arabic" w:cs="Simplified Arabic"/>
          <w:b/>
          <w:bCs/>
          <w:sz w:val="36"/>
          <w:szCs w:val="36"/>
          <w:rtl/>
        </w:rPr>
      </w:pPr>
      <w:r w:rsidRPr="00570EC1">
        <w:rPr>
          <w:rFonts w:ascii="Simplified Arabic" w:hAnsi="Simplified Arabic" w:cs="Simplified Arabic"/>
          <w:b/>
          <w:bCs/>
          <w:sz w:val="36"/>
          <w:szCs w:val="36"/>
          <w:rtl/>
        </w:rPr>
        <w:lastRenderedPageBreak/>
        <w:t>أهمية الدراسة:</w:t>
      </w:r>
    </w:p>
    <w:p w14:paraId="4F5750FA" w14:textId="77756890" w:rsidR="00F81AB4" w:rsidRPr="00570EC1" w:rsidRDefault="00820F17" w:rsidP="00570EC1">
      <w:pPr>
        <w:bidi/>
        <w:jc w:val="both"/>
        <w:rPr>
          <w:rFonts w:ascii="Simplified Arabic" w:hAnsi="Simplified Arabic" w:cs="Simplified Arabic"/>
          <w:b/>
          <w:bCs/>
          <w:sz w:val="36"/>
          <w:szCs w:val="36"/>
          <w:rtl/>
        </w:rPr>
      </w:pPr>
      <w:r w:rsidRPr="00B62C6F">
        <w:rPr>
          <w:rFonts w:ascii="Simplified Arabic" w:hAnsi="Simplified Arabic" w:cs="Simplified Arabic"/>
          <w:sz w:val="28"/>
          <w:szCs w:val="28"/>
          <w:rtl/>
        </w:rPr>
        <w:t xml:space="preserve">     </w:t>
      </w:r>
      <w:r w:rsidR="00F81AB4" w:rsidRPr="00B62C6F">
        <w:rPr>
          <w:rFonts w:ascii="Simplified Arabic" w:hAnsi="Simplified Arabic" w:cs="Simplified Arabic"/>
          <w:sz w:val="28"/>
          <w:szCs w:val="28"/>
          <w:rtl/>
        </w:rPr>
        <w:t>تنبع أهمية الدراسة من تناولها إحدى القضايا التكنولوجية المعاصرة المرتبطة بالأتمتة الاتصالية، والمتمثلة في تحليل العلاقة بين الخصائص التقنية للشات بوت وتجربة العملاء الرقمية، إضافة إلى دراسة دوره في تسهيل التواصل بين العملاء والشركات، بما يسهم في دعم استراتيجيات التحول الرقمي والتسويق الإلكتروني</w:t>
      </w:r>
      <w:r w:rsidR="00F81AB4" w:rsidRPr="00B62C6F">
        <w:rPr>
          <w:rFonts w:ascii="Simplified Arabic" w:hAnsi="Simplified Arabic" w:cs="Simplified Arabic"/>
          <w:sz w:val="28"/>
          <w:szCs w:val="28"/>
        </w:rPr>
        <w:t>.</w:t>
      </w:r>
    </w:p>
    <w:p w14:paraId="3CCB69B3" w14:textId="77777777" w:rsidR="00F81AB4" w:rsidRPr="00B62C6F" w:rsidRDefault="00F81AB4" w:rsidP="00570EC1">
      <w:pPr>
        <w:bidi/>
        <w:jc w:val="both"/>
        <w:rPr>
          <w:rFonts w:ascii="Simplified Arabic" w:hAnsi="Simplified Arabic" w:cs="Simplified Arabic"/>
          <w:sz w:val="28"/>
          <w:szCs w:val="28"/>
        </w:rPr>
      </w:pPr>
    </w:p>
    <w:p w14:paraId="28639E3E" w14:textId="2F912902" w:rsidR="00F81AB4" w:rsidRPr="00B62C6F" w:rsidRDefault="00F81AB4" w:rsidP="00570EC1">
      <w:pPr>
        <w:bidi/>
        <w:jc w:val="both"/>
        <w:rPr>
          <w:rFonts w:ascii="Simplified Arabic" w:hAnsi="Simplified Arabic" w:cs="Simplified Arabic"/>
          <w:b/>
          <w:bCs/>
          <w:sz w:val="28"/>
          <w:szCs w:val="28"/>
        </w:rPr>
      </w:pPr>
      <w:r w:rsidRPr="00B62C6F">
        <w:rPr>
          <w:rFonts w:ascii="Simplified Arabic" w:hAnsi="Simplified Arabic" w:cs="Simplified Arabic"/>
          <w:b/>
          <w:bCs/>
          <w:sz w:val="28"/>
          <w:szCs w:val="28"/>
          <w:rtl/>
        </w:rPr>
        <w:t>أولاً: الأهمية النظرية</w:t>
      </w:r>
    </w:p>
    <w:p w14:paraId="10BA6799" w14:textId="0E0A05EB" w:rsidR="00F81AB4" w:rsidRPr="00B62C6F" w:rsidRDefault="00F81AB4" w:rsidP="00570EC1">
      <w:pPr>
        <w:pStyle w:val="aa"/>
        <w:numPr>
          <w:ilvl w:val="0"/>
          <w:numId w:val="7"/>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t>الإسهام في إثراء الأدبيات العلمية المتعلقة بسلوك المستخدمين تجاه تطبيقات الذكاء الاصطناعي والخدمات الذكية</w:t>
      </w:r>
      <w:r w:rsidRPr="00B62C6F">
        <w:rPr>
          <w:rFonts w:ascii="Simplified Arabic" w:hAnsi="Simplified Arabic" w:cs="Simplified Arabic"/>
          <w:sz w:val="28"/>
          <w:szCs w:val="28"/>
        </w:rPr>
        <w:t>.</w:t>
      </w:r>
    </w:p>
    <w:p w14:paraId="5A251F77" w14:textId="6A0244B6" w:rsidR="00F81AB4" w:rsidRPr="00B62C6F" w:rsidRDefault="00F81AB4" w:rsidP="00570EC1">
      <w:pPr>
        <w:pStyle w:val="aa"/>
        <w:numPr>
          <w:ilvl w:val="0"/>
          <w:numId w:val="7"/>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t>توسيع المعرفة العلمية المرتبطة بتأثير الشات بوت في تحسين تجربة العملاء وتسهيل التواصل مع الشركات</w:t>
      </w:r>
      <w:r w:rsidRPr="00B62C6F">
        <w:rPr>
          <w:rFonts w:ascii="Simplified Arabic" w:hAnsi="Simplified Arabic" w:cs="Simplified Arabic"/>
          <w:sz w:val="28"/>
          <w:szCs w:val="28"/>
        </w:rPr>
        <w:t>.</w:t>
      </w:r>
    </w:p>
    <w:p w14:paraId="5D34EBA0" w14:textId="327A8C42" w:rsidR="00F81AB4" w:rsidRPr="00B62C6F" w:rsidRDefault="00F81AB4" w:rsidP="00570EC1">
      <w:pPr>
        <w:pStyle w:val="aa"/>
        <w:numPr>
          <w:ilvl w:val="0"/>
          <w:numId w:val="7"/>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t>تقديم إطار تحليلي يربط بين الكفاءة التقنية للشات بوت والخصائص الاتصالية لتجربة العميل الرقمية</w:t>
      </w:r>
      <w:r w:rsidRPr="00B62C6F">
        <w:rPr>
          <w:rFonts w:ascii="Simplified Arabic" w:hAnsi="Simplified Arabic" w:cs="Simplified Arabic"/>
          <w:sz w:val="28"/>
          <w:szCs w:val="28"/>
        </w:rPr>
        <w:t>.</w:t>
      </w:r>
    </w:p>
    <w:p w14:paraId="52403955" w14:textId="4F3BC079" w:rsidR="00F81AB4" w:rsidRPr="00B62C6F" w:rsidRDefault="00F81AB4" w:rsidP="00570EC1">
      <w:pPr>
        <w:pStyle w:val="aa"/>
        <w:numPr>
          <w:ilvl w:val="0"/>
          <w:numId w:val="7"/>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t>دعم النماذج والنظريات المرتبطة بقبول التكنولوجيا والتفاعل الرقمي من خلال دراسة العلاقة بين جودة الأنظمة الذكية وسلوك المستهلك</w:t>
      </w:r>
      <w:r w:rsidRPr="00B62C6F">
        <w:rPr>
          <w:rFonts w:ascii="Simplified Arabic" w:hAnsi="Simplified Arabic" w:cs="Simplified Arabic"/>
          <w:sz w:val="28"/>
          <w:szCs w:val="28"/>
        </w:rPr>
        <w:t>.</w:t>
      </w:r>
    </w:p>
    <w:p w14:paraId="04E4546A" w14:textId="08E9031B" w:rsidR="00F81AB4" w:rsidRPr="00B62C6F" w:rsidRDefault="00F81AB4" w:rsidP="00570EC1">
      <w:pPr>
        <w:pStyle w:val="aa"/>
        <w:numPr>
          <w:ilvl w:val="0"/>
          <w:numId w:val="7"/>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t>المساهمة في سد النقص في الدراسات العربية المتعلقة بتطبيقات الذكاء الاصطناعي التوليدي في البيئة السعودية</w:t>
      </w:r>
      <w:r w:rsidRPr="00B62C6F">
        <w:rPr>
          <w:rFonts w:ascii="Simplified Arabic" w:hAnsi="Simplified Arabic" w:cs="Simplified Arabic"/>
          <w:sz w:val="28"/>
          <w:szCs w:val="28"/>
        </w:rPr>
        <w:t>.</w:t>
      </w:r>
    </w:p>
    <w:p w14:paraId="46871484" w14:textId="77777777" w:rsidR="00F81AB4" w:rsidRPr="00B62C6F" w:rsidRDefault="00F81AB4" w:rsidP="00570EC1">
      <w:pPr>
        <w:bidi/>
        <w:jc w:val="both"/>
        <w:rPr>
          <w:rFonts w:ascii="Simplified Arabic" w:hAnsi="Simplified Arabic" w:cs="Simplified Arabic"/>
          <w:sz w:val="28"/>
          <w:szCs w:val="28"/>
        </w:rPr>
      </w:pPr>
    </w:p>
    <w:p w14:paraId="5106CDB7" w14:textId="5913D931" w:rsidR="00F81AB4" w:rsidRPr="00B62C6F" w:rsidRDefault="00F81AB4" w:rsidP="00570EC1">
      <w:pPr>
        <w:bidi/>
        <w:jc w:val="both"/>
        <w:rPr>
          <w:rFonts w:ascii="Simplified Arabic" w:hAnsi="Simplified Arabic" w:cs="Simplified Arabic"/>
          <w:b/>
          <w:bCs/>
          <w:sz w:val="28"/>
          <w:szCs w:val="28"/>
          <w:rtl/>
        </w:rPr>
      </w:pPr>
      <w:r w:rsidRPr="00B62C6F">
        <w:rPr>
          <w:rFonts w:ascii="Simplified Arabic" w:hAnsi="Simplified Arabic" w:cs="Simplified Arabic"/>
          <w:b/>
          <w:bCs/>
          <w:sz w:val="28"/>
          <w:szCs w:val="28"/>
          <w:rtl/>
        </w:rPr>
        <w:t>ثانياً: الأهمية التطبيقية</w:t>
      </w:r>
    </w:p>
    <w:p w14:paraId="0D0EBEB9" w14:textId="763D1E57" w:rsidR="00F81AB4" w:rsidRPr="00B62C6F" w:rsidRDefault="00F81AB4" w:rsidP="00570EC1">
      <w:pPr>
        <w:pStyle w:val="aa"/>
        <w:numPr>
          <w:ilvl w:val="0"/>
          <w:numId w:val="8"/>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t>توفير بيانات ومؤشرات ميدانية حديثة حول تقييم المستهلك السعودي للشات بوت المعتمد على الذكاء الاصطناعي</w:t>
      </w:r>
      <w:r w:rsidRPr="00B62C6F">
        <w:rPr>
          <w:rFonts w:ascii="Simplified Arabic" w:hAnsi="Simplified Arabic" w:cs="Simplified Arabic"/>
          <w:sz w:val="28"/>
          <w:szCs w:val="28"/>
        </w:rPr>
        <w:t>.</w:t>
      </w:r>
    </w:p>
    <w:p w14:paraId="09B77F80" w14:textId="586E1E04" w:rsidR="00F81AB4" w:rsidRPr="00B62C6F" w:rsidRDefault="00F81AB4" w:rsidP="00570EC1">
      <w:pPr>
        <w:pStyle w:val="aa"/>
        <w:numPr>
          <w:ilvl w:val="0"/>
          <w:numId w:val="8"/>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t>مساعدة مطوري الأنظمة ومصممي تجربة المستخدم والمسوقين الرقميين على تطوير حلول أكثر كفاءة وفاعلية</w:t>
      </w:r>
      <w:r w:rsidRPr="00B62C6F">
        <w:rPr>
          <w:rFonts w:ascii="Simplified Arabic" w:hAnsi="Simplified Arabic" w:cs="Simplified Arabic"/>
          <w:sz w:val="28"/>
          <w:szCs w:val="28"/>
        </w:rPr>
        <w:t>.</w:t>
      </w:r>
    </w:p>
    <w:p w14:paraId="5FA2FF21" w14:textId="70D5D59D" w:rsidR="00F81AB4" w:rsidRPr="00B62C6F" w:rsidRDefault="00F81AB4" w:rsidP="00570EC1">
      <w:pPr>
        <w:pStyle w:val="aa"/>
        <w:numPr>
          <w:ilvl w:val="0"/>
          <w:numId w:val="8"/>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t>دعم صناع القرار في المؤسسات لتطوير سياسات اتصال رقمية فعالة وآمنة</w:t>
      </w:r>
      <w:r w:rsidRPr="00B62C6F">
        <w:rPr>
          <w:rFonts w:ascii="Simplified Arabic" w:hAnsi="Simplified Arabic" w:cs="Simplified Arabic"/>
          <w:sz w:val="28"/>
          <w:szCs w:val="28"/>
        </w:rPr>
        <w:t>.</w:t>
      </w:r>
    </w:p>
    <w:p w14:paraId="0B228695" w14:textId="06D484D0" w:rsidR="00F81AB4" w:rsidRPr="00B62C6F" w:rsidRDefault="00F81AB4" w:rsidP="00570EC1">
      <w:pPr>
        <w:pStyle w:val="aa"/>
        <w:numPr>
          <w:ilvl w:val="0"/>
          <w:numId w:val="8"/>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lastRenderedPageBreak/>
        <w:t>تقديم توصيات عملية لمعالجة المشكلات التقنية التي قد تؤثر في تجربة العملاء</w:t>
      </w:r>
      <w:r w:rsidRPr="00B62C6F">
        <w:rPr>
          <w:rFonts w:ascii="Simplified Arabic" w:hAnsi="Simplified Arabic" w:cs="Simplified Arabic"/>
          <w:sz w:val="28"/>
          <w:szCs w:val="28"/>
        </w:rPr>
        <w:t>.</w:t>
      </w:r>
    </w:p>
    <w:p w14:paraId="03239574" w14:textId="26547E9A" w:rsidR="00F81AB4" w:rsidRPr="00B62C6F" w:rsidRDefault="00F81AB4" w:rsidP="00570EC1">
      <w:pPr>
        <w:pStyle w:val="aa"/>
        <w:numPr>
          <w:ilvl w:val="0"/>
          <w:numId w:val="8"/>
        </w:numPr>
        <w:bidi/>
        <w:jc w:val="both"/>
        <w:rPr>
          <w:rFonts w:ascii="Simplified Arabic" w:hAnsi="Simplified Arabic" w:cs="Simplified Arabic"/>
          <w:b/>
          <w:bCs/>
          <w:sz w:val="28"/>
          <w:szCs w:val="28"/>
          <w:rtl/>
        </w:rPr>
      </w:pPr>
      <w:r w:rsidRPr="00B62C6F">
        <w:rPr>
          <w:rFonts w:ascii="Simplified Arabic" w:hAnsi="Simplified Arabic" w:cs="Simplified Arabic"/>
          <w:sz w:val="28"/>
          <w:szCs w:val="28"/>
          <w:rtl/>
        </w:rPr>
        <w:t>الإسهام في دعم مستهدفات التحول الرقمي ورؤية المملكة العربية السعودية 2030 من خلال تطوير خدمات دعم العملاء الذكية</w:t>
      </w:r>
      <w:r w:rsidRPr="00B62C6F">
        <w:rPr>
          <w:rFonts w:ascii="Simplified Arabic" w:hAnsi="Simplified Arabic" w:cs="Simplified Arabic"/>
          <w:b/>
          <w:bCs/>
          <w:sz w:val="28"/>
          <w:szCs w:val="28"/>
        </w:rPr>
        <w:t>.</w:t>
      </w:r>
    </w:p>
    <w:p w14:paraId="5509C716" w14:textId="77777777" w:rsidR="00F81AB4" w:rsidRPr="00B62C6F" w:rsidRDefault="00F81AB4" w:rsidP="00570EC1">
      <w:pPr>
        <w:bidi/>
        <w:jc w:val="both"/>
        <w:rPr>
          <w:rFonts w:ascii="Simplified Arabic" w:hAnsi="Simplified Arabic" w:cs="Simplified Arabic"/>
          <w:b/>
          <w:bCs/>
          <w:sz w:val="28"/>
          <w:szCs w:val="28"/>
        </w:rPr>
      </w:pPr>
    </w:p>
    <w:p w14:paraId="12740728" w14:textId="5E9AC635" w:rsidR="00FF5540" w:rsidRPr="00570EC1" w:rsidRDefault="00F617EE" w:rsidP="00570EC1">
      <w:pPr>
        <w:bidi/>
        <w:jc w:val="both"/>
        <w:rPr>
          <w:rFonts w:ascii="Simplified Arabic" w:hAnsi="Simplified Arabic" w:cs="Simplified Arabic"/>
          <w:b/>
          <w:bCs/>
          <w:sz w:val="36"/>
          <w:szCs w:val="36"/>
        </w:rPr>
      </w:pPr>
      <w:r w:rsidRPr="00570EC1">
        <w:rPr>
          <w:rFonts w:ascii="Simplified Arabic" w:hAnsi="Simplified Arabic" w:cs="Simplified Arabic"/>
          <w:b/>
          <w:bCs/>
          <w:sz w:val="36"/>
          <w:szCs w:val="36"/>
          <w:rtl/>
        </w:rPr>
        <w:t>أهداف الدراسة:</w:t>
      </w:r>
    </w:p>
    <w:p w14:paraId="18349422" w14:textId="49C3F84B" w:rsidR="00FF5540" w:rsidRPr="00B62C6F" w:rsidRDefault="00820F17" w:rsidP="00570EC1">
      <w:pPr>
        <w:bidi/>
        <w:jc w:val="both"/>
        <w:rPr>
          <w:rFonts w:ascii="Simplified Arabic" w:hAnsi="Simplified Arabic" w:cs="Simplified Arabic"/>
          <w:sz w:val="28"/>
          <w:szCs w:val="28"/>
          <w:u w:val="single"/>
        </w:rPr>
      </w:pPr>
      <w:r w:rsidRPr="00B62C6F">
        <w:rPr>
          <w:rFonts w:ascii="Simplified Arabic" w:hAnsi="Simplified Arabic" w:cs="Simplified Arabic"/>
          <w:sz w:val="28"/>
          <w:szCs w:val="28"/>
          <w:u w:val="single"/>
          <w:rtl/>
        </w:rPr>
        <w:t xml:space="preserve"> </w:t>
      </w:r>
      <w:r w:rsidR="00FF5540" w:rsidRPr="00B62C6F">
        <w:rPr>
          <w:rFonts w:ascii="Simplified Arabic" w:hAnsi="Simplified Arabic" w:cs="Simplified Arabic"/>
          <w:sz w:val="28"/>
          <w:szCs w:val="28"/>
          <w:u w:val="single"/>
          <w:rtl/>
        </w:rPr>
        <w:t>في ضوء مشكلة البحث، نستنتج هذه الأهداف أدناه</w:t>
      </w:r>
      <w:r w:rsidR="00FF5540" w:rsidRPr="00B62C6F">
        <w:rPr>
          <w:rFonts w:ascii="Simplified Arabic" w:hAnsi="Simplified Arabic" w:cs="Simplified Arabic"/>
          <w:sz w:val="28"/>
          <w:szCs w:val="28"/>
          <w:u w:val="single"/>
        </w:rPr>
        <w:t>:</w:t>
      </w:r>
    </w:p>
    <w:p w14:paraId="34238F27" w14:textId="6E30F355" w:rsidR="00FF5540" w:rsidRPr="00B62C6F" w:rsidRDefault="00FF5540" w:rsidP="00570EC1">
      <w:pPr>
        <w:pStyle w:val="aa"/>
        <w:numPr>
          <w:ilvl w:val="0"/>
          <w:numId w:val="9"/>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t>التعرف على واقع استخدام المستهلك السعودي لقنوات الشات بوت المعتمدة على الذكاء الاصطناعي</w:t>
      </w:r>
      <w:r w:rsidRPr="00B62C6F">
        <w:rPr>
          <w:rFonts w:ascii="Simplified Arabic" w:hAnsi="Simplified Arabic" w:cs="Simplified Arabic"/>
          <w:sz w:val="28"/>
          <w:szCs w:val="28"/>
        </w:rPr>
        <w:t>.</w:t>
      </w:r>
    </w:p>
    <w:p w14:paraId="5337AADA" w14:textId="3E68F29A" w:rsidR="00FF5540" w:rsidRPr="00B62C6F" w:rsidRDefault="00FF5540" w:rsidP="00570EC1">
      <w:pPr>
        <w:pStyle w:val="aa"/>
        <w:numPr>
          <w:ilvl w:val="0"/>
          <w:numId w:val="9"/>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t>قياس مستوى تأثير الخصائص التقنية والفنية للشات بوت في تسهيل التواصل مع الشركات</w:t>
      </w:r>
      <w:r w:rsidRPr="00B62C6F">
        <w:rPr>
          <w:rFonts w:ascii="Simplified Arabic" w:hAnsi="Simplified Arabic" w:cs="Simplified Arabic"/>
          <w:sz w:val="28"/>
          <w:szCs w:val="28"/>
        </w:rPr>
        <w:t>.</w:t>
      </w:r>
    </w:p>
    <w:p w14:paraId="19A24550" w14:textId="6F2AEA9B" w:rsidR="00FF5540" w:rsidRPr="00B62C6F" w:rsidRDefault="00FF5540" w:rsidP="00570EC1">
      <w:pPr>
        <w:pStyle w:val="aa"/>
        <w:numPr>
          <w:ilvl w:val="0"/>
          <w:numId w:val="9"/>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t>قياس أثر أنظمة الذكاء الاصطناعي التفاعلية في تحسين تجربة العملاء ومستويات رضاهم</w:t>
      </w:r>
      <w:r w:rsidRPr="00B62C6F">
        <w:rPr>
          <w:rFonts w:ascii="Simplified Arabic" w:hAnsi="Simplified Arabic" w:cs="Simplified Arabic"/>
          <w:sz w:val="28"/>
          <w:szCs w:val="28"/>
        </w:rPr>
        <w:t>.</w:t>
      </w:r>
    </w:p>
    <w:p w14:paraId="0149D8EC" w14:textId="6C5AD8F0" w:rsidR="00FF5540" w:rsidRPr="00B62C6F" w:rsidRDefault="00FF5540" w:rsidP="00570EC1">
      <w:pPr>
        <w:pStyle w:val="aa"/>
        <w:numPr>
          <w:ilvl w:val="0"/>
          <w:numId w:val="9"/>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t>التعرف على مدى كفاءة الشات بوت في تقديم الخدمة الذاتية وحل المشكلات التي تواجه العملاء</w:t>
      </w:r>
      <w:r w:rsidRPr="00B62C6F">
        <w:rPr>
          <w:rFonts w:ascii="Simplified Arabic" w:hAnsi="Simplified Arabic" w:cs="Simplified Arabic"/>
          <w:sz w:val="28"/>
          <w:szCs w:val="28"/>
        </w:rPr>
        <w:t>.</w:t>
      </w:r>
    </w:p>
    <w:p w14:paraId="09137475" w14:textId="74B61DA7" w:rsidR="00FF5540" w:rsidRPr="00B62C6F" w:rsidRDefault="00FF5540" w:rsidP="00570EC1">
      <w:pPr>
        <w:pStyle w:val="aa"/>
        <w:numPr>
          <w:ilvl w:val="0"/>
          <w:numId w:val="9"/>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t>رصد أبرز العقبات والتحديات التقنية التي تؤثر في جودة التجربة الاتصالية</w:t>
      </w:r>
      <w:r w:rsidRPr="00B62C6F">
        <w:rPr>
          <w:rFonts w:ascii="Simplified Arabic" w:hAnsi="Simplified Arabic" w:cs="Simplified Arabic"/>
          <w:sz w:val="28"/>
          <w:szCs w:val="28"/>
        </w:rPr>
        <w:t>.</w:t>
      </w:r>
    </w:p>
    <w:p w14:paraId="4D001B71" w14:textId="5AEB8858" w:rsidR="00F81AB4" w:rsidRPr="00B62C6F" w:rsidRDefault="00FF5540" w:rsidP="00570EC1">
      <w:pPr>
        <w:pStyle w:val="aa"/>
        <w:numPr>
          <w:ilvl w:val="0"/>
          <w:numId w:val="9"/>
        </w:numPr>
        <w:bidi/>
        <w:jc w:val="both"/>
        <w:rPr>
          <w:rFonts w:ascii="Simplified Arabic" w:hAnsi="Simplified Arabic" w:cs="Simplified Arabic"/>
          <w:b/>
          <w:bCs/>
          <w:sz w:val="28"/>
          <w:szCs w:val="28"/>
        </w:rPr>
      </w:pPr>
      <w:r w:rsidRPr="00B62C6F">
        <w:rPr>
          <w:rFonts w:ascii="Simplified Arabic" w:hAnsi="Simplified Arabic" w:cs="Simplified Arabic"/>
          <w:sz w:val="28"/>
          <w:szCs w:val="28"/>
          <w:rtl/>
        </w:rPr>
        <w:t>تقديم توصيات علمية وعملية تسهم في تعزيز فاعلية التواصل بين الشركات والعملاء وتحسين الصورة الذهنية للعلامات التجارية</w:t>
      </w:r>
      <w:r w:rsidRPr="00B62C6F">
        <w:rPr>
          <w:rFonts w:ascii="Simplified Arabic" w:hAnsi="Simplified Arabic" w:cs="Simplified Arabic"/>
          <w:b/>
          <w:bCs/>
          <w:sz w:val="28"/>
          <w:szCs w:val="28"/>
          <w:rtl/>
        </w:rPr>
        <w:t>.</w:t>
      </w:r>
    </w:p>
    <w:p w14:paraId="3343AE33" w14:textId="77777777" w:rsidR="00C07EF0" w:rsidRPr="00B62C6F" w:rsidRDefault="00C07EF0" w:rsidP="00570EC1">
      <w:pPr>
        <w:bidi/>
        <w:jc w:val="both"/>
        <w:rPr>
          <w:rFonts w:ascii="Simplified Arabic" w:hAnsi="Simplified Arabic" w:cs="Simplified Arabic"/>
          <w:b/>
          <w:bCs/>
          <w:sz w:val="28"/>
          <w:szCs w:val="28"/>
          <w:rtl/>
        </w:rPr>
      </w:pPr>
    </w:p>
    <w:p w14:paraId="7F31B4F9" w14:textId="32CB1079" w:rsidR="00FF5540" w:rsidRPr="00570EC1" w:rsidRDefault="00E205F7" w:rsidP="00570EC1">
      <w:pPr>
        <w:bidi/>
        <w:jc w:val="both"/>
        <w:rPr>
          <w:rFonts w:ascii="Simplified Arabic" w:hAnsi="Simplified Arabic" w:cs="Simplified Arabic"/>
          <w:b/>
          <w:bCs/>
          <w:sz w:val="36"/>
          <w:szCs w:val="36"/>
        </w:rPr>
      </w:pPr>
      <w:r w:rsidRPr="00570EC1">
        <w:rPr>
          <w:rFonts w:ascii="Simplified Arabic" w:hAnsi="Simplified Arabic" w:cs="Simplified Arabic"/>
          <w:b/>
          <w:bCs/>
          <w:sz w:val="36"/>
          <w:szCs w:val="36"/>
          <w:rtl/>
        </w:rPr>
        <w:t>تساؤلات الدراسة:</w:t>
      </w:r>
    </w:p>
    <w:p w14:paraId="519BF91B" w14:textId="7E1939F2" w:rsidR="00FF5540" w:rsidRPr="00B62C6F" w:rsidRDefault="00FF5540" w:rsidP="00570EC1">
      <w:pPr>
        <w:bidi/>
        <w:jc w:val="both"/>
        <w:rPr>
          <w:rFonts w:ascii="Simplified Arabic" w:hAnsi="Simplified Arabic" w:cs="Simplified Arabic"/>
          <w:sz w:val="28"/>
          <w:szCs w:val="28"/>
          <w:u w:val="single"/>
        </w:rPr>
      </w:pPr>
      <w:r w:rsidRPr="00B62C6F">
        <w:rPr>
          <w:rFonts w:ascii="Simplified Arabic" w:hAnsi="Simplified Arabic" w:cs="Simplified Arabic"/>
          <w:sz w:val="28"/>
          <w:szCs w:val="28"/>
          <w:u w:val="single"/>
          <w:rtl/>
        </w:rPr>
        <w:t>في ضوء مشكلة الدراسة وأهدافها، سعت الدراسة إلى الإجابة عن التساؤل التالي</w:t>
      </w:r>
      <w:r w:rsidRPr="00B62C6F">
        <w:rPr>
          <w:rFonts w:ascii="Simplified Arabic" w:hAnsi="Simplified Arabic" w:cs="Simplified Arabic"/>
          <w:sz w:val="28"/>
          <w:szCs w:val="28"/>
          <w:u w:val="single"/>
        </w:rPr>
        <w:t>:</w:t>
      </w:r>
    </w:p>
    <w:p w14:paraId="72B50DEF" w14:textId="19FAA280" w:rsidR="00FF5540" w:rsidRPr="00B62C6F" w:rsidRDefault="00820F17" w:rsidP="00570EC1">
      <w:pPr>
        <w:bidi/>
        <w:jc w:val="both"/>
        <w:rPr>
          <w:rFonts w:ascii="Simplified Arabic" w:hAnsi="Simplified Arabic" w:cs="Simplified Arabic"/>
          <w:b/>
          <w:bCs/>
          <w:sz w:val="28"/>
          <w:szCs w:val="28"/>
        </w:rPr>
      </w:pPr>
      <w:r w:rsidRPr="00B62C6F">
        <w:rPr>
          <w:rFonts w:ascii="Simplified Arabic" w:hAnsi="Simplified Arabic" w:cs="Simplified Arabic"/>
          <w:b/>
          <w:bCs/>
          <w:sz w:val="28"/>
          <w:szCs w:val="28"/>
          <w:rtl/>
        </w:rPr>
        <w:t xml:space="preserve">    </w:t>
      </w:r>
      <w:r w:rsidR="00FF5540" w:rsidRPr="00B62C6F">
        <w:rPr>
          <w:rFonts w:ascii="Simplified Arabic" w:hAnsi="Simplified Arabic" w:cs="Simplified Arabic"/>
          <w:b/>
          <w:bCs/>
          <w:sz w:val="28"/>
          <w:szCs w:val="28"/>
          <w:rtl/>
        </w:rPr>
        <w:t>ما دور الشات بوت المعتمد على الذكاء الاصطناعي في تحسين تجربة العملاء وتسهيل التواصل مع الشركات في المملكة العربية السعودية؟</w:t>
      </w:r>
    </w:p>
    <w:p w14:paraId="244E913B" w14:textId="5E087C0B" w:rsidR="00FF5540" w:rsidRPr="00B62C6F" w:rsidRDefault="00FF5540" w:rsidP="00570EC1">
      <w:pPr>
        <w:bidi/>
        <w:jc w:val="both"/>
        <w:rPr>
          <w:rFonts w:ascii="Simplified Arabic" w:hAnsi="Simplified Arabic" w:cs="Simplified Arabic"/>
          <w:sz w:val="28"/>
          <w:szCs w:val="28"/>
        </w:rPr>
      </w:pPr>
      <w:r w:rsidRPr="00B62C6F">
        <w:rPr>
          <w:rFonts w:ascii="Simplified Arabic" w:hAnsi="Simplified Arabic" w:cs="Simplified Arabic"/>
          <w:sz w:val="28"/>
          <w:szCs w:val="28"/>
          <w:rtl/>
        </w:rPr>
        <w:t>وينبثق من هذا التساؤل عدد من التساؤلات تتمثل فيما يلي</w:t>
      </w:r>
      <w:r w:rsidRPr="00B62C6F">
        <w:rPr>
          <w:rFonts w:ascii="Simplified Arabic" w:hAnsi="Simplified Arabic" w:cs="Simplified Arabic"/>
          <w:sz w:val="28"/>
          <w:szCs w:val="28"/>
        </w:rPr>
        <w:t>:</w:t>
      </w:r>
    </w:p>
    <w:p w14:paraId="4D4B5F75" w14:textId="77777777" w:rsidR="00C07EF0" w:rsidRPr="00B62C6F" w:rsidRDefault="00C07EF0" w:rsidP="00570EC1">
      <w:pPr>
        <w:pStyle w:val="aa"/>
        <w:numPr>
          <w:ilvl w:val="0"/>
          <w:numId w:val="10"/>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lastRenderedPageBreak/>
        <w:t>ما أبرز استخدامات الشات بوت المعتمد على الذكاء الاصطناعي في خدمة العملاء من وجهة نظر العملاء؟</w:t>
      </w:r>
    </w:p>
    <w:p w14:paraId="5A43A8E3" w14:textId="535A6116" w:rsidR="00FF5540" w:rsidRPr="00B62C6F" w:rsidRDefault="00FF5540" w:rsidP="00570EC1">
      <w:pPr>
        <w:pStyle w:val="aa"/>
        <w:numPr>
          <w:ilvl w:val="0"/>
          <w:numId w:val="10"/>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t>ما مستوى تأثير الخصائص التقنية والفنية للشات بوت في تسهيل التواصل مع الشركات؟</w:t>
      </w:r>
    </w:p>
    <w:p w14:paraId="70B2F6A3" w14:textId="784D9268" w:rsidR="00FF5540" w:rsidRPr="00B62C6F" w:rsidRDefault="00FF5540" w:rsidP="00570EC1">
      <w:pPr>
        <w:pStyle w:val="aa"/>
        <w:numPr>
          <w:ilvl w:val="0"/>
          <w:numId w:val="10"/>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t>ما أثر توظيف أنظمة الذكاء الاصطناعي التفاعلية في تحسين تجربة العملاء ومستويات رضاهم؟</w:t>
      </w:r>
    </w:p>
    <w:p w14:paraId="1CACB3D1" w14:textId="40399581" w:rsidR="00FF5540" w:rsidRPr="00B62C6F" w:rsidRDefault="00FF5540" w:rsidP="00570EC1">
      <w:pPr>
        <w:pStyle w:val="aa"/>
        <w:numPr>
          <w:ilvl w:val="0"/>
          <w:numId w:val="10"/>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t>ما مدى كفاءة الشات بوت في تقديم الخدمة الذاتية وحل المشكلات التي تواجه العملاء؟</w:t>
      </w:r>
    </w:p>
    <w:p w14:paraId="1262A61D" w14:textId="77777777" w:rsidR="00C07EF0" w:rsidRPr="00B62C6F" w:rsidRDefault="00FF5540" w:rsidP="00570EC1">
      <w:pPr>
        <w:pStyle w:val="aa"/>
        <w:numPr>
          <w:ilvl w:val="0"/>
          <w:numId w:val="10"/>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t>ما أبرز العقبات والتحديات التقنية التي تؤثر في جودة التجربة الاتصالية؟</w:t>
      </w:r>
    </w:p>
    <w:p w14:paraId="579A3D03" w14:textId="15CDF39E" w:rsidR="00F81AB4" w:rsidRDefault="00C07EF0" w:rsidP="00570EC1">
      <w:pPr>
        <w:pStyle w:val="aa"/>
        <w:numPr>
          <w:ilvl w:val="0"/>
          <w:numId w:val="10"/>
        </w:numPr>
        <w:bidi/>
        <w:jc w:val="both"/>
        <w:rPr>
          <w:rFonts w:ascii="Simplified Arabic" w:hAnsi="Simplified Arabic" w:cs="Simplified Arabic"/>
          <w:sz w:val="28"/>
          <w:szCs w:val="28"/>
        </w:rPr>
      </w:pPr>
      <w:r w:rsidRPr="00B62C6F">
        <w:rPr>
          <w:rFonts w:ascii="Simplified Arabic" w:hAnsi="Simplified Arabic" w:cs="Simplified Arabic"/>
          <w:sz w:val="28"/>
          <w:szCs w:val="28"/>
          <w:rtl/>
        </w:rPr>
        <w:t>هل تختلف تصورات العملاء لدور الشات بوت في تحسين تجربة العملاء وتسهيل التواصل باختلاف المتغيرات الديموغرافية والخبرة الرقمية، وما التوصيات الناتجة عنها؟</w:t>
      </w:r>
    </w:p>
    <w:p w14:paraId="19079F2F" w14:textId="77777777" w:rsidR="00570EC1" w:rsidRPr="00570EC1" w:rsidRDefault="00570EC1" w:rsidP="00570EC1">
      <w:pPr>
        <w:bidi/>
        <w:jc w:val="both"/>
        <w:rPr>
          <w:rFonts w:ascii="Simplified Arabic" w:hAnsi="Simplified Arabic" w:cs="Simplified Arabic"/>
          <w:sz w:val="28"/>
          <w:szCs w:val="28"/>
          <w:rtl/>
        </w:rPr>
      </w:pPr>
    </w:p>
    <w:p w14:paraId="598067AB" w14:textId="3EFE9F0D" w:rsidR="009B4C14" w:rsidRPr="00570EC1" w:rsidRDefault="009B4C14" w:rsidP="00570EC1">
      <w:pPr>
        <w:bidi/>
        <w:jc w:val="both"/>
        <w:rPr>
          <w:rFonts w:ascii="Simplified Arabic" w:hAnsi="Simplified Arabic" w:cs="Simplified Arabic"/>
          <w:b/>
          <w:bCs/>
          <w:sz w:val="36"/>
          <w:szCs w:val="36"/>
        </w:rPr>
      </w:pPr>
      <w:r w:rsidRPr="00570EC1">
        <w:rPr>
          <w:rFonts w:ascii="Simplified Arabic" w:hAnsi="Simplified Arabic" w:cs="Simplified Arabic"/>
          <w:b/>
          <w:bCs/>
          <w:sz w:val="36"/>
          <w:szCs w:val="36"/>
          <w:rtl/>
        </w:rPr>
        <w:t>الإطار المعرفي:</w:t>
      </w:r>
    </w:p>
    <w:p w14:paraId="30CA598F" w14:textId="77777777" w:rsidR="003C634D" w:rsidRPr="00B62C6F" w:rsidRDefault="003C634D" w:rsidP="00570EC1">
      <w:pPr>
        <w:bidi/>
        <w:spacing w:after="180"/>
        <w:jc w:val="both"/>
        <w:rPr>
          <w:rFonts w:ascii="Simplified Arabic" w:eastAsia="Times New Roman" w:hAnsi="Simplified Arabic" w:cs="Simplified Arabic"/>
          <w:b/>
          <w:bCs/>
          <w:sz w:val="28"/>
          <w:szCs w:val="28"/>
          <w:u w:val="single"/>
        </w:rPr>
      </w:pPr>
      <w:r w:rsidRPr="00B62C6F">
        <w:rPr>
          <w:rFonts w:ascii="Simplified Arabic" w:eastAsia="Times New Roman" w:hAnsi="Simplified Arabic" w:cs="Simplified Arabic"/>
          <w:b/>
          <w:bCs/>
          <w:sz w:val="28"/>
          <w:szCs w:val="28"/>
          <w:u w:val="single"/>
          <w:rtl/>
        </w:rPr>
        <w:t>أولاً: مفهوم وخصائص روبوتات الدردشة التفاعلية (الشات بوت) القائمة على الذكاء الاصطناعي</w:t>
      </w:r>
    </w:p>
    <w:p w14:paraId="144837C1" w14:textId="77777777" w:rsidR="00570EC1" w:rsidRDefault="00820F17" w:rsidP="00570EC1">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w:t>
      </w:r>
      <w:r w:rsidR="003C634D" w:rsidRPr="00B62C6F">
        <w:rPr>
          <w:rFonts w:ascii="Simplified Arabic" w:eastAsia="Times New Roman" w:hAnsi="Simplified Arabic" w:cs="Simplified Arabic"/>
          <w:sz w:val="28"/>
          <w:szCs w:val="28"/>
          <w:rtl/>
        </w:rPr>
        <w:t>شهدت البيئة الاتصالية والتسويقية المعاصرة تحولات جذرية مدفوعة بالثورة التكنولوجية المتسارعة وتطبيقات الذكاء الاصطناعي، مما دفع المؤسسات نحو تبني آليات رقمية متطورة لإدارة تفاعلاتها مع المستهلكين. ومن أبرز هذه الآليات ظهرت روبوتات الدردشة التفاعلية "الشات بوت" كأداة برمجية ذكية تعتمد على خوارزميات متقدمة لمعالجة اللغات الطبيعية وتوليد النصوص الفورية، مما يمكنها من محاكاة الحوار البشري بدقة وكفاءة عالية، وتقديم استجابات دقيقة للاستفسارات الروتينية والمعقدة دون الحاجة لتدخل بشري مباشر(الشمري، 2023، 45)</w:t>
      </w:r>
      <w:r w:rsidR="003C634D" w:rsidRPr="00B62C6F">
        <w:rPr>
          <w:rFonts w:ascii="Simplified Arabic" w:eastAsia="Times New Roman" w:hAnsi="Simplified Arabic" w:cs="Simplified Arabic"/>
          <w:sz w:val="28"/>
          <w:szCs w:val="28"/>
        </w:rPr>
        <w:t>.</w:t>
      </w:r>
    </w:p>
    <w:p w14:paraId="35FE3BE6" w14:textId="1144B7B4" w:rsidR="003C634D" w:rsidRPr="00B62C6F" w:rsidRDefault="003C634D" w:rsidP="00570EC1">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br/>
      </w:r>
      <w:r w:rsidR="00820F17" w:rsidRPr="00B62C6F">
        <w:rPr>
          <w:rFonts w:ascii="Simplified Arabic" w:eastAsia="Times New Roman" w:hAnsi="Simplified Arabic" w:cs="Simplified Arabic"/>
          <w:sz w:val="28"/>
          <w:szCs w:val="28"/>
          <w:rtl/>
        </w:rPr>
        <w:t xml:space="preserve">     </w:t>
      </w:r>
      <w:r w:rsidRPr="00B62C6F">
        <w:rPr>
          <w:rFonts w:ascii="Simplified Arabic" w:eastAsia="Times New Roman" w:hAnsi="Simplified Arabic" w:cs="Simplified Arabic"/>
          <w:sz w:val="28"/>
          <w:szCs w:val="28"/>
          <w:rtl/>
        </w:rPr>
        <w:t>ويُعرف الشات بوت المعتمد على الذكاء الاصطناعي بأنه منظومة برمجية حوارية تمتلك القدرة على التعلم الذاتي المستمر من خلال تدفق البيانات وتحليل تاريخ التفاعلات السابقة مع المستفيدين، مما يمنحها خصائص تقنية فريدة كالفورية، والتواجد المستمر على مدار الساعة، والقدرة على معالجة آلاف المحادثات المتزامنة في الوقت الفعلي. وتكمن الميزة التنافسية لهذه الأنظمة في مرونتها العالية وتكاملها مع القواعد المعرفية والسحابية للشركات، الأمر الذي يسمح بسحب المعلومات وتحديثها بدقة متناهية تلبي تطلعات المستهلك الرقمي (الشوا، 2024، 112)</w:t>
      </w:r>
      <w:r w:rsidRPr="00B62C6F">
        <w:rPr>
          <w:rFonts w:ascii="Simplified Arabic" w:eastAsia="Times New Roman" w:hAnsi="Simplified Arabic" w:cs="Simplified Arabic"/>
          <w:sz w:val="28"/>
          <w:szCs w:val="28"/>
        </w:rPr>
        <w:t>.</w:t>
      </w:r>
    </w:p>
    <w:p w14:paraId="4A253812" w14:textId="5EF0A16B" w:rsidR="003C634D" w:rsidRPr="00B62C6F" w:rsidRDefault="00820F17" w:rsidP="00570EC1">
      <w:p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lastRenderedPageBreak/>
        <w:t xml:space="preserve">     </w:t>
      </w:r>
      <w:r w:rsidR="003C634D" w:rsidRPr="00B62C6F">
        <w:rPr>
          <w:rFonts w:ascii="Simplified Arabic" w:eastAsia="Times New Roman" w:hAnsi="Simplified Arabic" w:cs="Simplified Arabic"/>
          <w:sz w:val="28"/>
          <w:szCs w:val="28"/>
          <w:rtl/>
        </w:rPr>
        <w:t>وتعتمد فعالية روبوتات المحادثة الذكية في قطاع خدمة العملاء على عدة محددات تقنية، تترأسها جودة المعلومات المتدفقة وسرعة الاستجابة، بالإضافة إلى القدرة الإجرائية على معالجة الطلبات وإتمام المعاملات الخدمية ذاتياً كحجز المواعيد أو تتبع الشحنات. وتشير الأدبيات المعرفية المعاصرة إلى أن جيل الذكاء الاصطناعي التوليدي المعاصر نجح في تذليل عقبات الجمود البرمجي من خلال فهم السياق العام وأنسنة الردود الحوارية، مما ساهم في تقليص معدلات الإحباط الرقمي وبناء روابط ثقة قوية بين العميل والأنظمة التقنية للمنشأة (أسعد، 2023، 89)</w:t>
      </w:r>
      <w:r w:rsidR="003C634D" w:rsidRPr="00B62C6F">
        <w:rPr>
          <w:rFonts w:ascii="Simplified Arabic" w:eastAsia="Times New Roman" w:hAnsi="Simplified Arabic" w:cs="Simplified Arabic"/>
          <w:sz w:val="28"/>
          <w:szCs w:val="28"/>
        </w:rPr>
        <w:t>.</w:t>
      </w:r>
    </w:p>
    <w:p w14:paraId="40622DB0" w14:textId="77777777" w:rsidR="003C634D" w:rsidRPr="00B62C6F" w:rsidRDefault="003C634D" w:rsidP="00570EC1">
      <w:pPr>
        <w:bidi/>
        <w:spacing w:before="480" w:after="480"/>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b/>
          <w:bCs/>
          <w:sz w:val="28"/>
          <w:szCs w:val="28"/>
          <w:u w:val="single"/>
          <w:rtl/>
        </w:rPr>
        <w:t>ثانياً: تجربة العملاء الرقمية كعنصر استراتيجي في التسويق الحديث</w:t>
      </w:r>
    </w:p>
    <w:p w14:paraId="5D7EFDC4" w14:textId="5C99F212" w:rsidR="003C634D" w:rsidRPr="00B62C6F" w:rsidRDefault="00820F17" w:rsidP="00570EC1">
      <w:pPr>
        <w:bidi/>
        <w:spacing w:before="480" w:after="480"/>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w:t>
      </w:r>
      <w:r w:rsidR="003C634D" w:rsidRPr="00B62C6F">
        <w:rPr>
          <w:rFonts w:ascii="Simplified Arabic" w:eastAsia="Times New Roman" w:hAnsi="Simplified Arabic" w:cs="Simplified Arabic"/>
          <w:sz w:val="28"/>
          <w:szCs w:val="28"/>
          <w:rtl/>
        </w:rPr>
        <w:t>يعد مفهوم تجربة العملاء الرقمية أحد الركائز الأساسية التي تضمن تنافسية المنشآت وبقاء علاماتها التجارية في الأسواق الحديثة، حيث لم يعد تقييم المستهلك ينحصر في جودة المنتج أو الخدمة النهائية فحسب، بل يمتد ليشمل كافة الانطباعات الذهنية، والمشاعر، والاستجابات السلوكية والمعرفية التي يتشكل وعيه بها خلال رحلة تفاعله عبر نقاط الاتصال الرقمية التابعة للشركة (العتيبي، 2022، 61)</w:t>
      </w:r>
      <w:r w:rsidR="003C634D" w:rsidRPr="00B62C6F">
        <w:rPr>
          <w:rFonts w:ascii="Simplified Arabic" w:eastAsia="Times New Roman" w:hAnsi="Simplified Arabic" w:cs="Simplified Arabic"/>
          <w:sz w:val="28"/>
          <w:szCs w:val="28"/>
        </w:rPr>
        <w:t>.</w:t>
      </w:r>
    </w:p>
    <w:p w14:paraId="540FDDA0" w14:textId="2A13B298" w:rsidR="003C634D" w:rsidRPr="00B62C6F" w:rsidRDefault="00820F17" w:rsidP="00570EC1">
      <w:pPr>
        <w:bidi/>
        <w:spacing w:before="480" w:after="480"/>
        <w:jc w:val="both"/>
        <w:rPr>
          <w:rFonts w:ascii="Simplified Arabic" w:eastAsia="Times New Roman" w:hAnsi="Simplified Arabic" w:cs="Simplified Arabic"/>
          <w:b/>
          <w:bCs/>
          <w:sz w:val="28"/>
          <w:szCs w:val="28"/>
          <w:u w:val="single"/>
          <w:rtl/>
        </w:rPr>
      </w:pPr>
      <w:r w:rsidRPr="00B62C6F">
        <w:rPr>
          <w:rFonts w:ascii="Simplified Arabic" w:eastAsia="Times New Roman" w:hAnsi="Simplified Arabic" w:cs="Simplified Arabic"/>
          <w:sz w:val="28"/>
          <w:szCs w:val="28"/>
          <w:rtl/>
        </w:rPr>
        <w:t xml:space="preserve">     </w:t>
      </w:r>
      <w:r w:rsidR="003C634D" w:rsidRPr="00B62C6F">
        <w:rPr>
          <w:rFonts w:ascii="Simplified Arabic" w:eastAsia="Times New Roman" w:hAnsi="Simplified Arabic" w:cs="Simplified Arabic"/>
          <w:sz w:val="28"/>
          <w:szCs w:val="28"/>
          <w:rtl/>
        </w:rPr>
        <w:t>وتتألف تجربة المستهلك الرقمية من أبعاد متداخلة تشمل البعد الإجرائي المتمثل في سهولة الاستخدام والوضوح، والبعد المعرفي المرتبط بكفاية المعلومات وقيمتها الإرشادية، بالإضافة إلى البعد العاطفي الذي يتأثر بنبرة التعامل ومدى تقدير احتياجات العميل. ولذلك تسعى الشركات لإدارة هذه التجربة عبر تبني حلول تكنولوجية مرنة تقلل من الجهد المعرفي والزمني الذي يبذله المستفيد للوصول إلى غايته، مما ينعكس طردياً على رفع مستويات الرضا الإجمالي وتدعيم معدلات الولاء السلوكي تجاه المنظمة (سليمان، 2023، 134)</w:t>
      </w:r>
      <w:r w:rsidR="003C634D" w:rsidRPr="00B62C6F">
        <w:rPr>
          <w:rFonts w:ascii="Simplified Arabic" w:eastAsia="Times New Roman" w:hAnsi="Simplified Arabic" w:cs="Simplified Arabic"/>
          <w:sz w:val="28"/>
          <w:szCs w:val="28"/>
        </w:rPr>
        <w:t>.</w:t>
      </w:r>
    </w:p>
    <w:p w14:paraId="76485B13" w14:textId="50DADF6A" w:rsidR="00570EC1" w:rsidRDefault="00820F17" w:rsidP="00570EC1">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w:t>
      </w:r>
      <w:r w:rsidR="003C634D" w:rsidRPr="00B62C6F">
        <w:rPr>
          <w:rFonts w:ascii="Simplified Arabic" w:eastAsia="Times New Roman" w:hAnsi="Simplified Arabic" w:cs="Simplified Arabic"/>
          <w:sz w:val="28"/>
          <w:szCs w:val="28"/>
          <w:rtl/>
        </w:rPr>
        <w:t>وفي البيئة الرقمية السعودية، تسارعت وتيرة اهتمام الشركات بهندسة رحلة العميل الرقمية تماشياً مع الطفرة التكنولوجية التي تقودها الرؤية الوطنية، حيث أصبح المستهلك المحلي يمتلك فاعلية ذاتية رقمية مرتفعة وتوقعات عالية الجودة بشأن الخدمات الذكية. ويتطلب هذا الواقع الميداني من الشركات تصميم بيئات تفاعلية تتسم بالسلاسة الكاملة، وتتلاشى فيها نقاط الاحتكاك التقني التي قد تنشأ عن بطء الاستجابة أو تكرار الأسئلة، لضمان تشكيل</w:t>
      </w:r>
      <w:r w:rsidR="00570EC1">
        <w:rPr>
          <w:rFonts w:ascii="Simplified Arabic" w:eastAsia="Times New Roman" w:hAnsi="Simplified Arabic" w:cs="Simplified Arabic" w:hint="cs"/>
          <w:sz w:val="28"/>
          <w:szCs w:val="28"/>
          <w:rtl/>
        </w:rPr>
        <w:t xml:space="preserve"> </w:t>
      </w:r>
      <w:r w:rsidR="00570EC1" w:rsidRPr="00B62C6F">
        <w:rPr>
          <w:rFonts w:ascii="Simplified Arabic" w:eastAsia="Times New Roman" w:hAnsi="Simplified Arabic" w:cs="Simplified Arabic"/>
          <w:sz w:val="28"/>
          <w:szCs w:val="28"/>
          <w:rtl/>
        </w:rPr>
        <w:t>صورة ذهنية إيجابية ومستدامة للمؤسسة (العتيبي، 2022، 67)</w:t>
      </w:r>
      <w:r w:rsidR="00570EC1">
        <w:rPr>
          <w:rFonts w:ascii="Simplified Arabic" w:eastAsia="Times New Roman" w:hAnsi="Simplified Arabic" w:cs="Simplified Arabic" w:hint="cs"/>
          <w:sz w:val="28"/>
          <w:szCs w:val="28"/>
          <w:rtl/>
        </w:rPr>
        <w:t>.</w:t>
      </w:r>
    </w:p>
    <w:p w14:paraId="54B93BF0" w14:textId="72D1D0E8" w:rsidR="003C634D" w:rsidRPr="00570EC1" w:rsidRDefault="003C634D" w:rsidP="00570EC1">
      <w:p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b/>
          <w:bCs/>
          <w:sz w:val="28"/>
          <w:szCs w:val="28"/>
          <w:u w:val="single"/>
          <w:rtl/>
        </w:rPr>
        <w:lastRenderedPageBreak/>
        <w:t>ثالثاً: دور الأتمتة الذكية في تسهيل التواصل المؤسسي وبناء العلاقات مع الشركات</w:t>
      </w:r>
    </w:p>
    <w:p w14:paraId="17BF6995" w14:textId="3F5EBB3F" w:rsidR="003C634D" w:rsidRPr="00B62C6F" w:rsidRDefault="00820F17" w:rsidP="00570EC1">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w:t>
      </w:r>
      <w:r w:rsidR="003C634D" w:rsidRPr="00B62C6F">
        <w:rPr>
          <w:rFonts w:ascii="Simplified Arabic" w:eastAsia="Times New Roman" w:hAnsi="Simplified Arabic" w:cs="Simplified Arabic"/>
          <w:sz w:val="28"/>
          <w:szCs w:val="28"/>
          <w:rtl/>
        </w:rPr>
        <w:t>يعرف التواصل المؤسسي الرقمي بأنه المنظومة الاتصالية التي تسعى الشركات من خلالها إلى تيسير تدفق البيانات، والمعلومات، والحلول الإرشادية بين إدارتها التنفيذية والجمهور الخارجي عبر قنوات اتصالية موحدة. وقد ساهم إدماج تقنيات الأتمتة الذكية في إحداث نقلة نوعية في كفاءة هذه القنوات، من خلال إلغاء الحواجز الزمنية وتذليل معوقات الانتظار التقليدية التي كانت تتسم بها مراكز الاتصال والدعم الفني البشري السابقة (شريف، 2024، 102)</w:t>
      </w:r>
      <w:r w:rsidR="003C634D" w:rsidRPr="00B62C6F">
        <w:rPr>
          <w:rFonts w:ascii="Simplified Arabic" w:eastAsia="Times New Roman" w:hAnsi="Simplified Arabic" w:cs="Simplified Arabic"/>
          <w:sz w:val="28"/>
          <w:szCs w:val="28"/>
        </w:rPr>
        <w:t>.</w:t>
      </w:r>
    </w:p>
    <w:p w14:paraId="7DDD4148" w14:textId="2D6435E7" w:rsidR="003C634D" w:rsidRPr="00B62C6F" w:rsidRDefault="003C634D" w:rsidP="00570EC1">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br/>
      </w:r>
      <w:r w:rsidR="00820F17" w:rsidRPr="00B62C6F">
        <w:rPr>
          <w:rFonts w:ascii="Simplified Arabic" w:eastAsia="Times New Roman" w:hAnsi="Simplified Arabic" w:cs="Simplified Arabic"/>
          <w:sz w:val="28"/>
          <w:szCs w:val="28"/>
          <w:rtl/>
        </w:rPr>
        <w:t xml:space="preserve">     </w:t>
      </w:r>
      <w:r w:rsidRPr="00B62C6F">
        <w:rPr>
          <w:rFonts w:ascii="Simplified Arabic" w:eastAsia="Times New Roman" w:hAnsi="Simplified Arabic" w:cs="Simplified Arabic"/>
          <w:sz w:val="28"/>
          <w:szCs w:val="28"/>
          <w:rtl/>
        </w:rPr>
        <w:t>وتكمن الأهمية الاستراتيجية لتسهيل التواصل عبر الوسيط الذكي في قدرة النظام على تقديم خيارات "الخدمة الذاتية"، والتي تمكن المستهلك من إنهاء معاملاته وحل إشكالاته بشكل فوري ومستقل، مما يمنحه شعوراً بالتحكم والراحة الإجرائية. كما يتيح التواصل المعتمد على الذكاء الاصطناعي للمؤسسات ميزة التخصيص الفوري للرسائل بناءً على الهوية والبيانات التاريخية لكل عميل، مما يحول الاتصال الآلي الجاف إلى تجربة اتصالية تفاعلية تثري علاقة المستهلك بالعلامة التجارية (الأمين والمغربي، 2024، 215)</w:t>
      </w:r>
      <w:r w:rsidRPr="00B62C6F">
        <w:rPr>
          <w:rFonts w:ascii="Simplified Arabic" w:eastAsia="Times New Roman" w:hAnsi="Simplified Arabic" w:cs="Simplified Arabic"/>
          <w:sz w:val="28"/>
          <w:szCs w:val="28"/>
        </w:rPr>
        <w:t>.</w:t>
      </w:r>
    </w:p>
    <w:p w14:paraId="5B819DB2" w14:textId="0336A1C5" w:rsidR="00067809" w:rsidRDefault="00820F17" w:rsidP="00570EC1">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w:t>
      </w:r>
      <w:r w:rsidR="003C634D" w:rsidRPr="00B62C6F">
        <w:rPr>
          <w:rFonts w:ascii="Simplified Arabic" w:eastAsia="Times New Roman" w:hAnsi="Simplified Arabic" w:cs="Simplified Arabic"/>
          <w:sz w:val="28"/>
          <w:szCs w:val="28"/>
          <w:rtl/>
        </w:rPr>
        <w:t>ومع ذلك، تشير الطروحات المعرفية المعاصرة إلى أن النجاح المطلق للتواصل المؤسسي الذكي يرتبط بمدى قدرة الشركات على صياغة "توازن هجين" متكامل يدمج بدقة بين سرعة الآلة وفوريتها، وبين التعاطف الإنساني والقدرة على التدخل الفوري للعنصر البشري بنقرة واحدة عند مواجهة قضايا معقدة أو شكاوى حساسة. إن توفير هذا التحويل السلس يضمن حماية رحلة المستفيد من معوقات الجمود التكنولوجي، ويسهم بفاعلية في حماية الصورة الذهنية للمنشأة ورفع قيمتها التنافسية في بيئة استثمارية رقمية معقدة (شريف، 2024، 108)</w:t>
      </w:r>
      <w:r w:rsidR="003C634D" w:rsidRPr="00B62C6F">
        <w:rPr>
          <w:rFonts w:ascii="Simplified Arabic" w:eastAsia="Times New Roman" w:hAnsi="Simplified Arabic" w:cs="Simplified Arabic"/>
          <w:sz w:val="28"/>
          <w:szCs w:val="28"/>
        </w:rPr>
        <w:t>.</w:t>
      </w:r>
    </w:p>
    <w:p w14:paraId="61E8C0D4" w14:textId="6DBDECBC" w:rsidR="00570EC1" w:rsidRDefault="00570EC1" w:rsidP="00570EC1">
      <w:pPr>
        <w:bidi/>
        <w:jc w:val="both"/>
        <w:rPr>
          <w:rFonts w:ascii="Simplified Arabic" w:eastAsia="Times New Roman" w:hAnsi="Simplified Arabic" w:cs="Simplified Arabic"/>
          <w:sz w:val="28"/>
          <w:szCs w:val="28"/>
          <w:rtl/>
        </w:rPr>
      </w:pPr>
    </w:p>
    <w:p w14:paraId="2A2FDF49" w14:textId="0995B815" w:rsidR="009142A1" w:rsidRDefault="009142A1" w:rsidP="009142A1">
      <w:pPr>
        <w:bidi/>
        <w:jc w:val="both"/>
        <w:rPr>
          <w:rFonts w:ascii="Simplified Arabic" w:eastAsia="Times New Roman" w:hAnsi="Simplified Arabic" w:cs="Simplified Arabic"/>
          <w:sz w:val="28"/>
          <w:szCs w:val="28"/>
          <w:rtl/>
        </w:rPr>
      </w:pPr>
    </w:p>
    <w:p w14:paraId="4FC3B8D2" w14:textId="77777777" w:rsidR="009142A1" w:rsidRDefault="009142A1" w:rsidP="009142A1">
      <w:pPr>
        <w:bidi/>
        <w:jc w:val="both"/>
        <w:rPr>
          <w:rFonts w:ascii="Simplified Arabic" w:eastAsia="Times New Roman" w:hAnsi="Simplified Arabic" w:cs="Simplified Arabic"/>
          <w:sz w:val="28"/>
          <w:szCs w:val="28"/>
          <w:rtl/>
        </w:rPr>
      </w:pPr>
    </w:p>
    <w:p w14:paraId="4987F323" w14:textId="7F875D87" w:rsidR="008D0E20" w:rsidRDefault="008D0E20" w:rsidP="008D0E20">
      <w:pPr>
        <w:bidi/>
        <w:jc w:val="both"/>
        <w:rPr>
          <w:rFonts w:ascii="Simplified Arabic" w:eastAsia="Times New Roman" w:hAnsi="Simplified Arabic" w:cs="Simplified Arabic"/>
          <w:sz w:val="28"/>
          <w:szCs w:val="28"/>
          <w:rtl/>
        </w:rPr>
      </w:pPr>
    </w:p>
    <w:p w14:paraId="0A0ACB98" w14:textId="22963D29" w:rsidR="008D0E20" w:rsidRPr="009142A1" w:rsidRDefault="00676B14" w:rsidP="009142A1">
      <w:pPr>
        <w:bidi/>
        <w:jc w:val="both"/>
        <w:rPr>
          <w:rFonts w:ascii="Simplified Arabic" w:hAnsi="Simplified Arabic" w:cs="Simplified Arabic"/>
          <w:b/>
          <w:bCs/>
          <w:sz w:val="36"/>
          <w:szCs w:val="36"/>
          <w:rtl/>
        </w:rPr>
      </w:pPr>
      <w:r w:rsidRPr="00570EC1">
        <w:rPr>
          <w:rFonts w:ascii="Simplified Arabic" w:hAnsi="Simplified Arabic" w:cs="Simplified Arabic"/>
          <w:b/>
          <w:bCs/>
          <w:sz w:val="36"/>
          <w:szCs w:val="36"/>
          <w:rtl/>
        </w:rPr>
        <w:lastRenderedPageBreak/>
        <w:t>الإجراءات المنهجية:</w:t>
      </w:r>
    </w:p>
    <w:p w14:paraId="38E2F532" w14:textId="5C35765E" w:rsidR="008D0E20" w:rsidRDefault="00676B14" w:rsidP="008D0E20">
      <w:pPr>
        <w:bidi/>
        <w:spacing w:after="180"/>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br/>
      </w:r>
      <w:r w:rsidR="008D0E20">
        <w:rPr>
          <w:rFonts w:ascii="Simplified Arabic" w:eastAsia="Times New Roman" w:hAnsi="Simplified Arabic" w:cs="Simplified Arabic" w:hint="cs"/>
          <w:b/>
          <w:bCs/>
          <w:sz w:val="28"/>
          <w:szCs w:val="28"/>
          <w:u w:val="single"/>
          <w:rtl/>
        </w:rPr>
        <w:t>نوع الدراسة:</w:t>
      </w:r>
    </w:p>
    <w:p w14:paraId="112228D4" w14:textId="795B268D" w:rsidR="00676B14" w:rsidRPr="008D0E20" w:rsidRDefault="00780E42" w:rsidP="008D0E20">
      <w:pPr>
        <w:bidi/>
        <w:spacing w:after="180"/>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w:t>
      </w:r>
      <w:r w:rsidR="00676B14" w:rsidRPr="00B62C6F">
        <w:rPr>
          <w:rFonts w:ascii="Simplified Arabic" w:eastAsia="Times New Roman" w:hAnsi="Simplified Arabic" w:cs="Simplified Arabic"/>
          <w:sz w:val="28"/>
          <w:szCs w:val="28"/>
          <w:rtl/>
        </w:rPr>
        <w:t>تنتمي الدراسة الحالية لجملة الدراسات الوصفية التي تسعى لوصف وتحليل دور الشات بوت المعتمد على الذكاء الاصطناعي في تحسين تجربة العملاء وتسهيل التواصل مع الشركات في المملكة العربية السعودية؛ للوصول</w:t>
      </w:r>
      <w:r w:rsidR="008D0E20">
        <w:rPr>
          <w:rFonts w:ascii="Simplified Arabic" w:eastAsia="Times New Roman" w:hAnsi="Simplified Arabic" w:cs="Simplified Arabic" w:hint="cs"/>
          <w:sz w:val="28"/>
          <w:szCs w:val="28"/>
          <w:rtl/>
        </w:rPr>
        <w:t xml:space="preserve"> </w:t>
      </w:r>
      <w:r w:rsidR="00570EC1" w:rsidRPr="00B62C6F">
        <w:rPr>
          <w:rFonts w:ascii="Simplified Arabic" w:eastAsia="Times New Roman" w:hAnsi="Simplified Arabic" w:cs="Simplified Arabic"/>
          <w:sz w:val="28"/>
          <w:szCs w:val="28"/>
          <w:rtl/>
        </w:rPr>
        <w:t xml:space="preserve">إلى نتائج وتعميمات علمية تساعد في </w:t>
      </w:r>
      <w:r w:rsidRPr="00B62C6F">
        <w:rPr>
          <w:rFonts w:ascii="Simplified Arabic" w:eastAsia="Times New Roman" w:hAnsi="Simplified Arabic" w:cs="Simplified Arabic"/>
          <w:sz w:val="28"/>
          <w:szCs w:val="28"/>
          <w:rtl/>
        </w:rPr>
        <w:t>فهم واقع التعامل مع الأدوات الذكية وتطوير الأداء الاتصالي والتسويقي للمنشآت الرقمية</w:t>
      </w:r>
      <w:r w:rsidRPr="00B62C6F">
        <w:rPr>
          <w:rFonts w:ascii="Simplified Arabic" w:eastAsia="Times New Roman" w:hAnsi="Simplified Arabic" w:cs="Simplified Arabic"/>
          <w:sz w:val="28"/>
          <w:szCs w:val="28"/>
        </w:rPr>
        <w:t>.</w:t>
      </w:r>
    </w:p>
    <w:p w14:paraId="4A4D37FF" w14:textId="77777777" w:rsidR="00570EC1" w:rsidRPr="00915222" w:rsidRDefault="00570EC1" w:rsidP="008D0E20">
      <w:pPr>
        <w:bidi/>
        <w:jc w:val="both"/>
        <w:rPr>
          <w:rFonts w:ascii="Simplified Arabic" w:eastAsia="Times New Roman" w:hAnsi="Simplified Arabic" w:cs="Simplified Arabic"/>
          <w:sz w:val="2"/>
          <w:szCs w:val="2"/>
        </w:rPr>
      </w:pPr>
    </w:p>
    <w:p w14:paraId="18090C98" w14:textId="0E89EF7F" w:rsidR="00676B14" w:rsidRPr="008D0E20" w:rsidRDefault="00676B14" w:rsidP="008D0E20">
      <w:pPr>
        <w:bidi/>
        <w:spacing w:after="180"/>
        <w:rPr>
          <w:rFonts w:ascii="Simplified Arabic" w:eastAsia="Times New Roman" w:hAnsi="Simplified Arabic" w:cs="Simplified Arabic"/>
          <w:b/>
          <w:bCs/>
          <w:sz w:val="28"/>
          <w:szCs w:val="28"/>
          <w:u w:val="single"/>
          <w:rtl/>
        </w:rPr>
      </w:pPr>
      <w:r w:rsidRPr="00B62C6F">
        <w:rPr>
          <w:rFonts w:ascii="Simplified Arabic" w:eastAsia="Times New Roman" w:hAnsi="Simplified Arabic" w:cs="Simplified Arabic"/>
          <w:b/>
          <w:bCs/>
          <w:sz w:val="28"/>
          <w:szCs w:val="28"/>
          <w:u w:val="single"/>
          <w:rtl/>
        </w:rPr>
        <w:t>منهج الدراسة</w:t>
      </w:r>
      <w:r w:rsidRPr="00B62C6F">
        <w:rPr>
          <w:rFonts w:ascii="Simplified Arabic" w:eastAsia="Times New Roman" w:hAnsi="Simplified Arabic" w:cs="Simplified Arabic"/>
          <w:b/>
          <w:bCs/>
          <w:sz w:val="28"/>
          <w:szCs w:val="28"/>
          <w:u w:val="single"/>
        </w:rPr>
        <w:t>:</w:t>
      </w:r>
      <w:r w:rsidRPr="00B62C6F">
        <w:rPr>
          <w:rFonts w:ascii="Simplified Arabic" w:eastAsia="Times New Roman" w:hAnsi="Simplified Arabic" w:cs="Simplified Arabic"/>
          <w:sz w:val="28"/>
          <w:szCs w:val="28"/>
        </w:rPr>
        <w:br/>
      </w:r>
      <w:r w:rsidR="00780E42" w:rsidRPr="00B62C6F">
        <w:rPr>
          <w:rFonts w:ascii="Simplified Arabic" w:eastAsia="Times New Roman" w:hAnsi="Simplified Arabic" w:cs="Simplified Arabic"/>
          <w:sz w:val="28"/>
          <w:szCs w:val="28"/>
          <w:rtl/>
        </w:rPr>
        <w:t xml:space="preserve">     </w:t>
      </w:r>
      <w:r w:rsidRPr="00B62C6F">
        <w:rPr>
          <w:rFonts w:ascii="Simplified Arabic" w:eastAsia="Times New Roman" w:hAnsi="Simplified Arabic" w:cs="Simplified Arabic"/>
          <w:sz w:val="28"/>
          <w:szCs w:val="28"/>
          <w:rtl/>
        </w:rPr>
        <w:t>تعتمد الدراسة على منهج المسح؛ باعتباره المنهج الرئيسي لدراسة جمهور وسائل الاتصال والإعلام الرقمي في إطاره الوصفي والتحليلي، وكونه يتيح للباحث دراسة عدة متغيرات تقنية واتصالية في وقت واحد، وتقديم قاعدة</w:t>
      </w:r>
      <w:r w:rsidR="00570EC1">
        <w:rPr>
          <w:rFonts w:ascii="Simplified Arabic" w:eastAsia="Times New Roman" w:hAnsi="Simplified Arabic" w:cs="Simplified Arabic" w:hint="cs"/>
          <w:sz w:val="28"/>
          <w:szCs w:val="28"/>
          <w:rtl/>
        </w:rPr>
        <w:t xml:space="preserve"> </w:t>
      </w:r>
      <w:r w:rsidR="00570EC1" w:rsidRPr="00B62C6F">
        <w:rPr>
          <w:rFonts w:ascii="Simplified Arabic" w:eastAsia="Times New Roman" w:hAnsi="Simplified Arabic" w:cs="Simplified Arabic"/>
          <w:sz w:val="28"/>
          <w:szCs w:val="28"/>
          <w:rtl/>
        </w:rPr>
        <w:t xml:space="preserve">معرفية صلبة للبيانات الخاصة بهذا </w:t>
      </w:r>
      <w:r w:rsidR="00780E42" w:rsidRPr="00B62C6F">
        <w:rPr>
          <w:rFonts w:ascii="Simplified Arabic" w:eastAsia="Times New Roman" w:hAnsi="Simplified Arabic" w:cs="Simplified Arabic"/>
          <w:sz w:val="28"/>
          <w:szCs w:val="28"/>
          <w:rtl/>
        </w:rPr>
        <w:t>الجمهور بما يتلاءم مع نوع الدراسة وأهدافها، وذلك باستخدام أسلوب المسح بالعينة</w:t>
      </w:r>
      <w:r w:rsidR="00780E42" w:rsidRPr="00B62C6F">
        <w:rPr>
          <w:rFonts w:ascii="Simplified Arabic" w:eastAsia="Times New Roman" w:hAnsi="Simplified Arabic" w:cs="Simplified Arabic"/>
          <w:sz w:val="28"/>
          <w:szCs w:val="28"/>
        </w:rPr>
        <w:t>.</w:t>
      </w:r>
    </w:p>
    <w:p w14:paraId="75497654" w14:textId="77777777" w:rsidR="00570EC1" w:rsidRPr="00915222" w:rsidRDefault="00570EC1" w:rsidP="008D0E20">
      <w:pPr>
        <w:bidi/>
        <w:jc w:val="both"/>
        <w:rPr>
          <w:rFonts w:ascii="Simplified Arabic" w:eastAsia="Times New Roman" w:hAnsi="Simplified Arabic" w:cs="Simplified Arabic"/>
          <w:sz w:val="2"/>
          <w:szCs w:val="2"/>
        </w:rPr>
      </w:pPr>
    </w:p>
    <w:p w14:paraId="6828E776" w14:textId="33563DB4" w:rsidR="008D0E20" w:rsidRDefault="00676B14" w:rsidP="008D0E20">
      <w:pPr>
        <w:bidi/>
        <w:spacing w:after="180"/>
        <w:rPr>
          <w:rFonts w:ascii="Simplified Arabic" w:eastAsia="Times New Roman" w:hAnsi="Simplified Arabic" w:cs="Simplified Arabic"/>
          <w:b/>
          <w:bCs/>
          <w:sz w:val="28"/>
          <w:szCs w:val="28"/>
          <w:u w:val="single"/>
          <w:rtl/>
        </w:rPr>
      </w:pPr>
      <w:r w:rsidRPr="00B62C6F">
        <w:rPr>
          <w:rFonts w:ascii="Simplified Arabic" w:eastAsia="Times New Roman" w:hAnsi="Simplified Arabic" w:cs="Simplified Arabic"/>
          <w:b/>
          <w:bCs/>
          <w:sz w:val="28"/>
          <w:szCs w:val="28"/>
          <w:u w:val="single"/>
          <w:rtl/>
        </w:rPr>
        <w:t>مجتمع الدراسة</w:t>
      </w:r>
      <w:r w:rsidRPr="00B62C6F">
        <w:rPr>
          <w:rFonts w:ascii="Simplified Arabic" w:eastAsia="Times New Roman" w:hAnsi="Simplified Arabic" w:cs="Simplified Arabic"/>
          <w:b/>
          <w:bCs/>
          <w:sz w:val="28"/>
          <w:szCs w:val="28"/>
          <w:u w:val="single"/>
        </w:rPr>
        <w:t>:</w:t>
      </w:r>
      <w:r w:rsidRPr="00B62C6F">
        <w:rPr>
          <w:rFonts w:ascii="Simplified Arabic" w:eastAsia="Times New Roman" w:hAnsi="Simplified Arabic" w:cs="Simplified Arabic"/>
          <w:sz w:val="28"/>
          <w:szCs w:val="28"/>
        </w:rPr>
        <w:br/>
      </w:r>
      <w:r w:rsidR="00780E42" w:rsidRPr="00B62C6F">
        <w:rPr>
          <w:rFonts w:ascii="Simplified Arabic" w:eastAsia="Times New Roman" w:hAnsi="Simplified Arabic" w:cs="Simplified Arabic"/>
          <w:sz w:val="28"/>
          <w:szCs w:val="28"/>
          <w:rtl/>
        </w:rPr>
        <w:t xml:space="preserve">     </w:t>
      </w:r>
      <w:r w:rsidRPr="00B62C6F">
        <w:rPr>
          <w:rFonts w:ascii="Simplified Arabic" w:eastAsia="Times New Roman" w:hAnsi="Simplified Arabic" w:cs="Simplified Arabic"/>
          <w:sz w:val="28"/>
          <w:szCs w:val="28"/>
          <w:rtl/>
        </w:rPr>
        <w:t>يشمل مجتمع الدراسة جميع مستخدمي شبكة الإنترنت وتطبيقات الهواتف الذكية في المملكة العربية السعودية،</w:t>
      </w:r>
      <w:r w:rsidR="00570EC1">
        <w:rPr>
          <w:rFonts w:ascii="Simplified Arabic" w:eastAsia="Times New Roman" w:hAnsi="Simplified Arabic" w:cs="Simplified Arabic" w:hint="cs"/>
          <w:sz w:val="28"/>
          <w:szCs w:val="28"/>
          <w:rtl/>
        </w:rPr>
        <w:t xml:space="preserve"> </w:t>
      </w:r>
      <w:r w:rsidR="00570EC1" w:rsidRPr="00B62C6F">
        <w:rPr>
          <w:rFonts w:ascii="Simplified Arabic" w:eastAsia="Times New Roman" w:hAnsi="Simplified Arabic" w:cs="Simplified Arabic"/>
          <w:sz w:val="28"/>
          <w:szCs w:val="28"/>
          <w:rtl/>
        </w:rPr>
        <w:t xml:space="preserve">في المرحلة </w:t>
      </w:r>
      <w:r w:rsidR="00780E42" w:rsidRPr="00B62C6F">
        <w:rPr>
          <w:rFonts w:ascii="Simplified Arabic" w:eastAsia="Times New Roman" w:hAnsi="Simplified Arabic" w:cs="Simplified Arabic"/>
          <w:sz w:val="28"/>
          <w:szCs w:val="28"/>
          <w:rtl/>
        </w:rPr>
        <w:t>العمرية من 18 سنة فأكثر</w:t>
      </w:r>
      <w:r w:rsidR="007E1C27" w:rsidRPr="00B62C6F">
        <w:rPr>
          <w:rFonts w:ascii="Simplified Arabic" w:eastAsia="Times New Roman" w:hAnsi="Simplified Arabic" w:cs="Simplified Arabic"/>
          <w:sz w:val="28"/>
          <w:szCs w:val="28"/>
          <w:rtl/>
        </w:rPr>
        <w:t xml:space="preserve">، </w:t>
      </w:r>
      <w:r w:rsidR="00780E42" w:rsidRPr="00B62C6F">
        <w:rPr>
          <w:rFonts w:ascii="Simplified Arabic" w:eastAsia="Times New Roman" w:hAnsi="Simplified Arabic" w:cs="Simplified Arabic"/>
          <w:sz w:val="28"/>
          <w:szCs w:val="28"/>
          <w:rtl/>
        </w:rPr>
        <w:t>والذين سبق لهم التعامل مع قنوات الرد الآلي والمساعدات الذكية للشركات</w:t>
      </w:r>
      <w:r w:rsidR="007E1C27" w:rsidRPr="00B62C6F">
        <w:rPr>
          <w:rFonts w:ascii="Simplified Arabic" w:eastAsia="Times New Roman" w:hAnsi="Simplified Arabic" w:cs="Simplified Arabic"/>
          <w:sz w:val="28"/>
          <w:szCs w:val="28"/>
          <w:rtl/>
        </w:rPr>
        <w:t>.</w:t>
      </w:r>
      <w:r w:rsidR="008D0E20" w:rsidRPr="008D0E20">
        <w:rPr>
          <w:rFonts w:ascii="Simplified Arabic" w:eastAsia="Times New Roman" w:hAnsi="Simplified Arabic" w:cs="Simplified Arabic"/>
          <w:b/>
          <w:bCs/>
          <w:sz w:val="28"/>
          <w:szCs w:val="28"/>
          <w:u w:val="single"/>
          <w:rtl/>
        </w:rPr>
        <w:t xml:space="preserve"> </w:t>
      </w:r>
    </w:p>
    <w:p w14:paraId="2E24A63D" w14:textId="77777777" w:rsidR="008D0E20" w:rsidRPr="00915222" w:rsidRDefault="008D0E20" w:rsidP="008D0E20">
      <w:pPr>
        <w:bidi/>
        <w:jc w:val="both"/>
        <w:rPr>
          <w:rFonts w:ascii="Simplified Arabic" w:eastAsia="Times New Roman" w:hAnsi="Simplified Arabic" w:cs="Simplified Arabic"/>
          <w:b/>
          <w:bCs/>
          <w:sz w:val="2"/>
          <w:szCs w:val="2"/>
          <w:u w:val="single"/>
          <w:rtl/>
        </w:rPr>
      </w:pPr>
    </w:p>
    <w:p w14:paraId="43A9CBB2" w14:textId="24B0F290" w:rsidR="00676B14" w:rsidRPr="008D0E20" w:rsidRDefault="008D0E20" w:rsidP="008D0E20">
      <w:pPr>
        <w:bidi/>
        <w:rPr>
          <w:rFonts w:ascii="Simplified Arabic" w:eastAsia="Times New Roman" w:hAnsi="Simplified Arabic" w:cs="Simplified Arabic"/>
          <w:b/>
          <w:bCs/>
          <w:sz w:val="28"/>
          <w:szCs w:val="28"/>
          <w:u w:val="single"/>
          <w:rtl/>
        </w:rPr>
      </w:pPr>
      <w:r>
        <w:rPr>
          <w:rFonts w:ascii="Simplified Arabic" w:eastAsia="Times New Roman" w:hAnsi="Simplified Arabic" w:cs="Simplified Arabic" w:hint="cs"/>
          <w:b/>
          <w:bCs/>
          <w:sz w:val="28"/>
          <w:szCs w:val="28"/>
          <w:u w:val="single"/>
          <w:rtl/>
        </w:rPr>
        <w:t>عينة الدراسة:</w:t>
      </w:r>
      <w:r w:rsidRPr="00B62C6F">
        <w:rPr>
          <w:rFonts w:ascii="Simplified Arabic" w:eastAsia="Times New Roman" w:hAnsi="Simplified Arabic" w:cs="Simplified Arabic"/>
          <w:sz w:val="28"/>
          <w:szCs w:val="28"/>
        </w:rPr>
        <w:br/>
      </w:r>
      <w:r w:rsidR="007E1C27" w:rsidRPr="00B62C6F">
        <w:rPr>
          <w:rFonts w:ascii="Simplified Arabic" w:eastAsia="Times New Roman" w:hAnsi="Simplified Arabic" w:cs="Simplified Arabic"/>
          <w:sz w:val="28"/>
          <w:szCs w:val="28"/>
          <w:rtl/>
        </w:rPr>
        <w:t xml:space="preserve">     </w:t>
      </w:r>
      <w:r w:rsidR="00676B14" w:rsidRPr="00B62C6F">
        <w:rPr>
          <w:rFonts w:ascii="Simplified Arabic" w:eastAsia="Times New Roman" w:hAnsi="Simplified Arabic" w:cs="Simplified Arabic"/>
          <w:sz w:val="28"/>
          <w:szCs w:val="28"/>
          <w:rtl/>
        </w:rPr>
        <w:t>تم تطبيق الدراسة على عينة عمدية قوامها (</w:t>
      </w:r>
      <w:r w:rsidR="00570EC1">
        <w:rPr>
          <w:rFonts w:ascii="Simplified Arabic" w:eastAsia="Times New Roman" w:hAnsi="Simplified Arabic" w:cs="Simplified Arabic" w:hint="cs"/>
          <w:sz w:val="28"/>
          <w:szCs w:val="28"/>
          <w:rtl/>
        </w:rPr>
        <w:t>288</w:t>
      </w:r>
      <w:r w:rsidR="00676B14" w:rsidRPr="00B62C6F">
        <w:rPr>
          <w:rFonts w:ascii="Simplified Arabic" w:eastAsia="Times New Roman" w:hAnsi="Simplified Arabic" w:cs="Simplified Arabic"/>
          <w:sz w:val="28"/>
          <w:szCs w:val="28"/>
          <w:rtl/>
        </w:rPr>
        <w:t>) مفردة من مستخدمي الإنترنت في المملكة العربية السعودية في المرحلة العمرية من 18 سنة فأكثر؛ نظراً لكبر حجم مجتمع الدراسة الجغرافي، وصعوبة الاتصال بكافة مفرداته،</w:t>
      </w:r>
      <w:r w:rsidR="00570EC1">
        <w:rPr>
          <w:rFonts w:ascii="Simplified Arabic" w:eastAsia="Times New Roman" w:hAnsi="Simplified Arabic" w:cs="Simplified Arabic" w:hint="cs"/>
          <w:sz w:val="28"/>
          <w:szCs w:val="28"/>
          <w:rtl/>
        </w:rPr>
        <w:t xml:space="preserve"> </w:t>
      </w:r>
      <w:r w:rsidR="00570EC1" w:rsidRPr="00B62C6F">
        <w:rPr>
          <w:rFonts w:ascii="Simplified Arabic" w:eastAsia="Times New Roman" w:hAnsi="Simplified Arabic" w:cs="Simplified Arabic"/>
          <w:sz w:val="28"/>
          <w:szCs w:val="28"/>
          <w:rtl/>
        </w:rPr>
        <w:t xml:space="preserve">وبما يتوافق مع الخصائص </w:t>
      </w:r>
      <w:r w:rsidR="00780E42" w:rsidRPr="00B62C6F">
        <w:rPr>
          <w:rFonts w:ascii="Simplified Arabic" w:eastAsia="Times New Roman" w:hAnsi="Simplified Arabic" w:cs="Simplified Arabic"/>
          <w:sz w:val="28"/>
          <w:szCs w:val="28"/>
          <w:rtl/>
        </w:rPr>
        <w:t>الديموغرافية المستهدفة في البحث</w:t>
      </w:r>
      <w:r w:rsidR="00780E42" w:rsidRPr="00B62C6F">
        <w:rPr>
          <w:rFonts w:ascii="Simplified Arabic" w:eastAsia="Times New Roman" w:hAnsi="Simplified Arabic" w:cs="Simplified Arabic"/>
          <w:sz w:val="28"/>
          <w:szCs w:val="28"/>
        </w:rPr>
        <w:t>.</w:t>
      </w:r>
    </w:p>
    <w:p w14:paraId="480D1BF1" w14:textId="77777777" w:rsidR="00780E42" w:rsidRPr="00B62C6F" w:rsidRDefault="00780E42" w:rsidP="00570EC1">
      <w:pPr>
        <w:bidi/>
        <w:jc w:val="both"/>
        <w:rPr>
          <w:rFonts w:ascii="Simplified Arabic" w:eastAsia="Times New Roman" w:hAnsi="Simplified Arabic" w:cs="Simplified Arabic"/>
          <w:sz w:val="28"/>
          <w:szCs w:val="28"/>
        </w:rPr>
      </w:pPr>
    </w:p>
    <w:p w14:paraId="6A0A5A2D" w14:textId="4AD01739" w:rsidR="00780E42" w:rsidRPr="008D0E20" w:rsidRDefault="00676B14" w:rsidP="008D0E20">
      <w:pPr>
        <w:bidi/>
        <w:spacing w:after="180"/>
        <w:rPr>
          <w:rFonts w:ascii="Simplified Arabic" w:eastAsia="Times New Roman" w:hAnsi="Simplified Arabic" w:cs="Simplified Arabic"/>
          <w:b/>
          <w:bCs/>
          <w:sz w:val="28"/>
          <w:szCs w:val="28"/>
          <w:u w:val="single"/>
          <w:rtl/>
        </w:rPr>
      </w:pPr>
      <w:r w:rsidRPr="00B62C6F">
        <w:rPr>
          <w:rFonts w:ascii="Simplified Arabic" w:eastAsia="Times New Roman" w:hAnsi="Simplified Arabic" w:cs="Simplified Arabic"/>
          <w:b/>
          <w:bCs/>
          <w:sz w:val="28"/>
          <w:szCs w:val="28"/>
          <w:u w:val="single"/>
          <w:rtl/>
        </w:rPr>
        <w:lastRenderedPageBreak/>
        <w:t>أدوات جمع البيانات</w:t>
      </w:r>
      <w:r w:rsidRPr="00B62C6F">
        <w:rPr>
          <w:rFonts w:ascii="Simplified Arabic" w:eastAsia="Times New Roman" w:hAnsi="Simplified Arabic" w:cs="Simplified Arabic"/>
          <w:b/>
          <w:bCs/>
          <w:sz w:val="28"/>
          <w:szCs w:val="28"/>
          <w:u w:val="single"/>
        </w:rPr>
        <w:t>:</w:t>
      </w:r>
      <w:r w:rsidRPr="00B62C6F">
        <w:rPr>
          <w:rFonts w:ascii="Simplified Arabic" w:eastAsia="Times New Roman" w:hAnsi="Simplified Arabic" w:cs="Simplified Arabic"/>
          <w:sz w:val="28"/>
          <w:szCs w:val="28"/>
        </w:rPr>
        <w:br/>
      </w:r>
      <w:r w:rsidR="007E1C27" w:rsidRPr="00B62C6F">
        <w:rPr>
          <w:rFonts w:ascii="Simplified Arabic" w:eastAsia="Times New Roman" w:hAnsi="Simplified Arabic" w:cs="Simplified Arabic"/>
          <w:sz w:val="28"/>
          <w:szCs w:val="28"/>
          <w:rtl/>
        </w:rPr>
        <w:t xml:space="preserve">     </w:t>
      </w:r>
      <w:r w:rsidRPr="00B62C6F">
        <w:rPr>
          <w:rFonts w:ascii="Simplified Arabic" w:eastAsia="Times New Roman" w:hAnsi="Simplified Arabic" w:cs="Simplified Arabic"/>
          <w:sz w:val="28"/>
          <w:szCs w:val="28"/>
          <w:rtl/>
        </w:rPr>
        <w:t>تم الاعتماد على الاستبيان الإلكتروني كأداة رئيسية لجمع بيانات الدراسة الميدانية؛ باعتباره أكثر أدوات جمع البيانات شيوعاً واستخداماً في منهج المسح، ولأنه أداة ملائمة لدراسة توجهات جمهور المنصات الرقمية الذي يتسم بضخامة العدد والانتشار الجغرافي</w:t>
      </w:r>
      <w:r w:rsidR="00780E42" w:rsidRPr="00B62C6F">
        <w:rPr>
          <w:rFonts w:ascii="Simplified Arabic" w:eastAsia="Times New Roman" w:hAnsi="Simplified Arabic" w:cs="Simplified Arabic"/>
          <w:sz w:val="28"/>
          <w:szCs w:val="28"/>
          <w:rtl/>
        </w:rPr>
        <w:t>.</w:t>
      </w:r>
    </w:p>
    <w:p w14:paraId="07F04B99" w14:textId="77777777" w:rsidR="00780E42" w:rsidRPr="00B62C6F" w:rsidRDefault="00780E42" w:rsidP="00570EC1">
      <w:pPr>
        <w:bidi/>
        <w:jc w:val="both"/>
        <w:rPr>
          <w:rFonts w:ascii="Simplified Arabic" w:eastAsia="Times New Roman" w:hAnsi="Simplified Arabic" w:cs="Simplified Arabic"/>
          <w:sz w:val="28"/>
          <w:szCs w:val="28"/>
          <w:rtl/>
        </w:rPr>
      </w:pPr>
    </w:p>
    <w:p w14:paraId="13C5B766" w14:textId="698D3A81" w:rsidR="00676B14" w:rsidRPr="00B62C6F" w:rsidRDefault="00676B14" w:rsidP="00570EC1">
      <w:p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b/>
          <w:bCs/>
          <w:sz w:val="28"/>
          <w:szCs w:val="28"/>
          <w:u w:val="single"/>
          <w:rtl/>
        </w:rPr>
        <w:t>مفاهيم الدراسة</w:t>
      </w:r>
      <w:r w:rsidRPr="00B62C6F">
        <w:rPr>
          <w:rFonts w:ascii="Simplified Arabic" w:eastAsia="Times New Roman" w:hAnsi="Simplified Arabic" w:cs="Simplified Arabic"/>
          <w:b/>
          <w:bCs/>
          <w:sz w:val="28"/>
          <w:szCs w:val="28"/>
          <w:u w:val="single"/>
        </w:rPr>
        <w:t>:</w:t>
      </w:r>
    </w:p>
    <w:p w14:paraId="231985D8" w14:textId="77777777" w:rsidR="00676B14" w:rsidRPr="00B62C6F" w:rsidRDefault="00676B14" w:rsidP="00570EC1">
      <w:pPr>
        <w:bidi/>
        <w:spacing w:before="480" w:after="480"/>
        <w:jc w:val="both"/>
        <w:rPr>
          <w:rFonts w:ascii="Simplified Arabic" w:eastAsia="Times New Roman" w:hAnsi="Simplified Arabic" w:cs="Simplified Arabic"/>
          <w:b/>
          <w:bCs/>
          <w:sz w:val="28"/>
          <w:szCs w:val="28"/>
        </w:rPr>
      </w:pPr>
      <w:r w:rsidRPr="00B62C6F">
        <w:rPr>
          <w:rFonts w:ascii="Simplified Arabic" w:eastAsia="Times New Roman" w:hAnsi="Simplified Arabic" w:cs="Simplified Arabic"/>
          <w:b/>
          <w:bCs/>
          <w:sz w:val="28"/>
          <w:szCs w:val="28"/>
          <w:rtl/>
        </w:rPr>
        <w:t>أولاً: المفاهيم الاصطلاحية للدراسة</w:t>
      </w:r>
      <w:r w:rsidRPr="00B62C6F">
        <w:rPr>
          <w:rFonts w:ascii="Simplified Arabic" w:eastAsia="Times New Roman" w:hAnsi="Simplified Arabic" w:cs="Simplified Arabic"/>
          <w:b/>
          <w:bCs/>
          <w:sz w:val="28"/>
          <w:szCs w:val="28"/>
        </w:rPr>
        <w:t>:</w:t>
      </w:r>
    </w:p>
    <w:p w14:paraId="4F13CFC5" w14:textId="11A338F9" w:rsidR="00676B14" w:rsidRPr="00B62C6F" w:rsidRDefault="00676B14" w:rsidP="00570EC1">
      <w:pPr>
        <w:pStyle w:val="aa"/>
        <w:numPr>
          <w:ilvl w:val="0"/>
          <w:numId w:val="15"/>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b/>
          <w:bCs/>
          <w:sz w:val="28"/>
          <w:szCs w:val="28"/>
          <w:rtl/>
        </w:rPr>
        <w:t>المفهوم الاصطلاحي للشات بوت القائم على الذكاء الاصطناعي</w:t>
      </w:r>
      <w:r w:rsidRPr="00B62C6F">
        <w:rPr>
          <w:rFonts w:ascii="Simplified Arabic" w:eastAsia="Times New Roman" w:hAnsi="Simplified Arabic" w:cs="Simplified Arabic"/>
          <w:b/>
          <w:bCs/>
          <w:sz w:val="28"/>
          <w:szCs w:val="28"/>
        </w:rPr>
        <w:t>:</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sz w:val="28"/>
          <w:szCs w:val="28"/>
          <w:rtl/>
        </w:rPr>
        <w:t>يشير إلى تطبيق برمي ذكي يعتمد على تقنيات معالجة اللغات الطبيعية</w:t>
      </w:r>
      <w:r w:rsidRPr="00B62C6F">
        <w:rPr>
          <w:rFonts w:ascii="Simplified Arabic" w:eastAsia="Times New Roman" w:hAnsi="Simplified Arabic" w:cs="Simplified Arabic"/>
          <w:sz w:val="28"/>
          <w:szCs w:val="28"/>
        </w:rPr>
        <w:t xml:space="preserve"> (NLP) </w:t>
      </w:r>
      <w:r w:rsidRPr="00B62C6F">
        <w:rPr>
          <w:rFonts w:ascii="Simplified Arabic" w:eastAsia="Times New Roman" w:hAnsi="Simplified Arabic" w:cs="Simplified Arabic"/>
          <w:sz w:val="28"/>
          <w:szCs w:val="28"/>
          <w:rtl/>
        </w:rPr>
        <w:t xml:space="preserve">وخوارزميات التعلم الآلي لإنشاء محادثات تفاعلية فورية ومحاكاة الحوار البشري، بهدف تقديم ردود دقيقة </w:t>
      </w:r>
      <w:r w:rsidR="00780E42" w:rsidRPr="00B62C6F">
        <w:rPr>
          <w:rFonts w:ascii="Simplified Arabic" w:eastAsia="Times New Roman" w:hAnsi="Simplified Arabic" w:cs="Simplified Arabic"/>
          <w:sz w:val="28"/>
          <w:szCs w:val="28"/>
          <w:rtl/>
        </w:rPr>
        <w:t>ومخصصة على استفسارات المستخدمين وحل مشكلاتهم دون تدخل بشري مباشر (أسعد، 2023، 45)</w:t>
      </w:r>
      <w:r w:rsidR="00780E42" w:rsidRPr="00B62C6F">
        <w:rPr>
          <w:rFonts w:ascii="Simplified Arabic" w:eastAsia="Times New Roman" w:hAnsi="Simplified Arabic" w:cs="Simplified Arabic"/>
          <w:sz w:val="28"/>
          <w:szCs w:val="28"/>
        </w:rPr>
        <w:t>.</w:t>
      </w:r>
    </w:p>
    <w:p w14:paraId="6DE159CF" w14:textId="6DB9D0CE" w:rsidR="00780E42" w:rsidRPr="009958E2" w:rsidRDefault="00676B14" w:rsidP="009958E2">
      <w:pPr>
        <w:pStyle w:val="aa"/>
        <w:numPr>
          <w:ilvl w:val="0"/>
          <w:numId w:val="15"/>
        </w:num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b/>
          <w:bCs/>
          <w:sz w:val="28"/>
          <w:szCs w:val="28"/>
          <w:rtl/>
        </w:rPr>
        <w:t>المفهوم الاصطلاحي لتجربة العملاء الرقمية</w:t>
      </w:r>
      <w:r w:rsidRPr="00B62C6F">
        <w:rPr>
          <w:rFonts w:ascii="Simplified Arabic" w:eastAsia="Times New Roman" w:hAnsi="Simplified Arabic" w:cs="Simplified Arabic"/>
          <w:b/>
          <w:bCs/>
          <w:sz w:val="28"/>
          <w:szCs w:val="28"/>
        </w:rPr>
        <w:t>:</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sz w:val="28"/>
          <w:szCs w:val="28"/>
          <w:rtl/>
        </w:rPr>
        <w:t xml:space="preserve">يُعرف بأنه مجموع الانطباعات الذهنية، والمشاعر، والاستجابات السلوكية والمعرفية التي تتشكل في وعي المستهلك نتيجة تفاعله المستمر مع نقاط الاتصال الرقمية والقنوات والخدمات التكنولوجية التي </w:t>
      </w:r>
      <w:r w:rsidR="00780E42" w:rsidRPr="00B62C6F">
        <w:rPr>
          <w:rFonts w:ascii="Simplified Arabic" w:eastAsia="Times New Roman" w:hAnsi="Simplified Arabic" w:cs="Simplified Arabic"/>
          <w:sz w:val="28"/>
          <w:szCs w:val="28"/>
          <w:rtl/>
        </w:rPr>
        <w:t>توفرها المنشأة عبر رحلته الاستهلاكية (سليمان، 2023، 134)</w:t>
      </w:r>
      <w:r w:rsidR="00780E42" w:rsidRPr="00B62C6F">
        <w:rPr>
          <w:rFonts w:ascii="Simplified Arabic" w:eastAsia="Times New Roman" w:hAnsi="Simplified Arabic" w:cs="Simplified Arabic"/>
          <w:sz w:val="28"/>
          <w:szCs w:val="28"/>
        </w:rPr>
        <w:t>.</w:t>
      </w:r>
    </w:p>
    <w:p w14:paraId="58520E03" w14:textId="77777777" w:rsidR="009142A1" w:rsidRPr="00B62C6F" w:rsidRDefault="009142A1" w:rsidP="009142A1">
      <w:pPr>
        <w:bidi/>
        <w:spacing w:after="180"/>
        <w:jc w:val="both"/>
        <w:rPr>
          <w:rFonts w:ascii="Simplified Arabic" w:eastAsia="Times New Roman" w:hAnsi="Simplified Arabic" w:cs="Simplified Arabic"/>
          <w:b/>
          <w:bCs/>
          <w:sz w:val="28"/>
          <w:szCs w:val="28"/>
          <w:rtl/>
        </w:rPr>
      </w:pPr>
    </w:p>
    <w:p w14:paraId="6E374C34" w14:textId="01A9E5CB" w:rsidR="00676B14" w:rsidRPr="00B62C6F" w:rsidRDefault="00676B14" w:rsidP="00570EC1">
      <w:pPr>
        <w:bidi/>
        <w:spacing w:after="180"/>
        <w:jc w:val="both"/>
        <w:rPr>
          <w:rFonts w:ascii="Simplified Arabic" w:eastAsia="Times New Roman" w:hAnsi="Simplified Arabic" w:cs="Simplified Arabic"/>
          <w:b/>
          <w:bCs/>
          <w:sz w:val="28"/>
          <w:szCs w:val="28"/>
        </w:rPr>
      </w:pPr>
      <w:r w:rsidRPr="00B62C6F">
        <w:rPr>
          <w:rFonts w:ascii="Simplified Arabic" w:eastAsia="Times New Roman" w:hAnsi="Simplified Arabic" w:cs="Simplified Arabic"/>
          <w:b/>
          <w:bCs/>
          <w:sz w:val="28"/>
          <w:szCs w:val="28"/>
          <w:rtl/>
        </w:rPr>
        <w:t>ثانياً: المفاهيم الإجرائية للدراسة</w:t>
      </w:r>
      <w:r w:rsidRPr="00B62C6F">
        <w:rPr>
          <w:rFonts w:ascii="Simplified Arabic" w:eastAsia="Times New Roman" w:hAnsi="Simplified Arabic" w:cs="Simplified Arabic"/>
          <w:b/>
          <w:bCs/>
          <w:sz w:val="28"/>
          <w:szCs w:val="28"/>
        </w:rPr>
        <w:t>:</w:t>
      </w:r>
    </w:p>
    <w:p w14:paraId="1891921B" w14:textId="1DBD7F73" w:rsidR="00676B14" w:rsidRPr="00B62C6F" w:rsidRDefault="00676B14" w:rsidP="00570EC1">
      <w:pPr>
        <w:pStyle w:val="aa"/>
        <w:numPr>
          <w:ilvl w:val="0"/>
          <w:numId w:val="16"/>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b/>
          <w:bCs/>
          <w:sz w:val="28"/>
          <w:szCs w:val="28"/>
          <w:rtl/>
        </w:rPr>
        <w:t>المفهوم الإجرائي للشات بوت</w:t>
      </w:r>
      <w:r w:rsidRPr="00B62C6F">
        <w:rPr>
          <w:rFonts w:ascii="Simplified Arabic" w:eastAsia="Times New Roman" w:hAnsi="Simplified Arabic" w:cs="Simplified Arabic"/>
          <w:b/>
          <w:bCs/>
          <w:sz w:val="28"/>
          <w:szCs w:val="28"/>
        </w:rPr>
        <w:t>:</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sz w:val="28"/>
          <w:szCs w:val="28"/>
          <w:rtl/>
        </w:rPr>
        <w:t xml:space="preserve">يقصد به في هذه الدراسة كافة التطبيقات الحوارية والأنظمة الذكية التي تستعين بها الشركات في المملكة العربية السعودية لتقديم الردود السريعة والخدمات الذاتية الفورية للمستفيدين، ويقاس إجرائياً في هذا البحث من خلال </w:t>
      </w:r>
      <w:r w:rsidR="00780E42" w:rsidRPr="00B62C6F">
        <w:rPr>
          <w:rFonts w:ascii="Simplified Arabic" w:eastAsia="Times New Roman" w:hAnsi="Simplified Arabic" w:cs="Simplified Arabic"/>
          <w:sz w:val="28"/>
          <w:szCs w:val="28"/>
          <w:rtl/>
        </w:rPr>
        <w:t>استجابات أفراد العينة على عبارات القسم الثاني والثالث والخامس من استمارة الاستبيان الملحقة</w:t>
      </w:r>
      <w:r w:rsidR="00780E42" w:rsidRPr="00B62C6F">
        <w:rPr>
          <w:rFonts w:ascii="Simplified Arabic" w:eastAsia="Times New Roman" w:hAnsi="Simplified Arabic" w:cs="Simplified Arabic"/>
          <w:sz w:val="28"/>
          <w:szCs w:val="28"/>
        </w:rPr>
        <w:t>.</w:t>
      </w:r>
    </w:p>
    <w:p w14:paraId="239ED7BF" w14:textId="10FC0F03" w:rsidR="00676B14" w:rsidRPr="00B62C6F" w:rsidRDefault="00676B14" w:rsidP="00570EC1">
      <w:pPr>
        <w:pStyle w:val="aa"/>
        <w:numPr>
          <w:ilvl w:val="0"/>
          <w:numId w:val="16"/>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b/>
          <w:bCs/>
          <w:sz w:val="28"/>
          <w:szCs w:val="28"/>
          <w:rtl/>
        </w:rPr>
        <w:lastRenderedPageBreak/>
        <w:t>المفهوم الإجرائي لتجربة العملاء وتسهيل التواصل</w:t>
      </w:r>
      <w:r w:rsidRPr="00B62C6F">
        <w:rPr>
          <w:rFonts w:ascii="Simplified Arabic" w:eastAsia="Times New Roman" w:hAnsi="Simplified Arabic" w:cs="Simplified Arabic"/>
          <w:b/>
          <w:bCs/>
          <w:sz w:val="28"/>
          <w:szCs w:val="28"/>
        </w:rPr>
        <w:t>:</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sz w:val="28"/>
          <w:szCs w:val="28"/>
          <w:rtl/>
        </w:rPr>
        <w:t>يقصد به التسهيلات الإجرائية والزمنية والوضوح المعرفي الذي يلمسه المستهلك السعودي أثناء تواصله الرقمي مع الشركات عبر الوسيط الذكي، ومستوى الرضا الإجمالي الناتج عن غياب نقاط الاحتكاك التقني، ويقاس إجرائياً في هذا البحث من خلال مدى موافقة أفراد العينة على عبارات الأقسام الرابع والسادس والسابع من استمارة الاستبيان الملحقة</w:t>
      </w:r>
      <w:r w:rsidRPr="00B62C6F">
        <w:rPr>
          <w:rFonts w:ascii="Simplified Arabic" w:eastAsia="Times New Roman" w:hAnsi="Simplified Arabic" w:cs="Simplified Arabic"/>
          <w:sz w:val="28"/>
          <w:szCs w:val="28"/>
        </w:rPr>
        <w:t>.</w:t>
      </w:r>
    </w:p>
    <w:p w14:paraId="48188A3C" w14:textId="77777777" w:rsidR="009142A1" w:rsidRDefault="009142A1" w:rsidP="008D0E20">
      <w:pPr>
        <w:bidi/>
        <w:spacing w:after="180"/>
        <w:jc w:val="both"/>
        <w:rPr>
          <w:rFonts w:ascii="Simplified Arabic" w:hAnsi="Simplified Arabic" w:cs="Simplified Arabic" w:hint="cs"/>
          <w:b/>
          <w:bCs/>
          <w:sz w:val="28"/>
          <w:szCs w:val="28"/>
          <w:rtl/>
        </w:rPr>
      </w:pPr>
    </w:p>
    <w:p w14:paraId="1FA8E1B8" w14:textId="77777777" w:rsidR="009958E2" w:rsidRDefault="00A2089A" w:rsidP="009958E2">
      <w:pPr>
        <w:bidi/>
        <w:spacing w:after="180"/>
        <w:jc w:val="both"/>
        <w:rPr>
          <w:rFonts w:ascii="Simplified Arabic" w:eastAsia="Times New Roman" w:hAnsi="Simplified Arabic" w:cs="Simplified Arabic"/>
          <w:b/>
          <w:bCs/>
          <w:sz w:val="28"/>
          <w:szCs w:val="28"/>
          <w:u w:val="single"/>
          <w:rtl/>
        </w:rPr>
      </w:pPr>
      <w:r w:rsidRPr="00B62C6F">
        <w:rPr>
          <w:rFonts w:ascii="Simplified Arabic" w:eastAsia="Times New Roman" w:hAnsi="Simplified Arabic" w:cs="Simplified Arabic"/>
          <w:b/>
          <w:bCs/>
          <w:sz w:val="28"/>
          <w:szCs w:val="28"/>
          <w:u w:val="single"/>
          <w:rtl/>
        </w:rPr>
        <w:t>*</w:t>
      </w:r>
      <w:r w:rsidR="002009A0" w:rsidRPr="00B62C6F">
        <w:rPr>
          <w:rFonts w:ascii="Simplified Arabic" w:eastAsia="Times New Roman" w:hAnsi="Simplified Arabic" w:cs="Simplified Arabic"/>
          <w:b/>
          <w:bCs/>
          <w:sz w:val="28"/>
          <w:szCs w:val="28"/>
          <w:u w:val="single"/>
          <w:rtl/>
        </w:rPr>
        <w:t>اختبار الصدق</w:t>
      </w:r>
      <w:r w:rsidR="002009A0" w:rsidRPr="00B62C6F">
        <w:rPr>
          <w:rFonts w:ascii="Simplified Arabic" w:eastAsia="Times New Roman" w:hAnsi="Simplified Arabic" w:cs="Simplified Arabic"/>
          <w:b/>
          <w:bCs/>
          <w:sz w:val="28"/>
          <w:szCs w:val="28"/>
          <w:u w:val="single"/>
        </w:rPr>
        <w:t>:</w:t>
      </w:r>
    </w:p>
    <w:p w14:paraId="5E0FBE3C" w14:textId="35BC9B91" w:rsidR="00964A3D" w:rsidRPr="009958E2" w:rsidRDefault="00A2089A" w:rsidP="009958E2">
      <w:pPr>
        <w:bidi/>
        <w:spacing w:after="180"/>
        <w:jc w:val="both"/>
        <w:rPr>
          <w:rFonts w:ascii="Simplified Arabic" w:eastAsia="Times New Roman" w:hAnsi="Simplified Arabic" w:cs="Simplified Arabic"/>
          <w:b/>
          <w:bCs/>
          <w:sz w:val="28"/>
          <w:szCs w:val="28"/>
          <w:u w:val="single"/>
          <w:rtl/>
        </w:rPr>
      </w:pPr>
      <w:r w:rsidRPr="00B62C6F">
        <w:rPr>
          <w:rFonts w:ascii="Simplified Arabic" w:hAnsi="Simplified Arabic" w:cs="Simplified Arabic"/>
          <w:sz w:val="28"/>
          <w:szCs w:val="28"/>
          <w:rtl/>
        </w:rPr>
        <w:t>- للتأكد من صلاحية أداة جمع البيانات لتحقيق أهداف الدراسة، تم استشارة مجموعة من المحكمين (1)، الذين أبدوا عدة ملاحظات، تم مراعاتها عند التطبيق</w:t>
      </w:r>
      <w:r w:rsidRPr="00B62C6F">
        <w:rPr>
          <w:rFonts w:ascii="Simplified Arabic" w:hAnsi="Simplified Arabic" w:cs="Simplified Arabic"/>
          <w:sz w:val="28"/>
          <w:szCs w:val="28"/>
        </w:rPr>
        <w:t>.</w:t>
      </w:r>
    </w:p>
    <w:p w14:paraId="5225812A" w14:textId="77777777" w:rsidR="009958E2" w:rsidRDefault="00A2089A" w:rsidP="009958E2">
      <w:pPr>
        <w:bidi/>
        <w:spacing w:after="180"/>
        <w:jc w:val="both"/>
        <w:rPr>
          <w:rFonts w:ascii="Simplified Arabic" w:eastAsia="Times New Roman" w:hAnsi="Simplified Arabic" w:cs="Simplified Arabic"/>
          <w:b/>
          <w:bCs/>
          <w:sz w:val="28"/>
          <w:szCs w:val="28"/>
          <w:u w:val="single"/>
          <w:rtl/>
        </w:rPr>
      </w:pPr>
      <w:r w:rsidRPr="00B62C6F">
        <w:rPr>
          <w:rFonts w:ascii="Simplified Arabic" w:eastAsia="Times New Roman" w:hAnsi="Simplified Arabic" w:cs="Simplified Arabic"/>
          <w:b/>
          <w:bCs/>
          <w:sz w:val="28"/>
          <w:szCs w:val="28"/>
          <w:u w:val="single"/>
          <w:rtl/>
        </w:rPr>
        <w:t>*</w:t>
      </w:r>
      <w:r w:rsidR="002009A0" w:rsidRPr="00B62C6F">
        <w:rPr>
          <w:rFonts w:ascii="Simplified Arabic" w:eastAsia="Times New Roman" w:hAnsi="Simplified Arabic" w:cs="Simplified Arabic"/>
          <w:b/>
          <w:bCs/>
          <w:sz w:val="28"/>
          <w:szCs w:val="28"/>
          <w:u w:val="single"/>
          <w:rtl/>
        </w:rPr>
        <w:t>اختبار الثبات</w:t>
      </w:r>
      <w:r w:rsidR="002009A0" w:rsidRPr="00B62C6F">
        <w:rPr>
          <w:rFonts w:ascii="Simplified Arabic" w:eastAsia="Times New Roman" w:hAnsi="Simplified Arabic" w:cs="Simplified Arabic"/>
          <w:b/>
          <w:bCs/>
          <w:sz w:val="28"/>
          <w:szCs w:val="28"/>
          <w:u w:val="single"/>
        </w:rPr>
        <w:t>:</w:t>
      </w:r>
    </w:p>
    <w:p w14:paraId="7459B9D1" w14:textId="198D05D5" w:rsidR="002009A0" w:rsidRPr="009958E2" w:rsidRDefault="00A2089A" w:rsidP="009958E2">
      <w:pPr>
        <w:bidi/>
        <w:spacing w:after="180"/>
        <w:jc w:val="both"/>
        <w:rPr>
          <w:rFonts w:ascii="Simplified Arabic" w:eastAsia="Times New Roman" w:hAnsi="Simplified Arabic" w:cs="Simplified Arabic"/>
          <w:b/>
          <w:bCs/>
          <w:sz w:val="28"/>
          <w:szCs w:val="28"/>
          <w:u w:val="single"/>
          <w:rtl/>
        </w:rPr>
      </w:pPr>
      <w:r w:rsidRPr="00B62C6F">
        <w:rPr>
          <w:rFonts w:ascii="Simplified Arabic" w:hAnsi="Simplified Arabic" w:cs="Simplified Arabic"/>
          <w:sz w:val="28"/>
          <w:szCs w:val="28"/>
          <w:rtl/>
        </w:rPr>
        <w:t>- تم حساب معامل الثبات باستخدام طريقة إعادة الاختبار، بالتطبيق على عينة قوامها 10% من حجم عينة الدراسة، وتم تطبيق معادلة هولستي للثبات، وقد بلغت درجة الثبات 95%، مما يدل على صلاحية الاستبيان للتطبيق</w:t>
      </w:r>
      <w:r w:rsidRPr="00B62C6F">
        <w:rPr>
          <w:rFonts w:ascii="Simplified Arabic" w:hAnsi="Simplified Arabic" w:cs="Simplified Arabic"/>
          <w:sz w:val="28"/>
          <w:szCs w:val="28"/>
        </w:rPr>
        <w:t>.</w:t>
      </w:r>
    </w:p>
    <w:p w14:paraId="4C95679B" w14:textId="77777777" w:rsidR="009958E2" w:rsidRDefault="00A2089A" w:rsidP="009958E2">
      <w:pPr>
        <w:bidi/>
        <w:spacing w:after="180"/>
        <w:jc w:val="both"/>
        <w:rPr>
          <w:rFonts w:ascii="Simplified Arabic" w:eastAsia="Times New Roman" w:hAnsi="Simplified Arabic" w:cs="Simplified Arabic"/>
          <w:b/>
          <w:bCs/>
          <w:sz w:val="28"/>
          <w:szCs w:val="28"/>
          <w:u w:val="single"/>
          <w:rtl/>
        </w:rPr>
      </w:pPr>
      <w:r w:rsidRPr="00B62C6F">
        <w:rPr>
          <w:rFonts w:ascii="Simplified Arabic" w:eastAsia="Times New Roman" w:hAnsi="Simplified Arabic" w:cs="Simplified Arabic"/>
          <w:b/>
          <w:bCs/>
          <w:sz w:val="28"/>
          <w:szCs w:val="28"/>
          <w:u w:val="single"/>
          <w:rtl/>
        </w:rPr>
        <w:t>*</w:t>
      </w:r>
      <w:r w:rsidR="002009A0" w:rsidRPr="00B62C6F">
        <w:rPr>
          <w:rFonts w:ascii="Simplified Arabic" w:eastAsia="Times New Roman" w:hAnsi="Simplified Arabic" w:cs="Simplified Arabic"/>
          <w:b/>
          <w:bCs/>
          <w:sz w:val="28"/>
          <w:szCs w:val="28"/>
          <w:u w:val="single"/>
          <w:rtl/>
        </w:rPr>
        <w:t>أساليب المعالجة الإحصائية والقياس</w:t>
      </w:r>
      <w:r w:rsidR="002009A0" w:rsidRPr="00B62C6F">
        <w:rPr>
          <w:rFonts w:ascii="Simplified Arabic" w:eastAsia="Times New Roman" w:hAnsi="Simplified Arabic" w:cs="Simplified Arabic"/>
          <w:b/>
          <w:bCs/>
          <w:sz w:val="28"/>
          <w:szCs w:val="28"/>
          <w:u w:val="single"/>
        </w:rPr>
        <w:t>:</w:t>
      </w:r>
    </w:p>
    <w:p w14:paraId="2B32FFCD" w14:textId="2CE813BB" w:rsidR="008D0E20" w:rsidRPr="009958E2" w:rsidRDefault="00A2089A" w:rsidP="009958E2">
      <w:pPr>
        <w:bidi/>
        <w:spacing w:after="180"/>
        <w:jc w:val="both"/>
        <w:rPr>
          <w:rFonts w:ascii="Simplified Arabic" w:eastAsia="Times New Roman" w:hAnsi="Simplified Arabic" w:cs="Simplified Arabic"/>
          <w:b/>
          <w:bCs/>
          <w:sz w:val="28"/>
          <w:szCs w:val="28"/>
          <w:u w:val="single"/>
          <w:rtl/>
        </w:rPr>
      </w:pPr>
      <w:r w:rsidRPr="00B62C6F">
        <w:rPr>
          <w:rFonts w:ascii="Simplified Arabic" w:hAnsi="Simplified Arabic" w:cs="Simplified Arabic"/>
          <w:sz w:val="28"/>
          <w:szCs w:val="28"/>
          <w:rtl/>
        </w:rPr>
        <w:t>- تم الاستعانة بمجموعة من المعالجات الإحصائية المتمثلة في حساب التكرارات البسيطة، والنسب المئوية، بجانب استخدام مقياس ليكرت الثلاثي</w:t>
      </w:r>
      <w:r w:rsidRPr="00B62C6F">
        <w:rPr>
          <w:rFonts w:ascii="Simplified Arabic" w:hAnsi="Simplified Arabic" w:cs="Simplified Arabic"/>
          <w:sz w:val="28"/>
          <w:szCs w:val="28"/>
        </w:rPr>
        <w:t xml:space="preserve"> (Three-Point Likert Scale)</w:t>
      </w:r>
      <w:r w:rsidR="002D59B0" w:rsidRPr="00B62C6F">
        <w:rPr>
          <w:rFonts w:ascii="Simplified Arabic" w:hAnsi="Simplified Arabic" w:cs="Simplified Arabic"/>
          <w:sz w:val="28"/>
          <w:szCs w:val="28"/>
        </w:rPr>
        <w:t xml:space="preserve"> </w:t>
      </w:r>
      <w:r w:rsidRPr="00B62C6F">
        <w:rPr>
          <w:rFonts w:ascii="Simplified Arabic" w:hAnsi="Simplified Arabic" w:cs="Simplified Arabic"/>
          <w:sz w:val="28"/>
          <w:szCs w:val="28"/>
          <w:rtl/>
        </w:rPr>
        <w:t>، الذي يضم ثلاث فئات للاستجابة هي: (موافق، محايد، معارض)؛ لقياس متغيرات الدراسة</w:t>
      </w:r>
      <w:r w:rsidRPr="00B62C6F">
        <w:rPr>
          <w:rFonts w:ascii="Simplified Arabic" w:hAnsi="Simplified Arabic" w:cs="Simplified Arabic"/>
          <w:sz w:val="28"/>
          <w:szCs w:val="28"/>
        </w:rPr>
        <w:t>.</w:t>
      </w:r>
    </w:p>
    <w:p w14:paraId="67E0AD98" w14:textId="6C482EFC" w:rsidR="00E07087" w:rsidRPr="00B62C6F" w:rsidRDefault="00A87F17" w:rsidP="008D0E20">
      <w:pPr>
        <w:bidi/>
        <w:spacing w:before="480" w:after="480" w:line="240" w:lineRule="auto"/>
        <w:jc w:val="both"/>
        <w:rPr>
          <w:rFonts w:ascii="Simplified Arabic" w:hAnsi="Simplified Arabic" w:cs="Simplified Arabic"/>
          <w:b/>
          <w:bCs/>
          <w:sz w:val="28"/>
          <w:szCs w:val="28"/>
          <w:rtl/>
        </w:rPr>
      </w:pPr>
      <w:r w:rsidRPr="00B62C6F">
        <w:rPr>
          <w:rFonts w:ascii="Simplified Arabic" w:hAnsi="Simplified Arabic" w:cs="Simplified Arabic"/>
          <w:b/>
          <w:bCs/>
          <w:sz w:val="28"/>
          <w:szCs w:val="28"/>
        </w:rPr>
        <w:pict w14:anchorId="541CB492">
          <v:rect id="_x0000_i1053" style="width:0;height:1.5pt" o:hralign="center" o:hrstd="t" o:hr="t" fillcolor="#a0a0a0" stroked="f"/>
        </w:pict>
      </w:r>
    </w:p>
    <w:p w14:paraId="30AE981F" w14:textId="16525B66" w:rsidR="00964A3D" w:rsidRPr="00B62C6F" w:rsidRDefault="002009A0" w:rsidP="008D0E20">
      <w:pPr>
        <w:pStyle w:val="aa"/>
        <w:numPr>
          <w:ilvl w:val="0"/>
          <w:numId w:val="29"/>
        </w:numPr>
        <w:bidi/>
        <w:spacing w:before="120" w:after="120" w:line="240" w:lineRule="auto"/>
        <w:jc w:val="both"/>
        <w:rPr>
          <w:rFonts w:ascii="Simplified Arabic" w:hAnsi="Simplified Arabic" w:cs="Simplified Arabic"/>
          <w:sz w:val="28"/>
          <w:szCs w:val="28"/>
          <w:rtl/>
        </w:rPr>
      </w:pPr>
      <w:r w:rsidRPr="00B62C6F">
        <w:rPr>
          <w:rFonts w:ascii="Simplified Arabic" w:hAnsi="Simplified Arabic" w:cs="Simplified Arabic"/>
          <w:sz w:val="28"/>
          <w:szCs w:val="28"/>
          <w:rtl/>
        </w:rPr>
        <w:t>الأساتذة المحكمون:</w:t>
      </w:r>
    </w:p>
    <w:p w14:paraId="5F5D38A1" w14:textId="58F34EF0" w:rsidR="00A2089A" w:rsidRPr="00B62C6F" w:rsidRDefault="00A2089A" w:rsidP="008D0E20">
      <w:pPr>
        <w:bidi/>
        <w:spacing w:before="120" w:after="120" w:line="240" w:lineRule="auto"/>
        <w:ind w:left="360"/>
        <w:jc w:val="both"/>
        <w:rPr>
          <w:rFonts w:ascii="Simplified Arabic" w:hAnsi="Simplified Arabic" w:cs="Simplified Arabic"/>
          <w:sz w:val="28"/>
          <w:szCs w:val="28"/>
          <w:rtl/>
        </w:rPr>
      </w:pPr>
      <w:r w:rsidRPr="00B62C6F">
        <w:rPr>
          <w:rFonts w:ascii="Simplified Arabic" w:hAnsi="Simplified Arabic" w:cs="Simplified Arabic"/>
          <w:sz w:val="28"/>
          <w:szCs w:val="28"/>
          <w:rtl/>
        </w:rPr>
        <w:t xml:space="preserve">- د/ أمينة موسى – مدرس التسويق كلية الإعلام جامعة السويس. </w:t>
      </w:r>
    </w:p>
    <w:p w14:paraId="7F65CE68" w14:textId="5E49B623" w:rsidR="008D0E20" w:rsidRPr="00B62C6F" w:rsidRDefault="00A2089A" w:rsidP="009958E2">
      <w:pPr>
        <w:bidi/>
        <w:spacing w:before="120" w:after="120" w:line="240" w:lineRule="auto"/>
        <w:jc w:val="both"/>
        <w:rPr>
          <w:rFonts w:ascii="Simplified Arabic" w:hAnsi="Simplified Arabic" w:cs="Simplified Arabic"/>
          <w:sz w:val="28"/>
          <w:szCs w:val="28"/>
          <w:rtl/>
        </w:rPr>
      </w:pPr>
      <w:r w:rsidRPr="00B62C6F">
        <w:rPr>
          <w:rFonts w:ascii="Simplified Arabic" w:hAnsi="Simplified Arabic" w:cs="Simplified Arabic"/>
          <w:sz w:val="28"/>
          <w:szCs w:val="28"/>
          <w:rtl/>
        </w:rPr>
        <w:t xml:space="preserve">     - </w:t>
      </w:r>
      <w:r w:rsidR="00A612D9" w:rsidRPr="00B62C6F">
        <w:rPr>
          <w:rFonts w:ascii="Simplified Arabic" w:hAnsi="Simplified Arabic" w:cs="Simplified Arabic"/>
          <w:sz w:val="28"/>
          <w:szCs w:val="28"/>
          <w:rtl/>
        </w:rPr>
        <w:t>د/ شيرين كدواني – عميدة كلية الإعلام والتسويق جامعة ميدأوشن.</w:t>
      </w:r>
    </w:p>
    <w:p w14:paraId="43AF0266" w14:textId="5C143B5C" w:rsidR="00DB3897" w:rsidRPr="008D0E20" w:rsidRDefault="00DB3897" w:rsidP="00302950">
      <w:pPr>
        <w:bidi/>
        <w:spacing w:before="120" w:after="120" w:line="240" w:lineRule="auto"/>
        <w:jc w:val="both"/>
        <w:rPr>
          <w:rFonts w:ascii="Simplified Arabic" w:hAnsi="Simplified Arabic" w:cs="Simplified Arabic"/>
          <w:sz w:val="36"/>
          <w:szCs w:val="36"/>
        </w:rPr>
      </w:pPr>
      <w:r w:rsidRPr="008D0E20">
        <w:rPr>
          <w:rFonts w:ascii="Simplified Arabic" w:hAnsi="Simplified Arabic" w:cs="Simplified Arabic"/>
          <w:b/>
          <w:bCs/>
          <w:sz w:val="36"/>
          <w:szCs w:val="36"/>
          <w:rtl/>
        </w:rPr>
        <w:lastRenderedPageBreak/>
        <w:t>نتائج الدراسة:</w:t>
      </w:r>
    </w:p>
    <w:p w14:paraId="435FE33F" w14:textId="76F09B9B" w:rsidR="002009A0" w:rsidRPr="00B62C6F" w:rsidRDefault="00DB3897" w:rsidP="005C7704">
      <w:pPr>
        <w:bidi/>
        <w:spacing w:before="480" w:after="480" w:line="240" w:lineRule="auto"/>
        <w:jc w:val="both"/>
        <w:rPr>
          <w:rFonts w:ascii="Simplified Arabic" w:hAnsi="Simplified Arabic" w:cs="Simplified Arabic"/>
          <w:b/>
          <w:bCs/>
          <w:sz w:val="28"/>
          <w:szCs w:val="28"/>
          <w:u w:val="single"/>
          <w:rtl/>
        </w:rPr>
      </w:pPr>
      <w:r w:rsidRPr="00B62C6F">
        <w:rPr>
          <w:rFonts w:ascii="Simplified Arabic" w:hAnsi="Simplified Arabic" w:cs="Simplified Arabic"/>
          <w:b/>
          <w:bCs/>
          <w:sz w:val="28"/>
          <w:szCs w:val="28"/>
          <w:u w:val="single"/>
          <w:rtl/>
        </w:rPr>
        <w:t>أولاً: بيانات عينة الدراسة:</w:t>
      </w:r>
      <w:r w:rsidR="00E01A66" w:rsidRPr="00B62C6F">
        <w:rPr>
          <w:rFonts w:ascii="Simplified Arabic" w:hAnsi="Simplified Arabic" w:cs="Simplified Arabic"/>
          <w:b/>
          <w:bCs/>
          <w:sz w:val="28"/>
          <w:szCs w:val="28"/>
          <w:u w:val="single"/>
          <w:rtl/>
        </w:rPr>
        <w:t>-</w:t>
      </w:r>
    </w:p>
    <w:p w14:paraId="0D5FF6FA" w14:textId="4F6F3216" w:rsidR="00964A3D" w:rsidRPr="00B62C6F" w:rsidRDefault="00DB3897" w:rsidP="005C7704">
      <w:pPr>
        <w:bidi/>
        <w:spacing w:before="480" w:after="480" w:line="240" w:lineRule="auto"/>
        <w:jc w:val="both"/>
        <w:rPr>
          <w:rFonts w:ascii="Simplified Arabic" w:hAnsi="Simplified Arabic" w:cs="Simplified Arabic"/>
          <w:sz w:val="28"/>
          <w:szCs w:val="28"/>
          <w:u w:val="single"/>
          <w:rtl/>
        </w:rPr>
      </w:pPr>
      <w:r w:rsidRPr="00B62C6F">
        <w:rPr>
          <w:rFonts w:ascii="Simplified Arabic" w:hAnsi="Simplified Arabic" w:cs="Simplified Arabic"/>
          <w:sz w:val="28"/>
          <w:szCs w:val="28"/>
          <w:u w:val="single"/>
          <w:rtl/>
        </w:rPr>
        <w:t>1- توزيع عينة الدراسة وفقا لمتغير النوع:</w:t>
      </w:r>
    </w:p>
    <w:p w14:paraId="77E15047" w14:textId="5E96220A" w:rsidR="00DB3897" w:rsidRPr="00B62C6F" w:rsidRDefault="00DB3897" w:rsidP="005C7704">
      <w:pPr>
        <w:bidi/>
        <w:spacing w:before="480" w:after="480" w:line="240" w:lineRule="auto"/>
        <w:jc w:val="center"/>
        <w:rPr>
          <w:rFonts w:ascii="Simplified Arabic" w:hAnsi="Simplified Arabic" w:cs="Simplified Arabic"/>
          <w:sz w:val="28"/>
          <w:szCs w:val="28"/>
        </w:rPr>
      </w:pPr>
      <w:r w:rsidRPr="00B62C6F">
        <w:rPr>
          <w:rFonts w:ascii="Simplified Arabic" w:hAnsi="Simplified Arabic" w:cs="Simplified Arabic"/>
          <w:sz w:val="28"/>
          <w:szCs w:val="28"/>
          <w:rtl/>
        </w:rPr>
        <w:t>جدول</w:t>
      </w:r>
      <w:r w:rsidR="00E473F5" w:rsidRPr="00B62C6F">
        <w:rPr>
          <w:rFonts w:ascii="Simplified Arabic" w:hAnsi="Simplified Arabic" w:cs="Simplified Arabic"/>
          <w:sz w:val="28"/>
          <w:szCs w:val="28"/>
          <w:rtl/>
        </w:rPr>
        <w:t xml:space="preserve"> </w:t>
      </w:r>
      <w:r w:rsidR="00E473F5" w:rsidRPr="00B62C6F">
        <w:rPr>
          <w:rFonts w:ascii="Simplified Arabic" w:hAnsi="Simplified Arabic" w:cs="Simplified Arabic"/>
          <w:sz w:val="28"/>
          <w:szCs w:val="28"/>
        </w:rPr>
        <w:t>:(1)</w:t>
      </w:r>
      <w:r w:rsidRPr="00B62C6F">
        <w:rPr>
          <w:rFonts w:ascii="Simplified Arabic" w:hAnsi="Simplified Arabic" w:cs="Simplified Arabic"/>
          <w:sz w:val="28"/>
          <w:szCs w:val="28"/>
          <w:rtl/>
        </w:rPr>
        <w:t xml:space="preserve"> بيانات الدراسة وفقا لمتغير النوع</w:t>
      </w:r>
    </w:p>
    <w:tbl>
      <w:tblPr>
        <w:tblStyle w:val="afa"/>
        <w:bidiVisual/>
        <w:tblW w:w="0" w:type="auto"/>
        <w:tblLook w:val="04A0" w:firstRow="1" w:lastRow="0" w:firstColumn="1" w:lastColumn="0" w:noHBand="0" w:noVBand="1"/>
      </w:tblPr>
      <w:tblGrid>
        <w:gridCol w:w="3396"/>
        <w:gridCol w:w="3396"/>
        <w:gridCol w:w="3396"/>
      </w:tblGrid>
      <w:tr w:rsidR="00DB3897" w:rsidRPr="00B62C6F" w14:paraId="416EDBA4" w14:textId="77777777" w:rsidTr="005C7704">
        <w:trPr>
          <w:trHeight w:val="299"/>
        </w:trPr>
        <w:tc>
          <w:tcPr>
            <w:tcW w:w="3396" w:type="dxa"/>
          </w:tcPr>
          <w:p w14:paraId="52B325B3" w14:textId="34F331F6" w:rsidR="00DB3897" w:rsidRPr="00B62C6F" w:rsidRDefault="00DB3897" w:rsidP="005C7704">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الفئة</w:t>
            </w:r>
          </w:p>
        </w:tc>
        <w:tc>
          <w:tcPr>
            <w:tcW w:w="3396" w:type="dxa"/>
          </w:tcPr>
          <w:p w14:paraId="3DBA316C" w14:textId="1D7B93BE" w:rsidR="00DB3897" w:rsidRPr="00B62C6F" w:rsidRDefault="00DB3897" w:rsidP="005C7704">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التكرار</w:t>
            </w:r>
          </w:p>
        </w:tc>
        <w:tc>
          <w:tcPr>
            <w:tcW w:w="3396" w:type="dxa"/>
          </w:tcPr>
          <w:p w14:paraId="2B06DD91" w14:textId="65F7096A" w:rsidR="00DB3897" w:rsidRPr="00B62C6F" w:rsidRDefault="00095BF3" w:rsidP="005C7704">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النسبة</w:t>
            </w:r>
          </w:p>
        </w:tc>
      </w:tr>
      <w:tr w:rsidR="00DB3897" w:rsidRPr="00B62C6F" w14:paraId="53C23B3D" w14:textId="77777777" w:rsidTr="00387090">
        <w:trPr>
          <w:trHeight w:val="405"/>
        </w:trPr>
        <w:tc>
          <w:tcPr>
            <w:tcW w:w="3396" w:type="dxa"/>
          </w:tcPr>
          <w:p w14:paraId="54ED05DB" w14:textId="77AC96CE" w:rsidR="00DB3897" w:rsidRPr="00B62C6F" w:rsidRDefault="00095BF3" w:rsidP="005C7704">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xml:space="preserve">إناث </w:t>
            </w:r>
          </w:p>
        </w:tc>
        <w:tc>
          <w:tcPr>
            <w:tcW w:w="3396" w:type="dxa"/>
          </w:tcPr>
          <w:p w14:paraId="24069640" w14:textId="0D17B17B" w:rsidR="00DB3897" w:rsidRPr="00B62C6F" w:rsidRDefault="003A090C" w:rsidP="005C7704">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213</w:t>
            </w:r>
          </w:p>
        </w:tc>
        <w:tc>
          <w:tcPr>
            <w:tcW w:w="3396" w:type="dxa"/>
          </w:tcPr>
          <w:p w14:paraId="2BBEDA1C" w14:textId="6F3D4867" w:rsidR="00DB3897" w:rsidRPr="00B62C6F" w:rsidRDefault="003A090C" w:rsidP="005C7704">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74%</w:t>
            </w:r>
          </w:p>
        </w:tc>
      </w:tr>
      <w:tr w:rsidR="00DB3897" w:rsidRPr="00B62C6F" w14:paraId="3D7D037F" w14:textId="77777777" w:rsidTr="005C7704">
        <w:trPr>
          <w:trHeight w:val="423"/>
        </w:trPr>
        <w:tc>
          <w:tcPr>
            <w:tcW w:w="3396" w:type="dxa"/>
          </w:tcPr>
          <w:p w14:paraId="5D676F8C" w14:textId="7B604C45" w:rsidR="00DB3897" w:rsidRPr="00B62C6F" w:rsidRDefault="003A090C" w:rsidP="005C7704">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ذكور</w:t>
            </w:r>
          </w:p>
        </w:tc>
        <w:tc>
          <w:tcPr>
            <w:tcW w:w="3396" w:type="dxa"/>
          </w:tcPr>
          <w:p w14:paraId="642F2646" w14:textId="4ECB4B85" w:rsidR="00DB3897" w:rsidRPr="00B62C6F" w:rsidRDefault="003A090C" w:rsidP="005C7704">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75</w:t>
            </w:r>
          </w:p>
        </w:tc>
        <w:tc>
          <w:tcPr>
            <w:tcW w:w="3396" w:type="dxa"/>
          </w:tcPr>
          <w:p w14:paraId="7FDC3227" w14:textId="31B57439" w:rsidR="00DB3897" w:rsidRPr="00B62C6F" w:rsidRDefault="003A090C" w:rsidP="005C7704">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26%</w:t>
            </w:r>
          </w:p>
        </w:tc>
      </w:tr>
      <w:tr w:rsidR="00DB3897" w:rsidRPr="00B62C6F" w14:paraId="6CC27603" w14:textId="77777777" w:rsidTr="00387090">
        <w:trPr>
          <w:trHeight w:val="403"/>
        </w:trPr>
        <w:tc>
          <w:tcPr>
            <w:tcW w:w="3396" w:type="dxa"/>
          </w:tcPr>
          <w:p w14:paraId="7FFBE664" w14:textId="540D4B5E" w:rsidR="00DB3897" w:rsidRPr="00B62C6F" w:rsidRDefault="003A090C" w:rsidP="005C7704">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الإجمالي</w:t>
            </w:r>
          </w:p>
        </w:tc>
        <w:tc>
          <w:tcPr>
            <w:tcW w:w="3396" w:type="dxa"/>
          </w:tcPr>
          <w:p w14:paraId="7DC28090" w14:textId="4E77199B" w:rsidR="00DB3897" w:rsidRPr="00B62C6F" w:rsidRDefault="003A090C" w:rsidP="005C7704">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288</w:t>
            </w:r>
          </w:p>
        </w:tc>
        <w:tc>
          <w:tcPr>
            <w:tcW w:w="3396" w:type="dxa"/>
          </w:tcPr>
          <w:p w14:paraId="29CB066E" w14:textId="602F10D4" w:rsidR="00DB3897" w:rsidRPr="00B62C6F" w:rsidRDefault="003A090C" w:rsidP="005C7704">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100.0%</w:t>
            </w:r>
          </w:p>
        </w:tc>
      </w:tr>
    </w:tbl>
    <w:p w14:paraId="5AAE5AB2" w14:textId="77777777" w:rsidR="005C7704" w:rsidRPr="00A27BD9" w:rsidRDefault="005C7704" w:rsidP="005C7704">
      <w:pPr>
        <w:bidi/>
        <w:spacing w:before="480" w:after="480" w:line="240" w:lineRule="auto"/>
        <w:rPr>
          <w:rFonts w:ascii="Simplified Arabic" w:hAnsi="Simplified Arabic" w:cs="Simplified Arabic"/>
          <w:sz w:val="2"/>
          <w:szCs w:val="2"/>
          <w:rtl/>
        </w:rPr>
      </w:pPr>
    </w:p>
    <w:p w14:paraId="500057A5" w14:textId="5B24E944" w:rsidR="00E473F5" w:rsidRPr="00B62C6F" w:rsidRDefault="00BF51C1" w:rsidP="00BF51C1">
      <w:pPr>
        <w:bidi/>
        <w:spacing w:before="480" w:after="480" w:line="240" w:lineRule="auto"/>
        <w:jc w:val="center"/>
        <w:rPr>
          <w:rFonts w:ascii="Simplified Arabic" w:hAnsi="Simplified Arabic" w:cs="Simplified Arabic"/>
          <w:sz w:val="28"/>
          <w:szCs w:val="28"/>
          <w:rtl/>
        </w:rPr>
      </w:pPr>
      <w:r w:rsidRPr="00B62C6F">
        <w:rPr>
          <w:rFonts w:ascii="Simplified Arabic" w:eastAsia="Times New Roman" w:hAnsi="Simplified Arabic" w:cs="Simplified Arabic"/>
          <w:noProof/>
          <w:sz w:val="28"/>
          <w:szCs w:val="28"/>
          <w:rtl/>
        </w:rPr>
        <w:drawing>
          <wp:anchor distT="0" distB="0" distL="114300" distR="114300" simplePos="0" relativeHeight="251656192" behindDoc="0" locked="0" layoutInCell="1" allowOverlap="1" wp14:anchorId="5700B3A8" wp14:editId="66BF9160">
            <wp:simplePos x="0" y="0"/>
            <wp:positionH relativeFrom="column">
              <wp:posOffset>852805</wp:posOffset>
            </wp:positionH>
            <wp:positionV relativeFrom="paragraph">
              <wp:posOffset>271780</wp:posOffset>
            </wp:positionV>
            <wp:extent cx="4625741" cy="2095682"/>
            <wp:effectExtent l="0" t="0" r="3810" b="0"/>
            <wp:wrapNone/>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25741" cy="2095682"/>
                    </a:xfrm>
                    <a:prstGeom prst="rect">
                      <a:avLst/>
                    </a:prstGeom>
                  </pic:spPr>
                </pic:pic>
              </a:graphicData>
            </a:graphic>
            <wp14:sizeRelH relativeFrom="page">
              <wp14:pctWidth>0</wp14:pctWidth>
            </wp14:sizeRelH>
            <wp14:sizeRelV relativeFrom="page">
              <wp14:pctHeight>0</wp14:pctHeight>
            </wp14:sizeRelV>
          </wp:anchor>
        </w:drawing>
      </w:r>
      <w:r w:rsidR="00387090" w:rsidRPr="00B62C6F">
        <w:rPr>
          <w:rFonts w:ascii="Simplified Arabic" w:hAnsi="Simplified Arabic" w:cs="Simplified Arabic"/>
          <w:sz w:val="28"/>
          <w:szCs w:val="28"/>
          <w:rtl/>
        </w:rPr>
        <w:t xml:space="preserve">شكل </w:t>
      </w:r>
      <w:r w:rsidR="00387090" w:rsidRPr="00B62C6F">
        <w:rPr>
          <w:rFonts w:ascii="Simplified Arabic" w:hAnsi="Simplified Arabic" w:cs="Simplified Arabic"/>
          <w:sz w:val="28"/>
          <w:szCs w:val="28"/>
        </w:rPr>
        <w:t>:(1)</w:t>
      </w:r>
      <w:r w:rsidR="00387090" w:rsidRPr="00B62C6F">
        <w:rPr>
          <w:rFonts w:ascii="Simplified Arabic" w:hAnsi="Simplified Arabic" w:cs="Simplified Arabic"/>
          <w:sz w:val="28"/>
          <w:szCs w:val="28"/>
          <w:rtl/>
        </w:rPr>
        <w:t xml:space="preserve"> توزيع أفراد عينة الدراسة حسب متغير النوع</w:t>
      </w:r>
    </w:p>
    <w:p w14:paraId="3449EAE1" w14:textId="31B07FD5" w:rsidR="00820F17" w:rsidRPr="00B62C6F" w:rsidRDefault="00820F17" w:rsidP="00820F17">
      <w:pPr>
        <w:bidi/>
        <w:spacing w:before="480" w:after="480" w:line="240" w:lineRule="auto"/>
        <w:jc w:val="both"/>
        <w:rPr>
          <w:rFonts w:ascii="Simplified Arabic" w:eastAsia="Times New Roman" w:hAnsi="Simplified Arabic" w:cs="Simplified Arabic"/>
          <w:sz w:val="28"/>
          <w:szCs w:val="28"/>
          <w:rtl/>
        </w:rPr>
      </w:pPr>
    </w:p>
    <w:p w14:paraId="59396B77" w14:textId="0ADC9005" w:rsidR="00A612D9" w:rsidRPr="00B62C6F" w:rsidRDefault="00A612D9" w:rsidP="00A612D9">
      <w:pPr>
        <w:bidi/>
        <w:spacing w:before="480" w:after="480" w:line="240" w:lineRule="auto"/>
        <w:jc w:val="both"/>
        <w:rPr>
          <w:rFonts w:ascii="Simplified Arabic" w:eastAsia="Times New Roman" w:hAnsi="Simplified Arabic" w:cs="Simplified Arabic"/>
          <w:sz w:val="28"/>
          <w:szCs w:val="28"/>
          <w:rtl/>
        </w:rPr>
      </w:pPr>
    </w:p>
    <w:p w14:paraId="4A8DD6D9" w14:textId="3E78242A" w:rsidR="00A612D9" w:rsidRPr="00B62C6F" w:rsidRDefault="00A612D9" w:rsidP="00A612D9">
      <w:pPr>
        <w:bidi/>
        <w:spacing w:before="480" w:after="480" w:line="240" w:lineRule="auto"/>
        <w:jc w:val="both"/>
        <w:rPr>
          <w:rFonts w:ascii="Simplified Arabic" w:eastAsia="Times New Roman" w:hAnsi="Simplified Arabic" w:cs="Simplified Arabic"/>
          <w:sz w:val="28"/>
          <w:szCs w:val="28"/>
          <w:rtl/>
        </w:rPr>
      </w:pPr>
    </w:p>
    <w:p w14:paraId="2210373A" w14:textId="632368FC" w:rsidR="00A612D9" w:rsidRPr="00B62C6F" w:rsidRDefault="00A612D9" w:rsidP="00A612D9">
      <w:pPr>
        <w:bidi/>
        <w:spacing w:before="480" w:after="480" w:line="240" w:lineRule="auto"/>
        <w:jc w:val="both"/>
        <w:rPr>
          <w:rFonts w:ascii="Simplified Arabic" w:eastAsia="Times New Roman" w:hAnsi="Simplified Arabic" w:cs="Simplified Arabic"/>
          <w:sz w:val="28"/>
          <w:szCs w:val="28"/>
          <w:rtl/>
        </w:rPr>
      </w:pPr>
    </w:p>
    <w:p w14:paraId="036B526B" w14:textId="4E77C08B" w:rsidR="00F63D4D" w:rsidRPr="00B62C6F" w:rsidRDefault="00F63D4D" w:rsidP="00D66359">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تشير نتائج الجدول (1) والشكل (1) إلى ارتفاع نسبة الإناث في عينة الدراسة مقارنة بالذكور، وهو ما يمكن تفسيره من واقع معايشة الظاهرة البحثية بأن النساء في المجتمع السعودي يظهرن اهتماماً وسلوكاً اتصالياً وتفاعلياً أعلى لقنوات الدعم الرقمي والخدمات التكنولوجية الحديثة التابعة للشركات. حيث تميل المستهلكات الإناث بطبيعتهن </w:t>
      </w:r>
      <w:r w:rsidRPr="00B62C6F">
        <w:rPr>
          <w:rFonts w:ascii="Simplified Arabic" w:eastAsia="Times New Roman" w:hAnsi="Simplified Arabic" w:cs="Simplified Arabic"/>
          <w:sz w:val="28"/>
          <w:szCs w:val="28"/>
          <w:rtl/>
        </w:rPr>
        <w:lastRenderedPageBreak/>
        <w:t>الشرائية والتسويقية إلى كثافة الاستفسار، ومتابعة تفاصيل المعاملات، ومتابعة حالة الطلبيات والشحنات الإلكترونية، والتحقق المستمر من سياسات الاستبدال والاسترجاع، مما يجعلهن الفئة الأكثر اعتماداً وتعرّضاً لقنوات الرد الآلي والمساعدات الذكية "الشات بوت" بهدف اختصار الجهد وزمن الانتظار. في المقابل، يميل المستهلكون الذكور في الغالب إلى اتخاذ قرارات اتصالية أكثر سرعة ومباشرة تعتمد على الخبرة السابقة، أو قنوات الدعم البشري المباشر عند الضرورة دون الحاجة لخوض المحادثات الآلية الروتينية المتكررة.</w:t>
      </w:r>
    </w:p>
    <w:p w14:paraId="60077D19" w14:textId="7528C572" w:rsidR="008D0E20" w:rsidRPr="00B62C6F" w:rsidRDefault="00F63D4D" w:rsidP="00A27BD9">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وتتفق هذه النتيجة مع دراسة (الجهني، 2026)، والتي أثبتت وجود أثر طردي إيجابي لمتغير الفاعلية الرقمية على تقييم جودة تجربة المستهلكات الإناث عبر قنوات التواصل الذكية للشركات السعودية، وتفوقهن في حجم الاعتماد اليومي على الأنظمة الآلية مقارنة بالذكور. كما يدعم هذا الطرح ما توصلت إليه دراسة (الوعل، 2023) التي أكدت أن قطاعات التسوق الإلكتروني للملابس والتجزئة هي الأكثر تفضيلاً وترشيحاً من قِبل الجمهور النسائي لاستخدام تقنيات الشات بوت لتسهيل الحصول على بيانات فورية ومحدثة. وتأصيلاً من الأدبيات في مجال سلوك المستهلك، فإن العميل في الخدمات ذات الطبيعة التفاعلية الرقمية يعتمد بدرجة كبيرة على القنوات التي تضمن تدفق البيانات بوضوح؛ لتقليل درجة عدم التأكد والمخاطرة المدركة قبل إتمام المعاملات (سليمان، 2023، ص. 134). وتدعم ذلك الإحصاءات والتقارير الحديثة التي توضح الانتشار الواسع للخدمات التكنولوجية في المملكة العربية السعودية، وتنامي الاعتماد الاستهلاكي للمرأة السعودية عبر قنوات تكنولوجيا المعلومات والاتصالات كعنصر محوري في الاقتصاد الرقمي المعاصر (وزارة الاتصالات وتقنية المعلومات، 2020، ص. 14)</w:t>
      </w:r>
      <w:r w:rsidRPr="00B62C6F">
        <w:rPr>
          <w:rFonts w:ascii="Simplified Arabic" w:eastAsia="Times New Roman" w:hAnsi="Simplified Arabic" w:cs="Simplified Arabic"/>
          <w:sz w:val="28"/>
          <w:szCs w:val="28"/>
        </w:rPr>
        <w:t>.</w:t>
      </w:r>
    </w:p>
    <w:p w14:paraId="3706BA03" w14:textId="3602993C" w:rsidR="00CE1645" w:rsidRPr="00B62C6F" w:rsidRDefault="00CE1645" w:rsidP="00CE1645">
      <w:pPr>
        <w:bidi/>
        <w:spacing w:before="480" w:after="480" w:line="240" w:lineRule="auto"/>
        <w:jc w:val="both"/>
        <w:rPr>
          <w:rFonts w:ascii="Simplified Arabic" w:hAnsi="Simplified Arabic" w:cs="Simplified Arabic"/>
          <w:sz w:val="28"/>
          <w:szCs w:val="28"/>
          <w:u w:val="single"/>
          <w:rtl/>
        </w:rPr>
      </w:pPr>
      <w:r w:rsidRPr="00B62C6F">
        <w:rPr>
          <w:rFonts w:ascii="Simplified Arabic" w:hAnsi="Simplified Arabic" w:cs="Simplified Arabic"/>
          <w:sz w:val="28"/>
          <w:szCs w:val="28"/>
          <w:u w:val="single"/>
          <w:rtl/>
        </w:rPr>
        <w:t>2- توزيع عينة الدراسة وفقا لمتغير العمر:</w:t>
      </w:r>
    </w:p>
    <w:p w14:paraId="181AD7E3" w14:textId="6C571EDB" w:rsidR="00CE1645" w:rsidRPr="00B62C6F" w:rsidRDefault="00CE1645" w:rsidP="00CE1645">
      <w:pPr>
        <w:bidi/>
        <w:spacing w:before="480" w:after="480" w:line="240" w:lineRule="auto"/>
        <w:jc w:val="center"/>
        <w:rPr>
          <w:rFonts w:ascii="Simplified Arabic" w:hAnsi="Simplified Arabic" w:cs="Simplified Arabic"/>
          <w:sz w:val="28"/>
          <w:szCs w:val="28"/>
        </w:rPr>
      </w:pPr>
      <w:r w:rsidRPr="00B62C6F">
        <w:rPr>
          <w:rFonts w:ascii="Simplified Arabic" w:hAnsi="Simplified Arabic" w:cs="Simplified Arabic"/>
          <w:sz w:val="28"/>
          <w:szCs w:val="28"/>
          <w:rtl/>
        </w:rPr>
        <w:t xml:space="preserve">جدول </w:t>
      </w:r>
      <w:r w:rsidRPr="00B62C6F">
        <w:rPr>
          <w:rFonts w:ascii="Simplified Arabic" w:hAnsi="Simplified Arabic" w:cs="Simplified Arabic"/>
          <w:sz w:val="28"/>
          <w:szCs w:val="28"/>
        </w:rPr>
        <w:t>:(2)</w:t>
      </w:r>
      <w:r w:rsidRPr="00B62C6F">
        <w:rPr>
          <w:rFonts w:ascii="Simplified Arabic" w:hAnsi="Simplified Arabic" w:cs="Simplified Arabic"/>
          <w:sz w:val="28"/>
          <w:szCs w:val="28"/>
          <w:rtl/>
        </w:rPr>
        <w:t xml:space="preserve"> بيانات الدراسة وفقا لمتغير العمر</w:t>
      </w:r>
    </w:p>
    <w:tbl>
      <w:tblPr>
        <w:tblStyle w:val="afa"/>
        <w:bidiVisual/>
        <w:tblW w:w="0" w:type="auto"/>
        <w:tblLook w:val="04A0" w:firstRow="1" w:lastRow="0" w:firstColumn="1" w:lastColumn="0" w:noHBand="0" w:noVBand="1"/>
      </w:tblPr>
      <w:tblGrid>
        <w:gridCol w:w="3396"/>
        <w:gridCol w:w="3396"/>
        <w:gridCol w:w="3396"/>
      </w:tblGrid>
      <w:tr w:rsidR="00CE1645" w:rsidRPr="00B62C6F" w14:paraId="53A6FC51" w14:textId="77777777" w:rsidTr="00557C2D">
        <w:trPr>
          <w:trHeight w:val="299"/>
        </w:trPr>
        <w:tc>
          <w:tcPr>
            <w:tcW w:w="3396" w:type="dxa"/>
          </w:tcPr>
          <w:p w14:paraId="58D8EE4A" w14:textId="77777777" w:rsidR="00CE1645" w:rsidRPr="00B62C6F" w:rsidRDefault="00CE1645"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الفئة</w:t>
            </w:r>
          </w:p>
        </w:tc>
        <w:tc>
          <w:tcPr>
            <w:tcW w:w="3396" w:type="dxa"/>
          </w:tcPr>
          <w:p w14:paraId="153A6A06" w14:textId="77777777" w:rsidR="00CE1645" w:rsidRPr="00B62C6F" w:rsidRDefault="00CE1645"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التكرار</w:t>
            </w:r>
          </w:p>
        </w:tc>
        <w:tc>
          <w:tcPr>
            <w:tcW w:w="3396" w:type="dxa"/>
          </w:tcPr>
          <w:p w14:paraId="7D02132F" w14:textId="77777777" w:rsidR="00CE1645" w:rsidRPr="00B62C6F" w:rsidRDefault="00CE1645"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النسبة</w:t>
            </w:r>
          </w:p>
        </w:tc>
      </w:tr>
      <w:tr w:rsidR="00CE1645" w:rsidRPr="00B62C6F" w14:paraId="26F7B750" w14:textId="77777777" w:rsidTr="00557C2D">
        <w:trPr>
          <w:trHeight w:val="405"/>
        </w:trPr>
        <w:tc>
          <w:tcPr>
            <w:tcW w:w="3396" w:type="dxa"/>
          </w:tcPr>
          <w:p w14:paraId="482A8E36" w14:textId="1FB28149" w:rsidR="00CE1645" w:rsidRPr="00B62C6F" w:rsidRDefault="00CE1645"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xml:space="preserve">من </w:t>
            </w:r>
            <w:r w:rsidR="00131F04" w:rsidRPr="00B62C6F">
              <w:rPr>
                <w:rFonts w:ascii="Simplified Arabic" w:eastAsia="Times New Roman" w:hAnsi="Simplified Arabic" w:cs="Simplified Arabic"/>
                <w:b/>
                <w:bCs/>
                <w:sz w:val="28"/>
                <w:szCs w:val="28"/>
              </w:rPr>
              <w:t>18</w:t>
            </w:r>
            <w:r w:rsidRPr="00B62C6F">
              <w:rPr>
                <w:rFonts w:ascii="Simplified Arabic" w:eastAsia="Times New Roman" w:hAnsi="Simplified Arabic" w:cs="Simplified Arabic"/>
                <w:b/>
                <w:bCs/>
                <w:sz w:val="28"/>
                <w:szCs w:val="28"/>
                <w:rtl/>
              </w:rPr>
              <w:t xml:space="preserve"> إلى </w:t>
            </w:r>
            <w:r w:rsidR="00131F04" w:rsidRPr="00B62C6F">
              <w:rPr>
                <w:rFonts w:ascii="Simplified Arabic" w:eastAsia="Times New Roman" w:hAnsi="Simplified Arabic" w:cs="Simplified Arabic"/>
                <w:b/>
                <w:bCs/>
                <w:sz w:val="28"/>
                <w:szCs w:val="28"/>
              </w:rPr>
              <w:t>35</w:t>
            </w:r>
            <w:r w:rsidRPr="00B62C6F">
              <w:rPr>
                <w:rFonts w:ascii="Simplified Arabic" w:eastAsia="Times New Roman" w:hAnsi="Simplified Arabic" w:cs="Simplified Arabic"/>
                <w:b/>
                <w:bCs/>
                <w:sz w:val="28"/>
                <w:szCs w:val="28"/>
                <w:rtl/>
              </w:rPr>
              <w:t xml:space="preserve"> سنة</w:t>
            </w:r>
          </w:p>
        </w:tc>
        <w:tc>
          <w:tcPr>
            <w:tcW w:w="3396" w:type="dxa"/>
          </w:tcPr>
          <w:p w14:paraId="239E7ED7" w14:textId="7A56BE7B" w:rsidR="00CE1645" w:rsidRPr="00B62C6F" w:rsidRDefault="00131F04"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217</w:t>
            </w:r>
          </w:p>
        </w:tc>
        <w:tc>
          <w:tcPr>
            <w:tcW w:w="3396" w:type="dxa"/>
          </w:tcPr>
          <w:p w14:paraId="1274D40D" w14:textId="0221144A" w:rsidR="00CE1645" w:rsidRPr="00B62C6F" w:rsidRDefault="00131F04"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75.3</w:t>
            </w:r>
            <w:r w:rsidR="00CE1645" w:rsidRPr="00B62C6F">
              <w:rPr>
                <w:rFonts w:ascii="Simplified Arabic" w:eastAsia="Times New Roman" w:hAnsi="Simplified Arabic" w:cs="Simplified Arabic"/>
                <w:sz w:val="28"/>
                <w:szCs w:val="28"/>
              </w:rPr>
              <w:t>%</w:t>
            </w:r>
          </w:p>
        </w:tc>
      </w:tr>
      <w:tr w:rsidR="00CE1645" w:rsidRPr="00B62C6F" w14:paraId="45D400E9" w14:textId="77777777" w:rsidTr="00557C2D">
        <w:trPr>
          <w:trHeight w:val="423"/>
        </w:trPr>
        <w:tc>
          <w:tcPr>
            <w:tcW w:w="3396" w:type="dxa"/>
          </w:tcPr>
          <w:p w14:paraId="08404192" w14:textId="1E675502" w:rsidR="00CE1645" w:rsidRPr="00B62C6F" w:rsidRDefault="00CE1645" w:rsidP="00CE1645">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xml:space="preserve">من </w:t>
            </w:r>
            <w:r w:rsidR="00131F04" w:rsidRPr="00B62C6F">
              <w:rPr>
                <w:rFonts w:ascii="Simplified Arabic" w:eastAsia="Times New Roman" w:hAnsi="Simplified Arabic" w:cs="Simplified Arabic"/>
                <w:b/>
                <w:bCs/>
                <w:sz w:val="28"/>
                <w:szCs w:val="28"/>
              </w:rPr>
              <w:t>36</w:t>
            </w:r>
            <w:r w:rsidRPr="00B62C6F">
              <w:rPr>
                <w:rFonts w:ascii="Simplified Arabic" w:eastAsia="Times New Roman" w:hAnsi="Simplified Arabic" w:cs="Simplified Arabic"/>
                <w:b/>
                <w:bCs/>
                <w:sz w:val="28"/>
                <w:szCs w:val="28"/>
                <w:rtl/>
              </w:rPr>
              <w:t xml:space="preserve"> إلى </w:t>
            </w:r>
            <w:r w:rsidR="00131F04" w:rsidRPr="00B62C6F">
              <w:rPr>
                <w:rFonts w:ascii="Simplified Arabic" w:eastAsia="Times New Roman" w:hAnsi="Simplified Arabic" w:cs="Simplified Arabic"/>
                <w:b/>
                <w:bCs/>
                <w:sz w:val="28"/>
                <w:szCs w:val="28"/>
              </w:rPr>
              <w:t>50</w:t>
            </w:r>
            <w:r w:rsidRPr="00B62C6F">
              <w:rPr>
                <w:rFonts w:ascii="Simplified Arabic" w:eastAsia="Times New Roman" w:hAnsi="Simplified Arabic" w:cs="Simplified Arabic"/>
                <w:b/>
                <w:bCs/>
                <w:sz w:val="28"/>
                <w:szCs w:val="28"/>
                <w:rtl/>
              </w:rPr>
              <w:t xml:space="preserve"> سنة</w:t>
            </w:r>
          </w:p>
        </w:tc>
        <w:tc>
          <w:tcPr>
            <w:tcW w:w="3396" w:type="dxa"/>
          </w:tcPr>
          <w:p w14:paraId="242038C9" w14:textId="15CFEC47" w:rsidR="00CE1645" w:rsidRPr="00B62C6F" w:rsidRDefault="00131F04" w:rsidP="00CE1645">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57</w:t>
            </w:r>
          </w:p>
        </w:tc>
        <w:tc>
          <w:tcPr>
            <w:tcW w:w="3396" w:type="dxa"/>
          </w:tcPr>
          <w:p w14:paraId="032F3A16" w14:textId="38912C64" w:rsidR="00CE1645" w:rsidRPr="00B62C6F" w:rsidRDefault="00131F04" w:rsidP="00CE1645">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19.8</w:t>
            </w:r>
            <w:r w:rsidR="00CE1645" w:rsidRPr="00B62C6F">
              <w:rPr>
                <w:rFonts w:ascii="Simplified Arabic" w:eastAsia="Times New Roman" w:hAnsi="Simplified Arabic" w:cs="Simplified Arabic"/>
                <w:sz w:val="28"/>
                <w:szCs w:val="28"/>
              </w:rPr>
              <w:t>%</w:t>
            </w:r>
          </w:p>
        </w:tc>
      </w:tr>
      <w:tr w:rsidR="00131F04" w:rsidRPr="00B62C6F" w14:paraId="7EA80958" w14:textId="77777777" w:rsidTr="00557C2D">
        <w:trPr>
          <w:trHeight w:val="423"/>
        </w:trPr>
        <w:tc>
          <w:tcPr>
            <w:tcW w:w="3396" w:type="dxa"/>
          </w:tcPr>
          <w:p w14:paraId="77654880" w14:textId="13089D67" w:rsidR="00131F04" w:rsidRPr="00B62C6F" w:rsidRDefault="00131F04" w:rsidP="00131F04">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Pr>
              <w:t>51</w:t>
            </w:r>
            <w:r w:rsidRPr="00B62C6F">
              <w:rPr>
                <w:rFonts w:ascii="Simplified Arabic" w:eastAsia="Times New Roman" w:hAnsi="Simplified Arabic" w:cs="Simplified Arabic"/>
                <w:b/>
                <w:bCs/>
                <w:sz w:val="28"/>
                <w:szCs w:val="28"/>
                <w:rtl/>
              </w:rPr>
              <w:t xml:space="preserve"> سنة فأكثر</w:t>
            </w:r>
          </w:p>
        </w:tc>
        <w:tc>
          <w:tcPr>
            <w:tcW w:w="3396" w:type="dxa"/>
          </w:tcPr>
          <w:p w14:paraId="039B4ADE" w14:textId="0C0DBD04" w:rsidR="00131F04" w:rsidRPr="00B62C6F" w:rsidRDefault="00131F04" w:rsidP="00131F04">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14</w:t>
            </w:r>
          </w:p>
        </w:tc>
        <w:tc>
          <w:tcPr>
            <w:tcW w:w="3396" w:type="dxa"/>
          </w:tcPr>
          <w:p w14:paraId="7793DD91" w14:textId="6572E99C" w:rsidR="00131F04" w:rsidRPr="00B62C6F" w:rsidRDefault="00131F04" w:rsidP="00131F04">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4.9%</w:t>
            </w:r>
          </w:p>
        </w:tc>
      </w:tr>
      <w:tr w:rsidR="00131F04" w:rsidRPr="00B62C6F" w14:paraId="2617C96D" w14:textId="77777777" w:rsidTr="00557C2D">
        <w:trPr>
          <w:trHeight w:val="403"/>
        </w:trPr>
        <w:tc>
          <w:tcPr>
            <w:tcW w:w="3396" w:type="dxa"/>
          </w:tcPr>
          <w:p w14:paraId="7133B6D9" w14:textId="77777777" w:rsidR="00131F04" w:rsidRPr="00B62C6F" w:rsidRDefault="00131F04" w:rsidP="00131F04">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الإجمالي</w:t>
            </w:r>
          </w:p>
        </w:tc>
        <w:tc>
          <w:tcPr>
            <w:tcW w:w="3396" w:type="dxa"/>
          </w:tcPr>
          <w:p w14:paraId="67FA8942" w14:textId="77777777" w:rsidR="00131F04" w:rsidRPr="00B62C6F" w:rsidRDefault="00131F04" w:rsidP="00131F04">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288</w:t>
            </w:r>
          </w:p>
        </w:tc>
        <w:tc>
          <w:tcPr>
            <w:tcW w:w="3396" w:type="dxa"/>
          </w:tcPr>
          <w:p w14:paraId="11708E82" w14:textId="77777777" w:rsidR="00131F04" w:rsidRPr="00B62C6F" w:rsidRDefault="00131F04" w:rsidP="00131F04">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100.0%</w:t>
            </w:r>
          </w:p>
        </w:tc>
      </w:tr>
    </w:tbl>
    <w:p w14:paraId="3456F151" w14:textId="5792731C" w:rsidR="00CE1645" w:rsidRPr="00B62C6F" w:rsidRDefault="008D0E20" w:rsidP="00A27BD9">
      <w:pPr>
        <w:bidi/>
        <w:spacing w:before="480" w:after="480" w:line="240" w:lineRule="auto"/>
        <w:jc w:val="center"/>
        <w:rPr>
          <w:rFonts w:ascii="Simplified Arabic" w:hAnsi="Simplified Arabic" w:cs="Simplified Arabic"/>
          <w:sz w:val="28"/>
          <w:szCs w:val="28"/>
        </w:rPr>
      </w:pPr>
      <w:r w:rsidRPr="00B62C6F">
        <w:rPr>
          <w:rFonts w:ascii="Simplified Arabic" w:hAnsi="Simplified Arabic" w:cs="Simplified Arabic"/>
          <w:b/>
          <w:bCs/>
          <w:noProof/>
          <w:sz w:val="28"/>
          <w:szCs w:val="28"/>
          <w:rtl/>
        </w:rPr>
        <w:lastRenderedPageBreak/>
        <w:drawing>
          <wp:anchor distT="0" distB="0" distL="114300" distR="114300" simplePos="0" relativeHeight="251653120" behindDoc="0" locked="0" layoutInCell="1" allowOverlap="1" wp14:anchorId="0DF99AE7" wp14:editId="5E39104D">
            <wp:simplePos x="0" y="0"/>
            <wp:positionH relativeFrom="column">
              <wp:posOffset>1251585</wp:posOffset>
            </wp:positionH>
            <wp:positionV relativeFrom="paragraph">
              <wp:posOffset>289560</wp:posOffset>
            </wp:positionV>
            <wp:extent cx="3819525" cy="2048980"/>
            <wp:effectExtent l="0" t="0" r="0" b="8890"/>
            <wp:wrapNone/>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19525" cy="2048980"/>
                    </a:xfrm>
                    <a:prstGeom prst="rect">
                      <a:avLst/>
                    </a:prstGeom>
                  </pic:spPr>
                </pic:pic>
              </a:graphicData>
            </a:graphic>
            <wp14:sizeRelH relativeFrom="page">
              <wp14:pctWidth>0</wp14:pctWidth>
            </wp14:sizeRelH>
            <wp14:sizeRelV relativeFrom="page">
              <wp14:pctHeight>0</wp14:pctHeight>
            </wp14:sizeRelV>
          </wp:anchor>
        </w:drawing>
      </w:r>
      <w:r w:rsidR="00CE1645" w:rsidRPr="00B62C6F">
        <w:rPr>
          <w:rFonts w:ascii="Simplified Arabic" w:hAnsi="Simplified Arabic" w:cs="Simplified Arabic"/>
          <w:sz w:val="28"/>
          <w:szCs w:val="28"/>
          <w:rtl/>
        </w:rPr>
        <w:t xml:space="preserve">شكل </w:t>
      </w:r>
      <w:r w:rsidR="00CE1645" w:rsidRPr="00B62C6F">
        <w:rPr>
          <w:rFonts w:ascii="Simplified Arabic" w:hAnsi="Simplified Arabic" w:cs="Simplified Arabic"/>
          <w:sz w:val="28"/>
          <w:szCs w:val="28"/>
        </w:rPr>
        <w:t>:(2)</w:t>
      </w:r>
      <w:r w:rsidR="00CE1645" w:rsidRPr="00B62C6F">
        <w:rPr>
          <w:rFonts w:ascii="Simplified Arabic" w:hAnsi="Simplified Arabic" w:cs="Simplified Arabic"/>
          <w:sz w:val="28"/>
          <w:szCs w:val="28"/>
          <w:rtl/>
        </w:rPr>
        <w:t xml:space="preserve"> توزيع أفراد عينة الدراسة حسب متغير العمر</w:t>
      </w:r>
    </w:p>
    <w:p w14:paraId="284FEDFD" w14:textId="0CCD6BA6" w:rsidR="005C7704" w:rsidRPr="00B62C6F" w:rsidRDefault="005C7704" w:rsidP="00420079">
      <w:pPr>
        <w:bidi/>
        <w:spacing w:line="360" w:lineRule="auto"/>
        <w:jc w:val="both"/>
        <w:rPr>
          <w:rFonts w:ascii="Simplified Arabic" w:hAnsi="Simplified Arabic" w:cs="Simplified Arabic"/>
          <w:b/>
          <w:bCs/>
          <w:sz w:val="28"/>
          <w:szCs w:val="28"/>
          <w:rtl/>
        </w:rPr>
      </w:pPr>
    </w:p>
    <w:p w14:paraId="00FEA6A9" w14:textId="77777777" w:rsidR="005C7704" w:rsidRPr="00B62C6F" w:rsidRDefault="005C7704" w:rsidP="005C7704">
      <w:pPr>
        <w:bidi/>
        <w:spacing w:line="360" w:lineRule="auto"/>
        <w:jc w:val="both"/>
        <w:rPr>
          <w:rFonts w:ascii="Simplified Arabic" w:hAnsi="Simplified Arabic" w:cs="Simplified Arabic"/>
          <w:b/>
          <w:bCs/>
          <w:sz w:val="28"/>
          <w:szCs w:val="28"/>
          <w:rtl/>
        </w:rPr>
      </w:pPr>
    </w:p>
    <w:p w14:paraId="10B5964F" w14:textId="77777777" w:rsidR="005C7704" w:rsidRPr="00B62C6F" w:rsidRDefault="005C7704" w:rsidP="005C7704">
      <w:pPr>
        <w:bidi/>
        <w:spacing w:line="360" w:lineRule="auto"/>
        <w:jc w:val="both"/>
        <w:rPr>
          <w:rFonts w:ascii="Simplified Arabic" w:hAnsi="Simplified Arabic" w:cs="Simplified Arabic"/>
          <w:b/>
          <w:bCs/>
          <w:sz w:val="28"/>
          <w:szCs w:val="28"/>
          <w:rtl/>
        </w:rPr>
      </w:pPr>
    </w:p>
    <w:p w14:paraId="631DB718" w14:textId="77777777" w:rsidR="00A27BD9" w:rsidRPr="00A27BD9" w:rsidRDefault="00D66359" w:rsidP="00D66359">
      <w:pPr>
        <w:bidi/>
        <w:jc w:val="both"/>
        <w:rPr>
          <w:rFonts w:ascii="Simplified Arabic" w:eastAsia="Times New Roman" w:hAnsi="Simplified Arabic" w:cs="Simplified Arabic"/>
          <w:sz w:val="2"/>
          <w:szCs w:val="2"/>
          <w:rtl/>
        </w:rPr>
      </w:pPr>
      <w:r w:rsidRPr="00B62C6F">
        <w:rPr>
          <w:rFonts w:ascii="Simplified Arabic" w:eastAsia="Times New Roman" w:hAnsi="Simplified Arabic" w:cs="Simplified Arabic"/>
          <w:sz w:val="28"/>
          <w:szCs w:val="28"/>
          <w:rtl/>
        </w:rPr>
        <w:t xml:space="preserve">  </w:t>
      </w:r>
    </w:p>
    <w:p w14:paraId="20EDF3BF" w14:textId="7B6AE345" w:rsidR="00C76CC0" w:rsidRPr="00B62C6F" w:rsidRDefault="00A27BD9" w:rsidP="00A27BD9">
      <w:pPr>
        <w:bidi/>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C76CC0" w:rsidRPr="00B62C6F">
        <w:rPr>
          <w:rFonts w:ascii="Simplified Arabic" w:eastAsia="Times New Roman" w:hAnsi="Simplified Arabic" w:cs="Simplified Arabic"/>
          <w:sz w:val="28"/>
          <w:szCs w:val="28"/>
          <w:rtl/>
        </w:rPr>
        <w:t xml:space="preserve">تشير نتائج الجدول (2) والشكل (2) إلى أن الفئة العمرية من (18–35 سنة) تمثل النسبة الأكبر من أفراد عينة الدراسة، وهو ما </w:t>
      </w:r>
      <w:r w:rsidR="00EF76CB" w:rsidRPr="00B62C6F">
        <w:rPr>
          <w:rFonts w:ascii="Simplified Arabic" w:eastAsia="Times New Roman" w:hAnsi="Simplified Arabic" w:cs="Simplified Arabic"/>
          <w:sz w:val="28"/>
          <w:szCs w:val="28"/>
          <w:rtl/>
        </w:rPr>
        <w:t xml:space="preserve">تفسره الباحثة </w:t>
      </w:r>
      <w:r w:rsidR="00C76CC0" w:rsidRPr="00B62C6F">
        <w:rPr>
          <w:rFonts w:ascii="Simplified Arabic" w:eastAsia="Times New Roman" w:hAnsi="Simplified Arabic" w:cs="Simplified Arabic"/>
          <w:sz w:val="28"/>
          <w:szCs w:val="28"/>
          <w:rtl/>
        </w:rPr>
        <w:t>بأن هذه الفئة تعد الأكثر استخداماً لمنصات التواصل والتطبيقات الذكية، والأكثر مرونة وقبولاً لأتمتة الاتصال. ويمتلك جيل الشباب مهارات تقنية مرتفعة وفاعلية ذاتية رقمية تجعلهم يفضلون الاعتماد على "الشات بوت" كوسيلة عصرية تلبي تطلعاتهم نحو الاستجابة الفورية والحلول الذاتية السريعة لمعاملاتهم الاستهلاكية. في المقابل، ينخفض التفاعل والتمثيل كلما تقدم العمر (وصولاً إلى 4.9% لمن هم فوق 51 سنة)، وهو أمر طبيعي يعود إلى احتمالية وجود فجوة رقمية نسبية أو تفضيل كبار السن لقنوات الدعم البشري التقليدية لضمان الطمأنينة والأمان المعرفي في التعامل مع المنشآت</w:t>
      </w:r>
      <w:r w:rsidR="00C76CC0" w:rsidRPr="00B62C6F">
        <w:rPr>
          <w:rFonts w:ascii="Simplified Arabic" w:eastAsia="Times New Roman" w:hAnsi="Simplified Arabic" w:cs="Simplified Arabic"/>
          <w:sz w:val="28"/>
          <w:szCs w:val="28"/>
        </w:rPr>
        <w:t>.</w:t>
      </w:r>
    </w:p>
    <w:p w14:paraId="2A4C5806" w14:textId="4DD9AEE0" w:rsidR="00A27BD9" w:rsidRPr="00A27BD9" w:rsidRDefault="00D66359" w:rsidP="00A27BD9">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w:t>
      </w:r>
      <w:r w:rsidR="00C76CC0" w:rsidRPr="00B62C6F">
        <w:rPr>
          <w:rFonts w:ascii="Simplified Arabic" w:eastAsia="Times New Roman" w:hAnsi="Simplified Arabic" w:cs="Simplified Arabic"/>
          <w:sz w:val="28"/>
          <w:szCs w:val="28"/>
          <w:rtl/>
        </w:rPr>
        <w:t>وتتفق هذه النتيجة مع دراسة (المري، 2023) من وجود فروق ذات دلالة إحصائية في تقييم جودة خدمات الشات بوت وقبولها تعزى لمتغير العمر لصالح الفئات الشابة والأكثر حيوية في تبني قنوات الدعم الرقمي الذكية. كما يتعزز هذا التفسير بما أسفرت عنه دراسة</w:t>
      </w:r>
      <w:r w:rsidR="00C76CC0" w:rsidRPr="00B62C6F">
        <w:rPr>
          <w:rFonts w:ascii="Simplified Arabic" w:eastAsia="Times New Roman" w:hAnsi="Simplified Arabic" w:cs="Simplified Arabic"/>
          <w:sz w:val="28"/>
          <w:szCs w:val="28"/>
        </w:rPr>
        <w:t xml:space="preserve"> (Lee &amp; Chang, 2023) </w:t>
      </w:r>
      <w:r w:rsidR="00C76CC0" w:rsidRPr="00B62C6F">
        <w:rPr>
          <w:rFonts w:ascii="Simplified Arabic" w:eastAsia="Times New Roman" w:hAnsi="Simplified Arabic" w:cs="Simplified Arabic"/>
          <w:sz w:val="28"/>
          <w:szCs w:val="28"/>
          <w:rtl/>
        </w:rPr>
        <w:t>الأجنبية، والتي برهنت ميدانياً على أن معدل تكرار الاستخدام الفعلي اليومي للمساعدات الحوارية يرتفع بشكل قياسي لدى الفئات السنية الشابة والطلاب لتميزهم بالمرونة العالية في استيعاب التفاعلية الرقمية مقارنة بالأجيال الأكبر سناً. وتأصيلاً من الأدبيات النظرية في قطاع التسويق الرقمي، فإن دافعية المستهلك لاعتماد الوسائط المؤتمتة ترتبط طردياً بمفهوم التحكم المدرك والقدرة الشخصية على إدارة المحادثة البرمجية واستخراج الأجوبة بدقة (أسعد، 2023، ص. 45). وتدعم هذه النتيجة التقارير الوطنية الحديثة التي تؤكد أن فئة الشباب تمثل الشريحة الديموغرافية الأكبر والأكثر نشاطاً وتجاوباً مع البنية التحتية التكنولوجية والمنصات الذكية المتاحة في المملكة العربية السعودية (وزارة الاتصالات وتقنية المعلومات، 2020، ص. 14).</w:t>
      </w:r>
    </w:p>
    <w:p w14:paraId="3D2CDA72" w14:textId="4348924C" w:rsidR="00BF51C1" w:rsidRPr="00B62C6F" w:rsidRDefault="00BF51C1" w:rsidP="00BF51C1">
      <w:pPr>
        <w:bidi/>
        <w:spacing w:before="480" w:after="480" w:line="240" w:lineRule="auto"/>
        <w:jc w:val="both"/>
        <w:rPr>
          <w:rFonts w:ascii="Simplified Arabic" w:hAnsi="Simplified Arabic" w:cs="Simplified Arabic"/>
          <w:sz w:val="28"/>
          <w:szCs w:val="28"/>
          <w:u w:val="single"/>
          <w:rtl/>
        </w:rPr>
      </w:pPr>
      <w:r w:rsidRPr="00B62C6F">
        <w:rPr>
          <w:rFonts w:ascii="Simplified Arabic" w:hAnsi="Simplified Arabic" w:cs="Simplified Arabic"/>
          <w:sz w:val="28"/>
          <w:szCs w:val="28"/>
          <w:u w:val="single"/>
          <w:rtl/>
        </w:rPr>
        <w:lastRenderedPageBreak/>
        <w:t xml:space="preserve">3- توزيع عينة الدراسة وفقا لمتغير </w:t>
      </w:r>
      <w:r w:rsidR="00C41507" w:rsidRPr="00B62C6F">
        <w:rPr>
          <w:rFonts w:ascii="Simplified Arabic" w:hAnsi="Simplified Arabic" w:cs="Simplified Arabic"/>
          <w:sz w:val="28"/>
          <w:szCs w:val="28"/>
          <w:u w:val="single"/>
          <w:rtl/>
        </w:rPr>
        <w:t>المستوى التعليمي</w:t>
      </w:r>
      <w:r w:rsidRPr="00B62C6F">
        <w:rPr>
          <w:rFonts w:ascii="Simplified Arabic" w:hAnsi="Simplified Arabic" w:cs="Simplified Arabic"/>
          <w:sz w:val="28"/>
          <w:szCs w:val="28"/>
          <w:u w:val="single"/>
          <w:rtl/>
        </w:rPr>
        <w:t>:</w:t>
      </w:r>
    </w:p>
    <w:p w14:paraId="7CC52632" w14:textId="431D284A" w:rsidR="00BF51C1" w:rsidRPr="00B62C6F" w:rsidRDefault="00BF51C1" w:rsidP="00BF51C1">
      <w:pPr>
        <w:bidi/>
        <w:spacing w:before="480" w:after="480" w:line="240" w:lineRule="auto"/>
        <w:jc w:val="center"/>
        <w:rPr>
          <w:rFonts w:ascii="Simplified Arabic" w:hAnsi="Simplified Arabic" w:cs="Simplified Arabic"/>
          <w:sz w:val="28"/>
          <w:szCs w:val="28"/>
        </w:rPr>
      </w:pPr>
      <w:r w:rsidRPr="00B62C6F">
        <w:rPr>
          <w:rFonts w:ascii="Simplified Arabic" w:hAnsi="Simplified Arabic" w:cs="Simplified Arabic"/>
          <w:sz w:val="28"/>
          <w:szCs w:val="28"/>
          <w:rtl/>
        </w:rPr>
        <w:t xml:space="preserve">جدول </w:t>
      </w:r>
      <w:r w:rsidRPr="00B62C6F">
        <w:rPr>
          <w:rFonts w:ascii="Simplified Arabic" w:hAnsi="Simplified Arabic" w:cs="Simplified Arabic"/>
          <w:sz w:val="28"/>
          <w:szCs w:val="28"/>
        </w:rPr>
        <w:t>:(3)</w:t>
      </w:r>
      <w:r w:rsidRPr="00B62C6F">
        <w:rPr>
          <w:rFonts w:ascii="Simplified Arabic" w:hAnsi="Simplified Arabic" w:cs="Simplified Arabic"/>
          <w:sz w:val="28"/>
          <w:szCs w:val="28"/>
          <w:rtl/>
        </w:rPr>
        <w:t xml:space="preserve"> بيانات الدراسة وفقا لمتغير </w:t>
      </w:r>
      <w:r w:rsidR="00C41507" w:rsidRPr="00B62C6F">
        <w:rPr>
          <w:rFonts w:ascii="Simplified Arabic" w:hAnsi="Simplified Arabic" w:cs="Simplified Arabic"/>
          <w:sz w:val="28"/>
          <w:szCs w:val="28"/>
          <w:rtl/>
        </w:rPr>
        <w:t>المستوى التعليمي</w:t>
      </w:r>
    </w:p>
    <w:tbl>
      <w:tblPr>
        <w:tblStyle w:val="afa"/>
        <w:bidiVisual/>
        <w:tblW w:w="0" w:type="auto"/>
        <w:tblLook w:val="04A0" w:firstRow="1" w:lastRow="0" w:firstColumn="1" w:lastColumn="0" w:noHBand="0" w:noVBand="1"/>
      </w:tblPr>
      <w:tblGrid>
        <w:gridCol w:w="3396"/>
        <w:gridCol w:w="3396"/>
        <w:gridCol w:w="3396"/>
      </w:tblGrid>
      <w:tr w:rsidR="00BF51C1" w:rsidRPr="00B62C6F" w14:paraId="63BD221E" w14:textId="77777777" w:rsidTr="00557C2D">
        <w:trPr>
          <w:trHeight w:val="299"/>
        </w:trPr>
        <w:tc>
          <w:tcPr>
            <w:tcW w:w="3396" w:type="dxa"/>
          </w:tcPr>
          <w:p w14:paraId="325743C0" w14:textId="77777777" w:rsidR="00BF51C1" w:rsidRPr="00B62C6F" w:rsidRDefault="00BF51C1"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الفئة</w:t>
            </w:r>
          </w:p>
        </w:tc>
        <w:tc>
          <w:tcPr>
            <w:tcW w:w="3396" w:type="dxa"/>
          </w:tcPr>
          <w:p w14:paraId="58CEF2B1" w14:textId="77777777" w:rsidR="00BF51C1" w:rsidRPr="00B62C6F" w:rsidRDefault="00BF51C1"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التكرار</w:t>
            </w:r>
          </w:p>
        </w:tc>
        <w:tc>
          <w:tcPr>
            <w:tcW w:w="3396" w:type="dxa"/>
          </w:tcPr>
          <w:p w14:paraId="16415741" w14:textId="77777777" w:rsidR="00BF51C1" w:rsidRPr="00B62C6F" w:rsidRDefault="00BF51C1"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النسبة</w:t>
            </w:r>
          </w:p>
        </w:tc>
      </w:tr>
      <w:tr w:rsidR="004E65FC" w:rsidRPr="00B62C6F" w14:paraId="709FC4F5" w14:textId="77777777" w:rsidTr="00557C2D">
        <w:trPr>
          <w:trHeight w:val="405"/>
        </w:trPr>
        <w:tc>
          <w:tcPr>
            <w:tcW w:w="3396" w:type="dxa"/>
          </w:tcPr>
          <w:p w14:paraId="69D2BA01" w14:textId="08B5FCA5" w:rsidR="004E65FC" w:rsidRPr="00B62C6F" w:rsidRDefault="004E65FC" w:rsidP="004E65FC">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مؤهل جامعي</w:t>
            </w:r>
          </w:p>
        </w:tc>
        <w:tc>
          <w:tcPr>
            <w:tcW w:w="3396" w:type="dxa"/>
          </w:tcPr>
          <w:p w14:paraId="5436A1C9" w14:textId="6103845C" w:rsidR="004E65FC" w:rsidRPr="00B62C6F" w:rsidRDefault="004E65FC" w:rsidP="004E65FC">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179</w:t>
            </w:r>
          </w:p>
        </w:tc>
        <w:tc>
          <w:tcPr>
            <w:tcW w:w="3396" w:type="dxa"/>
          </w:tcPr>
          <w:p w14:paraId="4EE98BA9" w14:textId="5EF9B4B5" w:rsidR="004E65FC" w:rsidRPr="00B62C6F" w:rsidRDefault="004E65FC" w:rsidP="004E65FC">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62.2%</w:t>
            </w:r>
          </w:p>
        </w:tc>
      </w:tr>
      <w:tr w:rsidR="004E65FC" w:rsidRPr="00B62C6F" w14:paraId="21D1AF9A" w14:textId="77777777" w:rsidTr="00557C2D">
        <w:trPr>
          <w:trHeight w:val="423"/>
        </w:trPr>
        <w:tc>
          <w:tcPr>
            <w:tcW w:w="3396" w:type="dxa"/>
          </w:tcPr>
          <w:p w14:paraId="3C53E0CB" w14:textId="6B00A654" w:rsidR="004E65FC" w:rsidRPr="00B62C6F" w:rsidRDefault="004E65FC" w:rsidP="004E65FC">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ثانوي عامة أو أقل</w:t>
            </w:r>
          </w:p>
        </w:tc>
        <w:tc>
          <w:tcPr>
            <w:tcW w:w="3396" w:type="dxa"/>
          </w:tcPr>
          <w:p w14:paraId="78E393E6" w14:textId="4B7CBAC7" w:rsidR="004E65FC" w:rsidRPr="00B62C6F" w:rsidRDefault="004E65FC" w:rsidP="004E65FC">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89</w:t>
            </w:r>
          </w:p>
        </w:tc>
        <w:tc>
          <w:tcPr>
            <w:tcW w:w="3396" w:type="dxa"/>
          </w:tcPr>
          <w:p w14:paraId="4DADDBAF" w14:textId="0B1652F7" w:rsidR="004E65FC" w:rsidRPr="00B62C6F" w:rsidRDefault="004E65FC" w:rsidP="004E65FC">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30.9%</w:t>
            </w:r>
          </w:p>
        </w:tc>
      </w:tr>
      <w:tr w:rsidR="004E65FC" w:rsidRPr="00B62C6F" w14:paraId="15A69E2F" w14:textId="77777777" w:rsidTr="00557C2D">
        <w:trPr>
          <w:trHeight w:val="423"/>
        </w:trPr>
        <w:tc>
          <w:tcPr>
            <w:tcW w:w="3396" w:type="dxa"/>
          </w:tcPr>
          <w:p w14:paraId="044A776C" w14:textId="7F7D76DA" w:rsidR="004E65FC" w:rsidRPr="00B62C6F" w:rsidRDefault="004E65FC" w:rsidP="004E65FC">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دراسات عليا</w:t>
            </w:r>
          </w:p>
        </w:tc>
        <w:tc>
          <w:tcPr>
            <w:tcW w:w="3396" w:type="dxa"/>
          </w:tcPr>
          <w:p w14:paraId="37D420DC" w14:textId="4B288CF7" w:rsidR="004E65FC" w:rsidRPr="00B62C6F" w:rsidRDefault="004E65FC" w:rsidP="004E65FC">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20</w:t>
            </w:r>
          </w:p>
        </w:tc>
        <w:tc>
          <w:tcPr>
            <w:tcW w:w="3396" w:type="dxa"/>
          </w:tcPr>
          <w:p w14:paraId="5FFD5B5B" w14:textId="45433A19" w:rsidR="004E65FC" w:rsidRPr="00B62C6F" w:rsidRDefault="004E65FC" w:rsidP="004E65FC">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6.9%</w:t>
            </w:r>
          </w:p>
        </w:tc>
      </w:tr>
      <w:tr w:rsidR="004E65FC" w:rsidRPr="00B62C6F" w14:paraId="20A35582" w14:textId="77777777" w:rsidTr="00557C2D">
        <w:trPr>
          <w:trHeight w:val="403"/>
        </w:trPr>
        <w:tc>
          <w:tcPr>
            <w:tcW w:w="3396" w:type="dxa"/>
          </w:tcPr>
          <w:p w14:paraId="340F28AC" w14:textId="77777777" w:rsidR="004E65FC" w:rsidRPr="00B62C6F" w:rsidRDefault="004E65FC" w:rsidP="004E65FC">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الإجمالي</w:t>
            </w:r>
          </w:p>
        </w:tc>
        <w:tc>
          <w:tcPr>
            <w:tcW w:w="3396" w:type="dxa"/>
          </w:tcPr>
          <w:p w14:paraId="44981FC8" w14:textId="77777777" w:rsidR="004E65FC" w:rsidRPr="00B62C6F" w:rsidRDefault="004E65FC" w:rsidP="004E65FC">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288</w:t>
            </w:r>
          </w:p>
        </w:tc>
        <w:tc>
          <w:tcPr>
            <w:tcW w:w="3396" w:type="dxa"/>
          </w:tcPr>
          <w:p w14:paraId="1B081892" w14:textId="77777777" w:rsidR="004E65FC" w:rsidRPr="00B62C6F" w:rsidRDefault="004E65FC" w:rsidP="004E65FC">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100.0%</w:t>
            </w:r>
          </w:p>
        </w:tc>
      </w:tr>
    </w:tbl>
    <w:p w14:paraId="3514261B" w14:textId="4461C0A8" w:rsidR="00BF51C1" w:rsidRPr="00A27BD9" w:rsidRDefault="00BF51C1" w:rsidP="00BF51C1">
      <w:pPr>
        <w:bidi/>
        <w:spacing w:before="480" w:after="480" w:line="240" w:lineRule="auto"/>
        <w:rPr>
          <w:rFonts w:ascii="Simplified Arabic" w:hAnsi="Simplified Arabic" w:cs="Simplified Arabic"/>
          <w:sz w:val="2"/>
          <w:szCs w:val="2"/>
          <w:rtl/>
        </w:rPr>
      </w:pPr>
    </w:p>
    <w:p w14:paraId="6106B764" w14:textId="22547784" w:rsidR="00BF51C1" w:rsidRPr="00B62C6F" w:rsidRDefault="00A27BD9" w:rsidP="00BF51C1">
      <w:pPr>
        <w:bidi/>
        <w:spacing w:before="480" w:after="480" w:line="240" w:lineRule="auto"/>
        <w:jc w:val="center"/>
        <w:rPr>
          <w:rFonts w:ascii="Simplified Arabic" w:hAnsi="Simplified Arabic" w:cs="Simplified Arabic"/>
          <w:sz w:val="28"/>
          <w:szCs w:val="28"/>
        </w:rPr>
      </w:pPr>
      <w:r w:rsidRPr="00B62C6F">
        <w:rPr>
          <w:rFonts w:ascii="Simplified Arabic" w:hAnsi="Simplified Arabic" w:cs="Simplified Arabic"/>
          <w:b/>
          <w:bCs/>
          <w:noProof/>
          <w:sz w:val="28"/>
          <w:szCs w:val="28"/>
          <w:rtl/>
        </w:rPr>
        <w:drawing>
          <wp:anchor distT="0" distB="0" distL="114300" distR="114300" simplePos="0" relativeHeight="251658240" behindDoc="0" locked="0" layoutInCell="1" allowOverlap="1" wp14:anchorId="547259C0" wp14:editId="4E33408D">
            <wp:simplePos x="0" y="0"/>
            <wp:positionH relativeFrom="column">
              <wp:posOffset>775335</wp:posOffset>
            </wp:positionH>
            <wp:positionV relativeFrom="paragraph">
              <wp:posOffset>286385</wp:posOffset>
            </wp:positionV>
            <wp:extent cx="4764066" cy="2133600"/>
            <wp:effectExtent l="0" t="0" r="0" b="0"/>
            <wp:wrapNone/>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64066" cy="2133600"/>
                    </a:xfrm>
                    <a:prstGeom prst="rect">
                      <a:avLst/>
                    </a:prstGeom>
                  </pic:spPr>
                </pic:pic>
              </a:graphicData>
            </a:graphic>
            <wp14:sizeRelH relativeFrom="page">
              <wp14:pctWidth>0</wp14:pctWidth>
            </wp14:sizeRelH>
            <wp14:sizeRelV relativeFrom="page">
              <wp14:pctHeight>0</wp14:pctHeight>
            </wp14:sizeRelV>
          </wp:anchor>
        </w:drawing>
      </w:r>
      <w:r w:rsidR="00BF51C1" w:rsidRPr="00B62C6F">
        <w:rPr>
          <w:rFonts w:ascii="Simplified Arabic" w:hAnsi="Simplified Arabic" w:cs="Simplified Arabic"/>
          <w:sz w:val="28"/>
          <w:szCs w:val="28"/>
          <w:rtl/>
        </w:rPr>
        <w:t xml:space="preserve">شكل </w:t>
      </w:r>
      <w:r w:rsidR="00BF51C1" w:rsidRPr="00B62C6F">
        <w:rPr>
          <w:rFonts w:ascii="Simplified Arabic" w:hAnsi="Simplified Arabic" w:cs="Simplified Arabic"/>
          <w:sz w:val="28"/>
          <w:szCs w:val="28"/>
        </w:rPr>
        <w:t>:(3)</w:t>
      </w:r>
      <w:r w:rsidR="00BF51C1" w:rsidRPr="00B62C6F">
        <w:rPr>
          <w:rFonts w:ascii="Simplified Arabic" w:hAnsi="Simplified Arabic" w:cs="Simplified Arabic"/>
          <w:sz w:val="28"/>
          <w:szCs w:val="28"/>
          <w:rtl/>
        </w:rPr>
        <w:t xml:space="preserve"> توزيع أفراد عينة الدراسة </w:t>
      </w:r>
      <w:r w:rsidR="00C41507" w:rsidRPr="00B62C6F">
        <w:rPr>
          <w:rFonts w:ascii="Simplified Arabic" w:hAnsi="Simplified Arabic" w:cs="Simplified Arabic"/>
          <w:sz w:val="28"/>
          <w:szCs w:val="28"/>
          <w:rtl/>
        </w:rPr>
        <w:t>وفقا للمستوى التعليمي</w:t>
      </w:r>
      <w:r w:rsidR="00BF51C1" w:rsidRPr="00B62C6F">
        <w:rPr>
          <w:rFonts w:ascii="Simplified Arabic" w:hAnsi="Simplified Arabic" w:cs="Simplified Arabic"/>
          <w:sz w:val="28"/>
          <w:szCs w:val="28"/>
          <w:rtl/>
        </w:rPr>
        <w:t xml:space="preserve"> </w:t>
      </w:r>
    </w:p>
    <w:p w14:paraId="7F1AB2D3" w14:textId="062A5D93" w:rsidR="00BF51C1" w:rsidRPr="00B62C6F" w:rsidRDefault="00BF51C1" w:rsidP="00BF51C1">
      <w:pPr>
        <w:bidi/>
        <w:spacing w:line="360" w:lineRule="auto"/>
        <w:jc w:val="both"/>
        <w:rPr>
          <w:rFonts w:ascii="Simplified Arabic" w:hAnsi="Simplified Arabic" w:cs="Simplified Arabic"/>
          <w:b/>
          <w:bCs/>
          <w:sz w:val="28"/>
          <w:szCs w:val="28"/>
          <w:rtl/>
        </w:rPr>
      </w:pPr>
    </w:p>
    <w:p w14:paraId="6A957B86" w14:textId="03B0C65C" w:rsidR="00BF51C1" w:rsidRPr="00B62C6F" w:rsidRDefault="00BF51C1" w:rsidP="00BF51C1">
      <w:pPr>
        <w:bidi/>
        <w:spacing w:line="360" w:lineRule="auto"/>
        <w:jc w:val="both"/>
        <w:rPr>
          <w:rFonts w:ascii="Simplified Arabic" w:hAnsi="Simplified Arabic" w:cs="Simplified Arabic" w:hint="cs"/>
          <w:b/>
          <w:bCs/>
          <w:sz w:val="28"/>
          <w:szCs w:val="28"/>
          <w:rtl/>
        </w:rPr>
      </w:pPr>
    </w:p>
    <w:p w14:paraId="79D2791D" w14:textId="77777777" w:rsidR="00A27BD9" w:rsidRDefault="00D66359" w:rsidP="00D66359">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w:t>
      </w:r>
    </w:p>
    <w:p w14:paraId="1CB23CB0" w14:textId="77777777" w:rsidR="00A27BD9" w:rsidRPr="00A27BD9" w:rsidRDefault="00A27BD9" w:rsidP="00A27BD9">
      <w:pPr>
        <w:bidi/>
        <w:jc w:val="both"/>
        <w:rPr>
          <w:rFonts w:ascii="Simplified Arabic" w:eastAsia="Times New Roman" w:hAnsi="Simplified Arabic" w:cs="Simplified Arabic"/>
          <w:sz w:val="16"/>
          <w:szCs w:val="16"/>
          <w:rtl/>
        </w:rPr>
      </w:pPr>
    </w:p>
    <w:p w14:paraId="68E8F71B" w14:textId="6287D938" w:rsidR="00D66359" w:rsidRPr="00B62C6F" w:rsidRDefault="00A27BD9" w:rsidP="00A27BD9">
      <w:pPr>
        <w:bidi/>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D66359" w:rsidRPr="00B62C6F">
        <w:rPr>
          <w:rFonts w:ascii="Simplified Arabic" w:eastAsia="Times New Roman" w:hAnsi="Simplified Arabic" w:cs="Simplified Arabic"/>
          <w:sz w:val="28"/>
          <w:szCs w:val="28"/>
          <w:rtl/>
        </w:rPr>
        <w:t>تشير نتائج الجدول (3) والشكل (3) إلى أن الحاصلين على المؤهل الجامعي يمثلون النسبة الأكبر من أفراد عينة الدراسة، ويمكن تفسير ذلك من واقع البيئة المحلية بأن شريحة حملة البكالوريوس يشكلون الكتلة الأكثر انخراطاً ونشاطاً في سوق العمل، والخدمات، والاستهلاك الرقمي اليومي. ويتعامل أصحاب المؤهل الجامعي بصفة دورية ومنتظمة مع تطبيقات البنوك والمتاجر الإلكترونية وحجوزات الطيران التي تتبنى "الشات بوت" كخيار تواصل أساسي وفوري، مما يمنحهم كفاءة عالية وخبرة عملية في التعامل مع تلك الأدوات الذكية. في المقابل، ينخفض التمثيل لدى حملة الدراسات العليا (6.9%)، والذين قد يميلون إلى أساليب تقييم وبحث مغايرة أو يقل تفرغهم للمعاملات الاستهلاكية الرقمية المستمرة</w:t>
      </w:r>
      <w:r w:rsidR="00D66359" w:rsidRPr="00B62C6F">
        <w:rPr>
          <w:rFonts w:ascii="Simplified Arabic" w:eastAsia="Times New Roman" w:hAnsi="Simplified Arabic" w:cs="Simplified Arabic"/>
          <w:sz w:val="28"/>
          <w:szCs w:val="28"/>
        </w:rPr>
        <w:t>.</w:t>
      </w:r>
    </w:p>
    <w:p w14:paraId="4C5CBF98" w14:textId="1EA32E7F" w:rsidR="00D66359" w:rsidRPr="00B62C6F" w:rsidRDefault="00D66359" w:rsidP="00D66359">
      <w:p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lastRenderedPageBreak/>
        <w:t xml:space="preserve">     وتتفق هذه النتيجة مع مخرجات دراسة (عزمي، 2024)، والتي أوضحت أن الوعي والمستوى الأكاديمي يلعبان دوراً حاسماً في تجويد تجربة المستهلك الرقمية وتيسير آليات تواصله وحصوله على الحلول الفورية عبر المنصات الذكية. ويعتضد هذا التحليل أيضاً بما كشفت عنه دراسة (خضر، 2024) من أن جودة البناء المعلوماتي وفك رموز الرسائل الاتصالية للشات بوت يتطلب مستوى ملائماً من الإدراك المعرفي لدى المستخدم المبحوث لإتمام الخدمة بنجاح. ومن منظور علم سلوك المستهلك، فإن الارتفاع في المستوى التعليمي يمنح العميل قدرة أفضل على تفكيك صياغات الحوار البرمجية واختيار الكلمات المفتاحية الصحيحة التي تضمن جودة الردود المخرجة من قواعد المعرفة للآلة (سليمان، 2023، ص. 134). ويتسق هذا التوزيع الإحصائي مع التقارير الرسمية التي تبرز القفزات الكبيرة في نسب التعليم العالي بالمنطقة كجزء من مستهدفات بناء مجتمع معرفي مستدام (وزارة الاتصالات وتقنية المعلومات، 2020، ص. 14)</w:t>
      </w:r>
      <w:r w:rsidRPr="00B62C6F">
        <w:rPr>
          <w:rFonts w:ascii="Simplified Arabic" w:eastAsia="Times New Roman" w:hAnsi="Simplified Arabic" w:cs="Simplified Arabic"/>
          <w:sz w:val="28"/>
          <w:szCs w:val="28"/>
        </w:rPr>
        <w:t>.</w:t>
      </w:r>
    </w:p>
    <w:p w14:paraId="3B4C3390" w14:textId="7562F9CB" w:rsidR="009517AF" w:rsidRPr="00A27BD9" w:rsidRDefault="009517AF" w:rsidP="009517AF">
      <w:pPr>
        <w:bidi/>
        <w:spacing w:line="360" w:lineRule="auto"/>
        <w:jc w:val="both"/>
        <w:rPr>
          <w:rFonts w:ascii="Simplified Arabic" w:hAnsi="Simplified Arabic" w:cs="Simplified Arabic"/>
          <w:b/>
          <w:bCs/>
          <w:sz w:val="2"/>
          <w:szCs w:val="2"/>
          <w:rtl/>
        </w:rPr>
      </w:pPr>
    </w:p>
    <w:p w14:paraId="0112D94E" w14:textId="30D66008" w:rsidR="009517AF" w:rsidRPr="00B62C6F" w:rsidRDefault="009517AF" w:rsidP="009517AF">
      <w:pPr>
        <w:bidi/>
        <w:spacing w:before="480" w:after="480" w:line="240" w:lineRule="auto"/>
        <w:jc w:val="both"/>
        <w:rPr>
          <w:rFonts w:ascii="Simplified Arabic" w:hAnsi="Simplified Arabic" w:cs="Simplified Arabic"/>
          <w:sz w:val="28"/>
          <w:szCs w:val="28"/>
          <w:u w:val="single"/>
          <w:rtl/>
        </w:rPr>
      </w:pPr>
      <w:r w:rsidRPr="00B62C6F">
        <w:rPr>
          <w:rFonts w:ascii="Simplified Arabic" w:hAnsi="Simplified Arabic" w:cs="Simplified Arabic"/>
          <w:sz w:val="28"/>
          <w:szCs w:val="28"/>
          <w:u w:val="single"/>
          <w:rtl/>
        </w:rPr>
        <w:t>4- توزيع عينة الدراسة وفقا لمتغير المستوى الاقتصادي:</w:t>
      </w:r>
    </w:p>
    <w:p w14:paraId="4B274554" w14:textId="67E3F234" w:rsidR="009517AF" w:rsidRPr="00B62C6F" w:rsidRDefault="009517AF" w:rsidP="009517AF">
      <w:pPr>
        <w:bidi/>
        <w:spacing w:before="480" w:after="480" w:line="240" w:lineRule="auto"/>
        <w:jc w:val="center"/>
        <w:rPr>
          <w:rFonts w:ascii="Simplified Arabic" w:hAnsi="Simplified Arabic" w:cs="Simplified Arabic"/>
          <w:sz w:val="28"/>
          <w:szCs w:val="28"/>
        </w:rPr>
      </w:pPr>
      <w:r w:rsidRPr="00B62C6F">
        <w:rPr>
          <w:rFonts w:ascii="Simplified Arabic" w:hAnsi="Simplified Arabic" w:cs="Simplified Arabic"/>
          <w:sz w:val="28"/>
          <w:szCs w:val="28"/>
          <w:rtl/>
        </w:rPr>
        <w:t xml:space="preserve">جدول </w:t>
      </w:r>
      <w:r w:rsidRPr="00B62C6F">
        <w:rPr>
          <w:rFonts w:ascii="Simplified Arabic" w:hAnsi="Simplified Arabic" w:cs="Simplified Arabic"/>
          <w:sz w:val="28"/>
          <w:szCs w:val="28"/>
        </w:rPr>
        <w:t>:(4)</w:t>
      </w:r>
      <w:r w:rsidRPr="00B62C6F">
        <w:rPr>
          <w:rFonts w:ascii="Simplified Arabic" w:hAnsi="Simplified Arabic" w:cs="Simplified Arabic"/>
          <w:sz w:val="28"/>
          <w:szCs w:val="28"/>
          <w:rtl/>
        </w:rPr>
        <w:t xml:space="preserve"> بيانات الدراسة وفقا لمتغير المستوى الاقتصادي</w:t>
      </w:r>
    </w:p>
    <w:tbl>
      <w:tblPr>
        <w:tblStyle w:val="afa"/>
        <w:bidiVisual/>
        <w:tblW w:w="0" w:type="auto"/>
        <w:tblLook w:val="04A0" w:firstRow="1" w:lastRow="0" w:firstColumn="1" w:lastColumn="0" w:noHBand="0" w:noVBand="1"/>
      </w:tblPr>
      <w:tblGrid>
        <w:gridCol w:w="3396"/>
        <w:gridCol w:w="3396"/>
        <w:gridCol w:w="3396"/>
      </w:tblGrid>
      <w:tr w:rsidR="009517AF" w:rsidRPr="00B62C6F" w14:paraId="27AECB3F" w14:textId="77777777" w:rsidTr="00557C2D">
        <w:trPr>
          <w:trHeight w:val="299"/>
        </w:trPr>
        <w:tc>
          <w:tcPr>
            <w:tcW w:w="3396" w:type="dxa"/>
          </w:tcPr>
          <w:p w14:paraId="3C9B76A2" w14:textId="77777777" w:rsidR="009517AF" w:rsidRPr="00B62C6F" w:rsidRDefault="009517AF"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الفئة</w:t>
            </w:r>
          </w:p>
        </w:tc>
        <w:tc>
          <w:tcPr>
            <w:tcW w:w="3396" w:type="dxa"/>
          </w:tcPr>
          <w:p w14:paraId="33230AC1" w14:textId="77777777" w:rsidR="009517AF" w:rsidRPr="00B62C6F" w:rsidRDefault="009517AF"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التكرار</w:t>
            </w:r>
          </w:p>
        </w:tc>
        <w:tc>
          <w:tcPr>
            <w:tcW w:w="3396" w:type="dxa"/>
          </w:tcPr>
          <w:p w14:paraId="62606926" w14:textId="77777777" w:rsidR="009517AF" w:rsidRPr="00B62C6F" w:rsidRDefault="009517AF"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النسبة</w:t>
            </w:r>
          </w:p>
        </w:tc>
      </w:tr>
      <w:tr w:rsidR="009517AF" w:rsidRPr="00B62C6F" w14:paraId="5F2F9066" w14:textId="77777777" w:rsidTr="00557C2D">
        <w:trPr>
          <w:trHeight w:val="405"/>
        </w:trPr>
        <w:tc>
          <w:tcPr>
            <w:tcW w:w="3396" w:type="dxa"/>
          </w:tcPr>
          <w:p w14:paraId="77B7EDB3" w14:textId="35A9FD2B" w:rsidR="009517AF" w:rsidRPr="00B62C6F" w:rsidRDefault="009517AF"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أقل من</w:t>
            </w:r>
            <w:r w:rsidR="00607862" w:rsidRPr="00B62C6F">
              <w:rPr>
                <w:rFonts w:ascii="Simplified Arabic" w:eastAsia="Times New Roman" w:hAnsi="Simplified Arabic" w:cs="Simplified Arabic"/>
                <w:b/>
                <w:bCs/>
                <w:sz w:val="28"/>
                <w:szCs w:val="28"/>
                <w:rtl/>
              </w:rPr>
              <w:t xml:space="preserve"> </w:t>
            </w:r>
            <w:r w:rsidR="00607862" w:rsidRPr="00B62C6F">
              <w:rPr>
                <w:rFonts w:ascii="Simplified Arabic" w:eastAsia="Times New Roman" w:hAnsi="Simplified Arabic" w:cs="Simplified Arabic"/>
                <w:b/>
                <w:bCs/>
                <w:sz w:val="28"/>
                <w:szCs w:val="28"/>
              </w:rPr>
              <w:t>8,000</w:t>
            </w:r>
            <w:r w:rsidR="00607862" w:rsidRPr="00B62C6F">
              <w:rPr>
                <w:rFonts w:ascii="Simplified Arabic" w:eastAsia="Times New Roman" w:hAnsi="Simplified Arabic" w:cs="Simplified Arabic"/>
                <w:b/>
                <w:bCs/>
                <w:sz w:val="28"/>
                <w:szCs w:val="28"/>
                <w:rtl/>
              </w:rPr>
              <w:t xml:space="preserve"> ريال</w:t>
            </w:r>
          </w:p>
        </w:tc>
        <w:tc>
          <w:tcPr>
            <w:tcW w:w="3396" w:type="dxa"/>
          </w:tcPr>
          <w:p w14:paraId="6626E69C" w14:textId="44C6D191" w:rsidR="009517AF" w:rsidRPr="00B62C6F" w:rsidRDefault="000D4E2E"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222</w:t>
            </w:r>
          </w:p>
        </w:tc>
        <w:tc>
          <w:tcPr>
            <w:tcW w:w="3396" w:type="dxa"/>
          </w:tcPr>
          <w:p w14:paraId="7D69CECD" w14:textId="0B0876FE" w:rsidR="009517AF" w:rsidRPr="00B62C6F" w:rsidRDefault="000D4E2E"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77</w:t>
            </w:r>
            <w:r w:rsidR="009517AF"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1</w:t>
            </w:r>
            <w:r w:rsidR="009517AF" w:rsidRPr="00B62C6F">
              <w:rPr>
                <w:rFonts w:ascii="Simplified Arabic" w:eastAsia="Times New Roman" w:hAnsi="Simplified Arabic" w:cs="Simplified Arabic"/>
                <w:sz w:val="28"/>
                <w:szCs w:val="28"/>
              </w:rPr>
              <w:t>%</w:t>
            </w:r>
          </w:p>
        </w:tc>
      </w:tr>
      <w:tr w:rsidR="009517AF" w:rsidRPr="00B62C6F" w14:paraId="7BBB5EE6" w14:textId="77777777" w:rsidTr="00557C2D">
        <w:trPr>
          <w:trHeight w:val="423"/>
        </w:trPr>
        <w:tc>
          <w:tcPr>
            <w:tcW w:w="3396" w:type="dxa"/>
          </w:tcPr>
          <w:p w14:paraId="3EC371B2" w14:textId="0F26F145" w:rsidR="009517AF" w:rsidRPr="00B62C6F" w:rsidRDefault="00607862"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xml:space="preserve">من </w:t>
            </w:r>
            <w:r w:rsidRPr="00B62C6F">
              <w:rPr>
                <w:rFonts w:ascii="Simplified Arabic" w:eastAsia="Times New Roman" w:hAnsi="Simplified Arabic" w:cs="Simplified Arabic"/>
                <w:b/>
                <w:bCs/>
                <w:sz w:val="28"/>
                <w:szCs w:val="28"/>
              </w:rPr>
              <w:t>8,000</w:t>
            </w:r>
            <w:r w:rsidRPr="00B62C6F">
              <w:rPr>
                <w:rFonts w:ascii="Simplified Arabic" w:eastAsia="Times New Roman" w:hAnsi="Simplified Arabic" w:cs="Simplified Arabic"/>
                <w:b/>
                <w:bCs/>
                <w:sz w:val="28"/>
                <w:szCs w:val="28"/>
                <w:rtl/>
              </w:rPr>
              <w:t xml:space="preserve"> إلى </w:t>
            </w:r>
            <w:r w:rsidRPr="00B62C6F">
              <w:rPr>
                <w:rFonts w:ascii="Simplified Arabic" w:eastAsia="Times New Roman" w:hAnsi="Simplified Arabic" w:cs="Simplified Arabic"/>
                <w:b/>
                <w:bCs/>
                <w:sz w:val="28"/>
                <w:szCs w:val="28"/>
              </w:rPr>
              <w:t>20,000</w:t>
            </w:r>
            <w:r w:rsidRPr="00B62C6F">
              <w:rPr>
                <w:rFonts w:ascii="Simplified Arabic" w:eastAsia="Times New Roman" w:hAnsi="Simplified Arabic" w:cs="Simplified Arabic"/>
                <w:b/>
                <w:bCs/>
                <w:sz w:val="28"/>
                <w:szCs w:val="28"/>
                <w:rtl/>
              </w:rPr>
              <w:t xml:space="preserve"> ريال</w:t>
            </w:r>
          </w:p>
        </w:tc>
        <w:tc>
          <w:tcPr>
            <w:tcW w:w="3396" w:type="dxa"/>
          </w:tcPr>
          <w:p w14:paraId="6AED8EEE" w14:textId="5E691461" w:rsidR="009517AF" w:rsidRPr="00B62C6F" w:rsidRDefault="000D4E2E" w:rsidP="00557C2D">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52</w:t>
            </w:r>
          </w:p>
        </w:tc>
        <w:tc>
          <w:tcPr>
            <w:tcW w:w="3396" w:type="dxa"/>
          </w:tcPr>
          <w:p w14:paraId="3691356D" w14:textId="6591660B" w:rsidR="009517AF" w:rsidRPr="00B62C6F" w:rsidRDefault="000D4E2E"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18</w:t>
            </w:r>
            <w:r w:rsidR="009517AF"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1</w:t>
            </w:r>
            <w:r w:rsidR="009517AF" w:rsidRPr="00B62C6F">
              <w:rPr>
                <w:rFonts w:ascii="Simplified Arabic" w:eastAsia="Times New Roman" w:hAnsi="Simplified Arabic" w:cs="Simplified Arabic"/>
                <w:sz w:val="28"/>
                <w:szCs w:val="28"/>
              </w:rPr>
              <w:t>%</w:t>
            </w:r>
          </w:p>
        </w:tc>
      </w:tr>
      <w:tr w:rsidR="009517AF" w:rsidRPr="00B62C6F" w14:paraId="45934DCA" w14:textId="77777777" w:rsidTr="00557C2D">
        <w:trPr>
          <w:trHeight w:val="423"/>
        </w:trPr>
        <w:tc>
          <w:tcPr>
            <w:tcW w:w="3396" w:type="dxa"/>
          </w:tcPr>
          <w:p w14:paraId="5E34A89F" w14:textId="63DCD8AE" w:rsidR="009517AF" w:rsidRPr="00B62C6F" w:rsidRDefault="00607862"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xml:space="preserve">أكثر من </w:t>
            </w:r>
            <w:r w:rsidR="000D4E2E" w:rsidRPr="00B62C6F">
              <w:rPr>
                <w:rFonts w:ascii="Simplified Arabic" w:eastAsia="Times New Roman" w:hAnsi="Simplified Arabic" w:cs="Simplified Arabic"/>
                <w:b/>
                <w:bCs/>
                <w:sz w:val="28"/>
                <w:szCs w:val="28"/>
              </w:rPr>
              <w:t>20,000</w:t>
            </w:r>
            <w:r w:rsidRPr="00B62C6F">
              <w:rPr>
                <w:rFonts w:ascii="Simplified Arabic" w:eastAsia="Times New Roman" w:hAnsi="Simplified Arabic" w:cs="Simplified Arabic"/>
                <w:b/>
                <w:bCs/>
                <w:sz w:val="28"/>
                <w:szCs w:val="28"/>
                <w:rtl/>
              </w:rPr>
              <w:t xml:space="preserve"> ريال</w:t>
            </w:r>
          </w:p>
        </w:tc>
        <w:tc>
          <w:tcPr>
            <w:tcW w:w="3396" w:type="dxa"/>
          </w:tcPr>
          <w:p w14:paraId="2535BA66" w14:textId="30A39F95" w:rsidR="009517AF" w:rsidRPr="00B62C6F" w:rsidRDefault="000D4E2E"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14</w:t>
            </w:r>
          </w:p>
        </w:tc>
        <w:tc>
          <w:tcPr>
            <w:tcW w:w="3396" w:type="dxa"/>
          </w:tcPr>
          <w:p w14:paraId="193C9E58" w14:textId="4C1D6A3C" w:rsidR="009517AF" w:rsidRPr="00B62C6F" w:rsidRDefault="000D4E2E"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w:t>
            </w:r>
            <w:r w:rsidR="009517AF" w:rsidRPr="00B62C6F">
              <w:rPr>
                <w:rFonts w:ascii="Simplified Arabic" w:eastAsia="Times New Roman" w:hAnsi="Simplified Arabic" w:cs="Simplified Arabic"/>
                <w:sz w:val="28"/>
                <w:szCs w:val="28"/>
              </w:rPr>
              <w:t>.9%</w:t>
            </w:r>
          </w:p>
        </w:tc>
      </w:tr>
      <w:tr w:rsidR="009517AF" w:rsidRPr="00B62C6F" w14:paraId="47D0EE2B" w14:textId="77777777" w:rsidTr="00557C2D">
        <w:trPr>
          <w:trHeight w:val="403"/>
        </w:trPr>
        <w:tc>
          <w:tcPr>
            <w:tcW w:w="3396" w:type="dxa"/>
          </w:tcPr>
          <w:p w14:paraId="3F1C2496" w14:textId="77777777" w:rsidR="009517AF" w:rsidRPr="00B62C6F" w:rsidRDefault="009517AF"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الإجمالي</w:t>
            </w:r>
          </w:p>
        </w:tc>
        <w:tc>
          <w:tcPr>
            <w:tcW w:w="3396" w:type="dxa"/>
          </w:tcPr>
          <w:p w14:paraId="35B45F0B" w14:textId="77777777" w:rsidR="009517AF" w:rsidRPr="00B62C6F" w:rsidRDefault="009517AF"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288</w:t>
            </w:r>
          </w:p>
        </w:tc>
        <w:tc>
          <w:tcPr>
            <w:tcW w:w="3396" w:type="dxa"/>
          </w:tcPr>
          <w:p w14:paraId="63AEE696" w14:textId="77777777" w:rsidR="009517AF" w:rsidRPr="00B62C6F" w:rsidRDefault="009517AF"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100.0%</w:t>
            </w:r>
          </w:p>
        </w:tc>
      </w:tr>
    </w:tbl>
    <w:p w14:paraId="05CF5D57" w14:textId="1E5EF8DD" w:rsidR="009517AF" w:rsidRPr="00B62C6F" w:rsidRDefault="00A27BD9" w:rsidP="00A27BD9">
      <w:pPr>
        <w:bidi/>
        <w:spacing w:before="480" w:after="480" w:line="240" w:lineRule="auto"/>
        <w:jc w:val="center"/>
        <w:rPr>
          <w:rFonts w:ascii="Simplified Arabic" w:hAnsi="Simplified Arabic" w:cs="Simplified Arabic"/>
          <w:sz w:val="28"/>
          <w:szCs w:val="28"/>
        </w:rPr>
      </w:pPr>
      <w:r w:rsidRPr="00B62C6F">
        <w:rPr>
          <w:rFonts w:ascii="Simplified Arabic" w:hAnsi="Simplified Arabic" w:cs="Simplified Arabic"/>
          <w:b/>
          <w:bCs/>
          <w:noProof/>
          <w:sz w:val="28"/>
          <w:szCs w:val="28"/>
          <w:rtl/>
        </w:rPr>
        <w:drawing>
          <wp:anchor distT="0" distB="0" distL="114300" distR="114300" simplePos="0" relativeHeight="251663360" behindDoc="0" locked="0" layoutInCell="1" allowOverlap="1" wp14:anchorId="19DBC3EA" wp14:editId="1F402E40">
            <wp:simplePos x="0" y="0"/>
            <wp:positionH relativeFrom="column">
              <wp:posOffset>1510030</wp:posOffset>
            </wp:positionH>
            <wp:positionV relativeFrom="paragraph">
              <wp:posOffset>576003</wp:posOffset>
            </wp:positionV>
            <wp:extent cx="3304829" cy="1595989"/>
            <wp:effectExtent l="0" t="0" r="0" b="4445"/>
            <wp:wrapNone/>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04829" cy="1595989"/>
                    </a:xfrm>
                    <a:prstGeom prst="rect">
                      <a:avLst/>
                    </a:prstGeom>
                  </pic:spPr>
                </pic:pic>
              </a:graphicData>
            </a:graphic>
            <wp14:sizeRelH relativeFrom="page">
              <wp14:pctWidth>0</wp14:pctWidth>
            </wp14:sizeRelH>
            <wp14:sizeRelV relativeFrom="page">
              <wp14:pctHeight>0</wp14:pctHeight>
            </wp14:sizeRelV>
          </wp:anchor>
        </w:drawing>
      </w:r>
      <w:r w:rsidR="009517AF" w:rsidRPr="00B62C6F">
        <w:rPr>
          <w:rFonts w:ascii="Simplified Arabic" w:hAnsi="Simplified Arabic" w:cs="Simplified Arabic"/>
          <w:sz w:val="28"/>
          <w:szCs w:val="28"/>
          <w:rtl/>
        </w:rPr>
        <w:t xml:space="preserve">شكل </w:t>
      </w:r>
      <w:r w:rsidR="009517AF" w:rsidRPr="00B62C6F">
        <w:rPr>
          <w:rFonts w:ascii="Simplified Arabic" w:hAnsi="Simplified Arabic" w:cs="Simplified Arabic"/>
          <w:sz w:val="28"/>
          <w:szCs w:val="28"/>
        </w:rPr>
        <w:t>:(4)</w:t>
      </w:r>
      <w:r w:rsidR="009517AF" w:rsidRPr="00B62C6F">
        <w:rPr>
          <w:rFonts w:ascii="Simplified Arabic" w:hAnsi="Simplified Arabic" w:cs="Simplified Arabic"/>
          <w:sz w:val="28"/>
          <w:szCs w:val="28"/>
          <w:rtl/>
        </w:rPr>
        <w:t xml:space="preserve"> توزيع أفراد عينة الدراسة وفقا للمستوى الاقتصادي</w:t>
      </w:r>
    </w:p>
    <w:p w14:paraId="7115E2D2" w14:textId="2CCF0E29" w:rsidR="009517AF" w:rsidRPr="00B62C6F" w:rsidRDefault="009517AF" w:rsidP="009517AF">
      <w:pPr>
        <w:bidi/>
        <w:spacing w:line="360" w:lineRule="auto"/>
        <w:jc w:val="both"/>
        <w:rPr>
          <w:rFonts w:ascii="Simplified Arabic" w:hAnsi="Simplified Arabic" w:cs="Simplified Arabic"/>
          <w:b/>
          <w:bCs/>
          <w:sz w:val="28"/>
          <w:szCs w:val="28"/>
          <w:rtl/>
        </w:rPr>
      </w:pPr>
    </w:p>
    <w:p w14:paraId="2042EA03" w14:textId="42182D5C" w:rsidR="009517AF" w:rsidRPr="00B62C6F" w:rsidRDefault="009517AF" w:rsidP="009517AF">
      <w:pPr>
        <w:bidi/>
        <w:spacing w:line="360" w:lineRule="auto"/>
        <w:jc w:val="both"/>
        <w:rPr>
          <w:rFonts w:ascii="Simplified Arabic" w:hAnsi="Simplified Arabic" w:cs="Simplified Arabic" w:hint="cs"/>
          <w:b/>
          <w:bCs/>
          <w:sz w:val="28"/>
          <w:szCs w:val="28"/>
          <w:rtl/>
        </w:rPr>
      </w:pPr>
    </w:p>
    <w:p w14:paraId="1633C5E5" w14:textId="31AA3E9F" w:rsidR="00165483" w:rsidRPr="00B62C6F" w:rsidRDefault="00165483" w:rsidP="00165483">
      <w:p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lastRenderedPageBreak/>
        <w:t xml:space="preserve">     تشير نتائج الجدول (4) والشكل (4) إلى أن الفئة ذات الدخل الأقل من 8,000 ريال تمثل النسبة الساحقة والأكبر من أفراد عينة الدراسة بواقع 77.1%. ويمكن تفسير هذه النتيجة واقعياً وميدانياً من طبيعة تركيبة عينة البحث الحالية، حيث يتداخل هذا المتغير طردياً مع متغيري "العمر" (حيث يمثل الشباب من 18–35 سنة نسبة 75.3%) ومتغير "المستوى التعليمي" (حملة البكالوريوس والطلاب)؛ وهي الفئات التي تقع غالباً في مطلع سلم الدخول الاقتصادية أو تعتمد على المكافآت والدخول المحدودة. وعلى الرغم من انخفاض دخلها، إلا أنها تمثل الشريحة الأكثر كثافةً وشغفاً بالتسوق الإلكتروني، وطلب خدمات التوصيل، والتفاعل الرقمي اليومي المتكرر مع المتاجر والشركات الناشئة التي تعتمد كلياً على "الشات بوت" لتيسير عملياتها</w:t>
      </w:r>
      <w:r w:rsidRPr="00B62C6F">
        <w:rPr>
          <w:rFonts w:ascii="Simplified Arabic" w:eastAsia="Times New Roman" w:hAnsi="Simplified Arabic" w:cs="Simplified Arabic"/>
          <w:sz w:val="28"/>
          <w:szCs w:val="28"/>
        </w:rPr>
        <w:t>.</w:t>
      </w:r>
    </w:p>
    <w:p w14:paraId="4F914160" w14:textId="6A0ADF12" w:rsidR="00165483" w:rsidRPr="00B62C6F" w:rsidRDefault="00165483" w:rsidP="00165483">
      <w:p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 xml:space="preserve">     وتتفق هذه النتيجة سياقياً مع دراسة الباحث (شبل، 2023)، والتي كشفت عن أن نمو الاستخدام والاعتماد على قنوات الشات بوت يرتفع بقوة لدى متسوقي منصات التجارة الإلكترونية وشبكات التواصل الاجتماعي لتسهيل الحصول على الأسعار وحل عقبات الشراء الفورية بغض النظر عن القدرة الإنفاقية العالية للمبحوث. كما يتلاقى هذا التفسير مع دراسة</w:t>
      </w:r>
      <w:r w:rsidRPr="00B62C6F">
        <w:rPr>
          <w:rFonts w:ascii="Simplified Arabic" w:eastAsia="Times New Roman" w:hAnsi="Simplified Arabic" w:cs="Simplified Arabic"/>
          <w:sz w:val="28"/>
          <w:szCs w:val="28"/>
        </w:rPr>
        <w:t xml:space="preserve"> (Park &amp; Kim, 2023) </w:t>
      </w:r>
      <w:r w:rsidRPr="00B62C6F">
        <w:rPr>
          <w:rFonts w:ascii="Simplified Arabic" w:eastAsia="Times New Roman" w:hAnsi="Simplified Arabic" w:cs="Simplified Arabic"/>
          <w:sz w:val="28"/>
          <w:szCs w:val="28"/>
          <w:rtl/>
        </w:rPr>
        <w:t>الأجنبية، والتي أثبتت أن المستهلكين الرقميين باختلاف شرائحهم الاقتصادية يمنحون الأولوية القصوى لعنصر الكفاءة الفنية وسحب البيانات الفورية لحل المشكلة الخدمية كعوامل حاكمة للتفاعل التكنولوجي. وتؤكد الأدبيات التسويقية المعاصرة أن سلوك المستهلك الرقمي وقبوله للوسائط التكنولوجية المؤتمتة يرتبط بمستوى تفاعله اليومي وحاجته لتوفير الوقت والجهد الإجرائي (شريف، 2024، ص. 102). وهو ما يتسق مع التقارير والإحصاءات الشاملة التي ترصد التغلغل الهائل لثقافة الاستهلاك والشراء الرقمي والاعتماد التكنولوجي الموحد بين مختلف الشرائح الاقتصادية للمجتمع السعودي (وزارة الاتصالات وتقنية المعلومات، 2020، ص. 14</w:t>
      </w:r>
      <w:r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tl/>
        </w:rPr>
        <w:t>.</w:t>
      </w:r>
    </w:p>
    <w:p w14:paraId="715DA050" w14:textId="2FDC1D6A" w:rsidR="00AE670D" w:rsidRPr="00B62C6F" w:rsidRDefault="00AE670D" w:rsidP="00AE670D">
      <w:pPr>
        <w:bidi/>
        <w:spacing w:line="360" w:lineRule="auto"/>
        <w:jc w:val="both"/>
        <w:rPr>
          <w:rFonts w:ascii="Simplified Arabic" w:hAnsi="Simplified Arabic" w:cs="Simplified Arabic"/>
          <w:b/>
          <w:bCs/>
          <w:sz w:val="28"/>
          <w:szCs w:val="28"/>
          <w:rtl/>
        </w:rPr>
      </w:pPr>
    </w:p>
    <w:p w14:paraId="414CBEDA" w14:textId="26F0CB8F" w:rsidR="00DB4494" w:rsidRPr="00B62C6F" w:rsidRDefault="00DB4494" w:rsidP="00DB4494">
      <w:pPr>
        <w:bidi/>
        <w:spacing w:before="480" w:after="480" w:line="240" w:lineRule="auto"/>
        <w:jc w:val="both"/>
        <w:rPr>
          <w:rFonts w:ascii="Simplified Arabic" w:hAnsi="Simplified Arabic" w:cs="Simplified Arabic"/>
          <w:b/>
          <w:bCs/>
          <w:sz w:val="28"/>
          <w:szCs w:val="28"/>
          <w:u w:val="single"/>
          <w:rtl/>
        </w:rPr>
      </w:pPr>
      <w:r w:rsidRPr="00B62C6F">
        <w:rPr>
          <w:rFonts w:ascii="Simplified Arabic" w:hAnsi="Simplified Arabic" w:cs="Simplified Arabic"/>
          <w:b/>
          <w:bCs/>
          <w:sz w:val="28"/>
          <w:szCs w:val="28"/>
          <w:u w:val="single"/>
          <w:rtl/>
        </w:rPr>
        <w:t>ثانياً: مستوى التعرض والاستخدام:-</w:t>
      </w:r>
    </w:p>
    <w:p w14:paraId="54F08167" w14:textId="3E9019CE" w:rsidR="00DB4494" w:rsidRPr="00B62C6F" w:rsidRDefault="00DB4494" w:rsidP="00DB4494">
      <w:pPr>
        <w:bidi/>
        <w:spacing w:before="480" w:after="480" w:line="240" w:lineRule="auto"/>
        <w:jc w:val="both"/>
        <w:rPr>
          <w:rFonts w:ascii="Simplified Arabic" w:hAnsi="Simplified Arabic" w:cs="Simplified Arabic"/>
          <w:sz w:val="28"/>
          <w:szCs w:val="28"/>
          <w:u w:val="single"/>
          <w:rtl/>
        </w:rPr>
      </w:pPr>
      <w:r w:rsidRPr="00B62C6F">
        <w:rPr>
          <w:rFonts w:ascii="Simplified Arabic" w:hAnsi="Simplified Arabic" w:cs="Simplified Arabic"/>
          <w:sz w:val="28"/>
          <w:szCs w:val="28"/>
          <w:u w:val="single"/>
          <w:rtl/>
        </w:rPr>
        <w:t xml:space="preserve">1- </w:t>
      </w:r>
      <w:r w:rsidR="004E65FC" w:rsidRPr="00B62C6F">
        <w:rPr>
          <w:rFonts w:ascii="Simplified Arabic" w:hAnsi="Simplified Arabic" w:cs="Simplified Arabic"/>
          <w:sz w:val="28"/>
          <w:szCs w:val="28"/>
          <w:u w:val="single"/>
          <w:rtl/>
        </w:rPr>
        <w:t>عدد سنوات استخدام الشات بوت</w:t>
      </w:r>
      <w:r w:rsidRPr="00B62C6F">
        <w:rPr>
          <w:rFonts w:ascii="Simplified Arabic" w:hAnsi="Simplified Arabic" w:cs="Simplified Arabic"/>
          <w:sz w:val="28"/>
          <w:szCs w:val="28"/>
          <w:u w:val="single"/>
          <w:rtl/>
        </w:rPr>
        <w:t>:</w:t>
      </w:r>
    </w:p>
    <w:p w14:paraId="05BC6836" w14:textId="77777777" w:rsidR="009A5C70" w:rsidRDefault="009A5C70" w:rsidP="00DB4494">
      <w:pPr>
        <w:bidi/>
        <w:spacing w:before="480" w:after="480" w:line="240" w:lineRule="auto"/>
        <w:jc w:val="center"/>
        <w:rPr>
          <w:rFonts w:ascii="Simplified Arabic" w:hAnsi="Simplified Arabic" w:cs="Simplified Arabic"/>
          <w:sz w:val="28"/>
          <w:szCs w:val="28"/>
          <w:rtl/>
        </w:rPr>
      </w:pPr>
    </w:p>
    <w:p w14:paraId="29A13060" w14:textId="0CD5EB9C" w:rsidR="00DB4494" w:rsidRPr="00B62C6F" w:rsidRDefault="00DB4494" w:rsidP="009A5C70">
      <w:pPr>
        <w:bidi/>
        <w:spacing w:before="480" w:after="480" w:line="240" w:lineRule="auto"/>
        <w:jc w:val="center"/>
        <w:rPr>
          <w:rFonts w:ascii="Simplified Arabic" w:hAnsi="Simplified Arabic" w:cs="Simplified Arabic"/>
          <w:sz w:val="28"/>
          <w:szCs w:val="28"/>
        </w:rPr>
      </w:pPr>
      <w:r w:rsidRPr="00B62C6F">
        <w:rPr>
          <w:rFonts w:ascii="Simplified Arabic" w:hAnsi="Simplified Arabic" w:cs="Simplified Arabic"/>
          <w:sz w:val="28"/>
          <w:szCs w:val="28"/>
          <w:rtl/>
        </w:rPr>
        <w:lastRenderedPageBreak/>
        <w:t xml:space="preserve">جدول </w:t>
      </w:r>
      <w:r w:rsidRPr="00B62C6F">
        <w:rPr>
          <w:rFonts w:ascii="Simplified Arabic" w:hAnsi="Simplified Arabic" w:cs="Simplified Arabic"/>
          <w:sz w:val="28"/>
          <w:szCs w:val="28"/>
        </w:rPr>
        <w:t>:(</w:t>
      </w:r>
      <w:r w:rsidR="00D747CC" w:rsidRPr="00B62C6F">
        <w:rPr>
          <w:rFonts w:ascii="Simplified Arabic" w:hAnsi="Simplified Arabic" w:cs="Simplified Arabic"/>
          <w:sz w:val="28"/>
          <w:szCs w:val="28"/>
        </w:rPr>
        <w:t>5</w:t>
      </w:r>
      <w:r w:rsidRPr="00B62C6F">
        <w:rPr>
          <w:rFonts w:ascii="Simplified Arabic" w:hAnsi="Simplified Arabic" w:cs="Simplified Arabic"/>
          <w:sz w:val="28"/>
          <w:szCs w:val="28"/>
        </w:rPr>
        <w:t>)</w:t>
      </w:r>
      <w:r w:rsidRPr="00B62C6F">
        <w:rPr>
          <w:rFonts w:ascii="Simplified Arabic" w:hAnsi="Simplified Arabic" w:cs="Simplified Arabic"/>
          <w:sz w:val="28"/>
          <w:szCs w:val="28"/>
          <w:rtl/>
        </w:rPr>
        <w:t xml:space="preserve"> بيانات الدراسة وفقا </w:t>
      </w:r>
      <w:r w:rsidR="004E65FC" w:rsidRPr="00B62C6F">
        <w:rPr>
          <w:rFonts w:ascii="Simplified Arabic" w:hAnsi="Simplified Arabic" w:cs="Simplified Arabic"/>
          <w:sz w:val="28"/>
          <w:szCs w:val="28"/>
          <w:rtl/>
        </w:rPr>
        <w:t xml:space="preserve">لعدد </w:t>
      </w:r>
      <w:r w:rsidR="00D747CC" w:rsidRPr="00B62C6F">
        <w:rPr>
          <w:rFonts w:ascii="Simplified Arabic" w:hAnsi="Simplified Arabic" w:cs="Simplified Arabic"/>
          <w:sz w:val="28"/>
          <w:szCs w:val="28"/>
          <w:rtl/>
        </w:rPr>
        <w:t>سنوات استخدام الشات بوت</w:t>
      </w:r>
    </w:p>
    <w:tbl>
      <w:tblPr>
        <w:tblStyle w:val="afa"/>
        <w:bidiVisual/>
        <w:tblW w:w="0" w:type="auto"/>
        <w:tblLook w:val="04A0" w:firstRow="1" w:lastRow="0" w:firstColumn="1" w:lastColumn="0" w:noHBand="0" w:noVBand="1"/>
      </w:tblPr>
      <w:tblGrid>
        <w:gridCol w:w="3396"/>
        <w:gridCol w:w="3396"/>
        <w:gridCol w:w="3396"/>
      </w:tblGrid>
      <w:tr w:rsidR="00DB4494" w:rsidRPr="00B62C6F" w14:paraId="0B5AAB79" w14:textId="77777777" w:rsidTr="00557C2D">
        <w:trPr>
          <w:trHeight w:val="299"/>
        </w:trPr>
        <w:tc>
          <w:tcPr>
            <w:tcW w:w="3396" w:type="dxa"/>
          </w:tcPr>
          <w:p w14:paraId="27C99231" w14:textId="77777777" w:rsidR="00DB4494" w:rsidRPr="00B62C6F" w:rsidRDefault="00DB4494"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الفئة</w:t>
            </w:r>
          </w:p>
        </w:tc>
        <w:tc>
          <w:tcPr>
            <w:tcW w:w="3396" w:type="dxa"/>
          </w:tcPr>
          <w:p w14:paraId="7AFA27EE" w14:textId="77777777" w:rsidR="00DB4494" w:rsidRPr="00B62C6F" w:rsidRDefault="00DB4494"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التكرار</w:t>
            </w:r>
          </w:p>
        </w:tc>
        <w:tc>
          <w:tcPr>
            <w:tcW w:w="3396" w:type="dxa"/>
          </w:tcPr>
          <w:p w14:paraId="69DAD643" w14:textId="77777777" w:rsidR="00DB4494" w:rsidRPr="00B62C6F" w:rsidRDefault="00DB4494"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النسبة</w:t>
            </w:r>
          </w:p>
        </w:tc>
      </w:tr>
      <w:tr w:rsidR="00DB4494" w:rsidRPr="00B62C6F" w14:paraId="3F3B8A02" w14:textId="77777777" w:rsidTr="00557C2D">
        <w:trPr>
          <w:trHeight w:val="405"/>
        </w:trPr>
        <w:tc>
          <w:tcPr>
            <w:tcW w:w="3396" w:type="dxa"/>
          </w:tcPr>
          <w:p w14:paraId="30710059" w14:textId="78409B84" w:rsidR="00DB4494" w:rsidRPr="00B62C6F" w:rsidRDefault="00B714DE"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xml:space="preserve">من سنة إلى </w:t>
            </w:r>
            <w:r w:rsidRPr="00B62C6F">
              <w:rPr>
                <w:rFonts w:ascii="Simplified Arabic" w:eastAsia="Times New Roman" w:hAnsi="Simplified Arabic" w:cs="Simplified Arabic"/>
                <w:b/>
                <w:bCs/>
                <w:sz w:val="28"/>
                <w:szCs w:val="28"/>
              </w:rPr>
              <w:t>5</w:t>
            </w:r>
            <w:r w:rsidRPr="00B62C6F">
              <w:rPr>
                <w:rFonts w:ascii="Simplified Arabic" w:eastAsia="Times New Roman" w:hAnsi="Simplified Arabic" w:cs="Simplified Arabic"/>
                <w:b/>
                <w:bCs/>
                <w:sz w:val="28"/>
                <w:szCs w:val="28"/>
                <w:rtl/>
              </w:rPr>
              <w:t xml:space="preserve"> سنوات</w:t>
            </w:r>
          </w:p>
        </w:tc>
        <w:tc>
          <w:tcPr>
            <w:tcW w:w="3396" w:type="dxa"/>
          </w:tcPr>
          <w:p w14:paraId="7A27236E" w14:textId="7DEF25F0" w:rsidR="00DB4494" w:rsidRPr="00B62C6F" w:rsidRDefault="00B714DE"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134</w:t>
            </w:r>
          </w:p>
        </w:tc>
        <w:tc>
          <w:tcPr>
            <w:tcW w:w="3396" w:type="dxa"/>
          </w:tcPr>
          <w:p w14:paraId="4A872FA4" w14:textId="29E9F05A" w:rsidR="00DB4494" w:rsidRPr="00B62C6F" w:rsidRDefault="00B714DE"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46</w:t>
            </w:r>
            <w:r w:rsidR="00DB4494"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5</w:t>
            </w:r>
            <w:r w:rsidR="00DB4494" w:rsidRPr="00B62C6F">
              <w:rPr>
                <w:rFonts w:ascii="Simplified Arabic" w:eastAsia="Times New Roman" w:hAnsi="Simplified Arabic" w:cs="Simplified Arabic"/>
                <w:sz w:val="28"/>
                <w:szCs w:val="28"/>
              </w:rPr>
              <w:t>%</w:t>
            </w:r>
          </w:p>
        </w:tc>
      </w:tr>
      <w:tr w:rsidR="00B714DE" w:rsidRPr="00B62C6F" w14:paraId="4BDEE249" w14:textId="77777777" w:rsidTr="00557C2D">
        <w:trPr>
          <w:trHeight w:val="423"/>
        </w:trPr>
        <w:tc>
          <w:tcPr>
            <w:tcW w:w="3396" w:type="dxa"/>
          </w:tcPr>
          <w:p w14:paraId="6A2A49FD" w14:textId="0A72FC2A" w:rsidR="00B714DE" w:rsidRPr="00B62C6F" w:rsidRDefault="00B714DE" w:rsidP="00B714DE">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أقل من سنة</w:t>
            </w:r>
          </w:p>
        </w:tc>
        <w:tc>
          <w:tcPr>
            <w:tcW w:w="3396" w:type="dxa"/>
          </w:tcPr>
          <w:p w14:paraId="736551E3" w14:textId="25A70D03" w:rsidR="00B714DE" w:rsidRPr="00B62C6F" w:rsidRDefault="00B714DE" w:rsidP="00B714DE">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112</w:t>
            </w:r>
          </w:p>
        </w:tc>
        <w:tc>
          <w:tcPr>
            <w:tcW w:w="3396" w:type="dxa"/>
          </w:tcPr>
          <w:p w14:paraId="11036FA6" w14:textId="05F6ED50" w:rsidR="00B714DE" w:rsidRPr="00B62C6F" w:rsidRDefault="00B714DE" w:rsidP="00B714DE">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38.9%</w:t>
            </w:r>
          </w:p>
        </w:tc>
      </w:tr>
      <w:tr w:rsidR="00B714DE" w:rsidRPr="00B62C6F" w14:paraId="2F76B5D7" w14:textId="77777777" w:rsidTr="00557C2D">
        <w:trPr>
          <w:trHeight w:val="423"/>
        </w:trPr>
        <w:tc>
          <w:tcPr>
            <w:tcW w:w="3396" w:type="dxa"/>
          </w:tcPr>
          <w:p w14:paraId="409BE017" w14:textId="1512D432" w:rsidR="00B714DE" w:rsidRPr="00B62C6F" w:rsidRDefault="00B714DE" w:rsidP="00B714DE">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xml:space="preserve">أكثر من </w:t>
            </w:r>
            <w:r w:rsidRPr="00B62C6F">
              <w:rPr>
                <w:rFonts w:ascii="Simplified Arabic" w:eastAsia="Times New Roman" w:hAnsi="Simplified Arabic" w:cs="Simplified Arabic"/>
                <w:b/>
                <w:bCs/>
                <w:sz w:val="28"/>
                <w:szCs w:val="28"/>
              </w:rPr>
              <w:t>5</w:t>
            </w:r>
            <w:r w:rsidRPr="00B62C6F">
              <w:rPr>
                <w:rFonts w:ascii="Simplified Arabic" w:eastAsia="Times New Roman" w:hAnsi="Simplified Arabic" w:cs="Simplified Arabic"/>
                <w:b/>
                <w:bCs/>
                <w:sz w:val="28"/>
                <w:szCs w:val="28"/>
                <w:rtl/>
              </w:rPr>
              <w:t xml:space="preserve"> سنوات</w:t>
            </w:r>
          </w:p>
        </w:tc>
        <w:tc>
          <w:tcPr>
            <w:tcW w:w="3396" w:type="dxa"/>
          </w:tcPr>
          <w:p w14:paraId="36F09677" w14:textId="664D24F4" w:rsidR="00B714DE" w:rsidRPr="00B62C6F" w:rsidRDefault="00B714DE" w:rsidP="00B714DE">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42</w:t>
            </w:r>
          </w:p>
        </w:tc>
        <w:tc>
          <w:tcPr>
            <w:tcW w:w="3396" w:type="dxa"/>
          </w:tcPr>
          <w:p w14:paraId="46C93157" w14:textId="6DF9AF88" w:rsidR="00B714DE" w:rsidRPr="00B62C6F" w:rsidRDefault="00B714DE" w:rsidP="00B714DE">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14.6%</w:t>
            </w:r>
          </w:p>
        </w:tc>
      </w:tr>
      <w:tr w:rsidR="00B714DE" w:rsidRPr="00B62C6F" w14:paraId="75B7AC34" w14:textId="77777777" w:rsidTr="00557C2D">
        <w:trPr>
          <w:trHeight w:val="403"/>
        </w:trPr>
        <w:tc>
          <w:tcPr>
            <w:tcW w:w="3396" w:type="dxa"/>
          </w:tcPr>
          <w:p w14:paraId="782ACDC5" w14:textId="77777777" w:rsidR="00B714DE" w:rsidRPr="00B62C6F" w:rsidRDefault="00B714DE" w:rsidP="00B714DE">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الإجمالي</w:t>
            </w:r>
          </w:p>
        </w:tc>
        <w:tc>
          <w:tcPr>
            <w:tcW w:w="3396" w:type="dxa"/>
          </w:tcPr>
          <w:p w14:paraId="1D250883" w14:textId="77777777" w:rsidR="00B714DE" w:rsidRPr="00B62C6F" w:rsidRDefault="00B714DE" w:rsidP="00B714DE">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288</w:t>
            </w:r>
          </w:p>
        </w:tc>
        <w:tc>
          <w:tcPr>
            <w:tcW w:w="3396" w:type="dxa"/>
          </w:tcPr>
          <w:p w14:paraId="30C44C81" w14:textId="77777777" w:rsidR="00B714DE" w:rsidRPr="00B62C6F" w:rsidRDefault="00B714DE" w:rsidP="00B714DE">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100.0%</w:t>
            </w:r>
          </w:p>
        </w:tc>
      </w:tr>
    </w:tbl>
    <w:p w14:paraId="2A614B31" w14:textId="1A9681C9" w:rsidR="00AE670D" w:rsidRPr="00B62C6F" w:rsidRDefault="00AE670D" w:rsidP="00AE670D">
      <w:pPr>
        <w:bidi/>
        <w:spacing w:line="360" w:lineRule="auto"/>
        <w:jc w:val="both"/>
        <w:rPr>
          <w:rFonts w:ascii="Simplified Arabic" w:hAnsi="Simplified Arabic" w:cs="Simplified Arabic"/>
          <w:b/>
          <w:bCs/>
          <w:sz w:val="28"/>
          <w:szCs w:val="28"/>
          <w:rtl/>
        </w:rPr>
      </w:pPr>
    </w:p>
    <w:p w14:paraId="65AD9768" w14:textId="77777777" w:rsidR="00402E6B" w:rsidRPr="00B62C6F" w:rsidRDefault="0043033A" w:rsidP="00402E6B">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تشير نتائج الجدول (5) إلى أن النسبة الأكبر من أفراد العينة يمتلكون خبرة مستقرة في التعامل مع أنظمة الشات بوت تتراوح بين سنة إلى 5 سنوات بنسبة 46.5%، تلتها فئة المستخدمين الجدد الذين يقل تعاملهم عن سنة بنسبة 38.9%، بينما حلت فئة المستخدمين الأكثر خبرة وعمقاً وهي أكثر من 5 سنوات في المرتبة الأخيرة بنسبة 14.6%. ويمكن تفسير هذه النتيجة من واقع معايشة الظاهرة البحثية في البيئة المحلية بأن قنوات الرد التفاعلي شهدت طفرة تكنولوجية متسارعة وتبنياً استراتيجياً وإلزامياً من قِبل المنشآت والشركات الكبرى خلال الأعوام القليلة الماضية تماشياً مع وتيرة الرقمنة المتسارعة، مما أدى إلى بناء ألفة تكنولوجية واعتياد تراكمي لدى المستهلك السعودي، لتنقله من مرحلة التجريب الفني المؤقت إلى مرحلة الاستخدام المستقر والمستدام لتيسير معاملاته </w:t>
      </w:r>
      <w:r w:rsidRPr="00B62C6F">
        <w:rPr>
          <w:rFonts w:ascii="Simplified Arabic" w:eastAsia="Times New Roman" w:hAnsi="Simplified Arabic" w:cs="Simplified Arabic"/>
          <w:sz w:val="28"/>
          <w:szCs w:val="28"/>
        </w:rPr>
        <w:br/>
      </w:r>
      <w:r w:rsidR="00402E6B" w:rsidRPr="00B62C6F">
        <w:rPr>
          <w:rFonts w:ascii="Simplified Arabic" w:eastAsia="Times New Roman" w:hAnsi="Simplified Arabic" w:cs="Simplified Arabic"/>
          <w:sz w:val="28"/>
          <w:szCs w:val="28"/>
          <w:rtl/>
        </w:rPr>
        <w:t>الاستهلاكية اليومية.</w:t>
      </w:r>
    </w:p>
    <w:p w14:paraId="56207678" w14:textId="27F69D5C" w:rsidR="00AE670D" w:rsidRPr="009A5C70" w:rsidRDefault="00402E6B" w:rsidP="009A5C70">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w:t>
      </w:r>
      <w:r w:rsidR="0043033A" w:rsidRPr="00B62C6F">
        <w:rPr>
          <w:rFonts w:ascii="Simplified Arabic" w:eastAsia="Times New Roman" w:hAnsi="Simplified Arabic" w:cs="Simplified Arabic"/>
          <w:sz w:val="28"/>
          <w:szCs w:val="28"/>
          <w:rtl/>
        </w:rPr>
        <w:t>وتتفق هذه النتيجة مع دراسة (الوعل، 2023) التي بينت أن اتجاهات الجمهور نحو استخدام روبوتات الدردشة التفاعلية أصبحت تتسم بالاستقرار والوضوح الإجرائي نتيجة نمو سنوات الخبرة والتفاعل المستمر مع واجهاتها التقنية. كما يعتضد هذا التفسير بما أسفرت عنه دراسة</w:t>
      </w:r>
      <w:r w:rsidR="0043033A" w:rsidRPr="00B62C6F">
        <w:rPr>
          <w:rFonts w:ascii="Simplified Arabic" w:eastAsia="Times New Roman" w:hAnsi="Simplified Arabic" w:cs="Simplified Arabic"/>
          <w:sz w:val="28"/>
          <w:szCs w:val="28"/>
        </w:rPr>
        <w:t xml:space="preserve"> (Nguyen &amp; Doan, 2024) </w:t>
      </w:r>
      <w:r w:rsidR="0043033A" w:rsidRPr="00B62C6F">
        <w:rPr>
          <w:rFonts w:ascii="Simplified Arabic" w:eastAsia="Times New Roman" w:hAnsi="Simplified Arabic" w:cs="Simplified Arabic"/>
          <w:sz w:val="28"/>
          <w:szCs w:val="28"/>
          <w:rtl/>
        </w:rPr>
        <w:t>الأجنبية من أن استدامة نية الاستخدام والاعتماد الرقمي للشات بوت ترتبط طردياً بزيادة الألفة والخبرة التراكمية الناتجة عن تكرار التعرض للأنظمة الذكية عبر السنوات المتتالية. ونظرياً، فإن نمو سنوات التعامل يسهم في بناء ثقة المستهلك وتطوير مهاراته الحوارية لاستخراج جودة المعلومات من القواعد المعرفية للآلة دون عناء (الشوا، 2024، ص. 112). ويتماشى ذلك تماماً مع البنية التحتية الراسخة والنمو المتواصل في مؤشرات النضج الرقمي للخدمات بالمملكة (وزارة الاتصالات وتقنية المعلومات، 2020، ص. 14).</w:t>
      </w:r>
    </w:p>
    <w:p w14:paraId="70B17290" w14:textId="30C10E98" w:rsidR="000412AB" w:rsidRPr="00B62C6F" w:rsidRDefault="000412AB" w:rsidP="000412AB">
      <w:pPr>
        <w:bidi/>
        <w:spacing w:before="480" w:after="480" w:line="240" w:lineRule="auto"/>
        <w:jc w:val="both"/>
        <w:rPr>
          <w:rFonts w:ascii="Simplified Arabic" w:hAnsi="Simplified Arabic" w:cs="Simplified Arabic"/>
          <w:sz w:val="28"/>
          <w:szCs w:val="28"/>
          <w:u w:val="single"/>
          <w:rtl/>
        </w:rPr>
      </w:pPr>
      <w:r w:rsidRPr="00B62C6F">
        <w:rPr>
          <w:rFonts w:ascii="Simplified Arabic" w:hAnsi="Simplified Arabic" w:cs="Simplified Arabic"/>
          <w:sz w:val="28"/>
          <w:szCs w:val="28"/>
          <w:u w:val="single"/>
          <w:rtl/>
        </w:rPr>
        <w:lastRenderedPageBreak/>
        <w:t>2- معدل تكرار استخدام الشات بوت:</w:t>
      </w:r>
    </w:p>
    <w:p w14:paraId="6284FCB7" w14:textId="2A100AD1" w:rsidR="000412AB" w:rsidRPr="00B62C6F" w:rsidRDefault="000412AB" w:rsidP="000412AB">
      <w:pPr>
        <w:bidi/>
        <w:spacing w:before="480" w:after="480" w:line="240" w:lineRule="auto"/>
        <w:jc w:val="center"/>
        <w:rPr>
          <w:rFonts w:ascii="Simplified Arabic" w:hAnsi="Simplified Arabic" w:cs="Simplified Arabic"/>
          <w:sz w:val="28"/>
          <w:szCs w:val="28"/>
        </w:rPr>
      </w:pPr>
      <w:r w:rsidRPr="00B62C6F">
        <w:rPr>
          <w:rFonts w:ascii="Simplified Arabic" w:hAnsi="Simplified Arabic" w:cs="Simplified Arabic"/>
          <w:sz w:val="28"/>
          <w:szCs w:val="28"/>
          <w:rtl/>
        </w:rPr>
        <w:t xml:space="preserve">جدول </w:t>
      </w:r>
      <w:r w:rsidRPr="00B62C6F">
        <w:rPr>
          <w:rFonts w:ascii="Simplified Arabic" w:hAnsi="Simplified Arabic" w:cs="Simplified Arabic"/>
          <w:sz w:val="28"/>
          <w:szCs w:val="28"/>
        </w:rPr>
        <w:t>:(6)</w:t>
      </w:r>
      <w:r w:rsidRPr="00B62C6F">
        <w:rPr>
          <w:rFonts w:ascii="Simplified Arabic" w:hAnsi="Simplified Arabic" w:cs="Simplified Arabic"/>
          <w:sz w:val="28"/>
          <w:szCs w:val="28"/>
          <w:rtl/>
        </w:rPr>
        <w:t xml:space="preserve"> بيانات الدراسة وفقا لمعدل تكرار استخدام الشات بوت</w:t>
      </w:r>
    </w:p>
    <w:tbl>
      <w:tblPr>
        <w:tblStyle w:val="afa"/>
        <w:bidiVisual/>
        <w:tblW w:w="0" w:type="auto"/>
        <w:tblLook w:val="04A0" w:firstRow="1" w:lastRow="0" w:firstColumn="1" w:lastColumn="0" w:noHBand="0" w:noVBand="1"/>
      </w:tblPr>
      <w:tblGrid>
        <w:gridCol w:w="3396"/>
        <w:gridCol w:w="3396"/>
        <w:gridCol w:w="3396"/>
      </w:tblGrid>
      <w:tr w:rsidR="000412AB" w:rsidRPr="00B62C6F" w14:paraId="680753CF" w14:textId="77777777" w:rsidTr="00557C2D">
        <w:trPr>
          <w:trHeight w:val="299"/>
        </w:trPr>
        <w:tc>
          <w:tcPr>
            <w:tcW w:w="3396" w:type="dxa"/>
          </w:tcPr>
          <w:p w14:paraId="22DFE2CE" w14:textId="77777777" w:rsidR="000412AB" w:rsidRPr="00B62C6F" w:rsidRDefault="000412AB"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الفئة</w:t>
            </w:r>
          </w:p>
        </w:tc>
        <w:tc>
          <w:tcPr>
            <w:tcW w:w="3396" w:type="dxa"/>
          </w:tcPr>
          <w:p w14:paraId="020CC903" w14:textId="77777777" w:rsidR="000412AB" w:rsidRPr="00B62C6F" w:rsidRDefault="000412AB"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التكرار</w:t>
            </w:r>
          </w:p>
        </w:tc>
        <w:tc>
          <w:tcPr>
            <w:tcW w:w="3396" w:type="dxa"/>
          </w:tcPr>
          <w:p w14:paraId="3F883934" w14:textId="77777777" w:rsidR="000412AB" w:rsidRPr="00B62C6F" w:rsidRDefault="000412AB"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النسبة</w:t>
            </w:r>
          </w:p>
        </w:tc>
      </w:tr>
      <w:tr w:rsidR="000412AB" w:rsidRPr="00B62C6F" w14:paraId="09336557" w14:textId="77777777" w:rsidTr="00557C2D">
        <w:trPr>
          <w:trHeight w:val="405"/>
        </w:trPr>
        <w:tc>
          <w:tcPr>
            <w:tcW w:w="3396" w:type="dxa"/>
          </w:tcPr>
          <w:p w14:paraId="7C272DD2" w14:textId="729FE220" w:rsidR="000412AB" w:rsidRPr="00B62C6F" w:rsidRDefault="000412AB"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حسب الحاجة فقط</w:t>
            </w:r>
          </w:p>
        </w:tc>
        <w:tc>
          <w:tcPr>
            <w:tcW w:w="3396" w:type="dxa"/>
          </w:tcPr>
          <w:p w14:paraId="0615DAA3" w14:textId="7952DDE3" w:rsidR="000412AB" w:rsidRPr="00B62C6F" w:rsidRDefault="000412AB"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109</w:t>
            </w:r>
          </w:p>
        </w:tc>
        <w:tc>
          <w:tcPr>
            <w:tcW w:w="3396" w:type="dxa"/>
          </w:tcPr>
          <w:p w14:paraId="0F7150BF" w14:textId="74242AF5" w:rsidR="000412AB" w:rsidRPr="00B62C6F" w:rsidRDefault="000412AB"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37.8%</w:t>
            </w:r>
          </w:p>
        </w:tc>
      </w:tr>
      <w:tr w:rsidR="000412AB" w:rsidRPr="00B62C6F" w14:paraId="2CEAB34D" w14:textId="77777777" w:rsidTr="00557C2D">
        <w:trPr>
          <w:trHeight w:val="423"/>
        </w:trPr>
        <w:tc>
          <w:tcPr>
            <w:tcW w:w="3396" w:type="dxa"/>
          </w:tcPr>
          <w:p w14:paraId="13C365B1" w14:textId="00B4BB10" w:rsidR="000412AB" w:rsidRPr="00B62C6F" w:rsidRDefault="000412AB"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يومياً</w:t>
            </w:r>
          </w:p>
        </w:tc>
        <w:tc>
          <w:tcPr>
            <w:tcW w:w="3396" w:type="dxa"/>
          </w:tcPr>
          <w:p w14:paraId="4A20FBC9" w14:textId="7D7BE09C" w:rsidR="000412AB" w:rsidRPr="00B62C6F" w:rsidRDefault="000412AB" w:rsidP="00557C2D">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77</w:t>
            </w:r>
          </w:p>
        </w:tc>
        <w:tc>
          <w:tcPr>
            <w:tcW w:w="3396" w:type="dxa"/>
          </w:tcPr>
          <w:p w14:paraId="6E68289B" w14:textId="18B4A6FC" w:rsidR="000412AB" w:rsidRPr="00B62C6F" w:rsidRDefault="000412AB"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26.7%</w:t>
            </w:r>
          </w:p>
        </w:tc>
      </w:tr>
      <w:tr w:rsidR="000412AB" w:rsidRPr="00B62C6F" w14:paraId="589508BD" w14:textId="77777777" w:rsidTr="00557C2D">
        <w:trPr>
          <w:trHeight w:val="423"/>
        </w:trPr>
        <w:tc>
          <w:tcPr>
            <w:tcW w:w="3396" w:type="dxa"/>
          </w:tcPr>
          <w:p w14:paraId="42ED6784" w14:textId="58B45317" w:rsidR="000412AB" w:rsidRPr="00B62C6F" w:rsidRDefault="000412AB"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أسبوعياً</w:t>
            </w:r>
          </w:p>
        </w:tc>
        <w:tc>
          <w:tcPr>
            <w:tcW w:w="3396" w:type="dxa"/>
          </w:tcPr>
          <w:p w14:paraId="28A904ED" w14:textId="6B2B53B4" w:rsidR="000412AB" w:rsidRPr="00B62C6F" w:rsidRDefault="00837300"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64</w:t>
            </w:r>
          </w:p>
        </w:tc>
        <w:tc>
          <w:tcPr>
            <w:tcW w:w="3396" w:type="dxa"/>
          </w:tcPr>
          <w:p w14:paraId="772EC6FE" w14:textId="449DD8A2" w:rsidR="000412AB" w:rsidRPr="00B62C6F" w:rsidRDefault="000412AB"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22.2%</w:t>
            </w:r>
          </w:p>
        </w:tc>
      </w:tr>
      <w:tr w:rsidR="000412AB" w:rsidRPr="00B62C6F" w14:paraId="40B7D4BD" w14:textId="77777777" w:rsidTr="00557C2D">
        <w:trPr>
          <w:trHeight w:val="423"/>
        </w:trPr>
        <w:tc>
          <w:tcPr>
            <w:tcW w:w="3396" w:type="dxa"/>
          </w:tcPr>
          <w:p w14:paraId="0A75E0B9" w14:textId="34A7A6C2" w:rsidR="000412AB" w:rsidRPr="00B62C6F" w:rsidRDefault="000412AB" w:rsidP="000412AB">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شهرياً</w:t>
            </w:r>
          </w:p>
        </w:tc>
        <w:tc>
          <w:tcPr>
            <w:tcW w:w="3396" w:type="dxa"/>
          </w:tcPr>
          <w:p w14:paraId="673ABF58" w14:textId="4FA5314C" w:rsidR="000412AB" w:rsidRPr="00B62C6F" w:rsidRDefault="00837300" w:rsidP="000412AB">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25</w:t>
            </w:r>
          </w:p>
        </w:tc>
        <w:tc>
          <w:tcPr>
            <w:tcW w:w="3396" w:type="dxa"/>
          </w:tcPr>
          <w:p w14:paraId="53CB7E44" w14:textId="68ECD3CF" w:rsidR="000412AB" w:rsidRPr="00B62C6F" w:rsidRDefault="000412AB" w:rsidP="000412AB">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8.7%</w:t>
            </w:r>
          </w:p>
        </w:tc>
      </w:tr>
      <w:tr w:rsidR="000412AB" w:rsidRPr="00B62C6F" w14:paraId="22331392" w14:textId="77777777" w:rsidTr="00557C2D">
        <w:trPr>
          <w:trHeight w:val="423"/>
        </w:trPr>
        <w:tc>
          <w:tcPr>
            <w:tcW w:w="3396" w:type="dxa"/>
          </w:tcPr>
          <w:p w14:paraId="1C275F9A" w14:textId="5E99EEB5" w:rsidR="000412AB" w:rsidRPr="00B62C6F" w:rsidRDefault="000412AB" w:rsidP="000412AB">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نادراً</w:t>
            </w:r>
          </w:p>
        </w:tc>
        <w:tc>
          <w:tcPr>
            <w:tcW w:w="3396" w:type="dxa"/>
          </w:tcPr>
          <w:p w14:paraId="2D8B5417" w14:textId="7A8CEDEC" w:rsidR="000412AB" w:rsidRPr="00B62C6F" w:rsidRDefault="00837300" w:rsidP="000412AB">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13</w:t>
            </w:r>
          </w:p>
        </w:tc>
        <w:tc>
          <w:tcPr>
            <w:tcW w:w="3396" w:type="dxa"/>
          </w:tcPr>
          <w:p w14:paraId="5525B239" w14:textId="6CE8BFE6" w:rsidR="000412AB" w:rsidRPr="00B62C6F" w:rsidRDefault="000412AB" w:rsidP="000412AB">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4.5%</w:t>
            </w:r>
          </w:p>
        </w:tc>
      </w:tr>
      <w:tr w:rsidR="000412AB" w:rsidRPr="00B62C6F" w14:paraId="6CAE67D9" w14:textId="77777777" w:rsidTr="00557C2D">
        <w:trPr>
          <w:trHeight w:val="403"/>
        </w:trPr>
        <w:tc>
          <w:tcPr>
            <w:tcW w:w="3396" w:type="dxa"/>
          </w:tcPr>
          <w:p w14:paraId="687D2E46" w14:textId="77777777" w:rsidR="000412AB" w:rsidRPr="00B62C6F" w:rsidRDefault="000412AB"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الإجمالي</w:t>
            </w:r>
          </w:p>
        </w:tc>
        <w:tc>
          <w:tcPr>
            <w:tcW w:w="3396" w:type="dxa"/>
          </w:tcPr>
          <w:p w14:paraId="256517B0" w14:textId="77777777" w:rsidR="000412AB" w:rsidRPr="00B62C6F" w:rsidRDefault="000412AB"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288</w:t>
            </w:r>
          </w:p>
        </w:tc>
        <w:tc>
          <w:tcPr>
            <w:tcW w:w="3396" w:type="dxa"/>
          </w:tcPr>
          <w:p w14:paraId="324A6FC3" w14:textId="77777777" w:rsidR="000412AB" w:rsidRPr="00B62C6F" w:rsidRDefault="000412AB"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100.0%</w:t>
            </w:r>
          </w:p>
        </w:tc>
      </w:tr>
    </w:tbl>
    <w:p w14:paraId="2841C9BE" w14:textId="799D3EE9" w:rsidR="00AE670D" w:rsidRPr="00B62C6F" w:rsidRDefault="00AE670D" w:rsidP="00AE670D">
      <w:pPr>
        <w:bidi/>
        <w:spacing w:line="360" w:lineRule="auto"/>
        <w:jc w:val="both"/>
        <w:rPr>
          <w:rFonts w:ascii="Simplified Arabic" w:hAnsi="Simplified Arabic" w:cs="Simplified Arabic"/>
          <w:b/>
          <w:bCs/>
          <w:sz w:val="28"/>
          <w:szCs w:val="28"/>
          <w:rtl/>
        </w:rPr>
      </w:pPr>
    </w:p>
    <w:p w14:paraId="77D24D46" w14:textId="39647A7E" w:rsidR="00402E6B" w:rsidRPr="00B62C6F" w:rsidRDefault="00402E6B" w:rsidP="00402E6B">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تشير نتائج الجدول (6) إلى أن خيار الاستخدام المتمثل في "حسب الحاجة فقط" احتل المرتبة الأولى بنسبة 37.8%، يليه الاستخدام بمعدل "يومي" بنسبة 26.7%، ثم الاستخدام بمعدل "أسبوعي" بنسبة 22.2%، وحل الاستخدام بمعدل "شهري" رابعاً بنسبة 8.7%، بينما جاء خيار الاستخدام "نادراً" في المرتبة الأخيرة بنسبة 4.5%. </w:t>
      </w:r>
      <w:r w:rsidR="00C86AA0" w:rsidRPr="00B62C6F">
        <w:rPr>
          <w:rFonts w:ascii="Simplified Arabic" w:eastAsia="Times New Roman" w:hAnsi="Simplified Arabic" w:cs="Simplified Arabic"/>
          <w:sz w:val="28"/>
          <w:szCs w:val="28"/>
          <w:rtl/>
        </w:rPr>
        <w:t xml:space="preserve">وتفسر الباحثة </w:t>
      </w:r>
      <w:r w:rsidRPr="00B62C6F">
        <w:rPr>
          <w:rFonts w:ascii="Simplified Arabic" w:eastAsia="Times New Roman" w:hAnsi="Simplified Arabic" w:cs="Simplified Arabic"/>
          <w:sz w:val="28"/>
          <w:szCs w:val="28"/>
          <w:rtl/>
        </w:rPr>
        <w:t>هذه النتيجة إجرائياً وميدانياً بأن المستهلك السعودي يتعامل مع الشات بوت كأداة وظيفية نفعية بحتة؛ أي أنه لا يلجأ للمحادثة الآلية لغرض التسلية، بل يتحرك فوراً للتواصل عند نشوء حاجة اتصالية محددة كمتابعة حالة شحنة، أو تقديم شكوى، أو الاستعلام عن سعر خدمة، مما يجعل نمط الاستخدام مرناً ومحكوماً بمدى تحقيق المصلحة الفورية للمستفيد وظروفه التسويقية اليومية</w:t>
      </w:r>
      <w:r w:rsidRPr="00B62C6F">
        <w:rPr>
          <w:rFonts w:ascii="Simplified Arabic" w:eastAsia="Times New Roman" w:hAnsi="Simplified Arabic" w:cs="Simplified Arabic"/>
          <w:sz w:val="28"/>
          <w:szCs w:val="28"/>
        </w:rPr>
        <w:t>.</w:t>
      </w:r>
    </w:p>
    <w:p w14:paraId="0BB54E8D" w14:textId="4FF829F4" w:rsidR="00402E6B" w:rsidRPr="00B62C6F" w:rsidRDefault="00402E6B" w:rsidP="00402E6B">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وتتطابق هذه النتيجة الميدانية مع دراسة</w:t>
      </w:r>
      <w:r w:rsidRPr="00B62C6F">
        <w:rPr>
          <w:rFonts w:ascii="Simplified Arabic" w:eastAsia="Times New Roman" w:hAnsi="Simplified Arabic" w:cs="Simplified Arabic"/>
          <w:sz w:val="28"/>
          <w:szCs w:val="28"/>
        </w:rPr>
        <w:t xml:space="preserve"> (Lee &amp; Chang, 2023) </w:t>
      </w:r>
      <w:r w:rsidRPr="00B62C6F">
        <w:rPr>
          <w:rFonts w:ascii="Simplified Arabic" w:eastAsia="Times New Roman" w:hAnsi="Simplified Arabic" w:cs="Simplified Arabic"/>
          <w:sz w:val="28"/>
          <w:szCs w:val="28"/>
          <w:rtl/>
        </w:rPr>
        <w:t xml:space="preserve">الأجنبية، والتي أثبتت أن معدل تكرار الاستخدام الفعلي للمساعد الذكي يرتبط ارتباطاً شرطياً بنشوء الحاجة الإجرائية لتذليل عقبات التواصل واختصار وقت الوصول للمعلومة الخدمية. كما يدعم هذا التحليل ما كشفت عنه دراسة (العتيبي، 2024) من أن دوافع الاستخدام الفعلي للشات بوت في قطاع الاتصالات تظل محكومة بوجود استفسارات طارئة وأعطال تقنية تستوجب اللجوء الآني للآلة. ومن منظور علم سلوك المستهلك، فإن الاستخدام المقترن بالحاجة يعكس نضجاً سلوكياً يبحث من خلاله العميل عن الكفاءة وفورية الرد لإتمام المعاملة بحد أدنى من الجهد المعرفي (أسعد، 2023، ص. 45). </w:t>
      </w:r>
      <w:r w:rsidRPr="00B62C6F">
        <w:rPr>
          <w:rFonts w:ascii="Simplified Arabic" w:eastAsia="Times New Roman" w:hAnsi="Simplified Arabic" w:cs="Simplified Arabic"/>
          <w:sz w:val="28"/>
          <w:szCs w:val="28"/>
          <w:rtl/>
        </w:rPr>
        <w:lastRenderedPageBreak/>
        <w:t>وتتكامل هذه النتيجة مع استراتيجية الدولة في ميكنة الخدمات لتكون متاحة فورياً وبنقرة واحدة للمستفيدين عند الحاجة (وزارة الاتصالات وتقنية المعلومات، 2020، ص. 14).</w:t>
      </w:r>
    </w:p>
    <w:p w14:paraId="4B3A4BC5" w14:textId="16799890" w:rsidR="003B3D30" w:rsidRPr="00B62C6F" w:rsidRDefault="003B3D30" w:rsidP="003B3D30">
      <w:pPr>
        <w:bidi/>
        <w:spacing w:line="360" w:lineRule="auto"/>
        <w:jc w:val="both"/>
        <w:rPr>
          <w:rFonts w:ascii="Simplified Arabic" w:hAnsi="Simplified Arabic" w:cs="Simplified Arabic"/>
          <w:b/>
          <w:bCs/>
          <w:sz w:val="28"/>
          <w:szCs w:val="28"/>
          <w:rtl/>
        </w:rPr>
      </w:pPr>
    </w:p>
    <w:p w14:paraId="672CF7E0" w14:textId="0E978D34" w:rsidR="003B3D30" w:rsidRPr="00B62C6F" w:rsidRDefault="003B3D30" w:rsidP="003B3D30">
      <w:pPr>
        <w:bidi/>
        <w:spacing w:before="480" w:after="480" w:line="240" w:lineRule="auto"/>
        <w:jc w:val="both"/>
        <w:rPr>
          <w:rFonts w:ascii="Simplified Arabic" w:hAnsi="Simplified Arabic" w:cs="Simplified Arabic"/>
          <w:sz w:val="28"/>
          <w:szCs w:val="28"/>
          <w:u w:val="single"/>
          <w:rtl/>
        </w:rPr>
      </w:pPr>
      <w:r w:rsidRPr="00B62C6F">
        <w:rPr>
          <w:rFonts w:ascii="Simplified Arabic" w:hAnsi="Simplified Arabic" w:cs="Simplified Arabic"/>
          <w:sz w:val="28"/>
          <w:szCs w:val="28"/>
          <w:u w:val="single"/>
          <w:rtl/>
        </w:rPr>
        <w:t>3- مدى اللجوء للشات بوت للاستفسار عن الخدمات أو حل مشكلات تقنية:</w:t>
      </w:r>
    </w:p>
    <w:p w14:paraId="432E3CC4" w14:textId="18EAD4C7" w:rsidR="003B3D30" w:rsidRPr="00B62C6F" w:rsidRDefault="003B3D30" w:rsidP="003B3D30">
      <w:pPr>
        <w:bidi/>
        <w:spacing w:before="480" w:after="480" w:line="240" w:lineRule="auto"/>
        <w:jc w:val="center"/>
        <w:rPr>
          <w:rFonts w:ascii="Simplified Arabic" w:hAnsi="Simplified Arabic" w:cs="Simplified Arabic"/>
          <w:sz w:val="28"/>
          <w:szCs w:val="28"/>
        </w:rPr>
      </w:pPr>
      <w:r w:rsidRPr="00B62C6F">
        <w:rPr>
          <w:rFonts w:ascii="Simplified Arabic" w:hAnsi="Simplified Arabic" w:cs="Simplified Arabic"/>
          <w:sz w:val="28"/>
          <w:szCs w:val="28"/>
          <w:rtl/>
        </w:rPr>
        <w:t xml:space="preserve">جدول </w:t>
      </w:r>
      <w:r w:rsidRPr="00B62C6F">
        <w:rPr>
          <w:rFonts w:ascii="Simplified Arabic" w:hAnsi="Simplified Arabic" w:cs="Simplified Arabic"/>
          <w:sz w:val="28"/>
          <w:szCs w:val="28"/>
        </w:rPr>
        <w:t>:(7)</w:t>
      </w:r>
      <w:r w:rsidRPr="00B62C6F">
        <w:rPr>
          <w:rFonts w:ascii="Simplified Arabic" w:hAnsi="Simplified Arabic" w:cs="Simplified Arabic"/>
          <w:sz w:val="28"/>
          <w:szCs w:val="28"/>
          <w:rtl/>
        </w:rPr>
        <w:t xml:space="preserve"> بيانات الدراسة وفقا لمدى اللجوء للشات بوت للاستفسار عن الخدمات أو حل مشكلات تقنية </w:t>
      </w:r>
    </w:p>
    <w:tbl>
      <w:tblPr>
        <w:tblStyle w:val="afa"/>
        <w:bidiVisual/>
        <w:tblW w:w="0" w:type="auto"/>
        <w:tblLook w:val="04A0" w:firstRow="1" w:lastRow="0" w:firstColumn="1" w:lastColumn="0" w:noHBand="0" w:noVBand="1"/>
      </w:tblPr>
      <w:tblGrid>
        <w:gridCol w:w="3396"/>
        <w:gridCol w:w="3396"/>
        <w:gridCol w:w="3396"/>
      </w:tblGrid>
      <w:tr w:rsidR="003B3D30" w:rsidRPr="00B62C6F" w14:paraId="5FDEDCAB" w14:textId="77777777" w:rsidTr="00557C2D">
        <w:trPr>
          <w:trHeight w:val="299"/>
        </w:trPr>
        <w:tc>
          <w:tcPr>
            <w:tcW w:w="3396" w:type="dxa"/>
          </w:tcPr>
          <w:p w14:paraId="5FDE16B9" w14:textId="77777777" w:rsidR="003B3D30" w:rsidRPr="00B62C6F" w:rsidRDefault="003B3D30"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الفئة</w:t>
            </w:r>
          </w:p>
        </w:tc>
        <w:tc>
          <w:tcPr>
            <w:tcW w:w="3396" w:type="dxa"/>
          </w:tcPr>
          <w:p w14:paraId="661AAA25" w14:textId="77777777" w:rsidR="003B3D30" w:rsidRPr="00B62C6F" w:rsidRDefault="003B3D30"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التكرار</w:t>
            </w:r>
          </w:p>
        </w:tc>
        <w:tc>
          <w:tcPr>
            <w:tcW w:w="3396" w:type="dxa"/>
          </w:tcPr>
          <w:p w14:paraId="27FE3FB5" w14:textId="77777777" w:rsidR="003B3D30" w:rsidRPr="00B62C6F" w:rsidRDefault="003B3D30"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النسبة</w:t>
            </w:r>
          </w:p>
        </w:tc>
      </w:tr>
      <w:tr w:rsidR="003B3D30" w:rsidRPr="00B62C6F" w14:paraId="35A86629" w14:textId="77777777" w:rsidTr="00557C2D">
        <w:trPr>
          <w:trHeight w:val="405"/>
        </w:trPr>
        <w:tc>
          <w:tcPr>
            <w:tcW w:w="3396" w:type="dxa"/>
          </w:tcPr>
          <w:p w14:paraId="03C464C4" w14:textId="7C09AEAD" w:rsidR="003B3D30" w:rsidRPr="00B62C6F" w:rsidRDefault="003B3D30"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أحياناً</w:t>
            </w:r>
          </w:p>
        </w:tc>
        <w:tc>
          <w:tcPr>
            <w:tcW w:w="3396" w:type="dxa"/>
          </w:tcPr>
          <w:p w14:paraId="205A621C" w14:textId="73965EDF" w:rsidR="003B3D30" w:rsidRPr="00B62C6F" w:rsidRDefault="003B3D30"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133</w:t>
            </w:r>
          </w:p>
        </w:tc>
        <w:tc>
          <w:tcPr>
            <w:tcW w:w="3396" w:type="dxa"/>
          </w:tcPr>
          <w:p w14:paraId="46729AC6" w14:textId="4EE38244" w:rsidR="003B3D30" w:rsidRPr="00B62C6F" w:rsidRDefault="003B3D30"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46.2%</w:t>
            </w:r>
          </w:p>
        </w:tc>
      </w:tr>
      <w:tr w:rsidR="003B3D30" w:rsidRPr="00B62C6F" w14:paraId="7488A5D0" w14:textId="77777777" w:rsidTr="00557C2D">
        <w:trPr>
          <w:trHeight w:val="423"/>
        </w:trPr>
        <w:tc>
          <w:tcPr>
            <w:tcW w:w="3396" w:type="dxa"/>
          </w:tcPr>
          <w:p w14:paraId="186410A2" w14:textId="1A7DD605" w:rsidR="003B3D30" w:rsidRPr="00B62C6F" w:rsidRDefault="003B3D30"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دائماً</w:t>
            </w:r>
          </w:p>
        </w:tc>
        <w:tc>
          <w:tcPr>
            <w:tcW w:w="3396" w:type="dxa"/>
          </w:tcPr>
          <w:p w14:paraId="51DED33E" w14:textId="03251251" w:rsidR="003B3D30" w:rsidRPr="00B62C6F" w:rsidRDefault="003B3D30" w:rsidP="00557C2D">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113</w:t>
            </w:r>
          </w:p>
        </w:tc>
        <w:tc>
          <w:tcPr>
            <w:tcW w:w="3396" w:type="dxa"/>
          </w:tcPr>
          <w:p w14:paraId="6C5ADACC" w14:textId="48BF14C3" w:rsidR="003B3D30" w:rsidRPr="00B62C6F" w:rsidRDefault="003B3D30"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39.2%</w:t>
            </w:r>
          </w:p>
        </w:tc>
      </w:tr>
      <w:tr w:rsidR="003B3D30" w:rsidRPr="00B62C6F" w14:paraId="6188C6B8" w14:textId="77777777" w:rsidTr="00557C2D">
        <w:trPr>
          <w:trHeight w:val="423"/>
        </w:trPr>
        <w:tc>
          <w:tcPr>
            <w:tcW w:w="3396" w:type="dxa"/>
          </w:tcPr>
          <w:p w14:paraId="394E175F" w14:textId="6D05D87C" w:rsidR="003B3D30" w:rsidRPr="00B62C6F" w:rsidRDefault="003B3D30"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نادراً</w:t>
            </w:r>
          </w:p>
        </w:tc>
        <w:tc>
          <w:tcPr>
            <w:tcW w:w="3396" w:type="dxa"/>
          </w:tcPr>
          <w:p w14:paraId="03E36644" w14:textId="637E2731" w:rsidR="003B3D30" w:rsidRPr="00B62C6F" w:rsidRDefault="003B3D30"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34</w:t>
            </w:r>
          </w:p>
        </w:tc>
        <w:tc>
          <w:tcPr>
            <w:tcW w:w="3396" w:type="dxa"/>
          </w:tcPr>
          <w:p w14:paraId="45D6EE82" w14:textId="6092EBE0" w:rsidR="003B3D30" w:rsidRPr="00B62C6F" w:rsidRDefault="003B3D30"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11.8%</w:t>
            </w:r>
          </w:p>
        </w:tc>
      </w:tr>
      <w:tr w:rsidR="003B3D30" w:rsidRPr="00B62C6F" w14:paraId="4CE5232D" w14:textId="77777777" w:rsidTr="00557C2D">
        <w:trPr>
          <w:trHeight w:val="423"/>
        </w:trPr>
        <w:tc>
          <w:tcPr>
            <w:tcW w:w="3396" w:type="dxa"/>
          </w:tcPr>
          <w:p w14:paraId="573C6459" w14:textId="5A8BEB48" w:rsidR="003B3D30" w:rsidRPr="00B62C6F" w:rsidRDefault="003B3D30"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لا ألجأ إليه أبداً</w:t>
            </w:r>
          </w:p>
        </w:tc>
        <w:tc>
          <w:tcPr>
            <w:tcW w:w="3396" w:type="dxa"/>
          </w:tcPr>
          <w:p w14:paraId="42E28C90" w14:textId="500AF287" w:rsidR="003B3D30" w:rsidRPr="00B62C6F" w:rsidRDefault="003B3D30" w:rsidP="00557C2D">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8</w:t>
            </w:r>
          </w:p>
        </w:tc>
        <w:tc>
          <w:tcPr>
            <w:tcW w:w="3396" w:type="dxa"/>
          </w:tcPr>
          <w:p w14:paraId="08374F2D" w14:textId="02715057" w:rsidR="003B3D30" w:rsidRPr="00B62C6F" w:rsidRDefault="003B3D30"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2.8%</w:t>
            </w:r>
          </w:p>
        </w:tc>
      </w:tr>
      <w:tr w:rsidR="003B3D30" w:rsidRPr="00B62C6F" w14:paraId="5CD45C80" w14:textId="77777777" w:rsidTr="00557C2D">
        <w:trPr>
          <w:trHeight w:val="403"/>
        </w:trPr>
        <w:tc>
          <w:tcPr>
            <w:tcW w:w="3396" w:type="dxa"/>
          </w:tcPr>
          <w:p w14:paraId="362A4ECA" w14:textId="77777777" w:rsidR="003B3D30" w:rsidRPr="00B62C6F" w:rsidRDefault="003B3D30"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الإجمالي</w:t>
            </w:r>
          </w:p>
        </w:tc>
        <w:tc>
          <w:tcPr>
            <w:tcW w:w="3396" w:type="dxa"/>
          </w:tcPr>
          <w:p w14:paraId="101D74A0" w14:textId="77777777" w:rsidR="003B3D30" w:rsidRPr="00B62C6F" w:rsidRDefault="003B3D30"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288</w:t>
            </w:r>
          </w:p>
        </w:tc>
        <w:tc>
          <w:tcPr>
            <w:tcW w:w="3396" w:type="dxa"/>
          </w:tcPr>
          <w:p w14:paraId="550FDE6A" w14:textId="77777777" w:rsidR="003B3D30" w:rsidRPr="00B62C6F" w:rsidRDefault="003B3D30"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100.0%</w:t>
            </w:r>
          </w:p>
        </w:tc>
      </w:tr>
    </w:tbl>
    <w:p w14:paraId="51DE978A" w14:textId="70ADB3C1" w:rsidR="003B3D30" w:rsidRPr="00B62C6F" w:rsidRDefault="003B3D30" w:rsidP="003B3D30">
      <w:pPr>
        <w:bidi/>
        <w:spacing w:line="360" w:lineRule="auto"/>
        <w:jc w:val="both"/>
        <w:rPr>
          <w:rFonts w:ascii="Simplified Arabic" w:hAnsi="Simplified Arabic" w:cs="Simplified Arabic"/>
          <w:b/>
          <w:bCs/>
          <w:sz w:val="28"/>
          <w:szCs w:val="28"/>
          <w:rtl/>
        </w:rPr>
      </w:pPr>
    </w:p>
    <w:p w14:paraId="5FC64423" w14:textId="65F71C23" w:rsidR="003259D0" w:rsidRPr="00B62C6F" w:rsidRDefault="003259D0" w:rsidP="003259D0">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تشير نتائج الجدول (7) إلى أن خيار اللجوء بمستوى "أحياناً" حاز على المرتبة الأولى بنسبة 46.2%، وجاء خيار اللجوء بمستوى "دائماً" ثانياً بنسبة 39.2%، بينما انخفض خيار اللجوء بمستوى "نادراً" إلى 11.8%، وحل خيار الرفض الكلي المتمثل في "لا ألجأ إليه أبداً" أخيراً بنسبة 2.8%. </w:t>
      </w:r>
      <w:r w:rsidR="00C86AA0" w:rsidRPr="00B62C6F">
        <w:rPr>
          <w:rFonts w:ascii="Simplified Arabic" w:eastAsia="Times New Roman" w:hAnsi="Simplified Arabic" w:cs="Simplified Arabic"/>
          <w:sz w:val="28"/>
          <w:szCs w:val="28"/>
          <w:rtl/>
        </w:rPr>
        <w:t>وتفسر الباحثة</w:t>
      </w:r>
      <w:r w:rsidRPr="00B62C6F">
        <w:rPr>
          <w:rFonts w:ascii="Simplified Arabic" w:eastAsia="Times New Roman" w:hAnsi="Simplified Arabic" w:cs="Simplified Arabic"/>
          <w:sz w:val="28"/>
          <w:szCs w:val="28"/>
          <w:rtl/>
        </w:rPr>
        <w:t xml:space="preserve"> هذه النتيجة بأن الشات بوت أصبح يمثل إحدى قنوات الدعم المألوفة والمقبولة بشكل واسع في البيئة المحلية كخط دفاع أول للاستفسار لسرعته الفائقة، مع بقاء وعي المستهلك بأن المشكلات بالغة التعقيد قد تتطلب أحياناً تجاوز الآلة والوصول التدريجي للعنصر البشري لضمان الحل النهائي المعقد</w:t>
      </w:r>
      <w:r w:rsidRPr="00B62C6F">
        <w:rPr>
          <w:rFonts w:ascii="Simplified Arabic" w:eastAsia="Times New Roman" w:hAnsi="Simplified Arabic" w:cs="Simplified Arabic"/>
          <w:sz w:val="28"/>
          <w:szCs w:val="28"/>
        </w:rPr>
        <w:t>.</w:t>
      </w:r>
    </w:p>
    <w:p w14:paraId="6CC754EE" w14:textId="2A412C0F" w:rsidR="003259D0" w:rsidRPr="00B62C6F" w:rsidRDefault="003259D0" w:rsidP="003259D0">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وتتفق هذه المحصلة إحصائياً مع دراسة (شبل، 2023) التي كشفت عن وجود علاقة طردية قوية بين تزايد معدلات لجوء المتسوقين للشات بوت وبين سرعة حل العقبات المعلوماتية الفورية التي تواجههم أثناء اتخاذ القرارات الاستهلاكية في المتاجر الإلكترونية. ويعتضد هذا التفسير الميداني أيضاً بما كشفت عنه دراسة</w:t>
      </w:r>
      <w:r w:rsidRPr="00B62C6F">
        <w:rPr>
          <w:rFonts w:ascii="Simplified Arabic" w:eastAsia="Times New Roman" w:hAnsi="Simplified Arabic" w:cs="Simplified Arabic"/>
          <w:sz w:val="28"/>
          <w:szCs w:val="28"/>
        </w:rPr>
        <w:t xml:space="preserve"> (Mehra &amp; </w:t>
      </w:r>
      <w:r w:rsidRPr="00B62C6F">
        <w:rPr>
          <w:rFonts w:ascii="Simplified Arabic" w:eastAsia="Times New Roman" w:hAnsi="Simplified Arabic" w:cs="Simplified Arabic"/>
          <w:sz w:val="28"/>
          <w:szCs w:val="28"/>
        </w:rPr>
        <w:lastRenderedPageBreak/>
        <w:t xml:space="preserve">Kumar, 2024) </w:t>
      </w:r>
      <w:r w:rsidRPr="00B62C6F">
        <w:rPr>
          <w:rFonts w:ascii="Simplified Arabic" w:eastAsia="Times New Roman" w:hAnsi="Simplified Arabic" w:cs="Simplified Arabic"/>
          <w:sz w:val="28"/>
          <w:szCs w:val="28"/>
          <w:rtl/>
        </w:rPr>
        <w:t>من أن لجوء العملاء المستمر للأنظمة الذكية محكوم بمدى نجاح خوارزميات معالجة اللغة الطبيعية في تقديم حلول مخصصة تمتص الصعوبة الإجرائية. ونظرياً، فإن نمط اللجوء المتوازن يبرهن على نجاح دمج قنوات الذكاء الاصطناعي في تيسير وتبسيط آليات الاتصال المؤسسي وتقليل الجهد المبذول (الشوا، 2024، ص. 112). مما يتطابق مع التقارير التقنية الرسمية التي ترصد تحولاً كاملاً للمستفيدين نحو تبني الخدمات والأتمتة الذكية في معاملاتهم اليومية بالمملكة (وزارة الاتصالات وتقنية المعلومات، 2020، ص. 14).</w:t>
      </w:r>
    </w:p>
    <w:p w14:paraId="4EF3D46B" w14:textId="7B28E2D0" w:rsidR="003B3D30" w:rsidRPr="00B62C6F" w:rsidRDefault="003B3D30" w:rsidP="003B3D30">
      <w:pPr>
        <w:bidi/>
        <w:spacing w:line="360" w:lineRule="auto"/>
        <w:jc w:val="both"/>
        <w:rPr>
          <w:rFonts w:ascii="Simplified Arabic" w:hAnsi="Simplified Arabic" w:cs="Simplified Arabic"/>
          <w:b/>
          <w:bCs/>
          <w:sz w:val="28"/>
          <w:szCs w:val="28"/>
          <w:rtl/>
        </w:rPr>
      </w:pPr>
    </w:p>
    <w:p w14:paraId="039484D4" w14:textId="5F49EEBF" w:rsidR="00891990" w:rsidRPr="00B62C6F" w:rsidRDefault="00891990" w:rsidP="00891990">
      <w:pPr>
        <w:bidi/>
        <w:spacing w:before="480" w:after="480" w:line="240" w:lineRule="auto"/>
        <w:jc w:val="both"/>
        <w:rPr>
          <w:rFonts w:ascii="Simplified Arabic" w:hAnsi="Simplified Arabic" w:cs="Simplified Arabic"/>
          <w:b/>
          <w:bCs/>
          <w:sz w:val="28"/>
          <w:szCs w:val="28"/>
          <w:u w:val="single"/>
          <w:rtl/>
        </w:rPr>
      </w:pPr>
      <w:r w:rsidRPr="00B62C6F">
        <w:rPr>
          <w:rFonts w:ascii="Simplified Arabic" w:hAnsi="Simplified Arabic" w:cs="Simplified Arabic"/>
          <w:b/>
          <w:bCs/>
          <w:sz w:val="28"/>
          <w:szCs w:val="28"/>
          <w:u w:val="single"/>
          <w:rtl/>
        </w:rPr>
        <w:t xml:space="preserve">ثالثاً: </w:t>
      </w:r>
      <w:r w:rsidR="00983AE5" w:rsidRPr="00B62C6F">
        <w:rPr>
          <w:rFonts w:ascii="Simplified Arabic" w:hAnsi="Simplified Arabic" w:cs="Simplified Arabic"/>
          <w:b/>
          <w:bCs/>
          <w:sz w:val="28"/>
          <w:szCs w:val="28"/>
          <w:u w:val="single"/>
          <w:rtl/>
        </w:rPr>
        <w:t>طبيعة ونوعية المعاملات عبر الوسيط الذكي</w:t>
      </w:r>
      <w:r w:rsidRPr="00B62C6F">
        <w:rPr>
          <w:rFonts w:ascii="Simplified Arabic" w:hAnsi="Simplified Arabic" w:cs="Simplified Arabic"/>
          <w:b/>
          <w:bCs/>
          <w:sz w:val="28"/>
          <w:szCs w:val="28"/>
          <w:u w:val="single"/>
          <w:rtl/>
        </w:rPr>
        <w:t>:-</w:t>
      </w:r>
    </w:p>
    <w:p w14:paraId="3258FAFE" w14:textId="0A0E807D" w:rsidR="00983AE5" w:rsidRPr="00B62C6F" w:rsidRDefault="00AB43F4" w:rsidP="00983AE5">
      <w:pPr>
        <w:bidi/>
        <w:spacing w:before="480" w:after="480" w:line="240" w:lineRule="auto"/>
        <w:jc w:val="both"/>
        <w:rPr>
          <w:rFonts w:ascii="Simplified Arabic" w:hAnsi="Simplified Arabic" w:cs="Simplified Arabic"/>
          <w:sz w:val="28"/>
          <w:szCs w:val="28"/>
          <w:u w:val="single"/>
          <w:rtl/>
        </w:rPr>
      </w:pPr>
      <w:r w:rsidRPr="00B62C6F">
        <w:rPr>
          <w:rFonts w:ascii="Simplified Arabic" w:hAnsi="Simplified Arabic" w:cs="Simplified Arabic"/>
          <w:sz w:val="28"/>
          <w:szCs w:val="28"/>
          <w:u w:val="single"/>
          <w:rtl/>
        </w:rPr>
        <w:t>1</w:t>
      </w:r>
      <w:r w:rsidR="00983AE5" w:rsidRPr="00B62C6F">
        <w:rPr>
          <w:rFonts w:ascii="Simplified Arabic" w:hAnsi="Simplified Arabic" w:cs="Simplified Arabic"/>
          <w:sz w:val="28"/>
          <w:szCs w:val="28"/>
          <w:u w:val="single"/>
          <w:rtl/>
        </w:rPr>
        <w:t xml:space="preserve">- </w:t>
      </w:r>
      <w:r w:rsidR="00875A12" w:rsidRPr="00B62C6F">
        <w:rPr>
          <w:rFonts w:ascii="Simplified Arabic" w:hAnsi="Simplified Arabic" w:cs="Simplified Arabic"/>
          <w:sz w:val="28"/>
          <w:szCs w:val="28"/>
          <w:u w:val="single"/>
          <w:rtl/>
        </w:rPr>
        <w:t>أ</w:t>
      </w:r>
      <w:r w:rsidRPr="00B62C6F">
        <w:rPr>
          <w:rFonts w:ascii="Simplified Arabic" w:hAnsi="Simplified Arabic" w:cs="Simplified Arabic"/>
          <w:sz w:val="28"/>
          <w:szCs w:val="28"/>
          <w:u w:val="single"/>
          <w:rtl/>
        </w:rPr>
        <w:t>نو</w:t>
      </w:r>
      <w:r w:rsidR="00875A12" w:rsidRPr="00B62C6F">
        <w:rPr>
          <w:rFonts w:ascii="Simplified Arabic" w:hAnsi="Simplified Arabic" w:cs="Simplified Arabic"/>
          <w:sz w:val="28"/>
          <w:szCs w:val="28"/>
          <w:u w:val="single"/>
          <w:rtl/>
        </w:rPr>
        <w:t>ا</w:t>
      </w:r>
      <w:r w:rsidRPr="00B62C6F">
        <w:rPr>
          <w:rFonts w:ascii="Simplified Arabic" w:hAnsi="Simplified Arabic" w:cs="Simplified Arabic"/>
          <w:sz w:val="28"/>
          <w:szCs w:val="28"/>
          <w:u w:val="single"/>
          <w:rtl/>
        </w:rPr>
        <w:t>ع الشركات التي يتم التعامل معها عبر الشات بوت</w:t>
      </w:r>
      <w:r w:rsidR="00701989" w:rsidRPr="00B62C6F">
        <w:rPr>
          <w:rFonts w:ascii="Simplified Arabic" w:hAnsi="Simplified Arabic" w:cs="Simplified Arabic"/>
          <w:sz w:val="28"/>
          <w:szCs w:val="28"/>
          <w:u w:val="single"/>
          <w:rtl/>
        </w:rPr>
        <w:t xml:space="preserve"> (متعدد الخيارات)</w:t>
      </w:r>
      <w:r w:rsidR="00983AE5" w:rsidRPr="00B62C6F">
        <w:rPr>
          <w:rFonts w:ascii="Simplified Arabic" w:hAnsi="Simplified Arabic" w:cs="Simplified Arabic"/>
          <w:sz w:val="28"/>
          <w:szCs w:val="28"/>
          <w:u w:val="single"/>
          <w:rtl/>
        </w:rPr>
        <w:t>:</w:t>
      </w:r>
    </w:p>
    <w:p w14:paraId="0BFA6608" w14:textId="7F43F6C6" w:rsidR="00983AE5" w:rsidRPr="00B62C6F" w:rsidRDefault="00983AE5" w:rsidP="00983AE5">
      <w:pPr>
        <w:bidi/>
        <w:spacing w:before="480" w:after="480" w:line="240" w:lineRule="auto"/>
        <w:jc w:val="center"/>
        <w:rPr>
          <w:rFonts w:ascii="Simplified Arabic" w:hAnsi="Simplified Arabic" w:cs="Simplified Arabic"/>
          <w:sz w:val="28"/>
          <w:szCs w:val="28"/>
        </w:rPr>
      </w:pPr>
      <w:r w:rsidRPr="00B62C6F">
        <w:rPr>
          <w:rFonts w:ascii="Simplified Arabic" w:hAnsi="Simplified Arabic" w:cs="Simplified Arabic"/>
          <w:sz w:val="28"/>
          <w:szCs w:val="28"/>
          <w:rtl/>
        </w:rPr>
        <w:t xml:space="preserve">جدول </w:t>
      </w:r>
      <w:r w:rsidRPr="00B62C6F">
        <w:rPr>
          <w:rFonts w:ascii="Simplified Arabic" w:hAnsi="Simplified Arabic" w:cs="Simplified Arabic"/>
          <w:sz w:val="28"/>
          <w:szCs w:val="28"/>
        </w:rPr>
        <w:t>:(8)</w:t>
      </w:r>
      <w:r w:rsidRPr="00B62C6F">
        <w:rPr>
          <w:rFonts w:ascii="Simplified Arabic" w:hAnsi="Simplified Arabic" w:cs="Simplified Arabic"/>
          <w:sz w:val="28"/>
          <w:szCs w:val="28"/>
          <w:rtl/>
        </w:rPr>
        <w:t xml:space="preserve"> بيانات الدراسة وفقا </w:t>
      </w:r>
      <w:r w:rsidR="00AB43F4" w:rsidRPr="00B62C6F">
        <w:rPr>
          <w:rFonts w:ascii="Simplified Arabic" w:hAnsi="Simplified Arabic" w:cs="Simplified Arabic"/>
          <w:sz w:val="28"/>
          <w:szCs w:val="28"/>
          <w:rtl/>
        </w:rPr>
        <w:t>لنوع الشركات التي يتم التعامل معها عبر الشات بوت</w:t>
      </w:r>
    </w:p>
    <w:tbl>
      <w:tblPr>
        <w:tblStyle w:val="afa"/>
        <w:bidiVisual/>
        <w:tblW w:w="0" w:type="auto"/>
        <w:tblLook w:val="04A0" w:firstRow="1" w:lastRow="0" w:firstColumn="1" w:lastColumn="0" w:noHBand="0" w:noVBand="1"/>
      </w:tblPr>
      <w:tblGrid>
        <w:gridCol w:w="7677"/>
        <w:gridCol w:w="1276"/>
        <w:gridCol w:w="1235"/>
      </w:tblGrid>
      <w:tr w:rsidR="00983AE5" w:rsidRPr="00B62C6F" w14:paraId="379AC0F9" w14:textId="77777777" w:rsidTr="00AB43F4">
        <w:trPr>
          <w:trHeight w:val="299"/>
        </w:trPr>
        <w:tc>
          <w:tcPr>
            <w:tcW w:w="7677" w:type="dxa"/>
          </w:tcPr>
          <w:p w14:paraId="2028FD0A" w14:textId="52BE9D2F" w:rsidR="00983AE5" w:rsidRPr="00B62C6F" w:rsidRDefault="008804AB"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الأنواع</w:t>
            </w:r>
          </w:p>
        </w:tc>
        <w:tc>
          <w:tcPr>
            <w:tcW w:w="1276" w:type="dxa"/>
          </w:tcPr>
          <w:p w14:paraId="5F802656" w14:textId="77777777" w:rsidR="00983AE5" w:rsidRPr="00B62C6F" w:rsidRDefault="00983AE5"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التكرار</w:t>
            </w:r>
          </w:p>
        </w:tc>
        <w:tc>
          <w:tcPr>
            <w:tcW w:w="1235" w:type="dxa"/>
          </w:tcPr>
          <w:p w14:paraId="524B8E31" w14:textId="77777777" w:rsidR="00983AE5" w:rsidRPr="00B62C6F" w:rsidRDefault="00983AE5"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النسبة</w:t>
            </w:r>
          </w:p>
        </w:tc>
      </w:tr>
      <w:tr w:rsidR="00983AE5" w:rsidRPr="00B62C6F" w14:paraId="249967C0" w14:textId="77777777" w:rsidTr="00AB43F4">
        <w:trPr>
          <w:trHeight w:val="405"/>
        </w:trPr>
        <w:tc>
          <w:tcPr>
            <w:tcW w:w="7677" w:type="dxa"/>
          </w:tcPr>
          <w:p w14:paraId="46E9DBC3" w14:textId="0A8AAB97" w:rsidR="00983AE5" w:rsidRPr="00B62C6F" w:rsidRDefault="00AB43F4"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المتاجر الإلكترونية</w:t>
            </w:r>
          </w:p>
        </w:tc>
        <w:tc>
          <w:tcPr>
            <w:tcW w:w="1276" w:type="dxa"/>
          </w:tcPr>
          <w:p w14:paraId="14A09060" w14:textId="58B54596" w:rsidR="00983AE5" w:rsidRPr="00B62C6F" w:rsidRDefault="00AB43F4"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156</w:t>
            </w:r>
          </w:p>
        </w:tc>
        <w:tc>
          <w:tcPr>
            <w:tcW w:w="1235" w:type="dxa"/>
          </w:tcPr>
          <w:p w14:paraId="6ECF5FC1" w14:textId="5501801A" w:rsidR="00983AE5" w:rsidRPr="00B62C6F" w:rsidRDefault="00AB43F4"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54</w:t>
            </w:r>
            <w:r w:rsidR="00983AE5" w:rsidRPr="00B62C6F">
              <w:rPr>
                <w:rFonts w:ascii="Simplified Arabic" w:eastAsia="Times New Roman" w:hAnsi="Simplified Arabic" w:cs="Simplified Arabic"/>
                <w:sz w:val="28"/>
                <w:szCs w:val="28"/>
              </w:rPr>
              <w:t>.2%</w:t>
            </w:r>
          </w:p>
        </w:tc>
      </w:tr>
      <w:tr w:rsidR="00AB43F4" w:rsidRPr="00B62C6F" w14:paraId="67FF7675" w14:textId="77777777" w:rsidTr="00AB43F4">
        <w:trPr>
          <w:trHeight w:val="405"/>
        </w:trPr>
        <w:tc>
          <w:tcPr>
            <w:tcW w:w="7677" w:type="dxa"/>
          </w:tcPr>
          <w:p w14:paraId="31D5EAF0" w14:textId="36147753" w:rsidR="00AB43F4" w:rsidRPr="00B62C6F" w:rsidRDefault="00FC54C3" w:rsidP="00AB43F4">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البنوك والخدمات المالية</w:t>
            </w:r>
          </w:p>
        </w:tc>
        <w:tc>
          <w:tcPr>
            <w:tcW w:w="1276" w:type="dxa"/>
          </w:tcPr>
          <w:p w14:paraId="76A2D9EB" w14:textId="062D2249" w:rsidR="00AB43F4" w:rsidRPr="00B62C6F" w:rsidRDefault="00AB43F4" w:rsidP="00AB43F4">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138</w:t>
            </w:r>
          </w:p>
        </w:tc>
        <w:tc>
          <w:tcPr>
            <w:tcW w:w="1235" w:type="dxa"/>
          </w:tcPr>
          <w:p w14:paraId="608EF951" w14:textId="05DC1FCC" w:rsidR="00AB43F4" w:rsidRPr="00B62C6F" w:rsidRDefault="00AB43F4" w:rsidP="00AB43F4">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47.9%</w:t>
            </w:r>
          </w:p>
        </w:tc>
      </w:tr>
      <w:tr w:rsidR="00AB43F4" w:rsidRPr="00B62C6F" w14:paraId="51256F0A" w14:textId="77777777" w:rsidTr="00AB43F4">
        <w:trPr>
          <w:trHeight w:val="423"/>
        </w:trPr>
        <w:tc>
          <w:tcPr>
            <w:tcW w:w="7677" w:type="dxa"/>
          </w:tcPr>
          <w:p w14:paraId="2C2DF550" w14:textId="6914FE45" w:rsidR="00AB43F4" w:rsidRPr="00B62C6F" w:rsidRDefault="00FC54C3" w:rsidP="00AB43F4">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شركة الاتصالات</w:t>
            </w:r>
          </w:p>
        </w:tc>
        <w:tc>
          <w:tcPr>
            <w:tcW w:w="1276" w:type="dxa"/>
          </w:tcPr>
          <w:p w14:paraId="7A28B941" w14:textId="43BC9248" w:rsidR="00AB43F4" w:rsidRPr="00B62C6F" w:rsidRDefault="00AB43F4" w:rsidP="00AB43F4">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133</w:t>
            </w:r>
          </w:p>
        </w:tc>
        <w:tc>
          <w:tcPr>
            <w:tcW w:w="1235" w:type="dxa"/>
          </w:tcPr>
          <w:p w14:paraId="0757DF7D" w14:textId="3B1210AA" w:rsidR="00AB43F4" w:rsidRPr="00B62C6F" w:rsidRDefault="00FC54C3" w:rsidP="00AB43F4">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46</w:t>
            </w:r>
            <w:r w:rsidR="00AB43F4" w:rsidRPr="00B62C6F">
              <w:rPr>
                <w:rFonts w:ascii="Simplified Arabic" w:eastAsia="Times New Roman" w:hAnsi="Simplified Arabic" w:cs="Simplified Arabic"/>
                <w:sz w:val="28"/>
                <w:szCs w:val="28"/>
              </w:rPr>
              <w:t>.2%</w:t>
            </w:r>
          </w:p>
        </w:tc>
      </w:tr>
      <w:tr w:rsidR="00AB43F4" w:rsidRPr="00B62C6F" w14:paraId="6AB8A5FF" w14:textId="77777777" w:rsidTr="00AB43F4">
        <w:trPr>
          <w:trHeight w:val="423"/>
        </w:trPr>
        <w:tc>
          <w:tcPr>
            <w:tcW w:w="7677" w:type="dxa"/>
          </w:tcPr>
          <w:p w14:paraId="2421A80E" w14:textId="1833BC29" w:rsidR="00AB43F4" w:rsidRPr="00B62C6F" w:rsidRDefault="00FC54C3" w:rsidP="00AB43F4">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شركات توصيل الطلبات</w:t>
            </w:r>
          </w:p>
        </w:tc>
        <w:tc>
          <w:tcPr>
            <w:tcW w:w="1276" w:type="dxa"/>
          </w:tcPr>
          <w:p w14:paraId="3A38D743" w14:textId="52FA9986" w:rsidR="00AB43F4" w:rsidRPr="00B62C6F" w:rsidRDefault="00AB43F4" w:rsidP="00AB43F4">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124</w:t>
            </w:r>
          </w:p>
        </w:tc>
        <w:tc>
          <w:tcPr>
            <w:tcW w:w="1235" w:type="dxa"/>
          </w:tcPr>
          <w:p w14:paraId="31A6E554" w14:textId="7CD35291" w:rsidR="00AB43F4" w:rsidRPr="00B62C6F" w:rsidRDefault="00FC54C3" w:rsidP="00AB43F4">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43</w:t>
            </w:r>
            <w:r w:rsidR="00AB43F4"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1</w:t>
            </w:r>
            <w:r w:rsidR="00AB43F4" w:rsidRPr="00B62C6F">
              <w:rPr>
                <w:rFonts w:ascii="Simplified Arabic" w:eastAsia="Times New Roman" w:hAnsi="Simplified Arabic" w:cs="Simplified Arabic"/>
                <w:sz w:val="28"/>
                <w:szCs w:val="28"/>
              </w:rPr>
              <w:t>%</w:t>
            </w:r>
          </w:p>
        </w:tc>
      </w:tr>
      <w:tr w:rsidR="00AB43F4" w:rsidRPr="00B62C6F" w14:paraId="05CFCFDF" w14:textId="77777777" w:rsidTr="00AB43F4">
        <w:trPr>
          <w:trHeight w:val="423"/>
        </w:trPr>
        <w:tc>
          <w:tcPr>
            <w:tcW w:w="7677" w:type="dxa"/>
          </w:tcPr>
          <w:p w14:paraId="48C529B6" w14:textId="3E400280" w:rsidR="00AB43F4" w:rsidRPr="00B62C6F" w:rsidRDefault="00FC54C3" w:rsidP="00AB43F4">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المطاعم والخدمات الصحية</w:t>
            </w:r>
          </w:p>
        </w:tc>
        <w:tc>
          <w:tcPr>
            <w:tcW w:w="1276" w:type="dxa"/>
          </w:tcPr>
          <w:p w14:paraId="4EDE118B" w14:textId="5588C406" w:rsidR="00AB43F4" w:rsidRPr="00B62C6F" w:rsidRDefault="00AB43F4" w:rsidP="00AB43F4">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88</w:t>
            </w:r>
          </w:p>
        </w:tc>
        <w:tc>
          <w:tcPr>
            <w:tcW w:w="1235" w:type="dxa"/>
          </w:tcPr>
          <w:p w14:paraId="3853E6F3" w14:textId="099C62BA" w:rsidR="00AB43F4" w:rsidRPr="00B62C6F" w:rsidRDefault="00FC54C3" w:rsidP="00AB43F4">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30</w:t>
            </w:r>
            <w:r w:rsidR="00AB43F4"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6</w:t>
            </w:r>
            <w:r w:rsidR="00AB43F4" w:rsidRPr="00B62C6F">
              <w:rPr>
                <w:rFonts w:ascii="Simplified Arabic" w:eastAsia="Times New Roman" w:hAnsi="Simplified Arabic" w:cs="Simplified Arabic"/>
                <w:sz w:val="28"/>
                <w:szCs w:val="28"/>
              </w:rPr>
              <w:t>%</w:t>
            </w:r>
          </w:p>
        </w:tc>
      </w:tr>
      <w:tr w:rsidR="00FC54C3" w:rsidRPr="00B62C6F" w14:paraId="1D6F1525" w14:textId="77777777" w:rsidTr="00AB43F4">
        <w:trPr>
          <w:trHeight w:val="423"/>
        </w:trPr>
        <w:tc>
          <w:tcPr>
            <w:tcW w:w="7677" w:type="dxa"/>
          </w:tcPr>
          <w:p w14:paraId="60114025" w14:textId="00FCCFD7" w:rsidR="00FC54C3" w:rsidRPr="00B62C6F" w:rsidRDefault="00FC54C3" w:rsidP="00FC54C3">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أخرى</w:t>
            </w:r>
          </w:p>
        </w:tc>
        <w:tc>
          <w:tcPr>
            <w:tcW w:w="1276" w:type="dxa"/>
          </w:tcPr>
          <w:p w14:paraId="10D6AD00" w14:textId="75D1AB10" w:rsidR="00FC54C3" w:rsidRPr="00B62C6F" w:rsidRDefault="00FC54C3" w:rsidP="00FC54C3">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76</w:t>
            </w:r>
          </w:p>
        </w:tc>
        <w:tc>
          <w:tcPr>
            <w:tcW w:w="1235" w:type="dxa"/>
          </w:tcPr>
          <w:p w14:paraId="16B79F83" w14:textId="1B6046F9" w:rsidR="00FC54C3" w:rsidRPr="00B62C6F" w:rsidRDefault="00FC54C3" w:rsidP="00FC54C3">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26.4%</w:t>
            </w:r>
          </w:p>
        </w:tc>
      </w:tr>
      <w:tr w:rsidR="00FC54C3" w:rsidRPr="00B62C6F" w14:paraId="5277267D" w14:textId="77777777" w:rsidTr="00AB43F4">
        <w:trPr>
          <w:trHeight w:val="423"/>
        </w:trPr>
        <w:tc>
          <w:tcPr>
            <w:tcW w:w="7677" w:type="dxa"/>
          </w:tcPr>
          <w:p w14:paraId="2E43ED6C" w14:textId="2743E3F7" w:rsidR="00FC54C3" w:rsidRPr="00B62C6F" w:rsidRDefault="00FC54C3" w:rsidP="00FC54C3">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الجهات الحكومية</w:t>
            </w:r>
          </w:p>
        </w:tc>
        <w:tc>
          <w:tcPr>
            <w:tcW w:w="1276" w:type="dxa"/>
          </w:tcPr>
          <w:p w14:paraId="7EF80599" w14:textId="181859B0" w:rsidR="00FC54C3" w:rsidRPr="00B62C6F" w:rsidRDefault="00FC54C3" w:rsidP="00FC54C3">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74</w:t>
            </w:r>
          </w:p>
        </w:tc>
        <w:tc>
          <w:tcPr>
            <w:tcW w:w="1235" w:type="dxa"/>
          </w:tcPr>
          <w:p w14:paraId="0BFBB5B9" w14:textId="705AA56F" w:rsidR="00FC54C3" w:rsidRPr="00B62C6F" w:rsidRDefault="00FC54C3" w:rsidP="00FC54C3">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25.7%</w:t>
            </w:r>
          </w:p>
        </w:tc>
      </w:tr>
      <w:tr w:rsidR="00FC54C3" w:rsidRPr="00B62C6F" w14:paraId="56667DB9" w14:textId="77777777" w:rsidTr="00AB43F4">
        <w:trPr>
          <w:trHeight w:val="423"/>
        </w:trPr>
        <w:tc>
          <w:tcPr>
            <w:tcW w:w="7677" w:type="dxa"/>
          </w:tcPr>
          <w:p w14:paraId="61E35E00" w14:textId="16D73ACD" w:rsidR="00FC54C3" w:rsidRPr="00B62C6F" w:rsidRDefault="00FC54C3" w:rsidP="00FC54C3">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xml:space="preserve">شركات الطيران والسفر </w:t>
            </w:r>
          </w:p>
        </w:tc>
        <w:tc>
          <w:tcPr>
            <w:tcW w:w="1276" w:type="dxa"/>
          </w:tcPr>
          <w:p w14:paraId="6A9A145E" w14:textId="46F752ED" w:rsidR="00FC54C3" w:rsidRPr="00B62C6F" w:rsidRDefault="00FC54C3" w:rsidP="00FC54C3">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73</w:t>
            </w:r>
          </w:p>
        </w:tc>
        <w:tc>
          <w:tcPr>
            <w:tcW w:w="1235" w:type="dxa"/>
          </w:tcPr>
          <w:p w14:paraId="340C4958" w14:textId="636358A5" w:rsidR="00FC54C3" w:rsidRPr="00B62C6F" w:rsidRDefault="00FC54C3" w:rsidP="00FC54C3">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25.3%</w:t>
            </w:r>
          </w:p>
        </w:tc>
      </w:tr>
      <w:tr w:rsidR="00FC54C3" w:rsidRPr="00B62C6F" w14:paraId="210DA67B" w14:textId="77777777" w:rsidTr="00AB43F4">
        <w:trPr>
          <w:trHeight w:val="423"/>
        </w:trPr>
        <w:tc>
          <w:tcPr>
            <w:tcW w:w="7677" w:type="dxa"/>
          </w:tcPr>
          <w:p w14:paraId="533A2A47" w14:textId="12BCD2DD" w:rsidR="00FC54C3" w:rsidRPr="00B62C6F" w:rsidRDefault="009E3357" w:rsidP="00FC54C3">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شركات التأمين</w:t>
            </w:r>
          </w:p>
        </w:tc>
        <w:tc>
          <w:tcPr>
            <w:tcW w:w="1276" w:type="dxa"/>
          </w:tcPr>
          <w:p w14:paraId="7974CF37" w14:textId="282FE984" w:rsidR="00FC54C3" w:rsidRPr="00B62C6F" w:rsidRDefault="00FC54C3" w:rsidP="00FC54C3">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50</w:t>
            </w:r>
          </w:p>
        </w:tc>
        <w:tc>
          <w:tcPr>
            <w:tcW w:w="1235" w:type="dxa"/>
          </w:tcPr>
          <w:p w14:paraId="113E60A0" w14:textId="25ED7C56" w:rsidR="00FC54C3" w:rsidRPr="00B62C6F" w:rsidRDefault="00FC54C3" w:rsidP="00FC54C3">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17.4%</w:t>
            </w:r>
          </w:p>
        </w:tc>
      </w:tr>
      <w:tr w:rsidR="00FC54C3" w:rsidRPr="00B62C6F" w14:paraId="586FAE1E" w14:textId="77777777" w:rsidTr="00557C2D">
        <w:trPr>
          <w:trHeight w:val="403"/>
        </w:trPr>
        <w:tc>
          <w:tcPr>
            <w:tcW w:w="7677" w:type="dxa"/>
          </w:tcPr>
          <w:p w14:paraId="10665E74" w14:textId="2A507175" w:rsidR="00FC54C3" w:rsidRPr="00B62C6F" w:rsidRDefault="00FC54C3" w:rsidP="00AB43F4">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الإجمالي</w:t>
            </w:r>
            <w:r w:rsidR="00A2261E" w:rsidRPr="00B62C6F">
              <w:rPr>
                <w:rFonts w:ascii="Simplified Arabic" w:eastAsia="Times New Roman" w:hAnsi="Simplified Arabic" w:cs="Simplified Arabic"/>
                <w:b/>
                <w:bCs/>
                <w:sz w:val="28"/>
                <w:szCs w:val="28"/>
                <w:rtl/>
              </w:rPr>
              <w:t xml:space="preserve"> (عدد أفراد العينة)</w:t>
            </w:r>
          </w:p>
        </w:tc>
        <w:tc>
          <w:tcPr>
            <w:tcW w:w="2511" w:type="dxa"/>
            <w:gridSpan w:val="2"/>
          </w:tcPr>
          <w:p w14:paraId="032C601B" w14:textId="5315FC37" w:rsidR="00FC54C3" w:rsidRPr="00B62C6F" w:rsidRDefault="00FC54C3" w:rsidP="00FC54C3">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 xml:space="preserve">288 </w:t>
            </w:r>
          </w:p>
        </w:tc>
      </w:tr>
    </w:tbl>
    <w:p w14:paraId="6A922C83" w14:textId="596760E3" w:rsidR="003B3D30" w:rsidRPr="00B62C6F" w:rsidRDefault="003B3D30" w:rsidP="003B3D30">
      <w:pPr>
        <w:bidi/>
        <w:spacing w:line="360" w:lineRule="auto"/>
        <w:jc w:val="both"/>
        <w:rPr>
          <w:rFonts w:ascii="Simplified Arabic" w:hAnsi="Simplified Arabic" w:cs="Simplified Arabic"/>
          <w:b/>
          <w:bCs/>
          <w:sz w:val="28"/>
          <w:szCs w:val="28"/>
          <w:rtl/>
        </w:rPr>
      </w:pPr>
    </w:p>
    <w:p w14:paraId="754EF9AC" w14:textId="59B24827" w:rsidR="006F53CA" w:rsidRPr="00B62C6F" w:rsidRDefault="006F53CA" w:rsidP="006F53CA">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lastRenderedPageBreak/>
        <w:t xml:space="preserve">     تشير نتائج الجدول (8) إلى أن "المتاجر الإلكترونية" احتلت المرتبة الأولى كأكثر القطاعات التنافسية التي يتعامل معها المبحوثون عبر الشات بوت بنسبة 54.2%، تلتها "البنوك والخدمات المالية" بنسبة 47.9%، ثم "شركات الاتصالات" بنسبة 46.2%، وجاءت قطاعات توصيل الطلبات والمطاعم والخدمات الحكومية والسياحية في مراتب تالية. </w:t>
      </w:r>
      <w:r w:rsidR="00C86AA0" w:rsidRPr="00B62C6F">
        <w:rPr>
          <w:rFonts w:ascii="Simplified Arabic" w:eastAsia="Times New Roman" w:hAnsi="Simplified Arabic" w:cs="Simplified Arabic"/>
          <w:sz w:val="28"/>
          <w:szCs w:val="28"/>
          <w:rtl/>
        </w:rPr>
        <w:t>وتفسر</w:t>
      </w:r>
      <w:r w:rsidRPr="00B62C6F">
        <w:rPr>
          <w:rFonts w:ascii="Simplified Arabic" w:eastAsia="Times New Roman" w:hAnsi="Simplified Arabic" w:cs="Simplified Arabic"/>
          <w:sz w:val="28"/>
          <w:szCs w:val="28"/>
          <w:rtl/>
        </w:rPr>
        <w:t xml:space="preserve"> الباحث</w:t>
      </w:r>
      <w:r w:rsidR="00C86AA0" w:rsidRPr="00B62C6F">
        <w:rPr>
          <w:rFonts w:ascii="Simplified Arabic" w:eastAsia="Times New Roman" w:hAnsi="Simplified Arabic" w:cs="Simplified Arabic"/>
          <w:sz w:val="28"/>
          <w:szCs w:val="28"/>
          <w:rtl/>
        </w:rPr>
        <w:t>ة</w:t>
      </w:r>
      <w:r w:rsidRPr="00B62C6F">
        <w:rPr>
          <w:rFonts w:ascii="Simplified Arabic" w:eastAsia="Times New Roman" w:hAnsi="Simplified Arabic" w:cs="Simplified Arabic"/>
          <w:sz w:val="28"/>
          <w:szCs w:val="28"/>
          <w:rtl/>
        </w:rPr>
        <w:t xml:space="preserve"> تصدر قطاع المتاجر الإلكترونية والخدمات المصرفية والاتصالات بأن هذه القطاعات تقود طليعة الاستثمار الرقمي والتبني المبكر للحلول الذكية في المملكة، لكونها تتعامل مع تتدفق هائل من الطلبات والعمليات والشكاوى اليومية المتزامنة، مما يجعل "الشات بوت" خياراً اتصالياً حتمياً لخفض التكاليف التشغيلية وسد الهدر الزمني والحد من قوائم انتظار المستهلكين</w:t>
      </w:r>
      <w:r w:rsidRPr="00B62C6F">
        <w:rPr>
          <w:rFonts w:ascii="Simplified Arabic" w:eastAsia="Times New Roman" w:hAnsi="Simplified Arabic" w:cs="Simplified Arabic"/>
          <w:sz w:val="28"/>
          <w:szCs w:val="28"/>
        </w:rPr>
        <w:t>.</w:t>
      </w:r>
    </w:p>
    <w:p w14:paraId="1F5BAC46" w14:textId="51A6E2CA" w:rsidR="00891990" w:rsidRPr="00A27BD9" w:rsidRDefault="006F53CA" w:rsidP="00A27BD9">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وتتفق هذه النتيجة مع دراسة (الوعل، 2023) التي أثبتت ميدانياً أن قطاعات التجارة الإلكترونية وحجوزات السفر تصدرت قائمة القطاعات الأكثر تفضيلاً واعتماداً من قبل الجمهور السعودي الستخدام المساعد التفاعلي. كما يتسق ذلك سياقياً مع دراسة (المري، 2023) التي أكدت أن السمات الفنية للشات بوت المصرفي تلبي بامتياز حاجة العميل نحو الفورية والدقة وتسهيل قنوات الاتصال بالمؤسسات المالية الناشئة. ونظرياً، فإن تغلغل الأتمتة في قطاعات التجزئة والمصارف يعيد هندسة رحلة المستفيد عبر توفير قنوات "خدمة ذاتية" مرنة تزيد من مستويات تحكمه في التفاعل المعرفي (الشوا، 2024، ص. 112). وهو ما يتماشى مع الطفرة المشهودة في المؤشرات والتقارير التنموية التي ترصد قفزات تاريخية في حجم التجارة الرقمية وحوكمة الأنظمة البنكية والخدمية السحابية بالمملكة (وزارة الاتصالات وتقنية المعلومات، 2020، ص. 14)</w:t>
      </w:r>
      <w:r w:rsidRPr="00B62C6F">
        <w:rPr>
          <w:rFonts w:ascii="Simplified Arabic" w:eastAsia="Times New Roman" w:hAnsi="Simplified Arabic" w:cs="Simplified Arabic"/>
          <w:sz w:val="28"/>
          <w:szCs w:val="28"/>
        </w:rPr>
        <w:t>.</w:t>
      </w:r>
    </w:p>
    <w:p w14:paraId="3E2731C8" w14:textId="6963F6FA" w:rsidR="00E14F3A" w:rsidRPr="00B62C6F" w:rsidRDefault="00E14F3A" w:rsidP="00E14F3A">
      <w:pPr>
        <w:bidi/>
        <w:spacing w:before="480" w:after="480" w:line="240" w:lineRule="auto"/>
        <w:jc w:val="both"/>
        <w:rPr>
          <w:rFonts w:ascii="Simplified Arabic" w:hAnsi="Simplified Arabic" w:cs="Simplified Arabic"/>
          <w:sz w:val="28"/>
          <w:szCs w:val="28"/>
          <w:u w:val="single"/>
          <w:rtl/>
        </w:rPr>
      </w:pPr>
      <w:r w:rsidRPr="00B62C6F">
        <w:rPr>
          <w:rFonts w:ascii="Simplified Arabic" w:hAnsi="Simplified Arabic" w:cs="Simplified Arabic"/>
          <w:sz w:val="28"/>
          <w:szCs w:val="28"/>
          <w:u w:val="single"/>
          <w:rtl/>
        </w:rPr>
        <w:t>2- أنو</w:t>
      </w:r>
      <w:r w:rsidR="00875A12" w:rsidRPr="00B62C6F">
        <w:rPr>
          <w:rFonts w:ascii="Simplified Arabic" w:hAnsi="Simplified Arabic" w:cs="Simplified Arabic"/>
          <w:sz w:val="28"/>
          <w:szCs w:val="28"/>
          <w:u w:val="single"/>
          <w:rtl/>
        </w:rPr>
        <w:t>ا</w:t>
      </w:r>
      <w:r w:rsidRPr="00B62C6F">
        <w:rPr>
          <w:rFonts w:ascii="Simplified Arabic" w:hAnsi="Simplified Arabic" w:cs="Simplified Arabic"/>
          <w:sz w:val="28"/>
          <w:szCs w:val="28"/>
          <w:u w:val="single"/>
          <w:rtl/>
        </w:rPr>
        <w:t>ع الاستفسارات التي تستخدم الشات بوت لأجلها (متعدد الخيارات):</w:t>
      </w:r>
    </w:p>
    <w:p w14:paraId="00ADAC3D" w14:textId="34553E44" w:rsidR="00E14F3A" w:rsidRPr="00B62C6F" w:rsidRDefault="00E14F3A" w:rsidP="00E14F3A">
      <w:pPr>
        <w:bidi/>
        <w:spacing w:before="480" w:after="480" w:line="240" w:lineRule="auto"/>
        <w:jc w:val="center"/>
        <w:rPr>
          <w:rFonts w:ascii="Simplified Arabic" w:hAnsi="Simplified Arabic" w:cs="Simplified Arabic"/>
          <w:sz w:val="28"/>
          <w:szCs w:val="28"/>
        </w:rPr>
      </w:pPr>
      <w:r w:rsidRPr="00B62C6F">
        <w:rPr>
          <w:rFonts w:ascii="Simplified Arabic" w:hAnsi="Simplified Arabic" w:cs="Simplified Arabic"/>
          <w:sz w:val="28"/>
          <w:szCs w:val="28"/>
          <w:rtl/>
        </w:rPr>
        <w:t xml:space="preserve">جدول </w:t>
      </w:r>
      <w:r w:rsidRPr="00B62C6F">
        <w:rPr>
          <w:rFonts w:ascii="Simplified Arabic" w:hAnsi="Simplified Arabic" w:cs="Simplified Arabic"/>
          <w:sz w:val="28"/>
          <w:szCs w:val="28"/>
        </w:rPr>
        <w:t>:(9)</w:t>
      </w:r>
      <w:r w:rsidRPr="00B62C6F">
        <w:rPr>
          <w:rFonts w:ascii="Simplified Arabic" w:hAnsi="Simplified Arabic" w:cs="Simplified Arabic"/>
          <w:sz w:val="28"/>
          <w:szCs w:val="28"/>
          <w:rtl/>
        </w:rPr>
        <w:t xml:space="preserve"> بيانات الدراسة وفقا لنوع الشركات التي يتم التعامل معها عبر الشات بوت</w:t>
      </w:r>
    </w:p>
    <w:tbl>
      <w:tblPr>
        <w:tblStyle w:val="afa"/>
        <w:bidiVisual/>
        <w:tblW w:w="0" w:type="auto"/>
        <w:tblLook w:val="04A0" w:firstRow="1" w:lastRow="0" w:firstColumn="1" w:lastColumn="0" w:noHBand="0" w:noVBand="1"/>
      </w:tblPr>
      <w:tblGrid>
        <w:gridCol w:w="7677"/>
        <w:gridCol w:w="1276"/>
        <w:gridCol w:w="1235"/>
      </w:tblGrid>
      <w:tr w:rsidR="00E14F3A" w:rsidRPr="00B62C6F" w14:paraId="0927DF3A" w14:textId="77777777" w:rsidTr="00557C2D">
        <w:trPr>
          <w:trHeight w:val="299"/>
        </w:trPr>
        <w:tc>
          <w:tcPr>
            <w:tcW w:w="7677" w:type="dxa"/>
          </w:tcPr>
          <w:p w14:paraId="21B546D3" w14:textId="31210E37" w:rsidR="00E14F3A" w:rsidRPr="00B62C6F" w:rsidRDefault="008804AB"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الاستفسارات</w:t>
            </w:r>
          </w:p>
        </w:tc>
        <w:tc>
          <w:tcPr>
            <w:tcW w:w="1276" w:type="dxa"/>
          </w:tcPr>
          <w:p w14:paraId="426ADC01" w14:textId="77777777" w:rsidR="00E14F3A" w:rsidRPr="00B62C6F" w:rsidRDefault="00E14F3A"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التكرار</w:t>
            </w:r>
          </w:p>
        </w:tc>
        <w:tc>
          <w:tcPr>
            <w:tcW w:w="1235" w:type="dxa"/>
          </w:tcPr>
          <w:p w14:paraId="1886DF0E" w14:textId="77777777" w:rsidR="00E14F3A" w:rsidRPr="00B62C6F" w:rsidRDefault="00E14F3A"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النسبة</w:t>
            </w:r>
          </w:p>
        </w:tc>
      </w:tr>
      <w:tr w:rsidR="00E14F3A" w:rsidRPr="00B62C6F" w14:paraId="41A78761" w14:textId="77777777" w:rsidTr="00557C2D">
        <w:trPr>
          <w:trHeight w:val="405"/>
        </w:trPr>
        <w:tc>
          <w:tcPr>
            <w:tcW w:w="7677" w:type="dxa"/>
          </w:tcPr>
          <w:p w14:paraId="59AB5DF4" w14:textId="42FA1A94" w:rsidR="00E14F3A" w:rsidRPr="00B62C6F" w:rsidRDefault="000C41C2"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الاستفسار عن المنتجات أو الخدمات</w:t>
            </w:r>
          </w:p>
        </w:tc>
        <w:tc>
          <w:tcPr>
            <w:tcW w:w="1276" w:type="dxa"/>
          </w:tcPr>
          <w:p w14:paraId="1E404816" w14:textId="11F6609F" w:rsidR="00E14F3A" w:rsidRPr="00B62C6F" w:rsidRDefault="00E14F3A"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191</w:t>
            </w:r>
          </w:p>
        </w:tc>
        <w:tc>
          <w:tcPr>
            <w:tcW w:w="1235" w:type="dxa"/>
          </w:tcPr>
          <w:p w14:paraId="231A43CB" w14:textId="6F314220" w:rsidR="00E14F3A" w:rsidRPr="00B62C6F" w:rsidRDefault="00E36496"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66</w:t>
            </w:r>
            <w:r w:rsidR="00E14F3A"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3</w:t>
            </w:r>
            <w:r w:rsidR="00E14F3A" w:rsidRPr="00B62C6F">
              <w:rPr>
                <w:rFonts w:ascii="Simplified Arabic" w:eastAsia="Times New Roman" w:hAnsi="Simplified Arabic" w:cs="Simplified Arabic"/>
                <w:sz w:val="28"/>
                <w:szCs w:val="28"/>
              </w:rPr>
              <w:t>%</w:t>
            </w:r>
          </w:p>
        </w:tc>
      </w:tr>
      <w:tr w:rsidR="00E14F3A" w:rsidRPr="00B62C6F" w14:paraId="441D69CF" w14:textId="77777777" w:rsidTr="00557C2D">
        <w:trPr>
          <w:trHeight w:val="405"/>
        </w:trPr>
        <w:tc>
          <w:tcPr>
            <w:tcW w:w="7677" w:type="dxa"/>
          </w:tcPr>
          <w:p w14:paraId="53017CC3" w14:textId="5AED32D5" w:rsidR="00E14F3A" w:rsidRPr="00B62C6F" w:rsidRDefault="000C41C2"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تتبع حالة الطلب أو الشحنة</w:t>
            </w:r>
          </w:p>
        </w:tc>
        <w:tc>
          <w:tcPr>
            <w:tcW w:w="1276" w:type="dxa"/>
          </w:tcPr>
          <w:p w14:paraId="7B1C2D96" w14:textId="0B3CAAFC" w:rsidR="00E14F3A" w:rsidRPr="00B62C6F" w:rsidRDefault="00E36496"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164</w:t>
            </w:r>
          </w:p>
        </w:tc>
        <w:tc>
          <w:tcPr>
            <w:tcW w:w="1235" w:type="dxa"/>
          </w:tcPr>
          <w:p w14:paraId="030DD127" w14:textId="22EDE4D9" w:rsidR="00E14F3A" w:rsidRPr="00B62C6F" w:rsidRDefault="00E36496"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56</w:t>
            </w:r>
            <w:r w:rsidR="00E14F3A" w:rsidRPr="00B62C6F">
              <w:rPr>
                <w:rFonts w:ascii="Simplified Arabic" w:eastAsia="Times New Roman" w:hAnsi="Simplified Arabic" w:cs="Simplified Arabic"/>
                <w:sz w:val="28"/>
                <w:szCs w:val="28"/>
              </w:rPr>
              <w:t>.9%</w:t>
            </w:r>
          </w:p>
        </w:tc>
      </w:tr>
      <w:tr w:rsidR="00E14F3A" w:rsidRPr="00B62C6F" w14:paraId="151899C8" w14:textId="77777777" w:rsidTr="00557C2D">
        <w:trPr>
          <w:trHeight w:val="423"/>
        </w:trPr>
        <w:tc>
          <w:tcPr>
            <w:tcW w:w="7677" w:type="dxa"/>
          </w:tcPr>
          <w:p w14:paraId="3770FD39" w14:textId="3084932A" w:rsidR="00E14F3A" w:rsidRPr="00B62C6F" w:rsidRDefault="000C41C2"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معرفة الأسعار والعروض والخصومات</w:t>
            </w:r>
          </w:p>
        </w:tc>
        <w:tc>
          <w:tcPr>
            <w:tcW w:w="1276" w:type="dxa"/>
          </w:tcPr>
          <w:p w14:paraId="04AF4815" w14:textId="32121348" w:rsidR="00E14F3A" w:rsidRPr="00B62C6F" w:rsidRDefault="00E36496" w:rsidP="00557C2D">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151</w:t>
            </w:r>
          </w:p>
        </w:tc>
        <w:tc>
          <w:tcPr>
            <w:tcW w:w="1235" w:type="dxa"/>
          </w:tcPr>
          <w:p w14:paraId="536CEEF9" w14:textId="07009A1A" w:rsidR="00E14F3A" w:rsidRPr="00B62C6F" w:rsidRDefault="00E36496"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52</w:t>
            </w:r>
            <w:r w:rsidR="00E14F3A"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4</w:t>
            </w:r>
            <w:r w:rsidR="00E14F3A" w:rsidRPr="00B62C6F">
              <w:rPr>
                <w:rFonts w:ascii="Simplified Arabic" w:eastAsia="Times New Roman" w:hAnsi="Simplified Arabic" w:cs="Simplified Arabic"/>
                <w:sz w:val="28"/>
                <w:szCs w:val="28"/>
              </w:rPr>
              <w:t>%</w:t>
            </w:r>
          </w:p>
        </w:tc>
      </w:tr>
      <w:tr w:rsidR="00E14F3A" w:rsidRPr="00B62C6F" w14:paraId="50CA4F62" w14:textId="77777777" w:rsidTr="00557C2D">
        <w:trPr>
          <w:trHeight w:val="423"/>
        </w:trPr>
        <w:tc>
          <w:tcPr>
            <w:tcW w:w="7677" w:type="dxa"/>
          </w:tcPr>
          <w:p w14:paraId="6BD04088" w14:textId="3E740F08" w:rsidR="00E14F3A" w:rsidRPr="00B62C6F" w:rsidRDefault="000C41C2"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lastRenderedPageBreak/>
              <w:t>تقديم شكوى أو الإبلاغ عن مشكلة</w:t>
            </w:r>
          </w:p>
        </w:tc>
        <w:tc>
          <w:tcPr>
            <w:tcW w:w="1276" w:type="dxa"/>
          </w:tcPr>
          <w:p w14:paraId="2F48880F" w14:textId="4DA682EA" w:rsidR="00E14F3A" w:rsidRPr="00B62C6F" w:rsidRDefault="00E36496"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129</w:t>
            </w:r>
          </w:p>
        </w:tc>
        <w:tc>
          <w:tcPr>
            <w:tcW w:w="1235" w:type="dxa"/>
          </w:tcPr>
          <w:p w14:paraId="0C987B99" w14:textId="4B0206EE" w:rsidR="00E14F3A" w:rsidRPr="00B62C6F" w:rsidRDefault="00E36496"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44</w:t>
            </w:r>
            <w:r w:rsidR="00E14F3A"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8</w:t>
            </w:r>
            <w:r w:rsidR="00E14F3A" w:rsidRPr="00B62C6F">
              <w:rPr>
                <w:rFonts w:ascii="Simplified Arabic" w:eastAsia="Times New Roman" w:hAnsi="Simplified Arabic" w:cs="Simplified Arabic"/>
                <w:sz w:val="28"/>
                <w:szCs w:val="28"/>
              </w:rPr>
              <w:t>%</w:t>
            </w:r>
          </w:p>
        </w:tc>
      </w:tr>
      <w:tr w:rsidR="00E36496" w:rsidRPr="00B62C6F" w14:paraId="316E21A0" w14:textId="77777777" w:rsidTr="00557C2D">
        <w:trPr>
          <w:trHeight w:val="423"/>
        </w:trPr>
        <w:tc>
          <w:tcPr>
            <w:tcW w:w="7677" w:type="dxa"/>
          </w:tcPr>
          <w:p w14:paraId="7C544248" w14:textId="3B68A197" w:rsidR="00E36496" w:rsidRPr="00B62C6F" w:rsidRDefault="000C41C2" w:rsidP="00E3649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طلب الدعم الفني</w:t>
            </w:r>
          </w:p>
        </w:tc>
        <w:tc>
          <w:tcPr>
            <w:tcW w:w="1276" w:type="dxa"/>
          </w:tcPr>
          <w:p w14:paraId="477FC2A3" w14:textId="4FBFD518" w:rsidR="00E36496" w:rsidRPr="00B62C6F" w:rsidRDefault="00E36496" w:rsidP="00E3649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129</w:t>
            </w:r>
          </w:p>
        </w:tc>
        <w:tc>
          <w:tcPr>
            <w:tcW w:w="1235" w:type="dxa"/>
          </w:tcPr>
          <w:p w14:paraId="0B5AB212" w14:textId="04BB8ED4" w:rsidR="00E36496" w:rsidRPr="00B62C6F" w:rsidRDefault="00E36496" w:rsidP="00E3649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44.8%</w:t>
            </w:r>
          </w:p>
        </w:tc>
      </w:tr>
      <w:tr w:rsidR="00E14F3A" w:rsidRPr="00B62C6F" w14:paraId="3BC6B1AE" w14:textId="77777777" w:rsidTr="00557C2D">
        <w:trPr>
          <w:trHeight w:val="423"/>
        </w:trPr>
        <w:tc>
          <w:tcPr>
            <w:tcW w:w="7677" w:type="dxa"/>
          </w:tcPr>
          <w:p w14:paraId="690CBCBB" w14:textId="5DBD62F5" w:rsidR="00E14F3A" w:rsidRPr="00B62C6F" w:rsidRDefault="000C41C2"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الاستفسار عن طرق الدفع والاسترجاع</w:t>
            </w:r>
            <w:r w:rsidR="002875DD" w:rsidRPr="00B62C6F">
              <w:rPr>
                <w:rFonts w:ascii="Simplified Arabic" w:eastAsia="Times New Roman" w:hAnsi="Simplified Arabic" w:cs="Simplified Arabic"/>
                <w:b/>
                <w:bCs/>
                <w:sz w:val="28"/>
                <w:szCs w:val="28"/>
                <w:rtl/>
              </w:rPr>
              <w:t xml:space="preserve"> والاستبدال</w:t>
            </w:r>
          </w:p>
        </w:tc>
        <w:tc>
          <w:tcPr>
            <w:tcW w:w="1276" w:type="dxa"/>
          </w:tcPr>
          <w:p w14:paraId="28B14852" w14:textId="47247DE4" w:rsidR="00E14F3A" w:rsidRPr="00B62C6F" w:rsidRDefault="00E36496" w:rsidP="00557C2D">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105</w:t>
            </w:r>
          </w:p>
        </w:tc>
        <w:tc>
          <w:tcPr>
            <w:tcW w:w="1235" w:type="dxa"/>
          </w:tcPr>
          <w:p w14:paraId="34304B54" w14:textId="3070A734" w:rsidR="00E14F3A" w:rsidRPr="00B62C6F" w:rsidRDefault="00E36496"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36</w:t>
            </w:r>
            <w:r w:rsidR="00E14F3A"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5</w:t>
            </w:r>
            <w:r w:rsidR="00E14F3A" w:rsidRPr="00B62C6F">
              <w:rPr>
                <w:rFonts w:ascii="Simplified Arabic" w:eastAsia="Times New Roman" w:hAnsi="Simplified Arabic" w:cs="Simplified Arabic"/>
                <w:sz w:val="28"/>
                <w:szCs w:val="28"/>
              </w:rPr>
              <w:t>%</w:t>
            </w:r>
          </w:p>
        </w:tc>
      </w:tr>
      <w:tr w:rsidR="00E14F3A" w:rsidRPr="00B62C6F" w14:paraId="4C71296E" w14:textId="77777777" w:rsidTr="00557C2D">
        <w:trPr>
          <w:trHeight w:val="423"/>
        </w:trPr>
        <w:tc>
          <w:tcPr>
            <w:tcW w:w="7677" w:type="dxa"/>
          </w:tcPr>
          <w:p w14:paraId="509B23B8" w14:textId="0323A4BF" w:rsidR="00E14F3A" w:rsidRPr="00B62C6F" w:rsidRDefault="000C41C2"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الاستفسار عن توفر المنتجات</w:t>
            </w:r>
          </w:p>
        </w:tc>
        <w:tc>
          <w:tcPr>
            <w:tcW w:w="1276" w:type="dxa"/>
          </w:tcPr>
          <w:p w14:paraId="6AB63CEE" w14:textId="646E11B1" w:rsidR="00E14F3A" w:rsidRPr="00B62C6F" w:rsidRDefault="00E36496"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100</w:t>
            </w:r>
          </w:p>
        </w:tc>
        <w:tc>
          <w:tcPr>
            <w:tcW w:w="1235" w:type="dxa"/>
          </w:tcPr>
          <w:p w14:paraId="6C4C76A9" w14:textId="51853DEA" w:rsidR="00E14F3A" w:rsidRPr="00B62C6F" w:rsidRDefault="00E36496"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34</w:t>
            </w:r>
            <w:r w:rsidR="00E14F3A" w:rsidRPr="00B62C6F">
              <w:rPr>
                <w:rFonts w:ascii="Simplified Arabic" w:eastAsia="Times New Roman" w:hAnsi="Simplified Arabic" w:cs="Simplified Arabic"/>
                <w:sz w:val="28"/>
                <w:szCs w:val="28"/>
              </w:rPr>
              <w:t>.7%</w:t>
            </w:r>
          </w:p>
        </w:tc>
      </w:tr>
      <w:tr w:rsidR="00E14F3A" w:rsidRPr="00B62C6F" w14:paraId="1F6F48DF" w14:textId="77777777" w:rsidTr="00557C2D">
        <w:trPr>
          <w:trHeight w:val="423"/>
        </w:trPr>
        <w:tc>
          <w:tcPr>
            <w:tcW w:w="7677" w:type="dxa"/>
          </w:tcPr>
          <w:p w14:paraId="2C4F3A80" w14:textId="0B796702" w:rsidR="00E14F3A" w:rsidRPr="00B62C6F" w:rsidRDefault="000C41C2"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معرفة مواعيد العمل أو الفروع</w:t>
            </w:r>
          </w:p>
        </w:tc>
        <w:tc>
          <w:tcPr>
            <w:tcW w:w="1276" w:type="dxa"/>
          </w:tcPr>
          <w:p w14:paraId="76841CA9" w14:textId="619F3B7D" w:rsidR="00E14F3A" w:rsidRPr="00B62C6F" w:rsidRDefault="00E36496" w:rsidP="00557C2D">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90</w:t>
            </w:r>
          </w:p>
        </w:tc>
        <w:tc>
          <w:tcPr>
            <w:tcW w:w="1235" w:type="dxa"/>
          </w:tcPr>
          <w:p w14:paraId="454C6945" w14:textId="6252DAD0" w:rsidR="00E14F3A" w:rsidRPr="00B62C6F" w:rsidRDefault="00E36496"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31</w:t>
            </w:r>
            <w:r w:rsidR="00E14F3A" w:rsidRPr="00B62C6F">
              <w:rPr>
                <w:rFonts w:ascii="Simplified Arabic" w:eastAsia="Times New Roman" w:hAnsi="Simplified Arabic" w:cs="Simplified Arabic"/>
                <w:sz w:val="28"/>
                <w:szCs w:val="28"/>
              </w:rPr>
              <w:t>.3%</w:t>
            </w:r>
          </w:p>
        </w:tc>
      </w:tr>
      <w:tr w:rsidR="00E14F3A" w:rsidRPr="00B62C6F" w14:paraId="057766E7" w14:textId="77777777" w:rsidTr="00557C2D">
        <w:trPr>
          <w:trHeight w:val="423"/>
        </w:trPr>
        <w:tc>
          <w:tcPr>
            <w:tcW w:w="7677" w:type="dxa"/>
          </w:tcPr>
          <w:p w14:paraId="0B4B4D76" w14:textId="36E80037" w:rsidR="00E14F3A" w:rsidRPr="00B62C6F" w:rsidRDefault="000C41C2"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حجز موعد أو خدمة</w:t>
            </w:r>
          </w:p>
        </w:tc>
        <w:tc>
          <w:tcPr>
            <w:tcW w:w="1276" w:type="dxa"/>
          </w:tcPr>
          <w:p w14:paraId="62E74F0E" w14:textId="4AAB7A48" w:rsidR="00E14F3A" w:rsidRPr="00B62C6F" w:rsidRDefault="00E36496"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84</w:t>
            </w:r>
          </w:p>
        </w:tc>
        <w:tc>
          <w:tcPr>
            <w:tcW w:w="1235" w:type="dxa"/>
          </w:tcPr>
          <w:p w14:paraId="5ED0A5D9" w14:textId="7E8A68B6" w:rsidR="00E14F3A" w:rsidRPr="00B62C6F" w:rsidRDefault="00E36496" w:rsidP="00557C2D">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29</w:t>
            </w:r>
            <w:r w:rsidR="00E14F3A"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2</w:t>
            </w:r>
            <w:r w:rsidR="00E14F3A" w:rsidRPr="00B62C6F">
              <w:rPr>
                <w:rFonts w:ascii="Simplified Arabic" w:eastAsia="Times New Roman" w:hAnsi="Simplified Arabic" w:cs="Simplified Arabic"/>
                <w:sz w:val="28"/>
                <w:szCs w:val="28"/>
              </w:rPr>
              <w:t>%</w:t>
            </w:r>
          </w:p>
        </w:tc>
      </w:tr>
      <w:tr w:rsidR="00E14F3A" w:rsidRPr="00B62C6F" w14:paraId="2FD185A3" w14:textId="77777777" w:rsidTr="00557C2D">
        <w:trPr>
          <w:trHeight w:val="423"/>
        </w:trPr>
        <w:tc>
          <w:tcPr>
            <w:tcW w:w="7677" w:type="dxa"/>
          </w:tcPr>
          <w:p w14:paraId="3B4D3165" w14:textId="51E285C7" w:rsidR="00E14F3A" w:rsidRPr="00B62C6F" w:rsidRDefault="000C41C2" w:rsidP="00E14F3A">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طلب توصيات أو اقتراحات لمنتجات</w:t>
            </w:r>
            <w:r w:rsidR="002875DD" w:rsidRPr="00B62C6F">
              <w:rPr>
                <w:rFonts w:ascii="Simplified Arabic" w:eastAsia="Times New Roman" w:hAnsi="Simplified Arabic" w:cs="Simplified Arabic"/>
                <w:b/>
                <w:bCs/>
                <w:sz w:val="28"/>
                <w:szCs w:val="28"/>
                <w:rtl/>
              </w:rPr>
              <w:t xml:space="preserve"> مناسبة</w:t>
            </w:r>
          </w:p>
        </w:tc>
        <w:tc>
          <w:tcPr>
            <w:tcW w:w="1276" w:type="dxa"/>
          </w:tcPr>
          <w:p w14:paraId="1B6CBF45" w14:textId="6DF06BBF" w:rsidR="00E14F3A" w:rsidRPr="00B62C6F" w:rsidRDefault="00E36496" w:rsidP="00E14F3A">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62</w:t>
            </w:r>
          </w:p>
        </w:tc>
        <w:tc>
          <w:tcPr>
            <w:tcW w:w="1235" w:type="dxa"/>
          </w:tcPr>
          <w:p w14:paraId="35F269CC" w14:textId="46C5ABA4" w:rsidR="00E14F3A" w:rsidRPr="00B62C6F" w:rsidRDefault="00E36496" w:rsidP="00E14F3A">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21</w:t>
            </w:r>
            <w:r w:rsidR="00E14F3A"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5</w:t>
            </w:r>
            <w:r w:rsidR="00E14F3A" w:rsidRPr="00B62C6F">
              <w:rPr>
                <w:rFonts w:ascii="Simplified Arabic" w:eastAsia="Times New Roman" w:hAnsi="Simplified Arabic" w:cs="Simplified Arabic"/>
                <w:sz w:val="28"/>
                <w:szCs w:val="28"/>
              </w:rPr>
              <w:t>%</w:t>
            </w:r>
          </w:p>
        </w:tc>
      </w:tr>
      <w:tr w:rsidR="00E14F3A" w:rsidRPr="00B62C6F" w14:paraId="786214BF" w14:textId="77777777" w:rsidTr="00557C2D">
        <w:trPr>
          <w:trHeight w:val="423"/>
        </w:trPr>
        <w:tc>
          <w:tcPr>
            <w:tcW w:w="7677" w:type="dxa"/>
          </w:tcPr>
          <w:p w14:paraId="764BE223" w14:textId="1004336F" w:rsidR="00E14F3A" w:rsidRPr="00B62C6F" w:rsidRDefault="000C41C2" w:rsidP="00E14F3A">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تحديث بيانات الحساب أو إدارة الاشتراك</w:t>
            </w:r>
          </w:p>
        </w:tc>
        <w:tc>
          <w:tcPr>
            <w:tcW w:w="1276" w:type="dxa"/>
          </w:tcPr>
          <w:p w14:paraId="582F4822" w14:textId="05A09869" w:rsidR="00E14F3A" w:rsidRPr="00B62C6F" w:rsidRDefault="00E36496" w:rsidP="00E14F3A">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56</w:t>
            </w:r>
          </w:p>
        </w:tc>
        <w:tc>
          <w:tcPr>
            <w:tcW w:w="1235" w:type="dxa"/>
          </w:tcPr>
          <w:p w14:paraId="28EF1E17" w14:textId="6132CBE0" w:rsidR="00E14F3A" w:rsidRPr="00B62C6F" w:rsidRDefault="00E36496" w:rsidP="00E14F3A">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19</w:t>
            </w:r>
            <w:r w:rsidR="00E14F3A"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4</w:t>
            </w:r>
            <w:r w:rsidR="00E14F3A" w:rsidRPr="00B62C6F">
              <w:rPr>
                <w:rFonts w:ascii="Simplified Arabic" w:eastAsia="Times New Roman" w:hAnsi="Simplified Arabic" w:cs="Simplified Arabic"/>
                <w:sz w:val="28"/>
                <w:szCs w:val="28"/>
              </w:rPr>
              <w:t>%</w:t>
            </w:r>
          </w:p>
        </w:tc>
      </w:tr>
      <w:tr w:rsidR="00E14F3A" w:rsidRPr="00B62C6F" w14:paraId="14C835A1" w14:textId="77777777" w:rsidTr="00557C2D">
        <w:trPr>
          <w:trHeight w:val="423"/>
        </w:trPr>
        <w:tc>
          <w:tcPr>
            <w:tcW w:w="7677" w:type="dxa"/>
          </w:tcPr>
          <w:p w14:paraId="66F0D98F" w14:textId="48BC5A1F" w:rsidR="00E14F3A" w:rsidRPr="00B62C6F" w:rsidRDefault="000C41C2" w:rsidP="00E14F3A">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الاستفسار عن سياسات الشركة (الضمان وغيرها)</w:t>
            </w:r>
          </w:p>
        </w:tc>
        <w:tc>
          <w:tcPr>
            <w:tcW w:w="1276" w:type="dxa"/>
          </w:tcPr>
          <w:p w14:paraId="40D7313E" w14:textId="7CA0D3DD" w:rsidR="00E14F3A" w:rsidRPr="00B62C6F" w:rsidRDefault="00E36496" w:rsidP="00E14F3A">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55</w:t>
            </w:r>
          </w:p>
        </w:tc>
        <w:tc>
          <w:tcPr>
            <w:tcW w:w="1235" w:type="dxa"/>
          </w:tcPr>
          <w:p w14:paraId="1A88FFC0" w14:textId="4DD624B7" w:rsidR="00E14F3A" w:rsidRPr="00B62C6F" w:rsidRDefault="00E36496" w:rsidP="00E14F3A">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19</w:t>
            </w:r>
            <w:r w:rsidR="00E14F3A"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1</w:t>
            </w:r>
            <w:r w:rsidR="00E14F3A" w:rsidRPr="00B62C6F">
              <w:rPr>
                <w:rFonts w:ascii="Simplified Arabic" w:eastAsia="Times New Roman" w:hAnsi="Simplified Arabic" w:cs="Simplified Arabic"/>
                <w:sz w:val="28"/>
                <w:szCs w:val="28"/>
              </w:rPr>
              <w:t>%</w:t>
            </w:r>
          </w:p>
        </w:tc>
      </w:tr>
      <w:tr w:rsidR="00E14F3A" w:rsidRPr="00B62C6F" w14:paraId="266227BD" w14:textId="77777777" w:rsidTr="00557C2D">
        <w:trPr>
          <w:trHeight w:val="423"/>
        </w:trPr>
        <w:tc>
          <w:tcPr>
            <w:tcW w:w="7677" w:type="dxa"/>
          </w:tcPr>
          <w:p w14:paraId="568BFDD6" w14:textId="6132EE9F" w:rsidR="00E14F3A" w:rsidRPr="00B62C6F" w:rsidRDefault="000C41C2" w:rsidP="00E14F3A">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أخرى</w:t>
            </w:r>
          </w:p>
        </w:tc>
        <w:tc>
          <w:tcPr>
            <w:tcW w:w="1276" w:type="dxa"/>
          </w:tcPr>
          <w:p w14:paraId="5395D3FB" w14:textId="56C0B880" w:rsidR="00E14F3A" w:rsidRPr="00B62C6F" w:rsidRDefault="00E36496" w:rsidP="00E14F3A">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37</w:t>
            </w:r>
          </w:p>
        </w:tc>
        <w:tc>
          <w:tcPr>
            <w:tcW w:w="1235" w:type="dxa"/>
          </w:tcPr>
          <w:p w14:paraId="35F22AD6" w14:textId="1DE5F138" w:rsidR="00E14F3A" w:rsidRPr="00B62C6F" w:rsidRDefault="00E36496" w:rsidP="00E14F3A">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12</w:t>
            </w:r>
            <w:r w:rsidR="00E14F3A"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8</w:t>
            </w:r>
            <w:r w:rsidR="00E14F3A" w:rsidRPr="00B62C6F">
              <w:rPr>
                <w:rFonts w:ascii="Simplified Arabic" w:eastAsia="Times New Roman" w:hAnsi="Simplified Arabic" w:cs="Simplified Arabic"/>
                <w:sz w:val="28"/>
                <w:szCs w:val="28"/>
              </w:rPr>
              <w:t>%</w:t>
            </w:r>
          </w:p>
        </w:tc>
      </w:tr>
      <w:tr w:rsidR="00E14F3A" w:rsidRPr="00B62C6F" w14:paraId="60ED48D1" w14:textId="77777777" w:rsidTr="00557C2D">
        <w:trPr>
          <w:trHeight w:val="403"/>
        </w:trPr>
        <w:tc>
          <w:tcPr>
            <w:tcW w:w="7677" w:type="dxa"/>
          </w:tcPr>
          <w:p w14:paraId="50B36311" w14:textId="77777777" w:rsidR="00E14F3A" w:rsidRPr="00B62C6F" w:rsidRDefault="00E14F3A" w:rsidP="00557C2D">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الإجمالي (عدد أفراد العينة)</w:t>
            </w:r>
          </w:p>
        </w:tc>
        <w:tc>
          <w:tcPr>
            <w:tcW w:w="2511" w:type="dxa"/>
            <w:gridSpan w:val="2"/>
          </w:tcPr>
          <w:p w14:paraId="0CEC5108" w14:textId="77777777" w:rsidR="00E14F3A" w:rsidRPr="00B62C6F" w:rsidRDefault="00E14F3A" w:rsidP="00557C2D">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 xml:space="preserve">288 </w:t>
            </w:r>
          </w:p>
        </w:tc>
      </w:tr>
    </w:tbl>
    <w:p w14:paraId="048F9382" w14:textId="7757E1AF" w:rsidR="00891990" w:rsidRPr="00B62C6F" w:rsidRDefault="00891990" w:rsidP="00891990">
      <w:pPr>
        <w:bidi/>
        <w:spacing w:line="360" w:lineRule="auto"/>
        <w:jc w:val="both"/>
        <w:rPr>
          <w:rFonts w:ascii="Simplified Arabic" w:hAnsi="Simplified Arabic" w:cs="Simplified Arabic"/>
          <w:b/>
          <w:bCs/>
          <w:sz w:val="28"/>
          <w:szCs w:val="28"/>
          <w:rtl/>
        </w:rPr>
      </w:pPr>
    </w:p>
    <w:p w14:paraId="50D6DBC8" w14:textId="1B620B73" w:rsidR="00DD1D4F" w:rsidRPr="00B62C6F" w:rsidRDefault="00DD1D4F" w:rsidP="00DD1D4F">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w:t>
      </w:r>
      <w:r w:rsidR="006F53CA" w:rsidRPr="00B62C6F">
        <w:rPr>
          <w:rFonts w:ascii="Simplified Arabic" w:eastAsia="Times New Roman" w:hAnsi="Simplified Arabic" w:cs="Simplified Arabic"/>
          <w:sz w:val="28"/>
          <w:szCs w:val="28"/>
          <w:rtl/>
        </w:rPr>
        <w:t xml:space="preserve">تشير نتائج الجدول (9) إلى أن غرض "الاستفسار عن المنتجات أو الخدمات" جاء في طليعة أسباب استخدام الشات بوت بنسبة بلغت 66.3%، يليه "تتبع حالة الطلب أو الشحنة" بنسبة 56.9%، ثم "معرفة الأسعار والعروض" بنسبة 52.4%، بينما حلت طلبات الدعم وحل الشكاوى وتحديث الاشتراكات في مراتب تالية. </w:t>
      </w:r>
      <w:r w:rsidR="00BD47B8" w:rsidRPr="00B62C6F">
        <w:rPr>
          <w:rFonts w:ascii="Simplified Arabic" w:eastAsia="Times New Roman" w:hAnsi="Simplified Arabic" w:cs="Simplified Arabic"/>
          <w:sz w:val="28"/>
          <w:szCs w:val="28"/>
          <w:rtl/>
        </w:rPr>
        <w:t>وتفسر</w:t>
      </w:r>
      <w:r w:rsidR="006F53CA" w:rsidRPr="00B62C6F">
        <w:rPr>
          <w:rFonts w:ascii="Simplified Arabic" w:eastAsia="Times New Roman" w:hAnsi="Simplified Arabic" w:cs="Simplified Arabic"/>
          <w:sz w:val="28"/>
          <w:szCs w:val="28"/>
          <w:rtl/>
        </w:rPr>
        <w:t xml:space="preserve"> الباحث</w:t>
      </w:r>
      <w:r w:rsidR="00BD47B8" w:rsidRPr="00B62C6F">
        <w:rPr>
          <w:rFonts w:ascii="Simplified Arabic" w:eastAsia="Times New Roman" w:hAnsi="Simplified Arabic" w:cs="Simplified Arabic"/>
          <w:sz w:val="28"/>
          <w:szCs w:val="28"/>
          <w:rtl/>
        </w:rPr>
        <w:t>ة</w:t>
      </w:r>
      <w:r w:rsidR="006F53CA" w:rsidRPr="00B62C6F">
        <w:rPr>
          <w:rFonts w:ascii="Simplified Arabic" w:eastAsia="Times New Roman" w:hAnsi="Simplified Arabic" w:cs="Simplified Arabic"/>
          <w:sz w:val="28"/>
          <w:szCs w:val="28"/>
          <w:rtl/>
        </w:rPr>
        <w:t xml:space="preserve"> هذه النتيجة بأن الدوافع المعرفية الروتينية المتكررة والمرتبطة بمرحلة ما قبل الشراء وأثناء الشراء تشكل عصب العملية الاتصالية للمستفيد، لكونها تتطلب استجابات قياسية فورية وثابتة تبرع خوارزميات الذكاء الاصطناعي في تقديمها بدقة عالية واختصار وقت، مما يثبت نجاح الأتمتة في تبسيط العمليات وتسيير التفاعل </w:t>
      </w:r>
      <w:r w:rsidRPr="00B62C6F">
        <w:rPr>
          <w:rFonts w:ascii="Simplified Arabic" w:eastAsia="Times New Roman" w:hAnsi="Simplified Arabic" w:cs="Simplified Arabic"/>
          <w:sz w:val="28"/>
          <w:szCs w:val="28"/>
          <w:rtl/>
        </w:rPr>
        <w:t>التسويقي دون تعقيد إجرائي</w:t>
      </w:r>
      <w:r w:rsidRPr="00B62C6F">
        <w:rPr>
          <w:rFonts w:ascii="Simplified Arabic" w:eastAsia="Times New Roman" w:hAnsi="Simplified Arabic" w:cs="Simplified Arabic"/>
          <w:sz w:val="28"/>
          <w:szCs w:val="28"/>
        </w:rPr>
        <w:t>.</w:t>
      </w:r>
    </w:p>
    <w:p w14:paraId="0C3EDEE5" w14:textId="2A9EF665" w:rsidR="00557C2D" w:rsidRPr="00B62C6F" w:rsidRDefault="00DD1D4F" w:rsidP="00DD1D4F">
      <w:pPr>
        <w:bidi/>
        <w:jc w:val="both"/>
        <w:rPr>
          <w:rFonts w:ascii="Simplified Arabic" w:hAnsi="Simplified Arabic" w:cs="Simplified Arabic"/>
          <w:sz w:val="28"/>
          <w:szCs w:val="28"/>
          <w:rtl/>
        </w:rPr>
      </w:pPr>
      <w:r w:rsidRPr="00B62C6F">
        <w:rPr>
          <w:rFonts w:ascii="Simplified Arabic" w:eastAsia="Times New Roman" w:hAnsi="Simplified Arabic" w:cs="Simplified Arabic"/>
          <w:sz w:val="28"/>
          <w:szCs w:val="28"/>
          <w:rtl/>
        </w:rPr>
        <w:t xml:space="preserve">     </w:t>
      </w:r>
      <w:r w:rsidR="006F53CA" w:rsidRPr="00B62C6F">
        <w:rPr>
          <w:rFonts w:ascii="Simplified Arabic" w:eastAsia="Times New Roman" w:hAnsi="Simplified Arabic" w:cs="Simplified Arabic"/>
          <w:sz w:val="28"/>
          <w:szCs w:val="28"/>
          <w:rtl/>
        </w:rPr>
        <w:t>وتتطابق هذه النتيجة مع دراسة (شبل، 2023) التي أكدت أن توظيف الشات بوت يساهم بفاعلية في توجيه نية الشراء وحل العقبات المعلوماتية الفورية للعملاء وسد الفجوات التفسيرية للأسعار والعروض أثناء اتخاذ القرار الاستهلاكي. كما تلتقي المؤشرات مع دراسة</w:t>
      </w:r>
      <w:r w:rsidR="006F53CA" w:rsidRPr="00B62C6F">
        <w:rPr>
          <w:rFonts w:ascii="Simplified Arabic" w:eastAsia="Times New Roman" w:hAnsi="Simplified Arabic" w:cs="Simplified Arabic"/>
          <w:sz w:val="28"/>
          <w:szCs w:val="28"/>
        </w:rPr>
        <w:t xml:space="preserve"> (Chen &amp; Wang, 2025) </w:t>
      </w:r>
      <w:r w:rsidR="006F53CA" w:rsidRPr="00B62C6F">
        <w:rPr>
          <w:rFonts w:ascii="Simplified Arabic" w:eastAsia="Times New Roman" w:hAnsi="Simplified Arabic" w:cs="Simplified Arabic"/>
          <w:sz w:val="28"/>
          <w:szCs w:val="28"/>
          <w:rtl/>
        </w:rPr>
        <w:t xml:space="preserve">الأجنبية التي برهنت على أن التواصل المدار بالذكاء الاصطناعي يختصر الجهد المعرفي للوصول لبيانات المنتجات، مما يدعم جودة علاقة العميل بالعلامة التجارية. وتأصيلاً من أدبيات علم سلوك المستهلك، فإن توفير البيانات الإرشادية وسهولة تتبع الشحنات تزيد من منسوب الأمان المدرك وتقلل القلق الشرائي، محولة الاتصال الآلي لتجربة عميل ناجحة (سليمان، 2023، </w:t>
      </w:r>
      <w:r w:rsidR="006F53CA" w:rsidRPr="00B62C6F">
        <w:rPr>
          <w:rFonts w:ascii="Simplified Arabic" w:eastAsia="Times New Roman" w:hAnsi="Simplified Arabic" w:cs="Simplified Arabic"/>
          <w:sz w:val="28"/>
          <w:szCs w:val="28"/>
          <w:rtl/>
        </w:rPr>
        <w:lastRenderedPageBreak/>
        <w:t>ص. 134). ويتسق ذلك مع تقارير التحول الرقمي التي ترصد قفزات نوعية في وعي المستهلك السعودي واعتماده الكلي على القنوات الفورية للحصول على بياناته الاستهلاكية (وزارة الاتصالات وتقنية المعلومات، 2020، ص. 14) [0.1.7</w:t>
      </w:r>
      <w:r w:rsidRPr="00B62C6F">
        <w:rPr>
          <w:rFonts w:ascii="Simplified Arabic" w:eastAsia="Times New Roman" w:hAnsi="Simplified Arabic" w:cs="Simplified Arabic"/>
          <w:sz w:val="28"/>
          <w:szCs w:val="28"/>
          <w:rtl/>
        </w:rPr>
        <w:t>.</w:t>
      </w:r>
      <w:r w:rsidRPr="00B62C6F">
        <w:rPr>
          <w:rFonts w:ascii="Simplified Arabic" w:eastAsia="Times New Roman" w:hAnsi="Simplified Arabic" w:cs="Simplified Arabic"/>
          <w:sz w:val="28"/>
          <w:szCs w:val="28"/>
        </w:rPr>
        <w:t>[</w:t>
      </w:r>
      <w:r w:rsidRPr="00B62C6F">
        <w:rPr>
          <w:rFonts w:ascii="Simplified Arabic" w:hAnsi="Simplified Arabic" w:cs="Simplified Arabic"/>
          <w:sz w:val="28"/>
          <w:szCs w:val="28"/>
          <w:rtl/>
        </w:rPr>
        <w:t>.</w:t>
      </w:r>
    </w:p>
    <w:p w14:paraId="28B8B77A" w14:textId="06C701EC" w:rsidR="002875DD" w:rsidRPr="00B62C6F" w:rsidRDefault="002875DD" w:rsidP="002875DD">
      <w:pPr>
        <w:bidi/>
        <w:spacing w:before="480" w:after="480" w:line="240" w:lineRule="auto"/>
        <w:jc w:val="both"/>
        <w:rPr>
          <w:rFonts w:ascii="Simplified Arabic" w:hAnsi="Simplified Arabic" w:cs="Simplified Arabic"/>
          <w:sz w:val="28"/>
          <w:szCs w:val="28"/>
          <w:u w:val="single"/>
          <w:rtl/>
        </w:rPr>
      </w:pPr>
      <w:r w:rsidRPr="00B62C6F">
        <w:rPr>
          <w:rFonts w:ascii="Simplified Arabic" w:hAnsi="Simplified Arabic" w:cs="Simplified Arabic"/>
          <w:sz w:val="28"/>
          <w:szCs w:val="28"/>
          <w:u w:val="single"/>
          <w:rtl/>
        </w:rPr>
        <w:t xml:space="preserve">3- </w:t>
      </w:r>
      <w:r w:rsidR="008804AB" w:rsidRPr="00B62C6F">
        <w:rPr>
          <w:rFonts w:ascii="Simplified Arabic" w:hAnsi="Simplified Arabic" w:cs="Simplified Arabic"/>
          <w:sz w:val="28"/>
          <w:szCs w:val="28"/>
          <w:u w:val="single"/>
          <w:rtl/>
        </w:rPr>
        <w:t>العقبات التي تواجه المستخدمين عند استخدام الشات بوت</w:t>
      </w:r>
      <w:r w:rsidRPr="00B62C6F">
        <w:rPr>
          <w:rFonts w:ascii="Simplified Arabic" w:hAnsi="Simplified Arabic" w:cs="Simplified Arabic"/>
          <w:sz w:val="28"/>
          <w:szCs w:val="28"/>
          <w:u w:val="single"/>
          <w:rtl/>
        </w:rPr>
        <w:t xml:space="preserve"> (متعدد الخيارات):</w:t>
      </w:r>
    </w:p>
    <w:p w14:paraId="5163834F" w14:textId="69BF8643" w:rsidR="002875DD" w:rsidRPr="00B62C6F" w:rsidRDefault="002875DD" w:rsidP="002875DD">
      <w:pPr>
        <w:bidi/>
        <w:spacing w:before="480" w:after="480" w:line="240" w:lineRule="auto"/>
        <w:jc w:val="center"/>
        <w:rPr>
          <w:rFonts w:ascii="Simplified Arabic" w:hAnsi="Simplified Arabic" w:cs="Simplified Arabic"/>
          <w:sz w:val="28"/>
          <w:szCs w:val="28"/>
        </w:rPr>
      </w:pPr>
      <w:r w:rsidRPr="00B62C6F">
        <w:rPr>
          <w:rFonts w:ascii="Simplified Arabic" w:hAnsi="Simplified Arabic" w:cs="Simplified Arabic"/>
          <w:sz w:val="28"/>
          <w:szCs w:val="28"/>
          <w:rtl/>
        </w:rPr>
        <w:t xml:space="preserve">جدول </w:t>
      </w:r>
      <w:r w:rsidRPr="00B62C6F">
        <w:rPr>
          <w:rFonts w:ascii="Simplified Arabic" w:hAnsi="Simplified Arabic" w:cs="Simplified Arabic"/>
          <w:sz w:val="28"/>
          <w:szCs w:val="28"/>
        </w:rPr>
        <w:t>:(10)</w:t>
      </w:r>
      <w:r w:rsidRPr="00B62C6F">
        <w:rPr>
          <w:rFonts w:ascii="Simplified Arabic" w:hAnsi="Simplified Arabic" w:cs="Simplified Arabic"/>
          <w:sz w:val="28"/>
          <w:szCs w:val="28"/>
          <w:rtl/>
        </w:rPr>
        <w:t xml:space="preserve"> بيانات الدراسة وفقا </w:t>
      </w:r>
      <w:r w:rsidR="008804AB" w:rsidRPr="00B62C6F">
        <w:rPr>
          <w:rFonts w:ascii="Simplified Arabic" w:hAnsi="Simplified Arabic" w:cs="Simplified Arabic"/>
          <w:sz w:val="28"/>
          <w:szCs w:val="28"/>
          <w:rtl/>
        </w:rPr>
        <w:t>للعقبات التي تواجه المستخدمين عن استخدام الشات بوت</w:t>
      </w:r>
      <w:r w:rsidRPr="00B62C6F">
        <w:rPr>
          <w:rFonts w:ascii="Simplified Arabic" w:hAnsi="Simplified Arabic" w:cs="Simplified Arabic"/>
          <w:sz w:val="28"/>
          <w:szCs w:val="28"/>
          <w:rtl/>
        </w:rPr>
        <w:t xml:space="preserve"> </w:t>
      </w:r>
    </w:p>
    <w:tbl>
      <w:tblPr>
        <w:tblStyle w:val="afa"/>
        <w:bidiVisual/>
        <w:tblW w:w="0" w:type="auto"/>
        <w:tblLook w:val="04A0" w:firstRow="1" w:lastRow="0" w:firstColumn="1" w:lastColumn="0" w:noHBand="0" w:noVBand="1"/>
      </w:tblPr>
      <w:tblGrid>
        <w:gridCol w:w="7677"/>
        <w:gridCol w:w="1276"/>
        <w:gridCol w:w="1235"/>
      </w:tblGrid>
      <w:tr w:rsidR="002875DD" w:rsidRPr="00B62C6F" w14:paraId="49C0DDDE" w14:textId="77777777" w:rsidTr="00321336">
        <w:trPr>
          <w:trHeight w:val="299"/>
        </w:trPr>
        <w:tc>
          <w:tcPr>
            <w:tcW w:w="7677" w:type="dxa"/>
          </w:tcPr>
          <w:p w14:paraId="71B14C2E" w14:textId="13BE30F8" w:rsidR="002875DD" w:rsidRPr="00B62C6F" w:rsidRDefault="00DD1D4F" w:rsidP="00321336">
            <w:pPr>
              <w:bidi/>
              <w:spacing w:before="100" w:beforeAutospacing="1" w:after="100" w:afterAutospacing="1"/>
              <w:jc w:val="center"/>
              <w:rPr>
                <w:rFonts w:ascii="Simplified Arabic" w:eastAsia="Times New Roman" w:hAnsi="Simplified Arabic" w:cs="Simplified Arabic"/>
                <w:b/>
                <w:bCs/>
                <w:sz w:val="28"/>
                <w:szCs w:val="28"/>
                <w:rtl/>
              </w:rPr>
            </w:pPr>
            <w:bookmarkStart w:id="0" w:name="_Hlk235676386"/>
            <w:r w:rsidRPr="00B62C6F">
              <w:rPr>
                <w:rFonts w:ascii="Simplified Arabic" w:eastAsia="Times New Roman" w:hAnsi="Simplified Arabic" w:cs="Simplified Arabic"/>
                <w:b/>
                <w:bCs/>
                <w:sz w:val="28"/>
                <w:szCs w:val="28"/>
                <w:rtl/>
              </w:rPr>
              <w:t>العقبات</w:t>
            </w:r>
          </w:p>
        </w:tc>
        <w:tc>
          <w:tcPr>
            <w:tcW w:w="1276" w:type="dxa"/>
          </w:tcPr>
          <w:p w14:paraId="39C482CA" w14:textId="77777777" w:rsidR="002875DD" w:rsidRPr="00B62C6F" w:rsidRDefault="002875DD"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التكرار</w:t>
            </w:r>
          </w:p>
        </w:tc>
        <w:tc>
          <w:tcPr>
            <w:tcW w:w="1235" w:type="dxa"/>
          </w:tcPr>
          <w:p w14:paraId="42DA3F72" w14:textId="77777777" w:rsidR="002875DD" w:rsidRPr="00B62C6F" w:rsidRDefault="002875DD"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النسبة</w:t>
            </w:r>
          </w:p>
        </w:tc>
      </w:tr>
      <w:tr w:rsidR="002875DD" w:rsidRPr="00B62C6F" w14:paraId="6F5A82F5" w14:textId="77777777" w:rsidTr="00321336">
        <w:trPr>
          <w:trHeight w:val="405"/>
        </w:trPr>
        <w:tc>
          <w:tcPr>
            <w:tcW w:w="7677" w:type="dxa"/>
          </w:tcPr>
          <w:p w14:paraId="070C653E" w14:textId="2F363F53" w:rsidR="002875DD" w:rsidRPr="00B62C6F" w:rsidRDefault="007531C0"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عدم فهم الشات بوت للاستفسار بشكل صحيح</w:t>
            </w:r>
          </w:p>
        </w:tc>
        <w:tc>
          <w:tcPr>
            <w:tcW w:w="1276" w:type="dxa"/>
          </w:tcPr>
          <w:p w14:paraId="0194BBF7" w14:textId="33523B9B" w:rsidR="002875DD" w:rsidRPr="00B62C6F" w:rsidRDefault="008804AB"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177</w:t>
            </w:r>
          </w:p>
        </w:tc>
        <w:tc>
          <w:tcPr>
            <w:tcW w:w="1235" w:type="dxa"/>
          </w:tcPr>
          <w:p w14:paraId="41FBAE4C" w14:textId="34179A60" w:rsidR="002875DD" w:rsidRPr="00B62C6F" w:rsidRDefault="008804AB"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61</w:t>
            </w:r>
            <w:r w:rsidR="002875DD"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5</w:t>
            </w:r>
            <w:r w:rsidR="002875DD" w:rsidRPr="00B62C6F">
              <w:rPr>
                <w:rFonts w:ascii="Simplified Arabic" w:eastAsia="Times New Roman" w:hAnsi="Simplified Arabic" w:cs="Simplified Arabic"/>
                <w:sz w:val="28"/>
                <w:szCs w:val="28"/>
              </w:rPr>
              <w:t>%</w:t>
            </w:r>
          </w:p>
        </w:tc>
      </w:tr>
      <w:tr w:rsidR="002875DD" w:rsidRPr="00B62C6F" w14:paraId="0EB99CA5" w14:textId="77777777" w:rsidTr="00321336">
        <w:trPr>
          <w:trHeight w:val="405"/>
        </w:trPr>
        <w:tc>
          <w:tcPr>
            <w:tcW w:w="7677" w:type="dxa"/>
          </w:tcPr>
          <w:p w14:paraId="7E5EE524" w14:textId="430BB300" w:rsidR="002875DD" w:rsidRPr="00B62C6F" w:rsidRDefault="007531C0"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تقديم إجابات غير دقيقة أو غير كافية</w:t>
            </w:r>
          </w:p>
        </w:tc>
        <w:tc>
          <w:tcPr>
            <w:tcW w:w="1276" w:type="dxa"/>
          </w:tcPr>
          <w:p w14:paraId="198984E6" w14:textId="7E31AFB0" w:rsidR="002875DD" w:rsidRPr="00B62C6F" w:rsidRDefault="00093D3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159</w:t>
            </w:r>
          </w:p>
        </w:tc>
        <w:tc>
          <w:tcPr>
            <w:tcW w:w="1235" w:type="dxa"/>
          </w:tcPr>
          <w:p w14:paraId="4BBC37E8" w14:textId="04328455" w:rsidR="002875DD" w:rsidRPr="00B62C6F" w:rsidRDefault="00494D10"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55</w:t>
            </w:r>
            <w:r w:rsidR="002875DD"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2</w:t>
            </w:r>
            <w:r w:rsidR="002875DD" w:rsidRPr="00B62C6F">
              <w:rPr>
                <w:rFonts w:ascii="Simplified Arabic" w:eastAsia="Times New Roman" w:hAnsi="Simplified Arabic" w:cs="Simplified Arabic"/>
                <w:sz w:val="28"/>
                <w:szCs w:val="28"/>
              </w:rPr>
              <w:t>%</w:t>
            </w:r>
          </w:p>
        </w:tc>
      </w:tr>
      <w:tr w:rsidR="002875DD" w:rsidRPr="00B62C6F" w14:paraId="255D6B58" w14:textId="77777777" w:rsidTr="00321336">
        <w:trPr>
          <w:trHeight w:val="423"/>
        </w:trPr>
        <w:tc>
          <w:tcPr>
            <w:tcW w:w="7677" w:type="dxa"/>
          </w:tcPr>
          <w:p w14:paraId="01BB25DC" w14:textId="4F21289E" w:rsidR="002875DD" w:rsidRPr="00B62C6F" w:rsidRDefault="007531C0"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صعوبة الوصول إلى موظف خدمة العملاء عند الحاجة</w:t>
            </w:r>
          </w:p>
        </w:tc>
        <w:tc>
          <w:tcPr>
            <w:tcW w:w="1276" w:type="dxa"/>
          </w:tcPr>
          <w:p w14:paraId="03A81A14" w14:textId="3D56B598" w:rsidR="002875DD" w:rsidRPr="00B62C6F" w:rsidRDefault="00093D31"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145</w:t>
            </w:r>
          </w:p>
        </w:tc>
        <w:tc>
          <w:tcPr>
            <w:tcW w:w="1235" w:type="dxa"/>
          </w:tcPr>
          <w:p w14:paraId="62FD2ABC" w14:textId="44AA918E" w:rsidR="002875DD" w:rsidRPr="00B62C6F" w:rsidRDefault="002875DD"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5</w:t>
            </w:r>
            <w:r w:rsidR="00494D10" w:rsidRPr="00B62C6F">
              <w:rPr>
                <w:rFonts w:ascii="Simplified Arabic" w:eastAsia="Times New Roman" w:hAnsi="Simplified Arabic" w:cs="Simplified Arabic"/>
                <w:sz w:val="28"/>
                <w:szCs w:val="28"/>
              </w:rPr>
              <w:t>0</w:t>
            </w:r>
            <w:r w:rsidRPr="00B62C6F">
              <w:rPr>
                <w:rFonts w:ascii="Simplified Arabic" w:eastAsia="Times New Roman" w:hAnsi="Simplified Arabic" w:cs="Simplified Arabic"/>
                <w:sz w:val="28"/>
                <w:szCs w:val="28"/>
              </w:rPr>
              <w:t>.</w:t>
            </w:r>
            <w:r w:rsidR="00093D31" w:rsidRPr="00B62C6F">
              <w:rPr>
                <w:rFonts w:ascii="Simplified Arabic" w:eastAsia="Times New Roman" w:hAnsi="Simplified Arabic" w:cs="Simplified Arabic"/>
                <w:sz w:val="28"/>
                <w:szCs w:val="28"/>
              </w:rPr>
              <w:t>3</w:t>
            </w:r>
            <w:r w:rsidRPr="00B62C6F">
              <w:rPr>
                <w:rFonts w:ascii="Simplified Arabic" w:eastAsia="Times New Roman" w:hAnsi="Simplified Arabic" w:cs="Simplified Arabic"/>
                <w:sz w:val="28"/>
                <w:szCs w:val="28"/>
              </w:rPr>
              <w:t>%</w:t>
            </w:r>
          </w:p>
        </w:tc>
      </w:tr>
      <w:tr w:rsidR="002875DD" w:rsidRPr="00B62C6F" w14:paraId="609CF6DA" w14:textId="77777777" w:rsidTr="00321336">
        <w:trPr>
          <w:trHeight w:val="423"/>
        </w:trPr>
        <w:tc>
          <w:tcPr>
            <w:tcW w:w="7677" w:type="dxa"/>
          </w:tcPr>
          <w:p w14:paraId="0BEBDF98" w14:textId="3A73B9AF" w:rsidR="002875DD" w:rsidRPr="00B62C6F" w:rsidRDefault="007531C0"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عدم قدرة الشات بوت على حل المشكلات المعقدة</w:t>
            </w:r>
          </w:p>
        </w:tc>
        <w:tc>
          <w:tcPr>
            <w:tcW w:w="1276" w:type="dxa"/>
          </w:tcPr>
          <w:p w14:paraId="72ED8EC6" w14:textId="35FF0669" w:rsidR="002875DD" w:rsidRPr="00B62C6F" w:rsidRDefault="00093D3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120</w:t>
            </w:r>
          </w:p>
        </w:tc>
        <w:tc>
          <w:tcPr>
            <w:tcW w:w="1235" w:type="dxa"/>
          </w:tcPr>
          <w:p w14:paraId="1E8B49DA" w14:textId="2ED0F27D" w:rsidR="002875DD" w:rsidRPr="00B62C6F" w:rsidRDefault="00093D3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41</w:t>
            </w:r>
            <w:r w:rsidR="002875DD"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7</w:t>
            </w:r>
            <w:r w:rsidR="002875DD" w:rsidRPr="00B62C6F">
              <w:rPr>
                <w:rFonts w:ascii="Simplified Arabic" w:eastAsia="Times New Roman" w:hAnsi="Simplified Arabic" w:cs="Simplified Arabic"/>
                <w:sz w:val="28"/>
                <w:szCs w:val="28"/>
              </w:rPr>
              <w:t>%</w:t>
            </w:r>
          </w:p>
        </w:tc>
      </w:tr>
      <w:tr w:rsidR="002875DD" w:rsidRPr="00B62C6F" w14:paraId="2C5BCC15" w14:textId="77777777" w:rsidTr="00321336">
        <w:trPr>
          <w:trHeight w:val="423"/>
        </w:trPr>
        <w:tc>
          <w:tcPr>
            <w:tcW w:w="7677" w:type="dxa"/>
          </w:tcPr>
          <w:p w14:paraId="00B6EE0E" w14:textId="67815B7C" w:rsidR="002875DD" w:rsidRPr="00B62C6F" w:rsidRDefault="007531C0"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تكرار الردود الالية وعدم تخصيصها لاحتياجاتي</w:t>
            </w:r>
          </w:p>
        </w:tc>
        <w:tc>
          <w:tcPr>
            <w:tcW w:w="1276" w:type="dxa"/>
          </w:tcPr>
          <w:p w14:paraId="04D72EEF" w14:textId="5D75EC47" w:rsidR="002875DD" w:rsidRPr="00B62C6F" w:rsidRDefault="00093D31"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120</w:t>
            </w:r>
          </w:p>
        </w:tc>
        <w:tc>
          <w:tcPr>
            <w:tcW w:w="1235" w:type="dxa"/>
          </w:tcPr>
          <w:p w14:paraId="4E3041DE" w14:textId="2560970F" w:rsidR="002875DD" w:rsidRPr="00B62C6F" w:rsidRDefault="00093D3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41</w:t>
            </w:r>
            <w:r w:rsidR="002875DD"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7</w:t>
            </w:r>
            <w:r w:rsidR="002875DD" w:rsidRPr="00B62C6F">
              <w:rPr>
                <w:rFonts w:ascii="Simplified Arabic" w:eastAsia="Times New Roman" w:hAnsi="Simplified Arabic" w:cs="Simplified Arabic"/>
                <w:sz w:val="28"/>
                <w:szCs w:val="28"/>
              </w:rPr>
              <w:t>%</w:t>
            </w:r>
          </w:p>
        </w:tc>
      </w:tr>
      <w:tr w:rsidR="002875DD" w:rsidRPr="00B62C6F" w14:paraId="3A8FCE96" w14:textId="77777777" w:rsidTr="00321336">
        <w:trPr>
          <w:trHeight w:val="423"/>
        </w:trPr>
        <w:tc>
          <w:tcPr>
            <w:tcW w:w="7677" w:type="dxa"/>
          </w:tcPr>
          <w:p w14:paraId="58B10177" w14:textId="64616568" w:rsidR="002875DD" w:rsidRPr="00B62C6F" w:rsidRDefault="007531C0"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بطء الاستجابة أو حدوث أعطال تقنية</w:t>
            </w:r>
          </w:p>
        </w:tc>
        <w:tc>
          <w:tcPr>
            <w:tcW w:w="1276" w:type="dxa"/>
          </w:tcPr>
          <w:p w14:paraId="19922925" w14:textId="36DFE962" w:rsidR="002875DD" w:rsidRPr="00B62C6F" w:rsidRDefault="00093D31"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76</w:t>
            </w:r>
          </w:p>
        </w:tc>
        <w:tc>
          <w:tcPr>
            <w:tcW w:w="1235" w:type="dxa"/>
          </w:tcPr>
          <w:p w14:paraId="17412E09" w14:textId="24102682" w:rsidR="002875DD" w:rsidRPr="00B62C6F" w:rsidRDefault="00093D3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26</w:t>
            </w:r>
            <w:r w:rsidR="002875DD"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4</w:t>
            </w:r>
            <w:r w:rsidR="002875DD" w:rsidRPr="00B62C6F">
              <w:rPr>
                <w:rFonts w:ascii="Simplified Arabic" w:eastAsia="Times New Roman" w:hAnsi="Simplified Arabic" w:cs="Simplified Arabic"/>
                <w:sz w:val="28"/>
                <w:szCs w:val="28"/>
              </w:rPr>
              <w:t>%</w:t>
            </w:r>
          </w:p>
        </w:tc>
      </w:tr>
      <w:tr w:rsidR="002875DD" w:rsidRPr="00B62C6F" w14:paraId="7DB211EE" w14:textId="77777777" w:rsidTr="00321336">
        <w:trPr>
          <w:trHeight w:val="423"/>
        </w:trPr>
        <w:tc>
          <w:tcPr>
            <w:tcW w:w="7677" w:type="dxa"/>
          </w:tcPr>
          <w:p w14:paraId="39F516A0" w14:textId="12583B37" w:rsidR="002875DD" w:rsidRPr="00B62C6F" w:rsidRDefault="007531C0"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عدم الثقة في المعلومات أو التوصيات التي يقدمها</w:t>
            </w:r>
            <w:r w:rsidR="00E04317" w:rsidRPr="00B62C6F">
              <w:rPr>
                <w:rFonts w:ascii="Simplified Arabic" w:eastAsia="Times New Roman" w:hAnsi="Simplified Arabic" w:cs="Simplified Arabic"/>
                <w:b/>
                <w:bCs/>
                <w:sz w:val="28"/>
                <w:szCs w:val="28"/>
                <w:rtl/>
              </w:rPr>
              <w:t xml:space="preserve"> الشات بوت</w:t>
            </w:r>
          </w:p>
        </w:tc>
        <w:tc>
          <w:tcPr>
            <w:tcW w:w="1276" w:type="dxa"/>
          </w:tcPr>
          <w:p w14:paraId="0A71D291" w14:textId="67CA4901" w:rsidR="002875DD" w:rsidRPr="00B62C6F" w:rsidRDefault="00093D3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53</w:t>
            </w:r>
          </w:p>
        </w:tc>
        <w:tc>
          <w:tcPr>
            <w:tcW w:w="1235" w:type="dxa"/>
          </w:tcPr>
          <w:p w14:paraId="4BA7C15E" w14:textId="32F08546" w:rsidR="002875DD" w:rsidRPr="00B62C6F" w:rsidRDefault="00093D3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18</w:t>
            </w:r>
            <w:r w:rsidR="002875DD"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4</w:t>
            </w:r>
            <w:r w:rsidR="002875DD" w:rsidRPr="00B62C6F">
              <w:rPr>
                <w:rFonts w:ascii="Simplified Arabic" w:eastAsia="Times New Roman" w:hAnsi="Simplified Arabic" w:cs="Simplified Arabic"/>
                <w:sz w:val="28"/>
                <w:szCs w:val="28"/>
              </w:rPr>
              <w:t>%</w:t>
            </w:r>
          </w:p>
        </w:tc>
      </w:tr>
      <w:tr w:rsidR="002875DD" w:rsidRPr="00B62C6F" w14:paraId="6D823A9A" w14:textId="77777777" w:rsidTr="00321336">
        <w:trPr>
          <w:trHeight w:val="423"/>
        </w:trPr>
        <w:tc>
          <w:tcPr>
            <w:tcW w:w="7677" w:type="dxa"/>
          </w:tcPr>
          <w:p w14:paraId="3366CF0C" w14:textId="0F377807" w:rsidR="002875DD" w:rsidRPr="00B62C6F" w:rsidRDefault="007531C0"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مخاوف تتعلق بخصوصية وأمان البيانات</w:t>
            </w:r>
          </w:p>
        </w:tc>
        <w:tc>
          <w:tcPr>
            <w:tcW w:w="1276" w:type="dxa"/>
          </w:tcPr>
          <w:p w14:paraId="0A21D54E" w14:textId="1B1CA3B4" w:rsidR="002875DD" w:rsidRPr="00B62C6F" w:rsidRDefault="00093D31"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45</w:t>
            </w:r>
          </w:p>
        </w:tc>
        <w:tc>
          <w:tcPr>
            <w:tcW w:w="1235" w:type="dxa"/>
          </w:tcPr>
          <w:p w14:paraId="4F00D1EC" w14:textId="2E0D70CC" w:rsidR="002875DD" w:rsidRPr="00B62C6F" w:rsidRDefault="00093D3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15</w:t>
            </w:r>
            <w:r w:rsidR="002875DD"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6</w:t>
            </w:r>
            <w:r w:rsidR="002875DD" w:rsidRPr="00B62C6F">
              <w:rPr>
                <w:rFonts w:ascii="Simplified Arabic" w:eastAsia="Times New Roman" w:hAnsi="Simplified Arabic" w:cs="Simplified Arabic"/>
                <w:sz w:val="28"/>
                <w:szCs w:val="28"/>
              </w:rPr>
              <w:t>%</w:t>
            </w:r>
          </w:p>
        </w:tc>
      </w:tr>
      <w:tr w:rsidR="002875DD" w:rsidRPr="00B62C6F" w14:paraId="24E2A632" w14:textId="77777777" w:rsidTr="00321336">
        <w:trPr>
          <w:trHeight w:val="423"/>
        </w:trPr>
        <w:tc>
          <w:tcPr>
            <w:tcW w:w="7677" w:type="dxa"/>
          </w:tcPr>
          <w:p w14:paraId="380F070E" w14:textId="0E2FAB46" w:rsidR="002875DD" w:rsidRPr="00B62C6F" w:rsidRDefault="007531C0"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صعوبة استخدام واجهة المحادثة</w:t>
            </w:r>
          </w:p>
        </w:tc>
        <w:tc>
          <w:tcPr>
            <w:tcW w:w="1276" w:type="dxa"/>
          </w:tcPr>
          <w:p w14:paraId="338E6726" w14:textId="44C07810" w:rsidR="002875DD" w:rsidRPr="00B62C6F" w:rsidRDefault="00093D3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35</w:t>
            </w:r>
          </w:p>
        </w:tc>
        <w:tc>
          <w:tcPr>
            <w:tcW w:w="1235" w:type="dxa"/>
          </w:tcPr>
          <w:p w14:paraId="7917E615" w14:textId="507A7F4A" w:rsidR="002875DD" w:rsidRPr="00B62C6F" w:rsidRDefault="00093D3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12</w:t>
            </w:r>
            <w:r w:rsidR="002875DD" w:rsidRPr="00B62C6F">
              <w:rPr>
                <w:rFonts w:ascii="Simplified Arabic" w:eastAsia="Times New Roman" w:hAnsi="Simplified Arabic" w:cs="Simplified Arabic"/>
                <w:sz w:val="28"/>
                <w:szCs w:val="28"/>
              </w:rPr>
              <w:t>.2%</w:t>
            </w:r>
          </w:p>
        </w:tc>
      </w:tr>
      <w:tr w:rsidR="002875DD" w:rsidRPr="00B62C6F" w14:paraId="1DD705A4" w14:textId="77777777" w:rsidTr="00321336">
        <w:trPr>
          <w:trHeight w:val="423"/>
        </w:trPr>
        <w:tc>
          <w:tcPr>
            <w:tcW w:w="7677" w:type="dxa"/>
          </w:tcPr>
          <w:p w14:paraId="260E9BAA" w14:textId="46E39726" w:rsidR="002875DD" w:rsidRPr="00B62C6F" w:rsidRDefault="007531C0"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عدم توفر اللغة العربية أو ضعف جودتها</w:t>
            </w:r>
          </w:p>
        </w:tc>
        <w:tc>
          <w:tcPr>
            <w:tcW w:w="1276" w:type="dxa"/>
          </w:tcPr>
          <w:p w14:paraId="197697E3" w14:textId="23AA0851" w:rsidR="002875DD" w:rsidRPr="00B62C6F" w:rsidRDefault="00093D3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34</w:t>
            </w:r>
          </w:p>
        </w:tc>
        <w:tc>
          <w:tcPr>
            <w:tcW w:w="1235" w:type="dxa"/>
          </w:tcPr>
          <w:p w14:paraId="75AD8BBF" w14:textId="4EE0041B" w:rsidR="002875DD" w:rsidRPr="00B62C6F" w:rsidRDefault="00093D3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11</w:t>
            </w:r>
            <w:r w:rsidR="002875DD"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8</w:t>
            </w:r>
            <w:r w:rsidR="002875DD" w:rsidRPr="00B62C6F">
              <w:rPr>
                <w:rFonts w:ascii="Simplified Arabic" w:eastAsia="Times New Roman" w:hAnsi="Simplified Arabic" w:cs="Simplified Arabic"/>
                <w:sz w:val="28"/>
                <w:szCs w:val="28"/>
              </w:rPr>
              <w:t>%</w:t>
            </w:r>
          </w:p>
        </w:tc>
      </w:tr>
      <w:tr w:rsidR="002875DD" w:rsidRPr="00B62C6F" w14:paraId="6CEC2B16" w14:textId="77777777" w:rsidTr="00321336">
        <w:trPr>
          <w:trHeight w:val="423"/>
        </w:trPr>
        <w:tc>
          <w:tcPr>
            <w:tcW w:w="7677" w:type="dxa"/>
          </w:tcPr>
          <w:p w14:paraId="436C919F" w14:textId="77777777" w:rsidR="002875DD" w:rsidRPr="00B62C6F" w:rsidRDefault="002875DD"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أخرى</w:t>
            </w:r>
          </w:p>
        </w:tc>
        <w:tc>
          <w:tcPr>
            <w:tcW w:w="1276" w:type="dxa"/>
          </w:tcPr>
          <w:p w14:paraId="371B5DD3" w14:textId="78908DD7" w:rsidR="002875DD" w:rsidRPr="00B62C6F" w:rsidRDefault="00093D3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24</w:t>
            </w:r>
          </w:p>
        </w:tc>
        <w:tc>
          <w:tcPr>
            <w:tcW w:w="1235" w:type="dxa"/>
          </w:tcPr>
          <w:p w14:paraId="2FEB320F" w14:textId="189FD98F" w:rsidR="002875DD" w:rsidRPr="00B62C6F" w:rsidRDefault="00093D3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8</w:t>
            </w:r>
            <w:r w:rsidR="002875DD"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3</w:t>
            </w:r>
            <w:r w:rsidR="002875DD" w:rsidRPr="00B62C6F">
              <w:rPr>
                <w:rFonts w:ascii="Simplified Arabic" w:eastAsia="Times New Roman" w:hAnsi="Simplified Arabic" w:cs="Simplified Arabic"/>
                <w:sz w:val="28"/>
                <w:szCs w:val="28"/>
              </w:rPr>
              <w:t>%</w:t>
            </w:r>
          </w:p>
        </w:tc>
      </w:tr>
      <w:tr w:rsidR="002875DD" w:rsidRPr="00B62C6F" w14:paraId="50140A6C" w14:textId="77777777" w:rsidTr="00321336">
        <w:trPr>
          <w:trHeight w:val="403"/>
        </w:trPr>
        <w:tc>
          <w:tcPr>
            <w:tcW w:w="7677" w:type="dxa"/>
          </w:tcPr>
          <w:p w14:paraId="3B3DC954" w14:textId="77777777" w:rsidR="002875DD" w:rsidRPr="00B62C6F" w:rsidRDefault="002875DD"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الإجمالي (عدد أفراد العينة)</w:t>
            </w:r>
          </w:p>
        </w:tc>
        <w:tc>
          <w:tcPr>
            <w:tcW w:w="2511" w:type="dxa"/>
            <w:gridSpan w:val="2"/>
          </w:tcPr>
          <w:p w14:paraId="4C61695E" w14:textId="77777777" w:rsidR="002875DD" w:rsidRPr="00B62C6F" w:rsidRDefault="002875DD"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 xml:space="preserve">288 </w:t>
            </w:r>
          </w:p>
        </w:tc>
      </w:tr>
      <w:bookmarkEnd w:id="0"/>
    </w:tbl>
    <w:p w14:paraId="1F5D1090" w14:textId="2F5F4FF8" w:rsidR="00557C2D" w:rsidRPr="00B62C6F" w:rsidRDefault="00557C2D" w:rsidP="00557C2D">
      <w:pPr>
        <w:bidi/>
        <w:spacing w:line="360" w:lineRule="auto"/>
        <w:jc w:val="both"/>
        <w:rPr>
          <w:rFonts w:ascii="Simplified Arabic" w:hAnsi="Simplified Arabic" w:cs="Simplified Arabic"/>
          <w:b/>
          <w:bCs/>
          <w:sz w:val="28"/>
          <w:szCs w:val="28"/>
          <w:rtl/>
        </w:rPr>
      </w:pPr>
    </w:p>
    <w:p w14:paraId="00176346" w14:textId="75B4D3E5" w:rsidR="00DD1D4F" w:rsidRPr="00B62C6F" w:rsidRDefault="00DD1D4F" w:rsidP="00DD1D4F">
      <w:p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 xml:space="preserve">     تشير نتائج الجدول (10) إلى أن عقبة "عدم فهم الشات بوت للاستفسار بشكل صحيح" برزت كأكبر التحديات الاتصالية بنسبة 61.5%، تلتها عقبة "تقديم إجابات غير دقيقة أو غير كافية" بنسبة 55.2%، وحلت عقبة "صعوبة الوصول لموظف بشري عند الحاجة" ثالثة بنسبة 50.3%، وجاءت مشكلات تكرار الردود والجمود التقني في مراتب </w:t>
      </w:r>
      <w:r w:rsidRPr="00B62C6F">
        <w:rPr>
          <w:rFonts w:ascii="Simplified Arabic" w:eastAsia="Times New Roman" w:hAnsi="Simplified Arabic" w:cs="Simplified Arabic"/>
          <w:sz w:val="28"/>
          <w:szCs w:val="28"/>
          <w:rtl/>
        </w:rPr>
        <w:lastRenderedPageBreak/>
        <w:t>تالية. و</w:t>
      </w:r>
      <w:r w:rsidR="00BD47B8" w:rsidRPr="00B62C6F">
        <w:rPr>
          <w:rFonts w:ascii="Simplified Arabic" w:eastAsia="Times New Roman" w:hAnsi="Simplified Arabic" w:cs="Simplified Arabic"/>
          <w:sz w:val="28"/>
          <w:szCs w:val="28"/>
          <w:rtl/>
        </w:rPr>
        <w:t>ت</w:t>
      </w:r>
      <w:r w:rsidRPr="00B62C6F">
        <w:rPr>
          <w:rFonts w:ascii="Simplified Arabic" w:eastAsia="Times New Roman" w:hAnsi="Simplified Arabic" w:cs="Simplified Arabic"/>
          <w:sz w:val="28"/>
          <w:szCs w:val="28"/>
          <w:rtl/>
        </w:rPr>
        <w:t>فسر الباحث</w:t>
      </w:r>
      <w:r w:rsidR="00BD47B8" w:rsidRPr="00B62C6F">
        <w:rPr>
          <w:rFonts w:ascii="Simplified Arabic" w:eastAsia="Times New Roman" w:hAnsi="Simplified Arabic" w:cs="Simplified Arabic"/>
          <w:sz w:val="28"/>
          <w:szCs w:val="28"/>
          <w:rtl/>
        </w:rPr>
        <w:t>ة</w:t>
      </w:r>
      <w:r w:rsidRPr="00B62C6F">
        <w:rPr>
          <w:rFonts w:ascii="Simplified Arabic" w:eastAsia="Times New Roman" w:hAnsi="Simplified Arabic" w:cs="Simplified Arabic"/>
          <w:sz w:val="28"/>
          <w:szCs w:val="28"/>
          <w:rtl/>
        </w:rPr>
        <w:t xml:space="preserve"> هذه النتيجة علمياً وميدانياً بوجود فجوة بنيوية نسبية في الخوارزميات البرمجية التقليدية، لكونها تعجز عن فك رموز اللهجات المحلية الدارجة أو استيعاب تعقيدات السياق الإنساني عند عرض المشكلات الطارئة الحساسة، مما يولد نقاط احتكاك حادة وإحباطاً رقمياً يتفاقم بسبب صعوبة التحويل أو الوصول السلس للعنصر البشري الذي يملك المرونة والتعاطف</w:t>
      </w:r>
      <w:r w:rsidRPr="00B62C6F">
        <w:rPr>
          <w:rFonts w:ascii="Simplified Arabic" w:eastAsia="Times New Roman" w:hAnsi="Simplified Arabic" w:cs="Simplified Arabic"/>
          <w:sz w:val="28"/>
          <w:szCs w:val="28"/>
        </w:rPr>
        <w:t>.</w:t>
      </w:r>
    </w:p>
    <w:p w14:paraId="286C2A0F" w14:textId="52712C64" w:rsidR="00557C2D" w:rsidRDefault="00DD1D4F" w:rsidP="00A27BD9">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وتتطابق هذه النتيجة الحيوية تماماً مع دراسة</w:t>
      </w:r>
      <w:r w:rsidRPr="00B62C6F">
        <w:rPr>
          <w:rFonts w:ascii="Simplified Arabic" w:eastAsia="Times New Roman" w:hAnsi="Simplified Arabic" w:cs="Simplified Arabic"/>
          <w:sz w:val="28"/>
          <w:szCs w:val="28"/>
        </w:rPr>
        <w:t xml:space="preserve"> (Brown &amp; Wilson, 2023) </w:t>
      </w:r>
      <w:r w:rsidRPr="00B62C6F">
        <w:rPr>
          <w:rFonts w:ascii="Simplified Arabic" w:eastAsia="Times New Roman" w:hAnsi="Simplified Arabic" w:cs="Simplified Arabic"/>
          <w:sz w:val="28"/>
          <w:szCs w:val="28"/>
          <w:rtl/>
        </w:rPr>
        <w:t>الأجنبية، والتي كشفت عن أن تكرار الأسئلة أو العجز عن فهم مقصد العميل وغياب خيارات التحويل للموظف البشري يشكل نقاط احتكاك حادة تدمر تجربة المستفيد وتؤدي لتراجعه وخسارته لصالح المنافسين. كما تلتقي النتيجة مع دراسة (خضر، 2024) التي أثبتت وجود عجز بنيوي يعيق فهم الطبيعة البشرية للشات بوت عند استخدام المبحوثين لمصطلحات عامية أو لهجات دارجة غير معيارية. وتأصيلاً من الطروحات المعاصرة للتسويق، فإن النجاح المطلق للأتمتة يرتبط بصياغة "توازن هجين" متكامل يدمج سرعة الآلة بالتعاطف الإنساني والتحويل بنقرة واحدة لتفادي تدمير السمعة المؤسسية (شريف، 2024، ص. 108). وهو ما توليه الحوكمة والتقارير التقنية اهتماماً بالغاً لرفع معايير الأمان وجودة الأنظمة الذكية المستدامة (وزارة الاتصالات وتقنية المعلومات، 2020، ص. 14).</w:t>
      </w:r>
    </w:p>
    <w:p w14:paraId="5AC0DC5B" w14:textId="77777777" w:rsidR="00A27BD9" w:rsidRPr="00A27BD9" w:rsidRDefault="00A27BD9" w:rsidP="00A27BD9">
      <w:pPr>
        <w:bidi/>
        <w:jc w:val="both"/>
        <w:rPr>
          <w:rFonts w:ascii="Simplified Arabic" w:eastAsia="Times New Roman" w:hAnsi="Simplified Arabic" w:cs="Simplified Arabic"/>
          <w:sz w:val="28"/>
          <w:szCs w:val="28"/>
          <w:rtl/>
        </w:rPr>
      </w:pPr>
    </w:p>
    <w:p w14:paraId="471D65C4" w14:textId="6CB29A30" w:rsidR="00AC185B" w:rsidRPr="00B62C6F" w:rsidRDefault="00AC185B" w:rsidP="00AC185B">
      <w:pPr>
        <w:bidi/>
        <w:spacing w:before="480" w:after="480" w:line="240" w:lineRule="auto"/>
        <w:jc w:val="both"/>
        <w:rPr>
          <w:rFonts w:ascii="Simplified Arabic" w:hAnsi="Simplified Arabic" w:cs="Simplified Arabic"/>
          <w:b/>
          <w:bCs/>
          <w:sz w:val="28"/>
          <w:szCs w:val="28"/>
          <w:u w:val="single"/>
          <w:rtl/>
        </w:rPr>
      </w:pPr>
      <w:r w:rsidRPr="00B62C6F">
        <w:rPr>
          <w:rFonts w:ascii="Simplified Arabic" w:hAnsi="Simplified Arabic" w:cs="Simplified Arabic"/>
          <w:b/>
          <w:bCs/>
          <w:sz w:val="28"/>
          <w:szCs w:val="28"/>
          <w:u w:val="single"/>
          <w:rtl/>
        </w:rPr>
        <w:t>رابعاً: تقييم كفاءة الشات بوت:-</w:t>
      </w:r>
    </w:p>
    <w:p w14:paraId="1919B000" w14:textId="33B89D91" w:rsidR="00557C2D" w:rsidRPr="00B62C6F" w:rsidRDefault="00AC185B" w:rsidP="00AC185B">
      <w:pPr>
        <w:bidi/>
        <w:spacing w:line="360" w:lineRule="auto"/>
        <w:jc w:val="center"/>
        <w:rPr>
          <w:rFonts w:ascii="Simplified Arabic" w:hAnsi="Simplified Arabic" w:cs="Simplified Arabic"/>
          <w:b/>
          <w:bCs/>
          <w:sz w:val="28"/>
          <w:szCs w:val="28"/>
          <w:rtl/>
        </w:rPr>
      </w:pPr>
      <w:r w:rsidRPr="00B62C6F">
        <w:rPr>
          <w:rFonts w:ascii="Simplified Arabic" w:hAnsi="Simplified Arabic" w:cs="Simplified Arabic"/>
          <w:sz w:val="28"/>
          <w:szCs w:val="28"/>
          <w:rtl/>
        </w:rPr>
        <w:t xml:space="preserve">جدول </w:t>
      </w:r>
      <w:r w:rsidRPr="00B62C6F">
        <w:rPr>
          <w:rFonts w:ascii="Simplified Arabic" w:hAnsi="Simplified Arabic" w:cs="Simplified Arabic"/>
          <w:sz w:val="28"/>
          <w:szCs w:val="28"/>
        </w:rPr>
        <w:t>:(11)</w:t>
      </w:r>
      <w:r w:rsidRPr="00B62C6F">
        <w:rPr>
          <w:rFonts w:ascii="Simplified Arabic" w:hAnsi="Simplified Arabic" w:cs="Simplified Arabic"/>
          <w:sz w:val="28"/>
          <w:szCs w:val="28"/>
          <w:rtl/>
        </w:rPr>
        <w:t xml:space="preserve"> </w:t>
      </w:r>
      <w:r w:rsidR="001406D1" w:rsidRPr="00B62C6F">
        <w:rPr>
          <w:rFonts w:ascii="Simplified Arabic" w:hAnsi="Simplified Arabic" w:cs="Simplified Arabic"/>
          <w:sz w:val="28"/>
          <w:szCs w:val="28"/>
          <w:rtl/>
        </w:rPr>
        <w:t>جدول تقييم</w:t>
      </w:r>
      <w:r w:rsidRPr="00B62C6F">
        <w:rPr>
          <w:rFonts w:ascii="Simplified Arabic" w:hAnsi="Simplified Arabic" w:cs="Simplified Arabic"/>
          <w:sz w:val="28"/>
          <w:szCs w:val="28"/>
          <w:rtl/>
        </w:rPr>
        <w:t xml:space="preserve"> كفاءة الشات بوت </w:t>
      </w:r>
    </w:p>
    <w:tbl>
      <w:tblPr>
        <w:tblStyle w:val="afa"/>
        <w:bidiVisual/>
        <w:tblW w:w="0" w:type="auto"/>
        <w:tblLook w:val="04A0" w:firstRow="1" w:lastRow="0" w:firstColumn="1" w:lastColumn="0" w:noHBand="0" w:noVBand="1"/>
      </w:tblPr>
      <w:tblGrid>
        <w:gridCol w:w="4277"/>
        <w:gridCol w:w="930"/>
        <w:gridCol w:w="1006"/>
        <w:gridCol w:w="955"/>
        <w:gridCol w:w="1006"/>
        <w:gridCol w:w="1008"/>
        <w:gridCol w:w="1006"/>
      </w:tblGrid>
      <w:tr w:rsidR="00B66732" w:rsidRPr="00B62C6F" w14:paraId="0ED1AC51" w14:textId="1004776D" w:rsidTr="005B2C58">
        <w:trPr>
          <w:trHeight w:val="419"/>
        </w:trPr>
        <w:tc>
          <w:tcPr>
            <w:tcW w:w="4555" w:type="dxa"/>
            <w:vMerge w:val="restart"/>
          </w:tcPr>
          <w:p w14:paraId="148A77F5" w14:textId="0981AA88" w:rsidR="00B66732" w:rsidRPr="00B62C6F" w:rsidRDefault="00B66732"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العبارة</w:t>
            </w:r>
          </w:p>
        </w:tc>
        <w:tc>
          <w:tcPr>
            <w:tcW w:w="1775" w:type="dxa"/>
            <w:gridSpan w:val="2"/>
          </w:tcPr>
          <w:p w14:paraId="2DA93B4A" w14:textId="62E40F3A" w:rsidR="00B66732" w:rsidRPr="00B62C6F" w:rsidRDefault="00B66732"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موافق</w:t>
            </w:r>
          </w:p>
        </w:tc>
        <w:tc>
          <w:tcPr>
            <w:tcW w:w="1861" w:type="dxa"/>
            <w:gridSpan w:val="2"/>
          </w:tcPr>
          <w:p w14:paraId="2F02F6DA" w14:textId="619E15EA" w:rsidR="00B66732" w:rsidRPr="00B62C6F" w:rsidRDefault="00B66732"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محايد</w:t>
            </w:r>
          </w:p>
        </w:tc>
        <w:tc>
          <w:tcPr>
            <w:tcW w:w="1997" w:type="dxa"/>
            <w:gridSpan w:val="2"/>
          </w:tcPr>
          <w:p w14:paraId="1666510A" w14:textId="46F77533" w:rsidR="00B66732" w:rsidRPr="00B62C6F" w:rsidRDefault="00B66732"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معارض</w:t>
            </w:r>
          </w:p>
        </w:tc>
      </w:tr>
      <w:tr w:rsidR="00B66732" w:rsidRPr="00B62C6F" w14:paraId="6D80BF1E" w14:textId="6E3FA833" w:rsidTr="00B66732">
        <w:trPr>
          <w:trHeight w:val="426"/>
        </w:trPr>
        <w:tc>
          <w:tcPr>
            <w:tcW w:w="4555" w:type="dxa"/>
            <w:vMerge/>
          </w:tcPr>
          <w:p w14:paraId="6EFB82CF" w14:textId="77777777" w:rsidR="00B66732" w:rsidRPr="00B62C6F" w:rsidRDefault="00B66732" w:rsidP="00321336">
            <w:pPr>
              <w:bidi/>
              <w:spacing w:before="100" w:beforeAutospacing="1" w:after="100" w:afterAutospacing="1"/>
              <w:jc w:val="center"/>
              <w:rPr>
                <w:rFonts w:ascii="Simplified Arabic" w:eastAsia="Times New Roman" w:hAnsi="Simplified Arabic" w:cs="Simplified Arabic"/>
                <w:b/>
                <w:bCs/>
                <w:sz w:val="28"/>
                <w:szCs w:val="28"/>
                <w:rtl/>
              </w:rPr>
            </w:pPr>
          </w:p>
        </w:tc>
        <w:tc>
          <w:tcPr>
            <w:tcW w:w="955" w:type="dxa"/>
          </w:tcPr>
          <w:p w14:paraId="41D62733" w14:textId="3C2FB8BA" w:rsidR="00B66732" w:rsidRPr="00B62C6F" w:rsidRDefault="00B66732"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العدد</w:t>
            </w:r>
          </w:p>
        </w:tc>
        <w:tc>
          <w:tcPr>
            <w:tcW w:w="820" w:type="dxa"/>
          </w:tcPr>
          <w:p w14:paraId="4B6861BD" w14:textId="02377A50" w:rsidR="00B66732" w:rsidRPr="00B62C6F" w:rsidRDefault="00B66732"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النسبة%</w:t>
            </w:r>
          </w:p>
        </w:tc>
        <w:tc>
          <w:tcPr>
            <w:tcW w:w="983" w:type="dxa"/>
          </w:tcPr>
          <w:p w14:paraId="4FAAADDD" w14:textId="1AB1D784" w:rsidR="00B66732" w:rsidRPr="00B62C6F" w:rsidRDefault="00B66732"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العدد</w:t>
            </w:r>
          </w:p>
        </w:tc>
        <w:tc>
          <w:tcPr>
            <w:tcW w:w="878" w:type="dxa"/>
          </w:tcPr>
          <w:p w14:paraId="5D413938" w14:textId="15B9567B" w:rsidR="00B66732" w:rsidRPr="00B62C6F" w:rsidRDefault="00B66732"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النسبة%</w:t>
            </w:r>
          </w:p>
        </w:tc>
        <w:tc>
          <w:tcPr>
            <w:tcW w:w="1043" w:type="dxa"/>
          </w:tcPr>
          <w:p w14:paraId="61DCC50F" w14:textId="4BF649BE" w:rsidR="00B66732" w:rsidRPr="00B62C6F" w:rsidRDefault="00B66732"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العدد</w:t>
            </w:r>
          </w:p>
        </w:tc>
        <w:tc>
          <w:tcPr>
            <w:tcW w:w="954" w:type="dxa"/>
          </w:tcPr>
          <w:p w14:paraId="1B2495E1" w14:textId="76862938" w:rsidR="00B66732" w:rsidRPr="00B62C6F" w:rsidRDefault="00B66732"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النسبة%</w:t>
            </w:r>
          </w:p>
        </w:tc>
      </w:tr>
      <w:tr w:rsidR="00B66732" w:rsidRPr="00B62C6F" w14:paraId="5D557C49" w14:textId="65969B33" w:rsidTr="00B66732">
        <w:trPr>
          <w:trHeight w:val="404"/>
        </w:trPr>
        <w:tc>
          <w:tcPr>
            <w:tcW w:w="4555" w:type="dxa"/>
          </w:tcPr>
          <w:p w14:paraId="1CCC627D" w14:textId="168E7480" w:rsidR="00B66732" w:rsidRPr="00B62C6F" w:rsidRDefault="00B66732"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يتعامل الشات بوت مع لغتي العربية بشكل سليم ومفهوم</w:t>
            </w:r>
          </w:p>
        </w:tc>
        <w:tc>
          <w:tcPr>
            <w:tcW w:w="955" w:type="dxa"/>
          </w:tcPr>
          <w:p w14:paraId="0BC1FBA7" w14:textId="29EDC701"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208</w:t>
            </w:r>
          </w:p>
        </w:tc>
        <w:tc>
          <w:tcPr>
            <w:tcW w:w="820" w:type="dxa"/>
          </w:tcPr>
          <w:p w14:paraId="398D00E8" w14:textId="6FDD3558"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72.2</w:t>
            </w:r>
            <w:r w:rsidR="005428E1" w:rsidRPr="00B62C6F">
              <w:rPr>
                <w:rFonts w:ascii="Simplified Arabic" w:eastAsia="Times New Roman" w:hAnsi="Simplified Arabic" w:cs="Simplified Arabic"/>
                <w:sz w:val="28"/>
                <w:szCs w:val="28"/>
              </w:rPr>
              <w:t>%</w:t>
            </w:r>
          </w:p>
        </w:tc>
        <w:tc>
          <w:tcPr>
            <w:tcW w:w="983" w:type="dxa"/>
          </w:tcPr>
          <w:p w14:paraId="67EB1EB0" w14:textId="7E7A6BF8"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70</w:t>
            </w:r>
          </w:p>
        </w:tc>
        <w:tc>
          <w:tcPr>
            <w:tcW w:w="878" w:type="dxa"/>
          </w:tcPr>
          <w:p w14:paraId="01274E48" w14:textId="3826ADCC"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24.3</w:t>
            </w:r>
            <w:r w:rsidR="005428E1" w:rsidRPr="00B62C6F">
              <w:rPr>
                <w:rFonts w:ascii="Simplified Arabic" w:eastAsia="Times New Roman" w:hAnsi="Simplified Arabic" w:cs="Simplified Arabic"/>
                <w:sz w:val="28"/>
                <w:szCs w:val="28"/>
              </w:rPr>
              <w:t>%</w:t>
            </w:r>
          </w:p>
        </w:tc>
        <w:tc>
          <w:tcPr>
            <w:tcW w:w="1043" w:type="dxa"/>
          </w:tcPr>
          <w:p w14:paraId="42053881" w14:textId="2A3CFF9F"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10</w:t>
            </w:r>
          </w:p>
        </w:tc>
        <w:tc>
          <w:tcPr>
            <w:tcW w:w="954" w:type="dxa"/>
          </w:tcPr>
          <w:p w14:paraId="5DCCD1C9" w14:textId="2F523B16" w:rsidR="00B66732" w:rsidRPr="00B62C6F" w:rsidRDefault="005428E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3.5%</w:t>
            </w:r>
          </w:p>
        </w:tc>
      </w:tr>
      <w:tr w:rsidR="00B66732" w:rsidRPr="00B62C6F" w14:paraId="3384C35D" w14:textId="1598F931" w:rsidTr="00B66732">
        <w:trPr>
          <w:trHeight w:val="554"/>
        </w:trPr>
        <w:tc>
          <w:tcPr>
            <w:tcW w:w="4555" w:type="dxa"/>
          </w:tcPr>
          <w:p w14:paraId="338DEB0A" w14:textId="51DB4BC3" w:rsidR="00B66732" w:rsidRPr="00B62C6F" w:rsidRDefault="00B66732"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يستجيب الشات بوت لاستفساراتي بسرعة فائقة وعالية</w:t>
            </w:r>
          </w:p>
        </w:tc>
        <w:tc>
          <w:tcPr>
            <w:tcW w:w="955" w:type="dxa"/>
          </w:tcPr>
          <w:p w14:paraId="463416CE" w14:textId="24DAF5EF"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172</w:t>
            </w:r>
          </w:p>
        </w:tc>
        <w:tc>
          <w:tcPr>
            <w:tcW w:w="820" w:type="dxa"/>
          </w:tcPr>
          <w:p w14:paraId="525681A9" w14:textId="30B7708A"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59.7</w:t>
            </w:r>
            <w:r w:rsidR="005428E1" w:rsidRPr="00B62C6F">
              <w:rPr>
                <w:rFonts w:ascii="Simplified Arabic" w:eastAsia="Times New Roman" w:hAnsi="Simplified Arabic" w:cs="Simplified Arabic"/>
                <w:sz w:val="28"/>
                <w:szCs w:val="28"/>
              </w:rPr>
              <w:t>%</w:t>
            </w:r>
          </w:p>
        </w:tc>
        <w:tc>
          <w:tcPr>
            <w:tcW w:w="983" w:type="dxa"/>
          </w:tcPr>
          <w:p w14:paraId="667EB566" w14:textId="716888D7"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105</w:t>
            </w:r>
          </w:p>
        </w:tc>
        <w:tc>
          <w:tcPr>
            <w:tcW w:w="878" w:type="dxa"/>
          </w:tcPr>
          <w:p w14:paraId="0E93B52F" w14:textId="42942252"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36.5</w:t>
            </w:r>
            <w:r w:rsidR="005428E1" w:rsidRPr="00B62C6F">
              <w:rPr>
                <w:rFonts w:ascii="Simplified Arabic" w:eastAsia="Times New Roman" w:hAnsi="Simplified Arabic" w:cs="Simplified Arabic"/>
                <w:sz w:val="28"/>
                <w:szCs w:val="28"/>
              </w:rPr>
              <w:t>%</w:t>
            </w:r>
          </w:p>
        </w:tc>
        <w:tc>
          <w:tcPr>
            <w:tcW w:w="1043" w:type="dxa"/>
          </w:tcPr>
          <w:p w14:paraId="2601F0EF" w14:textId="5BF2D9A0"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11</w:t>
            </w:r>
          </w:p>
        </w:tc>
        <w:tc>
          <w:tcPr>
            <w:tcW w:w="954" w:type="dxa"/>
          </w:tcPr>
          <w:p w14:paraId="289C993B" w14:textId="70AA9344" w:rsidR="00B66732" w:rsidRPr="00B62C6F" w:rsidRDefault="005428E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3.8%</w:t>
            </w:r>
          </w:p>
        </w:tc>
      </w:tr>
      <w:tr w:rsidR="00B66732" w:rsidRPr="00B62C6F" w14:paraId="309F95BB" w14:textId="1AAF2A67" w:rsidTr="00B66732">
        <w:trPr>
          <w:trHeight w:val="423"/>
        </w:trPr>
        <w:tc>
          <w:tcPr>
            <w:tcW w:w="4555" w:type="dxa"/>
          </w:tcPr>
          <w:p w14:paraId="074785A7" w14:textId="457BA921" w:rsidR="00B66732" w:rsidRPr="00B62C6F" w:rsidRDefault="00B66732"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 xml:space="preserve">يقوم الشات بوت بتخصيص الردود بناء على </w:t>
            </w:r>
            <w:r w:rsidRPr="00B62C6F">
              <w:rPr>
                <w:rFonts w:ascii="Simplified Arabic" w:eastAsia="Times New Roman" w:hAnsi="Simplified Arabic" w:cs="Simplified Arabic"/>
                <w:b/>
                <w:bCs/>
                <w:sz w:val="28"/>
                <w:szCs w:val="28"/>
                <w:rtl/>
              </w:rPr>
              <w:lastRenderedPageBreak/>
              <w:t>احتياجاتي الشخصية</w:t>
            </w:r>
          </w:p>
        </w:tc>
        <w:tc>
          <w:tcPr>
            <w:tcW w:w="955" w:type="dxa"/>
          </w:tcPr>
          <w:p w14:paraId="757E90E1" w14:textId="6EF2148D"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lastRenderedPageBreak/>
              <w:t>144</w:t>
            </w:r>
          </w:p>
        </w:tc>
        <w:tc>
          <w:tcPr>
            <w:tcW w:w="820" w:type="dxa"/>
          </w:tcPr>
          <w:p w14:paraId="67AA505C" w14:textId="24709C97"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50.0</w:t>
            </w:r>
            <w:r w:rsidR="005428E1" w:rsidRPr="00B62C6F">
              <w:rPr>
                <w:rFonts w:ascii="Simplified Arabic" w:eastAsia="Times New Roman" w:hAnsi="Simplified Arabic" w:cs="Simplified Arabic"/>
                <w:sz w:val="28"/>
                <w:szCs w:val="28"/>
              </w:rPr>
              <w:t>%</w:t>
            </w:r>
          </w:p>
        </w:tc>
        <w:tc>
          <w:tcPr>
            <w:tcW w:w="983" w:type="dxa"/>
          </w:tcPr>
          <w:p w14:paraId="5DDF1A5A" w14:textId="5BB91D6A"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114</w:t>
            </w:r>
          </w:p>
        </w:tc>
        <w:tc>
          <w:tcPr>
            <w:tcW w:w="878" w:type="dxa"/>
          </w:tcPr>
          <w:p w14:paraId="6758CA32" w14:textId="775FF284"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39.6</w:t>
            </w:r>
            <w:r w:rsidR="005428E1" w:rsidRPr="00B62C6F">
              <w:rPr>
                <w:rFonts w:ascii="Simplified Arabic" w:eastAsia="Times New Roman" w:hAnsi="Simplified Arabic" w:cs="Simplified Arabic"/>
                <w:sz w:val="28"/>
                <w:szCs w:val="28"/>
              </w:rPr>
              <w:t>%</w:t>
            </w:r>
          </w:p>
        </w:tc>
        <w:tc>
          <w:tcPr>
            <w:tcW w:w="1043" w:type="dxa"/>
          </w:tcPr>
          <w:p w14:paraId="5302E1DC" w14:textId="539A73C9"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30</w:t>
            </w:r>
          </w:p>
        </w:tc>
        <w:tc>
          <w:tcPr>
            <w:tcW w:w="954" w:type="dxa"/>
          </w:tcPr>
          <w:p w14:paraId="4CFA6D36" w14:textId="0CA67BE9" w:rsidR="00B66732" w:rsidRPr="00B62C6F" w:rsidRDefault="005428E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10.4%</w:t>
            </w:r>
          </w:p>
        </w:tc>
      </w:tr>
      <w:tr w:rsidR="00B66732" w:rsidRPr="00B62C6F" w14:paraId="6F5C4DF4" w14:textId="3E3C8882" w:rsidTr="00B66732">
        <w:trPr>
          <w:trHeight w:val="423"/>
        </w:trPr>
        <w:tc>
          <w:tcPr>
            <w:tcW w:w="4555" w:type="dxa"/>
          </w:tcPr>
          <w:p w14:paraId="753FF47B" w14:textId="1FE9E5E5" w:rsidR="00B66732" w:rsidRPr="00B62C6F" w:rsidRDefault="00B66732"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يقدم الشات بوت معلومات دقيقة وموثوقة حول الخدمات</w:t>
            </w:r>
          </w:p>
        </w:tc>
        <w:tc>
          <w:tcPr>
            <w:tcW w:w="955" w:type="dxa"/>
          </w:tcPr>
          <w:p w14:paraId="071A274F" w14:textId="381F6E0D"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136</w:t>
            </w:r>
          </w:p>
        </w:tc>
        <w:tc>
          <w:tcPr>
            <w:tcW w:w="820" w:type="dxa"/>
          </w:tcPr>
          <w:p w14:paraId="3C8D82AE" w14:textId="455A34AA"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47.2</w:t>
            </w:r>
            <w:r w:rsidR="005428E1" w:rsidRPr="00B62C6F">
              <w:rPr>
                <w:rFonts w:ascii="Simplified Arabic" w:eastAsia="Times New Roman" w:hAnsi="Simplified Arabic" w:cs="Simplified Arabic"/>
                <w:sz w:val="28"/>
                <w:szCs w:val="28"/>
              </w:rPr>
              <w:t>%</w:t>
            </w:r>
          </w:p>
        </w:tc>
        <w:tc>
          <w:tcPr>
            <w:tcW w:w="983" w:type="dxa"/>
          </w:tcPr>
          <w:p w14:paraId="319312D0" w14:textId="0BD9C5FF"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124</w:t>
            </w:r>
          </w:p>
        </w:tc>
        <w:tc>
          <w:tcPr>
            <w:tcW w:w="878" w:type="dxa"/>
          </w:tcPr>
          <w:p w14:paraId="6341B185" w14:textId="03203346"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43.1</w:t>
            </w:r>
            <w:r w:rsidR="005428E1" w:rsidRPr="00B62C6F">
              <w:rPr>
                <w:rFonts w:ascii="Simplified Arabic" w:eastAsia="Times New Roman" w:hAnsi="Simplified Arabic" w:cs="Simplified Arabic"/>
                <w:sz w:val="28"/>
                <w:szCs w:val="28"/>
              </w:rPr>
              <w:t>%</w:t>
            </w:r>
          </w:p>
        </w:tc>
        <w:tc>
          <w:tcPr>
            <w:tcW w:w="1043" w:type="dxa"/>
          </w:tcPr>
          <w:p w14:paraId="7245806A" w14:textId="5451DABF"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28</w:t>
            </w:r>
          </w:p>
        </w:tc>
        <w:tc>
          <w:tcPr>
            <w:tcW w:w="954" w:type="dxa"/>
          </w:tcPr>
          <w:p w14:paraId="334DBF8A" w14:textId="05B87E68" w:rsidR="00B66732" w:rsidRPr="00B62C6F" w:rsidRDefault="005428E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9.7%</w:t>
            </w:r>
          </w:p>
        </w:tc>
      </w:tr>
      <w:tr w:rsidR="00B66732" w:rsidRPr="00B62C6F" w14:paraId="410E205E" w14:textId="48B9E294" w:rsidTr="00B66732">
        <w:trPr>
          <w:trHeight w:val="423"/>
        </w:trPr>
        <w:tc>
          <w:tcPr>
            <w:tcW w:w="4555" w:type="dxa"/>
          </w:tcPr>
          <w:p w14:paraId="432775C3" w14:textId="5C888DC6" w:rsidR="00B66732" w:rsidRPr="00B62C6F" w:rsidRDefault="00B66732"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أستطيع الحصول على الخدمة بنفسي دون الحاجة لموظف بشري</w:t>
            </w:r>
          </w:p>
        </w:tc>
        <w:tc>
          <w:tcPr>
            <w:tcW w:w="955" w:type="dxa"/>
          </w:tcPr>
          <w:p w14:paraId="103B0EA3" w14:textId="66D0B038"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130</w:t>
            </w:r>
          </w:p>
        </w:tc>
        <w:tc>
          <w:tcPr>
            <w:tcW w:w="820" w:type="dxa"/>
          </w:tcPr>
          <w:p w14:paraId="4239669A" w14:textId="2BDE782F"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45.1</w:t>
            </w:r>
            <w:r w:rsidR="005428E1" w:rsidRPr="00B62C6F">
              <w:rPr>
                <w:rFonts w:ascii="Simplified Arabic" w:eastAsia="Times New Roman" w:hAnsi="Simplified Arabic" w:cs="Simplified Arabic"/>
                <w:sz w:val="28"/>
                <w:szCs w:val="28"/>
              </w:rPr>
              <w:t>%</w:t>
            </w:r>
          </w:p>
        </w:tc>
        <w:tc>
          <w:tcPr>
            <w:tcW w:w="983" w:type="dxa"/>
          </w:tcPr>
          <w:p w14:paraId="5BDD97E0" w14:textId="1BDB2C26"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112</w:t>
            </w:r>
          </w:p>
        </w:tc>
        <w:tc>
          <w:tcPr>
            <w:tcW w:w="878" w:type="dxa"/>
          </w:tcPr>
          <w:p w14:paraId="512E8E3A" w14:textId="0B1FA969"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38.9</w:t>
            </w:r>
            <w:r w:rsidR="005428E1" w:rsidRPr="00B62C6F">
              <w:rPr>
                <w:rFonts w:ascii="Simplified Arabic" w:eastAsia="Times New Roman" w:hAnsi="Simplified Arabic" w:cs="Simplified Arabic"/>
                <w:sz w:val="28"/>
                <w:szCs w:val="28"/>
              </w:rPr>
              <w:t>%</w:t>
            </w:r>
          </w:p>
        </w:tc>
        <w:tc>
          <w:tcPr>
            <w:tcW w:w="1043" w:type="dxa"/>
          </w:tcPr>
          <w:p w14:paraId="5F1844A4" w14:textId="6A4416E0"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46</w:t>
            </w:r>
          </w:p>
        </w:tc>
        <w:tc>
          <w:tcPr>
            <w:tcW w:w="954" w:type="dxa"/>
          </w:tcPr>
          <w:p w14:paraId="1E36329E" w14:textId="5BA9E574" w:rsidR="00B66732" w:rsidRPr="00B62C6F" w:rsidRDefault="005428E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16.0%</w:t>
            </w:r>
          </w:p>
        </w:tc>
      </w:tr>
      <w:tr w:rsidR="00B66732" w:rsidRPr="00B62C6F" w14:paraId="7A63DCE2" w14:textId="20408BA0" w:rsidTr="00B66732">
        <w:trPr>
          <w:trHeight w:val="570"/>
        </w:trPr>
        <w:tc>
          <w:tcPr>
            <w:tcW w:w="4555" w:type="dxa"/>
          </w:tcPr>
          <w:p w14:paraId="55FC995A" w14:textId="5CF1E5BC" w:rsidR="00B66732" w:rsidRPr="00B62C6F" w:rsidRDefault="00B66732"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ينجح الشات بوت في حل مشكلاتي بكفاءة واقتدار</w:t>
            </w:r>
          </w:p>
        </w:tc>
        <w:tc>
          <w:tcPr>
            <w:tcW w:w="955" w:type="dxa"/>
          </w:tcPr>
          <w:p w14:paraId="47792F0C" w14:textId="1876212E"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120</w:t>
            </w:r>
          </w:p>
        </w:tc>
        <w:tc>
          <w:tcPr>
            <w:tcW w:w="820" w:type="dxa"/>
          </w:tcPr>
          <w:p w14:paraId="43F374A4" w14:textId="5DDFCB5F"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41.7</w:t>
            </w:r>
            <w:r w:rsidR="005428E1" w:rsidRPr="00B62C6F">
              <w:rPr>
                <w:rFonts w:ascii="Simplified Arabic" w:eastAsia="Times New Roman" w:hAnsi="Simplified Arabic" w:cs="Simplified Arabic"/>
                <w:sz w:val="28"/>
                <w:szCs w:val="28"/>
              </w:rPr>
              <w:t>%</w:t>
            </w:r>
          </w:p>
        </w:tc>
        <w:tc>
          <w:tcPr>
            <w:tcW w:w="983" w:type="dxa"/>
          </w:tcPr>
          <w:p w14:paraId="5693FE6A" w14:textId="2F21EFA6"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122</w:t>
            </w:r>
          </w:p>
        </w:tc>
        <w:tc>
          <w:tcPr>
            <w:tcW w:w="878" w:type="dxa"/>
          </w:tcPr>
          <w:p w14:paraId="35DC1A0C" w14:textId="5E2F7C13"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42.4</w:t>
            </w:r>
            <w:r w:rsidR="005428E1" w:rsidRPr="00B62C6F">
              <w:rPr>
                <w:rFonts w:ascii="Simplified Arabic" w:eastAsia="Times New Roman" w:hAnsi="Simplified Arabic" w:cs="Simplified Arabic"/>
                <w:sz w:val="28"/>
                <w:szCs w:val="28"/>
              </w:rPr>
              <w:t>%</w:t>
            </w:r>
          </w:p>
        </w:tc>
        <w:tc>
          <w:tcPr>
            <w:tcW w:w="1043" w:type="dxa"/>
          </w:tcPr>
          <w:p w14:paraId="069417DB" w14:textId="021334C5"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46</w:t>
            </w:r>
          </w:p>
        </w:tc>
        <w:tc>
          <w:tcPr>
            <w:tcW w:w="954" w:type="dxa"/>
          </w:tcPr>
          <w:p w14:paraId="673943C0" w14:textId="3FBFB641" w:rsidR="00B66732" w:rsidRPr="00B62C6F" w:rsidRDefault="005428E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16.0%</w:t>
            </w:r>
          </w:p>
        </w:tc>
      </w:tr>
      <w:tr w:rsidR="00B66732" w:rsidRPr="00B62C6F" w14:paraId="023E7F8D" w14:textId="1AE919A8" w:rsidTr="00B66732">
        <w:trPr>
          <w:trHeight w:val="423"/>
        </w:trPr>
        <w:tc>
          <w:tcPr>
            <w:tcW w:w="4555" w:type="dxa"/>
          </w:tcPr>
          <w:p w14:paraId="641DD05F" w14:textId="2B258641" w:rsidR="00B66732" w:rsidRPr="00B62C6F" w:rsidRDefault="00B66732"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يمتلك الشات بوت القدرة على فهم استفساراتي المعقدة</w:t>
            </w:r>
          </w:p>
        </w:tc>
        <w:tc>
          <w:tcPr>
            <w:tcW w:w="955" w:type="dxa"/>
          </w:tcPr>
          <w:p w14:paraId="40E6E217" w14:textId="5A93550E"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99</w:t>
            </w:r>
          </w:p>
        </w:tc>
        <w:tc>
          <w:tcPr>
            <w:tcW w:w="820" w:type="dxa"/>
          </w:tcPr>
          <w:p w14:paraId="2AEC6DAE" w14:textId="3242C97D"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34.4</w:t>
            </w:r>
            <w:r w:rsidR="005428E1" w:rsidRPr="00B62C6F">
              <w:rPr>
                <w:rFonts w:ascii="Simplified Arabic" w:eastAsia="Times New Roman" w:hAnsi="Simplified Arabic" w:cs="Simplified Arabic"/>
                <w:sz w:val="28"/>
                <w:szCs w:val="28"/>
              </w:rPr>
              <w:t>%</w:t>
            </w:r>
          </w:p>
        </w:tc>
        <w:tc>
          <w:tcPr>
            <w:tcW w:w="983" w:type="dxa"/>
          </w:tcPr>
          <w:p w14:paraId="66CFB988" w14:textId="6DCEA066"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119</w:t>
            </w:r>
          </w:p>
        </w:tc>
        <w:tc>
          <w:tcPr>
            <w:tcW w:w="878" w:type="dxa"/>
          </w:tcPr>
          <w:p w14:paraId="484D04E3" w14:textId="7B21D986"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41.3</w:t>
            </w:r>
            <w:r w:rsidR="005428E1" w:rsidRPr="00B62C6F">
              <w:rPr>
                <w:rFonts w:ascii="Simplified Arabic" w:eastAsia="Times New Roman" w:hAnsi="Simplified Arabic" w:cs="Simplified Arabic"/>
                <w:sz w:val="28"/>
                <w:szCs w:val="28"/>
              </w:rPr>
              <w:t>%</w:t>
            </w:r>
          </w:p>
        </w:tc>
        <w:tc>
          <w:tcPr>
            <w:tcW w:w="1043" w:type="dxa"/>
          </w:tcPr>
          <w:p w14:paraId="4A0D7B42" w14:textId="57E005D8" w:rsidR="00B66732" w:rsidRPr="00B62C6F" w:rsidRDefault="00B66732"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70</w:t>
            </w:r>
          </w:p>
        </w:tc>
        <w:tc>
          <w:tcPr>
            <w:tcW w:w="954" w:type="dxa"/>
          </w:tcPr>
          <w:p w14:paraId="7B8A1400" w14:textId="7CB82711" w:rsidR="00B66732" w:rsidRPr="00B62C6F" w:rsidRDefault="005428E1"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24.3%</w:t>
            </w:r>
          </w:p>
        </w:tc>
      </w:tr>
      <w:tr w:rsidR="00B66732" w:rsidRPr="00B62C6F" w14:paraId="18E4B927" w14:textId="7B2E3942" w:rsidTr="008D3AB0">
        <w:trPr>
          <w:trHeight w:val="403"/>
        </w:trPr>
        <w:tc>
          <w:tcPr>
            <w:tcW w:w="4555" w:type="dxa"/>
          </w:tcPr>
          <w:p w14:paraId="23ADAA09" w14:textId="5FFBC667" w:rsidR="00B66732" w:rsidRPr="00B62C6F" w:rsidRDefault="00B66732" w:rsidP="00AC185B">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الإجمالي (عدد أفراد العينة)</w:t>
            </w:r>
          </w:p>
        </w:tc>
        <w:tc>
          <w:tcPr>
            <w:tcW w:w="5633" w:type="dxa"/>
            <w:gridSpan w:val="6"/>
          </w:tcPr>
          <w:p w14:paraId="3757A385" w14:textId="421C8AE3" w:rsidR="00B66732" w:rsidRPr="00B62C6F" w:rsidRDefault="00B66732" w:rsidP="00AC185B">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288</w:t>
            </w:r>
          </w:p>
        </w:tc>
      </w:tr>
    </w:tbl>
    <w:p w14:paraId="2E656B32" w14:textId="1BC4B68E" w:rsidR="00557C2D" w:rsidRPr="00B62C6F" w:rsidRDefault="00557C2D" w:rsidP="00557C2D">
      <w:pPr>
        <w:bidi/>
        <w:spacing w:line="360" w:lineRule="auto"/>
        <w:jc w:val="both"/>
        <w:rPr>
          <w:rFonts w:ascii="Simplified Arabic" w:hAnsi="Simplified Arabic" w:cs="Simplified Arabic"/>
          <w:b/>
          <w:bCs/>
          <w:sz w:val="28"/>
          <w:szCs w:val="28"/>
          <w:rtl/>
        </w:rPr>
      </w:pPr>
    </w:p>
    <w:p w14:paraId="7AFE36B9" w14:textId="77777777" w:rsidR="00A27BD9" w:rsidRDefault="0078729F" w:rsidP="00A27BD9">
      <w:pPr>
        <w:bidi/>
        <w:spacing w:line="240" w:lineRule="auto"/>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w:t>
      </w:r>
      <w:r w:rsidR="00727BE7" w:rsidRPr="00B62C6F">
        <w:rPr>
          <w:rFonts w:ascii="Simplified Arabic" w:eastAsia="Times New Roman" w:hAnsi="Simplified Arabic" w:cs="Simplified Arabic"/>
          <w:sz w:val="28"/>
          <w:szCs w:val="28"/>
          <w:rtl/>
        </w:rPr>
        <w:t>تشير نتائج الجدول (11) إلى وجود تقييم إيجابي مرتفع نسبياً من قِبل أفراد العينة لكفاءة وتنافسية الأداء الفني للشات بوت، حيث تصدرت العبارة رقم (1) والخاصة بـ "التعامل مع اللغة العربية بشكل سليم ومفهوم" أعلى معدلات الموافقة بنسبة 72.2%، تلتها في المرتبة الثانية العبارة رقم (2) والمتعلقة بـ "سرعة الاستجابة الفائقة والعالية للردود" بنسبة 59.7%، وجاءت عبارة "تخصيص الردود بناء على الاحتياجات" ثالثة بنسبة 50%، تليها عبارة "تقديم معلومات دقيقة وموثوقة" بنسبة 47.2%، ثم عبارة "الحصول على الخدمة ذاتياً" بنسبة 45.1%، بينما انخفضت مستويات الموافقة تدريجياً لتبلغ أدنى ترتيبها في العبارة رقم (7) والمتعلقة بـ "القدرة على فهم الاستفسارات بالغة التعقيد" بنسبة 34.4% مقابل ارتفاع فئة الحياد إلى 41.3% والمعارضة إلى 24.3%. و</w:t>
      </w:r>
      <w:r w:rsidR="00BD47B8" w:rsidRPr="00B62C6F">
        <w:rPr>
          <w:rFonts w:ascii="Simplified Arabic" w:eastAsia="Times New Roman" w:hAnsi="Simplified Arabic" w:cs="Simplified Arabic"/>
          <w:sz w:val="28"/>
          <w:szCs w:val="28"/>
          <w:rtl/>
        </w:rPr>
        <w:t>ت</w:t>
      </w:r>
      <w:r w:rsidR="00727BE7" w:rsidRPr="00B62C6F">
        <w:rPr>
          <w:rFonts w:ascii="Simplified Arabic" w:eastAsia="Times New Roman" w:hAnsi="Simplified Arabic" w:cs="Simplified Arabic"/>
          <w:sz w:val="28"/>
          <w:szCs w:val="28"/>
          <w:rtl/>
        </w:rPr>
        <w:t>فسر الباحث</w:t>
      </w:r>
      <w:r w:rsidR="00BD47B8" w:rsidRPr="00B62C6F">
        <w:rPr>
          <w:rFonts w:ascii="Simplified Arabic" w:eastAsia="Times New Roman" w:hAnsi="Simplified Arabic" w:cs="Simplified Arabic"/>
          <w:sz w:val="28"/>
          <w:szCs w:val="28"/>
          <w:rtl/>
        </w:rPr>
        <w:t>ة</w:t>
      </w:r>
      <w:r w:rsidR="00727BE7" w:rsidRPr="00B62C6F">
        <w:rPr>
          <w:rFonts w:ascii="Simplified Arabic" w:eastAsia="Times New Roman" w:hAnsi="Simplified Arabic" w:cs="Simplified Arabic"/>
          <w:sz w:val="28"/>
          <w:szCs w:val="28"/>
          <w:rtl/>
        </w:rPr>
        <w:t xml:space="preserve"> هذا التدرج الإحصائي الميداني بأن خوارزميات معالجة اللغة الطبيعية</w:t>
      </w:r>
      <w:r w:rsidR="00727BE7" w:rsidRPr="00B62C6F">
        <w:rPr>
          <w:rFonts w:ascii="Simplified Arabic" w:eastAsia="Times New Roman" w:hAnsi="Simplified Arabic" w:cs="Simplified Arabic"/>
          <w:sz w:val="28"/>
          <w:szCs w:val="28"/>
        </w:rPr>
        <w:t xml:space="preserve"> (NLP) </w:t>
      </w:r>
      <w:r w:rsidR="00727BE7" w:rsidRPr="00B62C6F">
        <w:rPr>
          <w:rFonts w:ascii="Simplified Arabic" w:eastAsia="Times New Roman" w:hAnsi="Simplified Arabic" w:cs="Simplified Arabic"/>
          <w:sz w:val="28"/>
          <w:szCs w:val="28"/>
          <w:rtl/>
        </w:rPr>
        <w:t xml:space="preserve">المدمجة حديثاً في الأنظمة الخدمية السعودية نجحت بامتياز في فك رموز المحادثات باللغة العربية الفصحى وتقديم استجابات فورية وسريعة تختصر الهدر الزمني للمستهلك، وتمنحه ميزة "الخدمة الذاتية" المرنة لإنهاء طلباته الشائعة بشكل مستقل، بينما يظل عجز الآلة البرمجي نسبياً في تفكيك القضايا بالغة التعقيد التي تتطلب فكراً وتحليلاً إنسانياً هو الثغرة الفنية التي تحول دون حصولها </w:t>
      </w:r>
      <w:r w:rsidR="00A27BD9" w:rsidRPr="00B62C6F">
        <w:rPr>
          <w:rFonts w:ascii="Simplified Arabic" w:eastAsia="Times New Roman" w:hAnsi="Simplified Arabic" w:cs="Simplified Arabic"/>
          <w:sz w:val="28"/>
          <w:szCs w:val="28"/>
          <w:rtl/>
        </w:rPr>
        <w:t>على موافقة مطلقة وتزيد من تشتت إجابات العينة نحو فئة</w:t>
      </w:r>
      <w:r w:rsidRPr="00B62C6F">
        <w:rPr>
          <w:rFonts w:ascii="Simplified Arabic" w:eastAsia="Times New Roman" w:hAnsi="Simplified Arabic" w:cs="Simplified Arabic"/>
          <w:sz w:val="28"/>
          <w:szCs w:val="28"/>
          <w:rtl/>
        </w:rPr>
        <w:t xml:space="preserve"> </w:t>
      </w:r>
      <w:r w:rsidR="00A27BD9">
        <w:rPr>
          <w:rFonts w:ascii="Simplified Arabic" w:eastAsia="Times New Roman" w:hAnsi="Simplified Arabic" w:cs="Simplified Arabic" w:hint="cs"/>
          <w:sz w:val="28"/>
          <w:szCs w:val="28"/>
          <w:rtl/>
        </w:rPr>
        <w:t>الحياد والمعارضة.</w:t>
      </w:r>
      <w:r w:rsidRPr="00B62C6F">
        <w:rPr>
          <w:rFonts w:ascii="Simplified Arabic" w:eastAsia="Times New Roman" w:hAnsi="Simplified Arabic" w:cs="Simplified Arabic"/>
          <w:sz w:val="28"/>
          <w:szCs w:val="28"/>
          <w:rtl/>
        </w:rPr>
        <w:t xml:space="preserve">    </w:t>
      </w:r>
    </w:p>
    <w:p w14:paraId="3860DA5A" w14:textId="4B133748" w:rsidR="00965804" w:rsidRDefault="00A27BD9" w:rsidP="00A27BD9">
      <w:pPr>
        <w:bidi/>
        <w:spacing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727BE7" w:rsidRPr="00B62C6F">
        <w:rPr>
          <w:rFonts w:ascii="Simplified Arabic" w:eastAsia="Times New Roman" w:hAnsi="Simplified Arabic" w:cs="Simplified Arabic"/>
          <w:sz w:val="28"/>
          <w:szCs w:val="28"/>
          <w:rtl/>
        </w:rPr>
        <w:t xml:space="preserve">وتتفق هذه النتيجة طردياً مع ما توصلت إليه دراسة (العامري، 2025)، والتي أكدت ميدانياً أن جودة المعلومات ودقتها الفورية والبرمجية تمثل المحدد الأساسي لبناء الثقة الرقمية ورفع كفاءة خدمة العملاء المصرفية والخدمية. كما تلتقي المؤشرات مع مخرجات دراسة (العتيبي، 2024)، والتي أثبتت أن الاستعانة بأنظمة الشات بوت تسهم بقوة في اختصار الزمن المستغرق لحل الإشكالات البسيطة، مع وجود حاجة لتطوير خوارزميات التحويل </w:t>
      </w:r>
      <w:r w:rsidR="00727BE7" w:rsidRPr="00B62C6F">
        <w:rPr>
          <w:rFonts w:ascii="Simplified Arabic" w:eastAsia="Times New Roman" w:hAnsi="Simplified Arabic" w:cs="Simplified Arabic"/>
          <w:sz w:val="28"/>
          <w:szCs w:val="28"/>
          <w:rtl/>
        </w:rPr>
        <w:lastRenderedPageBreak/>
        <w:t>السلس للبشر عند مواجهة قضايا معقدة تلافياً للإحباط الرقمي. في المقابل، تختلف هذه النتيجة جزئياً مع دراسة</w:t>
      </w:r>
      <w:r w:rsidR="00727BE7" w:rsidRPr="00B62C6F">
        <w:rPr>
          <w:rFonts w:ascii="Simplified Arabic" w:eastAsia="Times New Roman" w:hAnsi="Simplified Arabic" w:cs="Simplified Arabic"/>
          <w:sz w:val="28"/>
          <w:szCs w:val="28"/>
        </w:rPr>
        <w:t xml:space="preserve"> (Park &amp; Kim, 2023) </w:t>
      </w:r>
      <w:r w:rsidR="00727BE7" w:rsidRPr="00B62C6F">
        <w:rPr>
          <w:rFonts w:ascii="Simplified Arabic" w:eastAsia="Times New Roman" w:hAnsi="Simplified Arabic" w:cs="Simplified Arabic"/>
          <w:sz w:val="28"/>
          <w:szCs w:val="28"/>
          <w:rtl/>
        </w:rPr>
        <w:t>الأجنبية، والتي مالت فيها عينة المبحوثين لتفضيل جودة المعلومات المطلقة وقدرة النظام الإجرائية على حساب السمات الحوارية اللغوية للآلة. وتأصيلاً من الأدبيات النظرية لسلوك المستهلك، فإن قبول التكنولوجيا والاعتماد عليها يظل محكوماً بمحوري "السهولة المدركة" و"المنفعة العملية" اللذين يلمسهما العميل عند محاولة حل مشكلاته دون جهد معرفي إضافي (أسعد، 2023، ص. 45). وهو ما يتماشى تماماً مع الإستراتيجية والخطط التنموية الوطنية التي تدعم تطبيق الحوكمة الذكية وتوطين المعرفة البرمجية لرفع تنافسية قطاع الأعمال بالمملكة (وزارة الاتصالات وتقنية المعلومات، 2020، ص. 14</w:t>
      </w:r>
      <w:r w:rsidR="0078729F" w:rsidRPr="00B62C6F">
        <w:rPr>
          <w:rFonts w:ascii="Simplified Arabic" w:eastAsia="Times New Roman" w:hAnsi="Simplified Arabic" w:cs="Simplified Arabic"/>
          <w:sz w:val="28"/>
          <w:szCs w:val="28"/>
          <w:rtl/>
        </w:rPr>
        <w:t>).</w:t>
      </w:r>
    </w:p>
    <w:p w14:paraId="3B3CB074" w14:textId="77777777" w:rsidR="00A27BD9" w:rsidRPr="00B62C6F" w:rsidRDefault="00A27BD9" w:rsidP="00A27BD9">
      <w:pPr>
        <w:bidi/>
        <w:spacing w:line="240" w:lineRule="auto"/>
        <w:jc w:val="both"/>
        <w:rPr>
          <w:rFonts w:ascii="Simplified Arabic" w:eastAsia="Times New Roman" w:hAnsi="Simplified Arabic" w:cs="Simplified Arabic"/>
          <w:sz w:val="28"/>
          <w:szCs w:val="28"/>
          <w:rtl/>
        </w:rPr>
      </w:pPr>
    </w:p>
    <w:p w14:paraId="48FAF959" w14:textId="1395F389" w:rsidR="00596A2B" w:rsidRPr="00B62C6F" w:rsidRDefault="001406D1" w:rsidP="00596A2B">
      <w:pPr>
        <w:bidi/>
        <w:spacing w:before="480" w:after="480" w:line="240" w:lineRule="auto"/>
        <w:jc w:val="both"/>
        <w:rPr>
          <w:rFonts w:ascii="Simplified Arabic" w:hAnsi="Simplified Arabic" w:cs="Simplified Arabic"/>
          <w:b/>
          <w:bCs/>
          <w:sz w:val="28"/>
          <w:szCs w:val="28"/>
          <w:u w:val="single"/>
          <w:rtl/>
        </w:rPr>
      </w:pPr>
      <w:r w:rsidRPr="00B62C6F">
        <w:rPr>
          <w:rFonts w:ascii="Simplified Arabic" w:hAnsi="Simplified Arabic" w:cs="Simplified Arabic"/>
          <w:b/>
          <w:bCs/>
          <w:sz w:val="28"/>
          <w:szCs w:val="28"/>
          <w:u w:val="single"/>
          <w:rtl/>
        </w:rPr>
        <w:t>خامساً</w:t>
      </w:r>
      <w:r w:rsidR="00596A2B" w:rsidRPr="00B62C6F">
        <w:rPr>
          <w:rFonts w:ascii="Simplified Arabic" w:hAnsi="Simplified Arabic" w:cs="Simplified Arabic"/>
          <w:b/>
          <w:bCs/>
          <w:sz w:val="28"/>
          <w:szCs w:val="28"/>
          <w:u w:val="single"/>
          <w:rtl/>
        </w:rPr>
        <w:t xml:space="preserve">: </w:t>
      </w:r>
      <w:r w:rsidRPr="00B62C6F">
        <w:rPr>
          <w:rFonts w:ascii="Simplified Arabic" w:hAnsi="Simplified Arabic" w:cs="Simplified Arabic"/>
          <w:b/>
          <w:bCs/>
          <w:sz w:val="28"/>
          <w:szCs w:val="28"/>
          <w:u w:val="single"/>
          <w:rtl/>
        </w:rPr>
        <w:t>مستوى التفاعل مع جودة الشات بوت</w:t>
      </w:r>
      <w:r w:rsidR="00596A2B" w:rsidRPr="00B62C6F">
        <w:rPr>
          <w:rFonts w:ascii="Simplified Arabic" w:hAnsi="Simplified Arabic" w:cs="Simplified Arabic"/>
          <w:b/>
          <w:bCs/>
          <w:sz w:val="28"/>
          <w:szCs w:val="28"/>
          <w:u w:val="single"/>
          <w:rtl/>
        </w:rPr>
        <w:t>:-</w:t>
      </w:r>
    </w:p>
    <w:p w14:paraId="5F3CAD7D" w14:textId="76FFACB1" w:rsidR="00596A2B" w:rsidRPr="00B62C6F" w:rsidRDefault="00596A2B" w:rsidP="00596A2B">
      <w:pPr>
        <w:bidi/>
        <w:spacing w:line="360" w:lineRule="auto"/>
        <w:jc w:val="center"/>
        <w:rPr>
          <w:rFonts w:ascii="Simplified Arabic" w:hAnsi="Simplified Arabic" w:cs="Simplified Arabic"/>
          <w:b/>
          <w:bCs/>
          <w:sz w:val="28"/>
          <w:szCs w:val="28"/>
          <w:rtl/>
        </w:rPr>
      </w:pPr>
      <w:r w:rsidRPr="00B62C6F">
        <w:rPr>
          <w:rFonts w:ascii="Simplified Arabic" w:hAnsi="Simplified Arabic" w:cs="Simplified Arabic"/>
          <w:sz w:val="28"/>
          <w:szCs w:val="28"/>
          <w:rtl/>
        </w:rPr>
        <w:t xml:space="preserve">جدول </w:t>
      </w:r>
      <w:r w:rsidRPr="00B62C6F">
        <w:rPr>
          <w:rFonts w:ascii="Simplified Arabic" w:hAnsi="Simplified Arabic" w:cs="Simplified Arabic"/>
          <w:sz w:val="28"/>
          <w:szCs w:val="28"/>
        </w:rPr>
        <w:t>:(</w:t>
      </w:r>
      <w:r w:rsidR="001406D1" w:rsidRPr="00B62C6F">
        <w:rPr>
          <w:rFonts w:ascii="Simplified Arabic" w:hAnsi="Simplified Arabic" w:cs="Simplified Arabic"/>
          <w:sz w:val="28"/>
          <w:szCs w:val="28"/>
        </w:rPr>
        <w:t>12</w:t>
      </w:r>
      <w:r w:rsidRPr="00B62C6F">
        <w:rPr>
          <w:rFonts w:ascii="Simplified Arabic" w:hAnsi="Simplified Arabic" w:cs="Simplified Arabic"/>
          <w:sz w:val="28"/>
          <w:szCs w:val="28"/>
        </w:rPr>
        <w:t>)</w:t>
      </w:r>
      <w:r w:rsidRPr="00B62C6F">
        <w:rPr>
          <w:rFonts w:ascii="Simplified Arabic" w:hAnsi="Simplified Arabic" w:cs="Simplified Arabic"/>
          <w:sz w:val="28"/>
          <w:szCs w:val="28"/>
          <w:rtl/>
        </w:rPr>
        <w:t xml:space="preserve"> </w:t>
      </w:r>
      <w:r w:rsidR="001406D1" w:rsidRPr="00B62C6F">
        <w:rPr>
          <w:rFonts w:ascii="Simplified Arabic" w:hAnsi="Simplified Arabic" w:cs="Simplified Arabic"/>
          <w:sz w:val="28"/>
          <w:szCs w:val="28"/>
          <w:rtl/>
        </w:rPr>
        <w:t>جدول مستوى التفاعل مع جودة الشات بوت</w:t>
      </w:r>
      <w:r w:rsidRPr="00B62C6F">
        <w:rPr>
          <w:rFonts w:ascii="Simplified Arabic" w:hAnsi="Simplified Arabic" w:cs="Simplified Arabic"/>
          <w:sz w:val="28"/>
          <w:szCs w:val="28"/>
          <w:rtl/>
        </w:rPr>
        <w:t xml:space="preserve"> </w:t>
      </w:r>
    </w:p>
    <w:tbl>
      <w:tblPr>
        <w:tblStyle w:val="afa"/>
        <w:bidiVisual/>
        <w:tblW w:w="0" w:type="auto"/>
        <w:tblLook w:val="04A0" w:firstRow="1" w:lastRow="0" w:firstColumn="1" w:lastColumn="0" w:noHBand="0" w:noVBand="1"/>
      </w:tblPr>
      <w:tblGrid>
        <w:gridCol w:w="4022"/>
        <w:gridCol w:w="905"/>
        <w:gridCol w:w="1119"/>
        <w:gridCol w:w="929"/>
        <w:gridCol w:w="1119"/>
        <w:gridCol w:w="975"/>
        <w:gridCol w:w="1119"/>
      </w:tblGrid>
      <w:tr w:rsidR="006834D8" w:rsidRPr="00B62C6F" w14:paraId="660C315A" w14:textId="77777777" w:rsidTr="006053C0">
        <w:trPr>
          <w:trHeight w:val="419"/>
        </w:trPr>
        <w:tc>
          <w:tcPr>
            <w:tcW w:w="4227" w:type="dxa"/>
            <w:vMerge w:val="restart"/>
          </w:tcPr>
          <w:p w14:paraId="35D86C4D" w14:textId="77777777" w:rsidR="006834D8" w:rsidRPr="00B62C6F" w:rsidRDefault="006834D8"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العبارة</w:t>
            </w:r>
          </w:p>
        </w:tc>
        <w:tc>
          <w:tcPr>
            <w:tcW w:w="1953" w:type="dxa"/>
            <w:gridSpan w:val="2"/>
          </w:tcPr>
          <w:p w14:paraId="4ABFA249" w14:textId="392AE113" w:rsidR="006834D8" w:rsidRPr="00B62C6F" w:rsidRDefault="006834D8" w:rsidP="006053C0">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موافق</w:t>
            </w:r>
          </w:p>
        </w:tc>
        <w:tc>
          <w:tcPr>
            <w:tcW w:w="1979" w:type="dxa"/>
            <w:gridSpan w:val="2"/>
          </w:tcPr>
          <w:p w14:paraId="34C19BF8" w14:textId="2E7B864C" w:rsidR="006834D8" w:rsidRPr="00B62C6F" w:rsidRDefault="006834D8" w:rsidP="006053C0">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محايد</w:t>
            </w:r>
          </w:p>
        </w:tc>
        <w:tc>
          <w:tcPr>
            <w:tcW w:w="2029" w:type="dxa"/>
            <w:gridSpan w:val="2"/>
          </w:tcPr>
          <w:p w14:paraId="02893D95" w14:textId="53DBE29B" w:rsidR="006834D8" w:rsidRPr="00B62C6F" w:rsidRDefault="006834D8" w:rsidP="006053C0">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معارض</w:t>
            </w:r>
          </w:p>
        </w:tc>
      </w:tr>
      <w:tr w:rsidR="008A2BF0" w:rsidRPr="00B62C6F" w14:paraId="31869270" w14:textId="77777777" w:rsidTr="006053C0">
        <w:trPr>
          <w:trHeight w:val="404"/>
        </w:trPr>
        <w:tc>
          <w:tcPr>
            <w:tcW w:w="4227" w:type="dxa"/>
            <w:vMerge/>
          </w:tcPr>
          <w:p w14:paraId="2D62F4F7" w14:textId="0D0C7E7B" w:rsidR="008A2BF0" w:rsidRPr="00B62C6F" w:rsidRDefault="008A2BF0" w:rsidP="008A2BF0">
            <w:pPr>
              <w:bidi/>
              <w:spacing w:before="100" w:beforeAutospacing="1" w:after="100" w:afterAutospacing="1"/>
              <w:jc w:val="center"/>
              <w:rPr>
                <w:rFonts w:ascii="Simplified Arabic" w:eastAsia="Times New Roman" w:hAnsi="Simplified Arabic" w:cs="Simplified Arabic"/>
                <w:b/>
                <w:bCs/>
                <w:sz w:val="28"/>
                <w:szCs w:val="28"/>
                <w:rtl/>
              </w:rPr>
            </w:pPr>
          </w:p>
        </w:tc>
        <w:tc>
          <w:tcPr>
            <w:tcW w:w="923" w:type="dxa"/>
          </w:tcPr>
          <w:p w14:paraId="485C82FE" w14:textId="6E272CCE" w:rsidR="008A2BF0" w:rsidRPr="00B62C6F" w:rsidRDefault="008A2BF0" w:rsidP="008A2BF0">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b/>
                <w:bCs/>
                <w:sz w:val="28"/>
                <w:szCs w:val="28"/>
                <w:rtl/>
              </w:rPr>
              <w:t>العدد</w:t>
            </w:r>
          </w:p>
        </w:tc>
        <w:tc>
          <w:tcPr>
            <w:tcW w:w="1030" w:type="dxa"/>
          </w:tcPr>
          <w:p w14:paraId="201A2D42" w14:textId="6FEEC4DB" w:rsidR="008A2BF0" w:rsidRPr="00B62C6F" w:rsidRDefault="008A2BF0" w:rsidP="008A2BF0">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b/>
                <w:bCs/>
                <w:sz w:val="28"/>
                <w:szCs w:val="28"/>
                <w:rtl/>
              </w:rPr>
              <w:t>النسبة%</w:t>
            </w:r>
          </w:p>
        </w:tc>
        <w:tc>
          <w:tcPr>
            <w:tcW w:w="949" w:type="dxa"/>
          </w:tcPr>
          <w:p w14:paraId="2746EE6E" w14:textId="360306A9" w:rsidR="008A2BF0" w:rsidRPr="00B62C6F" w:rsidRDefault="008A2BF0" w:rsidP="008A2BF0">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b/>
                <w:bCs/>
                <w:sz w:val="28"/>
                <w:szCs w:val="28"/>
                <w:rtl/>
              </w:rPr>
              <w:t>العدد</w:t>
            </w:r>
          </w:p>
        </w:tc>
        <w:tc>
          <w:tcPr>
            <w:tcW w:w="1030" w:type="dxa"/>
          </w:tcPr>
          <w:p w14:paraId="6735C74D" w14:textId="2D235A09" w:rsidR="008A2BF0" w:rsidRPr="00B62C6F" w:rsidRDefault="008A2BF0" w:rsidP="008A2BF0">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b/>
                <w:bCs/>
                <w:sz w:val="28"/>
                <w:szCs w:val="28"/>
                <w:rtl/>
              </w:rPr>
              <w:t>النسبة%</w:t>
            </w:r>
          </w:p>
        </w:tc>
        <w:tc>
          <w:tcPr>
            <w:tcW w:w="999" w:type="dxa"/>
          </w:tcPr>
          <w:p w14:paraId="152BD0E8" w14:textId="4041E08A" w:rsidR="008A2BF0" w:rsidRPr="00B62C6F" w:rsidRDefault="008A2BF0" w:rsidP="008A2BF0">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b/>
                <w:bCs/>
                <w:sz w:val="28"/>
                <w:szCs w:val="28"/>
                <w:rtl/>
              </w:rPr>
              <w:t>العدد</w:t>
            </w:r>
          </w:p>
        </w:tc>
        <w:tc>
          <w:tcPr>
            <w:tcW w:w="1030" w:type="dxa"/>
          </w:tcPr>
          <w:p w14:paraId="4CFA1864" w14:textId="3A4FDCBC" w:rsidR="008A2BF0" w:rsidRPr="00B62C6F" w:rsidRDefault="008A2BF0" w:rsidP="008A2BF0">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b/>
                <w:bCs/>
                <w:sz w:val="28"/>
                <w:szCs w:val="28"/>
                <w:rtl/>
              </w:rPr>
              <w:t>النسبة%</w:t>
            </w:r>
          </w:p>
        </w:tc>
      </w:tr>
      <w:tr w:rsidR="006834D8" w:rsidRPr="00B62C6F" w14:paraId="1AA9D3E0" w14:textId="77777777" w:rsidTr="006053C0">
        <w:trPr>
          <w:trHeight w:val="404"/>
        </w:trPr>
        <w:tc>
          <w:tcPr>
            <w:tcW w:w="4227" w:type="dxa"/>
          </w:tcPr>
          <w:p w14:paraId="2A1CE0F7" w14:textId="518AF35C" w:rsidR="006834D8" w:rsidRPr="00B62C6F" w:rsidRDefault="006834D8" w:rsidP="006834D8">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يوفر الشات بوت وقتا كبيرا مقارنة بالقنوات التقليدية</w:t>
            </w:r>
          </w:p>
        </w:tc>
        <w:tc>
          <w:tcPr>
            <w:tcW w:w="923" w:type="dxa"/>
          </w:tcPr>
          <w:p w14:paraId="30EF321B" w14:textId="5AA6FC8B" w:rsidR="006834D8" w:rsidRPr="00B62C6F" w:rsidRDefault="006834D8" w:rsidP="006834D8">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219</w:t>
            </w:r>
          </w:p>
        </w:tc>
        <w:tc>
          <w:tcPr>
            <w:tcW w:w="1030" w:type="dxa"/>
          </w:tcPr>
          <w:p w14:paraId="63620F7F" w14:textId="53333E75" w:rsidR="006834D8" w:rsidRPr="00B62C6F" w:rsidRDefault="006834D8" w:rsidP="006834D8">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76.04%</w:t>
            </w:r>
          </w:p>
        </w:tc>
        <w:tc>
          <w:tcPr>
            <w:tcW w:w="949" w:type="dxa"/>
          </w:tcPr>
          <w:p w14:paraId="43F9653C" w14:textId="6FEFDFCC" w:rsidR="006834D8" w:rsidRPr="00B62C6F" w:rsidRDefault="006834D8" w:rsidP="006834D8">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60</w:t>
            </w:r>
          </w:p>
        </w:tc>
        <w:tc>
          <w:tcPr>
            <w:tcW w:w="1030" w:type="dxa"/>
          </w:tcPr>
          <w:p w14:paraId="51AD906D" w14:textId="564AC346" w:rsidR="006834D8" w:rsidRPr="00B62C6F" w:rsidRDefault="006834D8" w:rsidP="006834D8">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20.83%</w:t>
            </w:r>
          </w:p>
        </w:tc>
        <w:tc>
          <w:tcPr>
            <w:tcW w:w="999" w:type="dxa"/>
          </w:tcPr>
          <w:p w14:paraId="0A8A9971" w14:textId="4E07CA6E" w:rsidR="006834D8" w:rsidRPr="00B62C6F" w:rsidRDefault="006834D8" w:rsidP="006834D8">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9</w:t>
            </w:r>
          </w:p>
        </w:tc>
        <w:tc>
          <w:tcPr>
            <w:tcW w:w="1030" w:type="dxa"/>
          </w:tcPr>
          <w:p w14:paraId="022D307D" w14:textId="1BEDCE35" w:rsidR="006834D8" w:rsidRPr="00B62C6F" w:rsidRDefault="006834D8" w:rsidP="006834D8">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3.13%</w:t>
            </w:r>
          </w:p>
        </w:tc>
      </w:tr>
      <w:tr w:rsidR="00596A2B" w:rsidRPr="00B62C6F" w14:paraId="2A409FF2" w14:textId="77777777" w:rsidTr="006053C0">
        <w:trPr>
          <w:trHeight w:val="554"/>
        </w:trPr>
        <w:tc>
          <w:tcPr>
            <w:tcW w:w="4227" w:type="dxa"/>
          </w:tcPr>
          <w:p w14:paraId="12ACB1ED" w14:textId="06DAAEC5" w:rsidR="00596A2B" w:rsidRPr="00B62C6F" w:rsidRDefault="0074066A"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جعل الشات بوت عملية التواصل مع الشركة أكثر سهولة ومرونة</w:t>
            </w:r>
          </w:p>
        </w:tc>
        <w:tc>
          <w:tcPr>
            <w:tcW w:w="923" w:type="dxa"/>
          </w:tcPr>
          <w:p w14:paraId="06327F68" w14:textId="5C4061E0" w:rsidR="00596A2B" w:rsidRPr="00B62C6F" w:rsidRDefault="0074066A"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198</w:t>
            </w:r>
          </w:p>
        </w:tc>
        <w:tc>
          <w:tcPr>
            <w:tcW w:w="1030" w:type="dxa"/>
          </w:tcPr>
          <w:p w14:paraId="5A4E75FF" w14:textId="6F3C128D" w:rsidR="00596A2B" w:rsidRPr="00B62C6F" w:rsidRDefault="00921593"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68</w:t>
            </w:r>
            <w:r w:rsidR="00596A2B"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75</w:t>
            </w:r>
            <w:r w:rsidR="00596A2B" w:rsidRPr="00B62C6F">
              <w:rPr>
                <w:rFonts w:ascii="Simplified Arabic" w:eastAsia="Times New Roman" w:hAnsi="Simplified Arabic" w:cs="Simplified Arabic"/>
                <w:sz w:val="28"/>
                <w:szCs w:val="28"/>
              </w:rPr>
              <w:t>%</w:t>
            </w:r>
          </w:p>
        </w:tc>
        <w:tc>
          <w:tcPr>
            <w:tcW w:w="949" w:type="dxa"/>
          </w:tcPr>
          <w:p w14:paraId="0F11A0D7" w14:textId="6B1A9A61" w:rsidR="00596A2B" w:rsidRPr="00B62C6F" w:rsidRDefault="0074066A"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70</w:t>
            </w:r>
          </w:p>
        </w:tc>
        <w:tc>
          <w:tcPr>
            <w:tcW w:w="1030" w:type="dxa"/>
          </w:tcPr>
          <w:p w14:paraId="32540C7B" w14:textId="5BB1A22B" w:rsidR="00596A2B" w:rsidRPr="00B62C6F" w:rsidRDefault="009C3565"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24</w:t>
            </w:r>
            <w:r w:rsidR="00596A2B"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31</w:t>
            </w:r>
            <w:r w:rsidR="00596A2B" w:rsidRPr="00B62C6F">
              <w:rPr>
                <w:rFonts w:ascii="Simplified Arabic" w:eastAsia="Times New Roman" w:hAnsi="Simplified Arabic" w:cs="Simplified Arabic"/>
                <w:sz w:val="28"/>
                <w:szCs w:val="28"/>
              </w:rPr>
              <w:t>%</w:t>
            </w:r>
          </w:p>
        </w:tc>
        <w:tc>
          <w:tcPr>
            <w:tcW w:w="999" w:type="dxa"/>
          </w:tcPr>
          <w:p w14:paraId="5D6FA33F" w14:textId="5E384AFC" w:rsidR="00596A2B" w:rsidRPr="00B62C6F" w:rsidRDefault="0074066A"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20</w:t>
            </w:r>
          </w:p>
        </w:tc>
        <w:tc>
          <w:tcPr>
            <w:tcW w:w="1030" w:type="dxa"/>
          </w:tcPr>
          <w:p w14:paraId="1ED69C8D" w14:textId="3A284CA8" w:rsidR="00596A2B" w:rsidRPr="00B62C6F" w:rsidRDefault="00985D63"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6</w:t>
            </w:r>
            <w:r w:rsidR="00596A2B"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94</w:t>
            </w:r>
            <w:r w:rsidR="00596A2B" w:rsidRPr="00B62C6F">
              <w:rPr>
                <w:rFonts w:ascii="Simplified Arabic" w:eastAsia="Times New Roman" w:hAnsi="Simplified Arabic" w:cs="Simplified Arabic"/>
                <w:sz w:val="28"/>
                <w:szCs w:val="28"/>
              </w:rPr>
              <w:t>%</w:t>
            </w:r>
          </w:p>
        </w:tc>
      </w:tr>
      <w:tr w:rsidR="00596A2B" w:rsidRPr="00B62C6F" w14:paraId="07C00EB2" w14:textId="77777777" w:rsidTr="006053C0">
        <w:trPr>
          <w:trHeight w:val="423"/>
        </w:trPr>
        <w:tc>
          <w:tcPr>
            <w:tcW w:w="4227" w:type="dxa"/>
          </w:tcPr>
          <w:p w14:paraId="0C44CEC6" w14:textId="1D41BEC8" w:rsidR="00596A2B" w:rsidRPr="00B62C6F" w:rsidRDefault="00065174"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يوفر الشات بوت جهدا كبيرا أثناء عملية التفاعل الرقميٍ</w:t>
            </w:r>
          </w:p>
        </w:tc>
        <w:tc>
          <w:tcPr>
            <w:tcW w:w="923" w:type="dxa"/>
          </w:tcPr>
          <w:p w14:paraId="46BD3CD3" w14:textId="46B099DF" w:rsidR="00596A2B" w:rsidRPr="00B62C6F" w:rsidRDefault="0074066A"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190</w:t>
            </w:r>
          </w:p>
        </w:tc>
        <w:tc>
          <w:tcPr>
            <w:tcW w:w="1030" w:type="dxa"/>
          </w:tcPr>
          <w:p w14:paraId="64D33BA6" w14:textId="3393CBDE" w:rsidR="00596A2B" w:rsidRPr="00B62C6F" w:rsidRDefault="00921593"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65</w:t>
            </w:r>
            <w:r w:rsidR="00596A2B"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97</w:t>
            </w:r>
            <w:r w:rsidR="00596A2B" w:rsidRPr="00B62C6F">
              <w:rPr>
                <w:rFonts w:ascii="Simplified Arabic" w:eastAsia="Times New Roman" w:hAnsi="Simplified Arabic" w:cs="Simplified Arabic"/>
                <w:sz w:val="28"/>
                <w:szCs w:val="28"/>
              </w:rPr>
              <w:t>%</w:t>
            </w:r>
          </w:p>
        </w:tc>
        <w:tc>
          <w:tcPr>
            <w:tcW w:w="949" w:type="dxa"/>
          </w:tcPr>
          <w:p w14:paraId="16A436B5" w14:textId="0C55D893" w:rsidR="00596A2B" w:rsidRPr="00B62C6F" w:rsidRDefault="00065174"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85</w:t>
            </w:r>
          </w:p>
        </w:tc>
        <w:tc>
          <w:tcPr>
            <w:tcW w:w="1030" w:type="dxa"/>
          </w:tcPr>
          <w:p w14:paraId="34D38AB5" w14:textId="180E592C" w:rsidR="00596A2B" w:rsidRPr="00B62C6F" w:rsidRDefault="009C3565"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29</w:t>
            </w:r>
            <w:r w:rsidR="00596A2B"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51</w:t>
            </w:r>
            <w:r w:rsidR="00596A2B" w:rsidRPr="00B62C6F">
              <w:rPr>
                <w:rFonts w:ascii="Simplified Arabic" w:eastAsia="Times New Roman" w:hAnsi="Simplified Arabic" w:cs="Simplified Arabic"/>
                <w:sz w:val="28"/>
                <w:szCs w:val="28"/>
              </w:rPr>
              <w:t>%</w:t>
            </w:r>
          </w:p>
        </w:tc>
        <w:tc>
          <w:tcPr>
            <w:tcW w:w="999" w:type="dxa"/>
          </w:tcPr>
          <w:p w14:paraId="327D0A23" w14:textId="73A1D7EA" w:rsidR="00596A2B" w:rsidRPr="00B62C6F" w:rsidRDefault="00065174"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13</w:t>
            </w:r>
          </w:p>
        </w:tc>
        <w:tc>
          <w:tcPr>
            <w:tcW w:w="1030" w:type="dxa"/>
          </w:tcPr>
          <w:p w14:paraId="01FAA607" w14:textId="0D8713F4" w:rsidR="00596A2B" w:rsidRPr="00B62C6F" w:rsidRDefault="00985D63"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4</w:t>
            </w:r>
            <w:r w:rsidR="00596A2B"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51</w:t>
            </w:r>
            <w:r w:rsidR="00596A2B" w:rsidRPr="00B62C6F">
              <w:rPr>
                <w:rFonts w:ascii="Simplified Arabic" w:eastAsia="Times New Roman" w:hAnsi="Simplified Arabic" w:cs="Simplified Arabic"/>
                <w:sz w:val="28"/>
                <w:szCs w:val="28"/>
              </w:rPr>
              <w:t>%</w:t>
            </w:r>
          </w:p>
        </w:tc>
      </w:tr>
      <w:tr w:rsidR="00596A2B" w:rsidRPr="00B62C6F" w14:paraId="4768A2F7" w14:textId="77777777" w:rsidTr="006053C0">
        <w:trPr>
          <w:trHeight w:val="423"/>
        </w:trPr>
        <w:tc>
          <w:tcPr>
            <w:tcW w:w="4227" w:type="dxa"/>
          </w:tcPr>
          <w:p w14:paraId="6E008653" w14:textId="1F78C636" w:rsidR="00596A2B" w:rsidRPr="00B62C6F" w:rsidRDefault="00F9194E"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أشعر بالإحباط بسبب الجمود التكنولوجي وتكرار بعض الردود الالية</w:t>
            </w:r>
          </w:p>
        </w:tc>
        <w:tc>
          <w:tcPr>
            <w:tcW w:w="923" w:type="dxa"/>
          </w:tcPr>
          <w:p w14:paraId="252E0FD0" w14:textId="1A7B457C" w:rsidR="00596A2B" w:rsidRPr="00B62C6F" w:rsidRDefault="0074066A"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178</w:t>
            </w:r>
          </w:p>
        </w:tc>
        <w:tc>
          <w:tcPr>
            <w:tcW w:w="1030" w:type="dxa"/>
          </w:tcPr>
          <w:p w14:paraId="732157E1" w14:textId="61CAC8F6" w:rsidR="00596A2B" w:rsidRPr="00B62C6F" w:rsidRDefault="00921593"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61</w:t>
            </w:r>
            <w:r w:rsidR="00596A2B"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81</w:t>
            </w:r>
            <w:r w:rsidR="00596A2B" w:rsidRPr="00B62C6F">
              <w:rPr>
                <w:rFonts w:ascii="Simplified Arabic" w:eastAsia="Times New Roman" w:hAnsi="Simplified Arabic" w:cs="Simplified Arabic"/>
                <w:sz w:val="28"/>
                <w:szCs w:val="28"/>
              </w:rPr>
              <w:t>%</w:t>
            </w:r>
          </w:p>
        </w:tc>
        <w:tc>
          <w:tcPr>
            <w:tcW w:w="949" w:type="dxa"/>
          </w:tcPr>
          <w:p w14:paraId="61355137" w14:textId="641F2693" w:rsidR="00596A2B" w:rsidRPr="00B62C6F" w:rsidRDefault="00F9194E"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84</w:t>
            </w:r>
          </w:p>
        </w:tc>
        <w:tc>
          <w:tcPr>
            <w:tcW w:w="1030" w:type="dxa"/>
          </w:tcPr>
          <w:p w14:paraId="55799C32" w14:textId="30A9AC3F" w:rsidR="00596A2B" w:rsidRPr="00B62C6F" w:rsidRDefault="009C3565"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29</w:t>
            </w:r>
            <w:r w:rsidR="00596A2B" w:rsidRPr="00B62C6F">
              <w:rPr>
                <w:rFonts w:ascii="Simplified Arabic" w:eastAsia="Times New Roman" w:hAnsi="Simplified Arabic" w:cs="Simplified Arabic"/>
                <w:sz w:val="28"/>
                <w:szCs w:val="28"/>
              </w:rPr>
              <w:t>.1</w:t>
            </w:r>
            <w:r w:rsidRPr="00B62C6F">
              <w:rPr>
                <w:rFonts w:ascii="Simplified Arabic" w:eastAsia="Times New Roman" w:hAnsi="Simplified Arabic" w:cs="Simplified Arabic"/>
                <w:sz w:val="28"/>
                <w:szCs w:val="28"/>
              </w:rPr>
              <w:t>7</w:t>
            </w:r>
            <w:r w:rsidR="00596A2B" w:rsidRPr="00B62C6F">
              <w:rPr>
                <w:rFonts w:ascii="Simplified Arabic" w:eastAsia="Times New Roman" w:hAnsi="Simplified Arabic" w:cs="Simplified Arabic"/>
                <w:sz w:val="28"/>
                <w:szCs w:val="28"/>
              </w:rPr>
              <w:t>%</w:t>
            </w:r>
          </w:p>
        </w:tc>
        <w:tc>
          <w:tcPr>
            <w:tcW w:w="999" w:type="dxa"/>
          </w:tcPr>
          <w:p w14:paraId="356A159D" w14:textId="1E5F1903" w:rsidR="00596A2B" w:rsidRPr="00B62C6F" w:rsidRDefault="00596A2B"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w:t>
            </w:r>
            <w:r w:rsidR="00F9194E" w:rsidRPr="00B62C6F">
              <w:rPr>
                <w:rFonts w:ascii="Simplified Arabic" w:eastAsia="Times New Roman" w:hAnsi="Simplified Arabic" w:cs="Simplified Arabic"/>
                <w:sz w:val="28"/>
                <w:szCs w:val="28"/>
              </w:rPr>
              <w:t>6</w:t>
            </w:r>
          </w:p>
        </w:tc>
        <w:tc>
          <w:tcPr>
            <w:tcW w:w="1030" w:type="dxa"/>
          </w:tcPr>
          <w:p w14:paraId="41CBEDA5" w14:textId="0276270E" w:rsidR="00596A2B" w:rsidRPr="00B62C6F" w:rsidRDefault="00596A2B"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9.</w:t>
            </w:r>
            <w:r w:rsidR="00985D63" w:rsidRPr="00B62C6F">
              <w:rPr>
                <w:rFonts w:ascii="Simplified Arabic" w:eastAsia="Times New Roman" w:hAnsi="Simplified Arabic" w:cs="Simplified Arabic"/>
                <w:sz w:val="28"/>
                <w:szCs w:val="28"/>
              </w:rPr>
              <w:t>03</w:t>
            </w:r>
            <w:r w:rsidRPr="00B62C6F">
              <w:rPr>
                <w:rFonts w:ascii="Simplified Arabic" w:eastAsia="Times New Roman" w:hAnsi="Simplified Arabic" w:cs="Simplified Arabic"/>
                <w:sz w:val="28"/>
                <w:szCs w:val="28"/>
              </w:rPr>
              <w:t>%</w:t>
            </w:r>
          </w:p>
        </w:tc>
      </w:tr>
      <w:tr w:rsidR="00596A2B" w:rsidRPr="00B62C6F" w14:paraId="7AA696B0" w14:textId="77777777" w:rsidTr="006053C0">
        <w:trPr>
          <w:trHeight w:val="423"/>
        </w:trPr>
        <w:tc>
          <w:tcPr>
            <w:tcW w:w="4227" w:type="dxa"/>
          </w:tcPr>
          <w:p w14:paraId="1440B746" w14:textId="414DB427" w:rsidR="00596A2B" w:rsidRPr="00B62C6F" w:rsidRDefault="00150DA3"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يوجهني الشات بوت بشكل واضح لإتمام المعاملات المطلوبة</w:t>
            </w:r>
          </w:p>
        </w:tc>
        <w:tc>
          <w:tcPr>
            <w:tcW w:w="923" w:type="dxa"/>
          </w:tcPr>
          <w:p w14:paraId="11C3AE3B" w14:textId="3977A325" w:rsidR="00596A2B" w:rsidRPr="00B62C6F" w:rsidRDefault="0074066A"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177</w:t>
            </w:r>
          </w:p>
        </w:tc>
        <w:tc>
          <w:tcPr>
            <w:tcW w:w="1030" w:type="dxa"/>
          </w:tcPr>
          <w:p w14:paraId="1AFFD0F2" w14:textId="58A56125" w:rsidR="00596A2B" w:rsidRPr="00B62C6F" w:rsidRDefault="00921593"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61</w:t>
            </w:r>
            <w:r w:rsidR="00596A2B"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46</w:t>
            </w:r>
            <w:r w:rsidR="00596A2B" w:rsidRPr="00B62C6F">
              <w:rPr>
                <w:rFonts w:ascii="Simplified Arabic" w:eastAsia="Times New Roman" w:hAnsi="Simplified Arabic" w:cs="Simplified Arabic"/>
                <w:sz w:val="28"/>
                <w:szCs w:val="28"/>
              </w:rPr>
              <w:t>%</w:t>
            </w:r>
          </w:p>
        </w:tc>
        <w:tc>
          <w:tcPr>
            <w:tcW w:w="949" w:type="dxa"/>
          </w:tcPr>
          <w:p w14:paraId="62FFA0A4" w14:textId="60638C1D" w:rsidR="00596A2B" w:rsidRPr="00B62C6F" w:rsidRDefault="00150DA3"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93</w:t>
            </w:r>
          </w:p>
        </w:tc>
        <w:tc>
          <w:tcPr>
            <w:tcW w:w="1030" w:type="dxa"/>
          </w:tcPr>
          <w:p w14:paraId="03C28D6C" w14:textId="160B2CFA" w:rsidR="00596A2B" w:rsidRPr="00B62C6F" w:rsidRDefault="009C3565"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32</w:t>
            </w:r>
            <w:r w:rsidR="00596A2B"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2</w:t>
            </w:r>
            <w:r w:rsidR="00596A2B" w:rsidRPr="00B62C6F">
              <w:rPr>
                <w:rFonts w:ascii="Simplified Arabic" w:eastAsia="Times New Roman" w:hAnsi="Simplified Arabic" w:cs="Simplified Arabic"/>
                <w:sz w:val="28"/>
                <w:szCs w:val="28"/>
              </w:rPr>
              <w:t>9%</w:t>
            </w:r>
          </w:p>
        </w:tc>
        <w:tc>
          <w:tcPr>
            <w:tcW w:w="999" w:type="dxa"/>
          </w:tcPr>
          <w:p w14:paraId="59B8138B" w14:textId="07C99594" w:rsidR="00596A2B" w:rsidRPr="00B62C6F" w:rsidRDefault="00150DA3"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18</w:t>
            </w:r>
          </w:p>
        </w:tc>
        <w:tc>
          <w:tcPr>
            <w:tcW w:w="1030" w:type="dxa"/>
          </w:tcPr>
          <w:p w14:paraId="05D294E4" w14:textId="1E3EA2E2" w:rsidR="00596A2B" w:rsidRPr="00B62C6F" w:rsidRDefault="00985D63"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6</w:t>
            </w:r>
            <w:r w:rsidR="00596A2B"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25</w:t>
            </w:r>
            <w:r w:rsidR="00596A2B" w:rsidRPr="00B62C6F">
              <w:rPr>
                <w:rFonts w:ascii="Simplified Arabic" w:eastAsia="Times New Roman" w:hAnsi="Simplified Arabic" w:cs="Simplified Arabic"/>
                <w:sz w:val="28"/>
                <w:szCs w:val="28"/>
              </w:rPr>
              <w:t>%</w:t>
            </w:r>
          </w:p>
        </w:tc>
      </w:tr>
      <w:tr w:rsidR="00596A2B" w:rsidRPr="00B62C6F" w14:paraId="2686DD1D" w14:textId="77777777" w:rsidTr="006053C0">
        <w:trPr>
          <w:trHeight w:val="570"/>
        </w:trPr>
        <w:tc>
          <w:tcPr>
            <w:tcW w:w="4227" w:type="dxa"/>
          </w:tcPr>
          <w:p w14:paraId="63EFD00D" w14:textId="2596E343" w:rsidR="00596A2B" w:rsidRPr="00B62C6F" w:rsidRDefault="00150DA3"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عندما يعجز الشات بوت عن حل مشكلتي، يتم تحويلي لموظف بسلاسة</w:t>
            </w:r>
          </w:p>
        </w:tc>
        <w:tc>
          <w:tcPr>
            <w:tcW w:w="923" w:type="dxa"/>
          </w:tcPr>
          <w:p w14:paraId="020D7524" w14:textId="3A7334BB" w:rsidR="00596A2B" w:rsidRPr="00B62C6F" w:rsidRDefault="0074066A"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175</w:t>
            </w:r>
          </w:p>
        </w:tc>
        <w:tc>
          <w:tcPr>
            <w:tcW w:w="1030" w:type="dxa"/>
          </w:tcPr>
          <w:p w14:paraId="5953A790" w14:textId="2FEA001D" w:rsidR="00596A2B" w:rsidRPr="00B62C6F" w:rsidRDefault="00921593"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60</w:t>
            </w:r>
            <w:r w:rsidR="00596A2B" w:rsidRPr="00B62C6F">
              <w:rPr>
                <w:rFonts w:ascii="Simplified Arabic" w:eastAsia="Times New Roman" w:hAnsi="Simplified Arabic" w:cs="Simplified Arabic"/>
                <w:sz w:val="28"/>
                <w:szCs w:val="28"/>
              </w:rPr>
              <w:t>.7</w:t>
            </w:r>
            <w:r w:rsidRPr="00B62C6F">
              <w:rPr>
                <w:rFonts w:ascii="Simplified Arabic" w:eastAsia="Times New Roman" w:hAnsi="Simplified Arabic" w:cs="Simplified Arabic"/>
                <w:sz w:val="28"/>
                <w:szCs w:val="28"/>
              </w:rPr>
              <w:t>5</w:t>
            </w:r>
            <w:r w:rsidR="00596A2B" w:rsidRPr="00B62C6F">
              <w:rPr>
                <w:rFonts w:ascii="Simplified Arabic" w:eastAsia="Times New Roman" w:hAnsi="Simplified Arabic" w:cs="Simplified Arabic"/>
                <w:sz w:val="28"/>
                <w:szCs w:val="28"/>
              </w:rPr>
              <w:t>%</w:t>
            </w:r>
          </w:p>
        </w:tc>
        <w:tc>
          <w:tcPr>
            <w:tcW w:w="949" w:type="dxa"/>
          </w:tcPr>
          <w:p w14:paraId="79503613" w14:textId="037E65AA" w:rsidR="00596A2B" w:rsidRPr="00B62C6F" w:rsidRDefault="00150DA3"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89</w:t>
            </w:r>
          </w:p>
        </w:tc>
        <w:tc>
          <w:tcPr>
            <w:tcW w:w="1030" w:type="dxa"/>
          </w:tcPr>
          <w:p w14:paraId="153763ED" w14:textId="09D82759" w:rsidR="00596A2B" w:rsidRPr="00B62C6F" w:rsidRDefault="009C3565"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30</w:t>
            </w:r>
            <w:r w:rsidR="00596A2B"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90</w:t>
            </w:r>
            <w:r w:rsidR="00596A2B" w:rsidRPr="00B62C6F">
              <w:rPr>
                <w:rFonts w:ascii="Simplified Arabic" w:eastAsia="Times New Roman" w:hAnsi="Simplified Arabic" w:cs="Simplified Arabic"/>
                <w:sz w:val="28"/>
                <w:szCs w:val="28"/>
              </w:rPr>
              <w:t>%</w:t>
            </w:r>
          </w:p>
        </w:tc>
        <w:tc>
          <w:tcPr>
            <w:tcW w:w="999" w:type="dxa"/>
          </w:tcPr>
          <w:p w14:paraId="090139AB" w14:textId="4ED0FA90" w:rsidR="00596A2B" w:rsidRPr="00B62C6F" w:rsidRDefault="00150DA3"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24</w:t>
            </w:r>
          </w:p>
        </w:tc>
        <w:tc>
          <w:tcPr>
            <w:tcW w:w="1030" w:type="dxa"/>
          </w:tcPr>
          <w:p w14:paraId="0F0DFBF0" w14:textId="41780C53" w:rsidR="00596A2B" w:rsidRPr="00B62C6F" w:rsidRDefault="00985D63"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8</w:t>
            </w:r>
            <w:r w:rsidR="00596A2B"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33</w:t>
            </w:r>
            <w:r w:rsidR="00596A2B" w:rsidRPr="00B62C6F">
              <w:rPr>
                <w:rFonts w:ascii="Simplified Arabic" w:eastAsia="Times New Roman" w:hAnsi="Simplified Arabic" w:cs="Simplified Arabic"/>
                <w:sz w:val="28"/>
                <w:szCs w:val="28"/>
              </w:rPr>
              <w:t>%</w:t>
            </w:r>
          </w:p>
        </w:tc>
      </w:tr>
      <w:tr w:rsidR="00706476" w:rsidRPr="00B62C6F" w14:paraId="0CD4170E" w14:textId="77777777" w:rsidTr="006053C0">
        <w:trPr>
          <w:trHeight w:val="570"/>
        </w:trPr>
        <w:tc>
          <w:tcPr>
            <w:tcW w:w="4227" w:type="dxa"/>
          </w:tcPr>
          <w:p w14:paraId="2BD6FD13" w14:textId="3C0F76F1" w:rsidR="00706476" w:rsidRPr="00B62C6F" w:rsidRDefault="00E24ECB" w:rsidP="0070647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lastRenderedPageBreak/>
              <w:t>ساهم الشات بوت في تحسين تجربتي العامة مع الشركات</w:t>
            </w:r>
          </w:p>
        </w:tc>
        <w:tc>
          <w:tcPr>
            <w:tcW w:w="923" w:type="dxa"/>
          </w:tcPr>
          <w:p w14:paraId="71B78D21" w14:textId="46E16C7B" w:rsidR="00706476" w:rsidRPr="00B62C6F" w:rsidRDefault="00706476" w:rsidP="0070647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17</w:t>
            </w:r>
            <w:r w:rsidR="0074066A" w:rsidRPr="00B62C6F">
              <w:rPr>
                <w:rFonts w:ascii="Simplified Arabic" w:eastAsia="Times New Roman" w:hAnsi="Simplified Arabic" w:cs="Simplified Arabic"/>
                <w:sz w:val="28"/>
                <w:szCs w:val="28"/>
              </w:rPr>
              <w:t>3</w:t>
            </w:r>
          </w:p>
        </w:tc>
        <w:tc>
          <w:tcPr>
            <w:tcW w:w="1030" w:type="dxa"/>
          </w:tcPr>
          <w:p w14:paraId="29AE12EA" w14:textId="560B29BE" w:rsidR="00706476" w:rsidRPr="00B62C6F" w:rsidRDefault="00921593" w:rsidP="0070647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60</w:t>
            </w:r>
            <w:r w:rsidR="00706476"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07</w:t>
            </w:r>
            <w:r w:rsidR="00706476" w:rsidRPr="00B62C6F">
              <w:rPr>
                <w:rFonts w:ascii="Simplified Arabic" w:eastAsia="Times New Roman" w:hAnsi="Simplified Arabic" w:cs="Simplified Arabic"/>
                <w:sz w:val="28"/>
                <w:szCs w:val="28"/>
              </w:rPr>
              <w:t>%</w:t>
            </w:r>
          </w:p>
        </w:tc>
        <w:tc>
          <w:tcPr>
            <w:tcW w:w="949" w:type="dxa"/>
          </w:tcPr>
          <w:p w14:paraId="16187274" w14:textId="77B168E7" w:rsidR="00706476" w:rsidRPr="00B62C6F" w:rsidRDefault="00E24ECB" w:rsidP="0070647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89</w:t>
            </w:r>
          </w:p>
        </w:tc>
        <w:tc>
          <w:tcPr>
            <w:tcW w:w="1030" w:type="dxa"/>
          </w:tcPr>
          <w:p w14:paraId="42EB7EA4" w14:textId="7B0FBA4D" w:rsidR="00706476" w:rsidRPr="00B62C6F" w:rsidRDefault="009C3565" w:rsidP="0070647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30</w:t>
            </w:r>
            <w:r w:rsidR="00706476"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90</w:t>
            </w:r>
            <w:r w:rsidR="00706476" w:rsidRPr="00B62C6F">
              <w:rPr>
                <w:rFonts w:ascii="Simplified Arabic" w:eastAsia="Times New Roman" w:hAnsi="Simplified Arabic" w:cs="Simplified Arabic"/>
                <w:sz w:val="28"/>
                <w:szCs w:val="28"/>
              </w:rPr>
              <w:t>%</w:t>
            </w:r>
          </w:p>
        </w:tc>
        <w:tc>
          <w:tcPr>
            <w:tcW w:w="999" w:type="dxa"/>
          </w:tcPr>
          <w:p w14:paraId="5F6643C0" w14:textId="438BCFAE" w:rsidR="00706476" w:rsidRPr="00B62C6F" w:rsidRDefault="00E24ECB" w:rsidP="0070647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26</w:t>
            </w:r>
          </w:p>
        </w:tc>
        <w:tc>
          <w:tcPr>
            <w:tcW w:w="1030" w:type="dxa"/>
          </w:tcPr>
          <w:p w14:paraId="71420559" w14:textId="350A82B4" w:rsidR="00706476" w:rsidRPr="00B62C6F" w:rsidRDefault="00985D63" w:rsidP="0070647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9</w:t>
            </w:r>
            <w:r w:rsidR="00706476"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03</w:t>
            </w:r>
            <w:r w:rsidR="00706476" w:rsidRPr="00B62C6F">
              <w:rPr>
                <w:rFonts w:ascii="Simplified Arabic" w:eastAsia="Times New Roman" w:hAnsi="Simplified Arabic" w:cs="Simplified Arabic"/>
                <w:sz w:val="28"/>
                <w:szCs w:val="28"/>
              </w:rPr>
              <w:t>%</w:t>
            </w:r>
          </w:p>
        </w:tc>
      </w:tr>
      <w:tr w:rsidR="00706476" w:rsidRPr="00B62C6F" w14:paraId="304329F1" w14:textId="77777777" w:rsidTr="006053C0">
        <w:trPr>
          <w:trHeight w:val="570"/>
        </w:trPr>
        <w:tc>
          <w:tcPr>
            <w:tcW w:w="4227" w:type="dxa"/>
          </w:tcPr>
          <w:p w14:paraId="4EF6D90E" w14:textId="5F302B91" w:rsidR="00706476" w:rsidRPr="00B62C6F" w:rsidRDefault="00E24ECB" w:rsidP="0070647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تجربة الشات بوت جعلتني أكثر ولاء في التعامل مع المنشأة</w:t>
            </w:r>
          </w:p>
        </w:tc>
        <w:tc>
          <w:tcPr>
            <w:tcW w:w="923" w:type="dxa"/>
          </w:tcPr>
          <w:p w14:paraId="6EF1D1BD" w14:textId="0BB08BF4" w:rsidR="00706476" w:rsidRPr="00B62C6F" w:rsidRDefault="0074066A" w:rsidP="0070647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157</w:t>
            </w:r>
          </w:p>
        </w:tc>
        <w:tc>
          <w:tcPr>
            <w:tcW w:w="1030" w:type="dxa"/>
          </w:tcPr>
          <w:p w14:paraId="4E082FD4" w14:textId="7A7A4828" w:rsidR="00706476" w:rsidRPr="00B62C6F" w:rsidRDefault="00706476" w:rsidP="0070647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5</w:t>
            </w:r>
            <w:r w:rsidR="00921593" w:rsidRPr="00B62C6F">
              <w:rPr>
                <w:rFonts w:ascii="Simplified Arabic" w:eastAsia="Times New Roman" w:hAnsi="Simplified Arabic" w:cs="Simplified Arabic"/>
                <w:sz w:val="28"/>
                <w:szCs w:val="28"/>
              </w:rPr>
              <w:t>4</w:t>
            </w:r>
            <w:r w:rsidRPr="00B62C6F">
              <w:rPr>
                <w:rFonts w:ascii="Simplified Arabic" w:eastAsia="Times New Roman" w:hAnsi="Simplified Arabic" w:cs="Simplified Arabic"/>
                <w:sz w:val="28"/>
                <w:szCs w:val="28"/>
              </w:rPr>
              <w:t>.</w:t>
            </w:r>
            <w:r w:rsidR="00921593" w:rsidRPr="00B62C6F">
              <w:rPr>
                <w:rFonts w:ascii="Simplified Arabic" w:eastAsia="Times New Roman" w:hAnsi="Simplified Arabic" w:cs="Simplified Arabic"/>
                <w:sz w:val="28"/>
                <w:szCs w:val="28"/>
              </w:rPr>
              <w:t>51</w:t>
            </w:r>
            <w:r w:rsidRPr="00B62C6F">
              <w:rPr>
                <w:rFonts w:ascii="Simplified Arabic" w:eastAsia="Times New Roman" w:hAnsi="Simplified Arabic" w:cs="Simplified Arabic"/>
                <w:sz w:val="28"/>
                <w:szCs w:val="28"/>
              </w:rPr>
              <w:t>%</w:t>
            </w:r>
          </w:p>
        </w:tc>
        <w:tc>
          <w:tcPr>
            <w:tcW w:w="949" w:type="dxa"/>
          </w:tcPr>
          <w:p w14:paraId="2B1FAEB6" w14:textId="795AFCD3" w:rsidR="00706476" w:rsidRPr="00B62C6F" w:rsidRDefault="00E24ECB" w:rsidP="0070647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105</w:t>
            </w:r>
          </w:p>
        </w:tc>
        <w:tc>
          <w:tcPr>
            <w:tcW w:w="1030" w:type="dxa"/>
          </w:tcPr>
          <w:p w14:paraId="797E35A9" w14:textId="2A3D8786" w:rsidR="00706476" w:rsidRPr="00B62C6F" w:rsidRDefault="009C3565" w:rsidP="0070647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36</w:t>
            </w:r>
            <w:r w:rsidR="00706476"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4</w:t>
            </w:r>
            <w:r w:rsidR="00706476" w:rsidRPr="00B62C6F">
              <w:rPr>
                <w:rFonts w:ascii="Simplified Arabic" w:eastAsia="Times New Roman" w:hAnsi="Simplified Arabic" w:cs="Simplified Arabic"/>
                <w:sz w:val="28"/>
                <w:szCs w:val="28"/>
              </w:rPr>
              <w:t>6%</w:t>
            </w:r>
          </w:p>
        </w:tc>
        <w:tc>
          <w:tcPr>
            <w:tcW w:w="999" w:type="dxa"/>
          </w:tcPr>
          <w:p w14:paraId="79DD8169" w14:textId="6BBD742C" w:rsidR="00706476" w:rsidRPr="00B62C6F" w:rsidRDefault="00E24ECB" w:rsidP="0070647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26</w:t>
            </w:r>
          </w:p>
        </w:tc>
        <w:tc>
          <w:tcPr>
            <w:tcW w:w="1030" w:type="dxa"/>
          </w:tcPr>
          <w:p w14:paraId="41BAA470" w14:textId="2D764D4A" w:rsidR="00706476" w:rsidRPr="00B62C6F" w:rsidRDefault="00985D63" w:rsidP="0070647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9</w:t>
            </w:r>
            <w:r w:rsidR="00706476"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03</w:t>
            </w:r>
            <w:r w:rsidR="00706476" w:rsidRPr="00B62C6F">
              <w:rPr>
                <w:rFonts w:ascii="Simplified Arabic" w:eastAsia="Times New Roman" w:hAnsi="Simplified Arabic" w:cs="Simplified Arabic"/>
                <w:sz w:val="28"/>
                <w:szCs w:val="28"/>
              </w:rPr>
              <w:t>%</w:t>
            </w:r>
          </w:p>
        </w:tc>
      </w:tr>
      <w:tr w:rsidR="00596A2B" w:rsidRPr="00B62C6F" w14:paraId="15059F31" w14:textId="77777777" w:rsidTr="006053C0">
        <w:trPr>
          <w:trHeight w:val="423"/>
        </w:trPr>
        <w:tc>
          <w:tcPr>
            <w:tcW w:w="4227" w:type="dxa"/>
          </w:tcPr>
          <w:p w14:paraId="1EDD5A7C" w14:textId="5403BC6D" w:rsidR="00596A2B" w:rsidRPr="00B62C6F" w:rsidRDefault="00B27536"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تجربة الشات بوت زادت من رغبتي في تكرار التعامل مع المنشأة</w:t>
            </w:r>
          </w:p>
        </w:tc>
        <w:tc>
          <w:tcPr>
            <w:tcW w:w="923" w:type="dxa"/>
          </w:tcPr>
          <w:p w14:paraId="2CE4FC53" w14:textId="59B7D2B5" w:rsidR="00596A2B" w:rsidRPr="00B62C6F" w:rsidRDefault="0074066A"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147</w:t>
            </w:r>
          </w:p>
        </w:tc>
        <w:tc>
          <w:tcPr>
            <w:tcW w:w="1030" w:type="dxa"/>
          </w:tcPr>
          <w:p w14:paraId="67B0B53F" w14:textId="6D1A677D" w:rsidR="00596A2B" w:rsidRPr="00B62C6F" w:rsidRDefault="00921593"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51</w:t>
            </w:r>
            <w:r w:rsidR="00596A2B"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0</w:t>
            </w:r>
            <w:r w:rsidR="00596A2B" w:rsidRPr="00B62C6F">
              <w:rPr>
                <w:rFonts w:ascii="Simplified Arabic" w:eastAsia="Times New Roman" w:hAnsi="Simplified Arabic" w:cs="Simplified Arabic"/>
                <w:sz w:val="28"/>
                <w:szCs w:val="28"/>
              </w:rPr>
              <w:t>4%</w:t>
            </w:r>
          </w:p>
        </w:tc>
        <w:tc>
          <w:tcPr>
            <w:tcW w:w="949" w:type="dxa"/>
          </w:tcPr>
          <w:p w14:paraId="01261B77" w14:textId="0ED85C21" w:rsidR="00596A2B" w:rsidRPr="00B62C6F" w:rsidRDefault="00E24ECB" w:rsidP="00321336">
            <w:pPr>
              <w:bidi/>
              <w:spacing w:before="100" w:beforeAutospacing="1" w:after="100" w:afterAutospacing="1"/>
              <w:jc w:val="center"/>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Pr>
              <w:t>107</w:t>
            </w:r>
          </w:p>
        </w:tc>
        <w:tc>
          <w:tcPr>
            <w:tcW w:w="1030" w:type="dxa"/>
          </w:tcPr>
          <w:p w14:paraId="2DF85516" w14:textId="681F7B68" w:rsidR="00596A2B" w:rsidRPr="00B62C6F" w:rsidRDefault="009C3565"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37</w:t>
            </w:r>
            <w:r w:rsidR="00596A2B"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15</w:t>
            </w:r>
            <w:r w:rsidR="00596A2B" w:rsidRPr="00B62C6F">
              <w:rPr>
                <w:rFonts w:ascii="Simplified Arabic" w:eastAsia="Times New Roman" w:hAnsi="Simplified Arabic" w:cs="Simplified Arabic"/>
                <w:sz w:val="28"/>
                <w:szCs w:val="28"/>
              </w:rPr>
              <w:t>%</w:t>
            </w:r>
          </w:p>
        </w:tc>
        <w:tc>
          <w:tcPr>
            <w:tcW w:w="999" w:type="dxa"/>
          </w:tcPr>
          <w:p w14:paraId="2AE4F0F4" w14:textId="40261AD9" w:rsidR="00596A2B" w:rsidRPr="00B62C6F" w:rsidRDefault="00E24ECB"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34</w:t>
            </w:r>
          </w:p>
        </w:tc>
        <w:tc>
          <w:tcPr>
            <w:tcW w:w="1030" w:type="dxa"/>
          </w:tcPr>
          <w:p w14:paraId="2BFC9C51" w14:textId="5B9D89C2" w:rsidR="00596A2B" w:rsidRPr="00B62C6F" w:rsidRDefault="00985D63"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11</w:t>
            </w:r>
            <w:r w:rsidR="00596A2B" w:rsidRPr="00B62C6F">
              <w:rPr>
                <w:rFonts w:ascii="Simplified Arabic" w:eastAsia="Times New Roman" w:hAnsi="Simplified Arabic" w:cs="Simplified Arabic"/>
                <w:sz w:val="28"/>
                <w:szCs w:val="28"/>
              </w:rPr>
              <w:t>.</w:t>
            </w:r>
            <w:r w:rsidRPr="00B62C6F">
              <w:rPr>
                <w:rFonts w:ascii="Simplified Arabic" w:eastAsia="Times New Roman" w:hAnsi="Simplified Arabic" w:cs="Simplified Arabic"/>
                <w:sz w:val="28"/>
                <w:szCs w:val="28"/>
              </w:rPr>
              <w:t>81</w:t>
            </w:r>
            <w:r w:rsidR="00596A2B" w:rsidRPr="00B62C6F">
              <w:rPr>
                <w:rFonts w:ascii="Simplified Arabic" w:eastAsia="Times New Roman" w:hAnsi="Simplified Arabic" w:cs="Simplified Arabic"/>
                <w:sz w:val="28"/>
                <w:szCs w:val="28"/>
              </w:rPr>
              <w:t>%</w:t>
            </w:r>
          </w:p>
        </w:tc>
      </w:tr>
      <w:tr w:rsidR="00596A2B" w:rsidRPr="00B62C6F" w14:paraId="62FA86A8" w14:textId="77777777" w:rsidTr="006053C0">
        <w:trPr>
          <w:trHeight w:val="403"/>
        </w:trPr>
        <w:tc>
          <w:tcPr>
            <w:tcW w:w="4227" w:type="dxa"/>
          </w:tcPr>
          <w:p w14:paraId="13B8C8C6" w14:textId="77777777" w:rsidR="00596A2B" w:rsidRPr="00B62C6F" w:rsidRDefault="00596A2B" w:rsidP="00321336">
            <w:pPr>
              <w:bidi/>
              <w:spacing w:before="100" w:beforeAutospacing="1" w:after="100" w:afterAutospacing="1"/>
              <w:jc w:val="center"/>
              <w:rPr>
                <w:rFonts w:ascii="Simplified Arabic" w:eastAsia="Times New Roman" w:hAnsi="Simplified Arabic" w:cs="Simplified Arabic"/>
                <w:b/>
                <w:bCs/>
                <w:sz w:val="28"/>
                <w:szCs w:val="28"/>
                <w:rtl/>
              </w:rPr>
            </w:pPr>
            <w:r w:rsidRPr="00B62C6F">
              <w:rPr>
                <w:rFonts w:ascii="Simplified Arabic" w:eastAsia="Times New Roman" w:hAnsi="Simplified Arabic" w:cs="Simplified Arabic"/>
                <w:b/>
                <w:bCs/>
                <w:sz w:val="28"/>
                <w:szCs w:val="28"/>
                <w:rtl/>
              </w:rPr>
              <w:t>الإجمالي (عدد أفراد العينة)</w:t>
            </w:r>
          </w:p>
        </w:tc>
        <w:tc>
          <w:tcPr>
            <w:tcW w:w="5961" w:type="dxa"/>
            <w:gridSpan w:val="6"/>
          </w:tcPr>
          <w:p w14:paraId="32FB04F9" w14:textId="77777777" w:rsidR="00596A2B" w:rsidRPr="00B62C6F" w:rsidRDefault="00596A2B" w:rsidP="00321336">
            <w:pPr>
              <w:bidi/>
              <w:spacing w:before="100" w:beforeAutospacing="1" w:after="100" w:afterAutospacing="1"/>
              <w:jc w:val="center"/>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Pr>
              <w:t>288</w:t>
            </w:r>
          </w:p>
        </w:tc>
      </w:tr>
    </w:tbl>
    <w:p w14:paraId="15646ECA" w14:textId="484F6C78" w:rsidR="00596A2B" w:rsidRPr="00B62C6F" w:rsidRDefault="00596A2B" w:rsidP="00596A2B">
      <w:pPr>
        <w:bidi/>
        <w:spacing w:line="360" w:lineRule="auto"/>
        <w:jc w:val="both"/>
        <w:rPr>
          <w:rFonts w:ascii="Simplified Arabic" w:hAnsi="Simplified Arabic" w:cs="Simplified Arabic"/>
          <w:b/>
          <w:bCs/>
          <w:sz w:val="28"/>
          <w:szCs w:val="28"/>
          <w:rtl/>
        </w:rPr>
      </w:pPr>
    </w:p>
    <w:p w14:paraId="0FEB5CBA" w14:textId="492CF0CC" w:rsidR="004D43B3" w:rsidRPr="00B62C6F" w:rsidRDefault="004D43B3" w:rsidP="004D43B3">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w:t>
      </w:r>
      <w:r w:rsidR="009109E8" w:rsidRPr="00B62C6F">
        <w:rPr>
          <w:rFonts w:ascii="Simplified Arabic" w:eastAsia="Times New Roman" w:hAnsi="Simplified Arabic" w:cs="Simplified Arabic"/>
          <w:sz w:val="28"/>
          <w:szCs w:val="28"/>
          <w:rtl/>
        </w:rPr>
        <w:t>تشير نتائج الجدول (12) إلى وجود اتجاهات تفاعلية إيجابية مرتفعة من قِبل المبحوثين نحو تقييم مخرجات التعامل مع جودة أنظمة الشات بوت، حيث تصدرت العبارة رقم (1) والخاصة بـ "توفير وقت كبير مقارنة بالقنوات التقليدية" أعلى معدلات الموافقة بنسبة 76.04%، تلتها العبارة رقم (2) والمتعلقة بـ "جعل عملية التواصل أكثر سهولة ومرونة" بنسبة 68.75%، وحلت عبارة "توفير الجهد أثناء التفاعل الرقمي" ثالثة بنسبة 65.97%، وجاءت عبارات وضوح التوجيه والتحويل السلس والمساهمة في تحسين التجربة العامة بنسب موافقة مستقرة تراوحت بين 61.46% و 60.07%، في حين شهدت العبارات السلوكية المرتبطة ببناء ولاء المستهلك وتكرار تعامله انخفاضاً نسبياً لتسجل 54.51% و 51.04% تتابعاً. وفي المقابل، حظيت العبارة رقم (4) وهي العبارة السلبية المقاسة لـ "الشعور بالإحباط بسبب الجمود التكنولوجي وتكرار بعض الردود" بموافقة واضحة بلغت 61.81%. و</w:t>
      </w:r>
      <w:r w:rsidR="00AA470E" w:rsidRPr="00B62C6F">
        <w:rPr>
          <w:rFonts w:ascii="Simplified Arabic" w:eastAsia="Times New Roman" w:hAnsi="Simplified Arabic" w:cs="Simplified Arabic"/>
          <w:sz w:val="28"/>
          <w:szCs w:val="28"/>
          <w:rtl/>
        </w:rPr>
        <w:t>ت</w:t>
      </w:r>
      <w:r w:rsidR="009109E8" w:rsidRPr="00B62C6F">
        <w:rPr>
          <w:rFonts w:ascii="Simplified Arabic" w:eastAsia="Times New Roman" w:hAnsi="Simplified Arabic" w:cs="Simplified Arabic"/>
          <w:sz w:val="28"/>
          <w:szCs w:val="28"/>
          <w:rtl/>
        </w:rPr>
        <w:t>فسر الباحث</w:t>
      </w:r>
      <w:r w:rsidR="00AA470E" w:rsidRPr="00B62C6F">
        <w:rPr>
          <w:rFonts w:ascii="Simplified Arabic" w:eastAsia="Times New Roman" w:hAnsi="Simplified Arabic" w:cs="Simplified Arabic"/>
          <w:sz w:val="28"/>
          <w:szCs w:val="28"/>
          <w:rtl/>
        </w:rPr>
        <w:t>ة</w:t>
      </w:r>
      <w:r w:rsidR="009109E8" w:rsidRPr="00B62C6F">
        <w:rPr>
          <w:rFonts w:ascii="Simplified Arabic" w:eastAsia="Times New Roman" w:hAnsi="Simplified Arabic" w:cs="Simplified Arabic"/>
          <w:sz w:val="28"/>
          <w:szCs w:val="28"/>
          <w:rtl/>
        </w:rPr>
        <w:t xml:space="preserve"> هذا التدرج الرقمي ميدانياً بأن المستهلك الرقمي المحلي يلمس بوضوح المنافع النفعية المباشرة للأتمتة والذكاء الاصطناعي والمتمثلة في سرعة الاستجابة المباشرة واختصار الهدر الزمني والبدني المعتاد في مراكز الاتصال السابقة، مما يدعم سهولة وانسيابية رحلته الاتصالية الإيجابية، إلا أن بقاء حلقات المحادثة المفرغة والجمود البرمجي لبعض الأنظمة يمثل عائقاً حاداً يولد شعوراً بالإحباط التقني يحد نسبياً من قدرة الشات بوت على تحويل الرضا النفعي المؤقت إلى ولاء عاطفي طويل الأجل أو رغبة مطلقة في تكرار التعامل المستمر مع المنشأة</w:t>
      </w:r>
      <w:r w:rsidR="009109E8" w:rsidRPr="00B62C6F">
        <w:rPr>
          <w:rFonts w:ascii="Simplified Arabic" w:eastAsia="Times New Roman" w:hAnsi="Simplified Arabic" w:cs="Simplified Arabic"/>
          <w:sz w:val="28"/>
          <w:szCs w:val="28"/>
        </w:rPr>
        <w:t>.</w:t>
      </w:r>
    </w:p>
    <w:p w14:paraId="0B16BC53" w14:textId="07B924D5" w:rsidR="009109E8" w:rsidRPr="00B62C6F" w:rsidRDefault="004D43B3" w:rsidP="004D43B3">
      <w:p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w:t>
      </w:r>
      <w:r w:rsidR="009109E8" w:rsidRPr="00B62C6F">
        <w:rPr>
          <w:rFonts w:ascii="Simplified Arabic" w:eastAsia="Times New Roman" w:hAnsi="Simplified Arabic" w:cs="Simplified Arabic"/>
          <w:sz w:val="28"/>
          <w:szCs w:val="28"/>
          <w:rtl/>
        </w:rPr>
        <w:t>وتتفق هذه النتيجة مع ما أسفرت عنه دراسة (الهذلي، 2025) من أن تبني حلول التواصل الرقمي الذكي يحقق تحسيناً جوهرياً في تجربة العميل ويسرع من تلبية متطلباته وتوجيهه الإجرائي بمرونة عالية. كما تلتقي النتائج سياقياً مع دراسة</w:t>
      </w:r>
      <w:r w:rsidR="009109E8" w:rsidRPr="00B62C6F">
        <w:rPr>
          <w:rFonts w:ascii="Simplified Arabic" w:eastAsia="Times New Roman" w:hAnsi="Simplified Arabic" w:cs="Simplified Arabic"/>
          <w:sz w:val="28"/>
          <w:szCs w:val="28"/>
        </w:rPr>
        <w:t xml:space="preserve"> (Lee &amp; Chang, 2023) </w:t>
      </w:r>
      <w:r w:rsidR="009109E8" w:rsidRPr="00B62C6F">
        <w:rPr>
          <w:rFonts w:ascii="Simplified Arabic" w:eastAsia="Times New Roman" w:hAnsi="Simplified Arabic" w:cs="Simplified Arabic"/>
          <w:sz w:val="28"/>
          <w:szCs w:val="28"/>
          <w:rtl/>
        </w:rPr>
        <w:t xml:space="preserve">الأجنبية التي أثبتت أن التفاعلية والوضوح الإجرائي عبر الذكاء </w:t>
      </w:r>
      <w:r w:rsidR="009109E8" w:rsidRPr="00B62C6F">
        <w:rPr>
          <w:rFonts w:ascii="Simplified Arabic" w:eastAsia="Times New Roman" w:hAnsi="Simplified Arabic" w:cs="Simplified Arabic"/>
          <w:sz w:val="28"/>
          <w:szCs w:val="28"/>
          <w:rtl/>
        </w:rPr>
        <w:lastRenderedPageBreak/>
        <w:t>الاصطناعي يسهمان بشكل حاسم في تذليل معوقات التواصل وبناء تجربة مستخدم رقمية إيجابية ومستدامة. وتتطابق المحصلة طردياً مع دراسة</w:t>
      </w:r>
      <w:r w:rsidR="009109E8" w:rsidRPr="00B62C6F">
        <w:rPr>
          <w:rFonts w:ascii="Simplified Arabic" w:eastAsia="Times New Roman" w:hAnsi="Simplified Arabic" w:cs="Simplified Arabic"/>
          <w:sz w:val="28"/>
          <w:szCs w:val="28"/>
        </w:rPr>
        <w:t xml:space="preserve"> (Brown &amp; Wilson, 2023) </w:t>
      </w:r>
      <w:r w:rsidR="009109E8" w:rsidRPr="00B62C6F">
        <w:rPr>
          <w:rFonts w:ascii="Simplified Arabic" w:eastAsia="Times New Roman" w:hAnsi="Simplified Arabic" w:cs="Simplified Arabic"/>
          <w:sz w:val="28"/>
          <w:szCs w:val="28"/>
          <w:rtl/>
        </w:rPr>
        <w:t>في جانبها السلبي، حيث برهنت على أن الحلقات التكرارية المفرغة في المحادثة الآلية وعجز النظام عن فهم مقصد العميل وغياب خيارات التحويل للموظف البشري يولد نقاط احتكاك حادة تعوق انسيابية التجربة وتؤدي لتراجع العميل ومغادرته للمنصة. ونظرياً، فإن تجربة العميل الرقمية تتألف من جوانب معرفية وعاطفية وسلوكية متداخلة تفرض على الشركات إدارة نقاط الاتصال بمرونة فائقة تحقق التوازن بين كفاءة التكنولوجيا والتعاطف الإنساني لضمان الولاء التنافسي وصيانة صورتها الذهنية (سليمان، 2023، ص. 134). وهو ما يتسق تماماً مع الخطط والإحصاءات الشاملة التي تبين توجه المنشآت المحلية لتطبيق معايير جودة الاتصال وحوكمة البيانات لتطوير البنية الخدمية تماشياً مع مستهدفات رؤية المملكة 2030 (وزارة الاتصالات وتقنية المعلومات، 2020، ص. 14</w:t>
      </w:r>
      <w:r w:rsidRPr="00B62C6F">
        <w:rPr>
          <w:rFonts w:ascii="Simplified Arabic" w:eastAsia="Times New Roman" w:hAnsi="Simplified Arabic" w:cs="Simplified Arabic"/>
          <w:sz w:val="28"/>
          <w:szCs w:val="28"/>
          <w:rtl/>
        </w:rPr>
        <w:t>).</w:t>
      </w:r>
    </w:p>
    <w:p w14:paraId="2A011AE0" w14:textId="64C6A8F6" w:rsidR="009109E8" w:rsidRPr="00B62C6F" w:rsidRDefault="009109E8" w:rsidP="009109E8">
      <w:pPr>
        <w:bidi/>
        <w:spacing w:line="360" w:lineRule="auto"/>
        <w:jc w:val="both"/>
        <w:rPr>
          <w:rFonts w:ascii="Simplified Arabic" w:hAnsi="Simplified Arabic" w:cs="Simplified Arabic"/>
          <w:b/>
          <w:bCs/>
          <w:sz w:val="28"/>
          <w:szCs w:val="28"/>
          <w:rtl/>
        </w:rPr>
      </w:pPr>
    </w:p>
    <w:p w14:paraId="344CDE4D" w14:textId="03F91042" w:rsidR="004D43B3" w:rsidRPr="00B62C6F" w:rsidRDefault="004D43B3" w:rsidP="004D43B3">
      <w:pPr>
        <w:bidi/>
        <w:spacing w:line="360" w:lineRule="auto"/>
        <w:jc w:val="both"/>
        <w:rPr>
          <w:rFonts w:ascii="Simplified Arabic" w:hAnsi="Simplified Arabic" w:cs="Simplified Arabic"/>
          <w:b/>
          <w:bCs/>
          <w:sz w:val="28"/>
          <w:szCs w:val="28"/>
          <w:rtl/>
        </w:rPr>
      </w:pPr>
    </w:p>
    <w:p w14:paraId="04F1771E" w14:textId="3E7363C9" w:rsidR="004D43B3" w:rsidRPr="00B62C6F" w:rsidRDefault="004D43B3" w:rsidP="004D43B3">
      <w:pPr>
        <w:bidi/>
        <w:spacing w:line="360" w:lineRule="auto"/>
        <w:jc w:val="both"/>
        <w:rPr>
          <w:rFonts w:ascii="Simplified Arabic" w:hAnsi="Simplified Arabic" w:cs="Simplified Arabic"/>
          <w:b/>
          <w:bCs/>
          <w:sz w:val="28"/>
          <w:szCs w:val="28"/>
          <w:rtl/>
        </w:rPr>
      </w:pPr>
    </w:p>
    <w:p w14:paraId="6BC7DE19" w14:textId="6DA05B3E" w:rsidR="004D43B3" w:rsidRPr="00B62C6F" w:rsidRDefault="004D43B3" w:rsidP="004D43B3">
      <w:pPr>
        <w:bidi/>
        <w:spacing w:line="360" w:lineRule="auto"/>
        <w:jc w:val="both"/>
        <w:rPr>
          <w:rFonts w:ascii="Simplified Arabic" w:hAnsi="Simplified Arabic" w:cs="Simplified Arabic"/>
          <w:b/>
          <w:bCs/>
          <w:sz w:val="28"/>
          <w:szCs w:val="28"/>
          <w:rtl/>
        </w:rPr>
      </w:pPr>
    </w:p>
    <w:p w14:paraId="3BD94499" w14:textId="19296ACA" w:rsidR="004D43B3" w:rsidRPr="00B62C6F" w:rsidRDefault="004D43B3" w:rsidP="004D43B3">
      <w:pPr>
        <w:bidi/>
        <w:spacing w:line="360" w:lineRule="auto"/>
        <w:jc w:val="both"/>
        <w:rPr>
          <w:rFonts w:ascii="Simplified Arabic" w:hAnsi="Simplified Arabic" w:cs="Simplified Arabic"/>
          <w:b/>
          <w:bCs/>
          <w:sz w:val="28"/>
          <w:szCs w:val="28"/>
          <w:rtl/>
        </w:rPr>
      </w:pPr>
    </w:p>
    <w:p w14:paraId="64F28C9D" w14:textId="48095CF1" w:rsidR="004D43B3" w:rsidRPr="00B62C6F" w:rsidRDefault="004D43B3" w:rsidP="004D43B3">
      <w:pPr>
        <w:bidi/>
        <w:spacing w:line="360" w:lineRule="auto"/>
        <w:jc w:val="both"/>
        <w:rPr>
          <w:rFonts w:ascii="Simplified Arabic" w:hAnsi="Simplified Arabic" w:cs="Simplified Arabic"/>
          <w:b/>
          <w:bCs/>
          <w:sz w:val="28"/>
          <w:szCs w:val="28"/>
          <w:rtl/>
        </w:rPr>
      </w:pPr>
    </w:p>
    <w:p w14:paraId="2A3F77B2" w14:textId="5FDFC1F3" w:rsidR="004D43B3" w:rsidRPr="00B62C6F" w:rsidRDefault="004D43B3" w:rsidP="004D43B3">
      <w:pPr>
        <w:bidi/>
        <w:spacing w:line="360" w:lineRule="auto"/>
        <w:jc w:val="both"/>
        <w:rPr>
          <w:rFonts w:ascii="Simplified Arabic" w:hAnsi="Simplified Arabic" w:cs="Simplified Arabic"/>
          <w:b/>
          <w:bCs/>
          <w:sz w:val="28"/>
          <w:szCs w:val="28"/>
          <w:rtl/>
        </w:rPr>
      </w:pPr>
    </w:p>
    <w:p w14:paraId="262082C3" w14:textId="48453381" w:rsidR="004D43B3" w:rsidRPr="00B62C6F" w:rsidRDefault="004D43B3" w:rsidP="004D43B3">
      <w:pPr>
        <w:bidi/>
        <w:spacing w:line="360" w:lineRule="auto"/>
        <w:jc w:val="both"/>
        <w:rPr>
          <w:rFonts w:ascii="Simplified Arabic" w:hAnsi="Simplified Arabic" w:cs="Simplified Arabic"/>
          <w:b/>
          <w:bCs/>
          <w:sz w:val="28"/>
          <w:szCs w:val="28"/>
          <w:rtl/>
        </w:rPr>
      </w:pPr>
    </w:p>
    <w:p w14:paraId="223F0319" w14:textId="1973B9A2" w:rsidR="00596A2B" w:rsidRPr="00B62C6F" w:rsidRDefault="00596A2B" w:rsidP="00596A2B">
      <w:pPr>
        <w:bidi/>
        <w:spacing w:line="360" w:lineRule="auto"/>
        <w:jc w:val="both"/>
        <w:rPr>
          <w:rFonts w:ascii="Simplified Arabic" w:hAnsi="Simplified Arabic" w:cs="Simplified Arabic"/>
          <w:b/>
          <w:bCs/>
          <w:sz w:val="28"/>
          <w:szCs w:val="28"/>
          <w:rtl/>
        </w:rPr>
      </w:pPr>
    </w:p>
    <w:p w14:paraId="12EA0B3D" w14:textId="1ADFF4D0" w:rsidR="00861108" w:rsidRPr="00A27BD9" w:rsidRDefault="00861108" w:rsidP="00AC7ADD">
      <w:pPr>
        <w:bidi/>
        <w:jc w:val="center"/>
        <w:rPr>
          <w:rFonts w:ascii="Simplified Arabic" w:hAnsi="Simplified Arabic" w:cs="Simplified Arabic"/>
          <w:b/>
          <w:bCs/>
          <w:sz w:val="36"/>
          <w:szCs w:val="36"/>
        </w:rPr>
      </w:pPr>
      <w:r w:rsidRPr="00A27BD9">
        <w:rPr>
          <w:rFonts w:ascii="Simplified Arabic" w:hAnsi="Simplified Arabic" w:cs="Simplified Arabic"/>
          <w:b/>
          <w:bCs/>
          <w:sz w:val="36"/>
          <w:szCs w:val="36"/>
          <w:rtl/>
        </w:rPr>
        <w:lastRenderedPageBreak/>
        <w:t>الخاتمة:</w:t>
      </w:r>
    </w:p>
    <w:p w14:paraId="26A424E7" w14:textId="10DCA628" w:rsidR="00EA0832" w:rsidRPr="00B62C6F" w:rsidRDefault="00EA0832" w:rsidP="00AC7ADD">
      <w:pPr>
        <w:bidi/>
        <w:spacing w:before="240" w:after="0"/>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استهدفت الدراسة الحالية التعرف على دور الشات بوت المعتمد على الذكاء الاصطناعي في تحسين تجربة العملاء وتسهيل التواصل مع الشركات في المملكة العربية السعودية. واعتمدت الدراسة على منهج المسح بصفته المنهج الأنسب لطبيعة الظاهرة وأهدافها، وتم جمع البيانات من خلال استمارة الاستبيان الإلكتروني كأداة رئيسية لجمع البيانات، حيث جرى تطبيقها ميدانياً على عينة عمدية قوامها (</w:t>
      </w:r>
      <w:r w:rsidR="000A7C45">
        <w:rPr>
          <w:rFonts w:ascii="Simplified Arabic" w:eastAsia="Times New Roman" w:hAnsi="Simplified Arabic" w:cs="Simplified Arabic" w:hint="cs"/>
          <w:sz w:val="28"/>
          <w:szCs w:val="28"/>
          <w:rtl/>
        </w:rPr>
        <w:t>288</w:t>
      </w:r>
      <w:r w:rsidRPr="00B62C6F">
        <w:rPr>
          <w:rFonts w:ascii="Simplified Arabic" w:eastAsia="Times New Roman" w:hAnsi="Simplified Arabic" w:cs="Simplified Arabic"/>
          <w:sz w:val="28"/>
          <w:szCs w:val="28"/>
          <w:rtl/>
        </w:rPr>
        <w:t>) مبحوثاً من المستهلكين الرقميين الذين سبق لهم التعامل مع قنوات الرد الآلي والمساعدات الذكية للشركات بداخل المملكة</w:t>
      </w:r>
      <w:r w:rsidRPr="00B62C6F">
        <w:rPr>
          <w:rFonts w:ascii="Simplified Arabic" w:eastAsia="Times New Roman" w:hAnsi="Simplified Arabic" w:cs="Simplified Arabic"/>
          <w:sz w:val="28"/>
          <w:szCs w:val="28"/>
        </w:rPr>
        <w:t>.</w:t>
      </w:r>
    </w:p>
    <w:p w14:paraId="0CF12088" w14:textId="308EBADC" w:rsidR="00EA0832" w:rsidRPr="00B62C6F" w:rsidRDefault="00687846" w:rsidP="00AC7ADD">
      <w:pPr>
        <w:bidi/>
        <w:spacing w:before="240" w:after="0"/>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w:t>
      </w:r>
      <w:r w:rsidR="00EA0832" w:rsidRPr="00B62C6F">
        <w:rPr>
          <w:rFonts w:ascii="Simplified Arabic" w:eastAsia="Times New Roman" w:hAnsi="Simplified Arabic" w:cs="Simplified Arabic"/>
          <w:sz w:val="28"/>
          <w:szCs w:val="28"/>
          <w:rtl/>
        </w:rPr>
        <w:t>وقد كشف ختام الدراسة عن ملامح واضحة ومؤشرات ميدانية تؤكد امتلاك غالبية أفراد العينة خبرة مستقرة وألفة تكنولوجية واضحة في التعامل مع أنظمة الشات بوت التابعة للمنشآت تمتد لفترة زمنية تتراوح بين سنة إلى خمس سنوات. كما أظهرت المحصلة الإحصائية أن النمط السائد للاستخدام بين المبحوثين يتسم بالطبيعة النفعية والعملية؛ حيث يفضل أغلبية الجمهور اللجوء للمساعد الذكي عند نشوء حاجة اتصالية ملحة وبمستوى لجوء متوازن يتردد بين الحين والآخر للحصول على معلومات فورية وسريعة، مما يزيد من فرص تفاعلهم اليومي مع تلك الأدوات الرقمية عند نشوء قضايا روتينية طارئة</w:t>
      </w:r>
      <w:r w:rsidR="00EA0832" w:rsidRPr="00B62C6F">
        <w:rPr>
          <w:rFonts w:ascii="Simplified Arabic" w:eastAsia="Times New Roman" w:hAnsi="Simplified Arabic" w:cs="Simplified Arabic"/>
          <w:sz w:val="28"/>
          <w:szCs w:val="28"/>
        </w:rPr>
        <w:t>.</w:t>
      </w:r>
    </w:p>
    <w:p w14:paraId="23B8DC86" w14:textId="7E89D0B5" w:rsidR="00AC7ADD" w:rsidRDefault="00EA0832" w:rsidP="00AC7ADD">
      <w:pPr>
        <w:bidi/>
        <w:spacing w:before="240" w:after="0"/>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 xml:space="preserve">     كذلك أظهرت النتائج أن المتاجر الإلكترونية، والبنوك والخدمات المالية، وشركات الاتصالات تصدرت قائمة القطاعات التنافسية الأكثر تفضيلاً واعتماداً من قِبل الجمهور السعودي للتعامل عبر المساعد التفاعلي الآلي. ويعكس هذا التحليل تنامي الاستثمار الرقمي والتبني الاستراتيجي للأتمتة في هذه القطاعات الحيوية التي تواجه تدفقاً هائلاً من المعاملات؛ حيث تحولت خوارزميات الشات بوت من مجرد قنوات دعم تقليدية إلى مصادر مرجعية فورية تبرع في تلبية استفسارات المستفيدين حول المنتجات وتتبع حالة الشحنات وتوفير الأسعار بدقة بالغة واختصار</w:t>
      </w:r>
      <w:r w:rsidR="00A27BD9">
        <w:rPr>
          <w:rFonts w:ascii="Simplified Arabic" w:eastAsia="Times New Roman" w:hAnsi="Simplified Arabic" w:cs="Simplified Arabic" w:hint="cs"/>
          <w:sz w:val="28"/>
          <w:szCs w:val="28"/>
          <w:rtl/>
        </w:rPr>
        <w:t xml:space="preserve"> </w:t>
      </w:r>
      <w:r w:rsidR="00A27BD9" w:rsidRPr="00B62C6F">
        <w:rPr>
          <w:rFonts w:ascii="Simplified Arabic" w:eastAsia="Times New Roman" w:hAnsi="Simplified Arabic" w:cs="Simplified Arabic"/>
          <w:sz w:val="28"/>
          <w:szCs w:val="28"/>
          <w:rtl/>
        </w:rPr>
        <w:t>للوقت</w:t>
      </w:r>
      <w:r w:rsidR="00AC7ADD">
        <w:rPr>
          <w:rFonts w:ascii="Simplified Arabic" w:eastAsia="Times New Roman" w:hAnsi="Simplified Arabic" w:cs="Simplified Arabic" w:hint="cs"/>
          <w:sz w:val="28"/>
          <w:szCs w:val="28"/>
          <w:rtl/>
        </w:rPr>
        <w:t>.</w:t>
      </w:r>
    </w:p>
    <w:p w14:paraId="5FBA1A15" w14:textId="0818B355" w:rsidR="00EA0832" w:rsidRPr="00B62C6F" w:rsidRDefault="00EA0832" w:rsidP="00AC7ADD">
      <w:pPr>
        <w:bidi/>
        <w:spacing w:before="240" w:after="0"/>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 xml:space="preserve">     وتحليلاً وتفسيراً علمياً لهذه النتائج وبيان دلالاتها العلمية والعملية، يتضح أن المستهلك الرقمي المحلي يدرك بوضوح المنافع المباشرة الملموسة لتكنولوجيا الذكاء الاصطناعي والمتمثلة في تيسير قنوات تدفق البيانات، وإلغاء الحواجز الزمنية، وتوفير قنوات خدمة ذاتية مرنة تمكن العميل من إنهاء طلباته بشكل مستقل وبأقل جهد زمني وبدني ممكن. إن هذه الفورية الإجرائية والوضوح المعرفي يساهمان بشكل حاسم في تذليل معوقات الاتصال </w:t>
      </w:r>
      <w:r w:rsidRPr="00B62C6F">
        <w:rPr>
          <w:rFonts w:ascii="Simplified Arabic" w:eastAsia="Times New Roman" w:hAnsi="Simplified Arabic" w:cs="Simplified Arabic"/>
          <w:sz w:val="28"/>
          <w:szCs w:val="28"/>
          <w:rtl/>
        </w:rPr>
        <w:lastRenderedPageBreak/>
        <w:t>المؤسسي، وتقليص مستويات المخاطرة المدركة، مما ينعكس إيجابياً على إثراء محددات رحلة العميل والارتقاء بجودة تجربته الإجمالية ومستويات رضاه</w:t>
      </w:r>
      <w:r w:rsidRPr="00B62C6F">
        <w:rPr>
          <w:rFonts w:ascii="Simplified Arabic" w:eastAsia="Times New Roman" w:hAnsi="Simplified Arabic" w:cs="Simplified Arabic"/>
          <w:sz w:val="28"/>
          <w:szCs w:val="28"/>
        </w:rPr>
        <w:t>.</w:t>
      </w:r>
    </w:p>
    <w:p w14:paraId="3D6B03A3" w14:textId="26C42494" w:rsidR="00861108" w:rsidRPr="00B62C6F" w:rsidRDefault="00EA0832" w:rsidP="00AC7ADD">
      <w:pPr>
        <w:bidi/>
        <w:spacing w:before="240" w:after="0"/>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 xml:space="preserve">     إجمالاً، يتأصل من فحص التفاعل الرقمي استنتاج عام يؤكد النجاح الكبير لنقاط الاتصال الذكية في تبسيط العمليات وتسهيل الاتصال بالمنشآت المعاصرة. إلا أن الدراسة رصدت في الوقت ذاته تحديات بنيوية حرجة تعوق انسيابية التجربة؛ إذ إن بقاء مشكلات الجمود التكنولوجي، وتكرار الردود الآلية، وقصور الأنظمة عن استيعاب السياقات الإنسانية المعقدة أو اللهجات المحلية يمثل عائقاً حاداً يولد شعوراً بالإحباط التقني ونقاط احتكاك حادة لدى المستهلكين. وتؤكد دلالة هذه المخرجات أن قصور النظام عن تقديم حلول مرنة أو غياب خيارات التحويل السلس والمباشر للعنصر البشري يحد نسبياً من كفاءة الشات بوت في تحويل الرضا النفعي المؤقت إلى ولاء عاطفي مستدام ورغبة مطلقة في تكرار التعامل طويل الأجل مع الشركات السعودية</w:t>
      </w:r>
      <w:r w:rsidRPr="00B62C6F">
        <w:rPr>
          <w:rFonts w:ascii="Simplified Arabic" w:eastAsia="Times New Roman" w:hAnsi="Simplified Arabic" w:cs="Simplified Arabic"/>
          <w:sz w:val="28"/>
          <w:szCs w:val="28"/>
        </w:rPr>
        <w:t>.</w:t>
      </w:r>
    </w:p>
    <w:p w14:paraId="4DBC1BE7" w14:textId="77777777" w:rsidR="00DC0974" w:rsidRPr="00B62C6F" w:rsidRDefault="00DC0974" w:rsidP="00AC7ADD">
      <w:pPr>
        <w:bidi/>
        <w:spacing w:before="240" w:after="0"/>
        <w:jc w:val="both"/>
        <w:rPr>
          <w:rFonts w:ascii="Simplified Arabic" w:eastAsia="Times New Roman" w:hAnsi="Simplified Arabic" w:cs="Simplified Arabic"/>
          <w:sz w:val="28"/>
          <w:szCs w:val="28"/>
          <w:rtl/>
        </w:rPr>
      </w:pPr>
    </w:p>
    <w:p w14:paraId="17A65023" w14:textId="5046ACE7" w:rsidR="00DC0974" w:rsidRPr="00B62C6F" w:rsidRDefault="00861108" w:rsidP="00AC7ADD">
      <w:pPr>
        <w:bidi/>
        <w:spacing w:after="180"/>
        <w:jc w:val="both"/>
        <w:rPr>
          <w:rFonts w:ascii="Simplified Arabic" w:eastAsia="Times New Roman" w:hAnsi="Simplified Arabic" w:cs="Simplified Arabic"/>
          <w:b/>
          <w:bCs/>
          <w:sz w:val="28"/>
          <w:szCs w:val="28"/>
          <w:u w:val="single"/>
          <w:rtl/>
        </w:rPr>
      </w:pPr>
      <w:r w:rsidRPr="00B62C6F">
        <w:rPr>
          <w:rFonts w:ascii="Simplified Arabic" w:eastAsia="Times New Roman" w:hAnsi="Simplified Arabic" w:cs="Simplified Arabic"/>
          <w:b/>
          <w:bCs/>
          <w:sz w:val="28"/>
          <w:szCs w:val="28"/>
          <w:u w:val="single"/>
          <w:rtl/>
        </w:rPr>
        <w:t>توصيات الدراسة</w:t>
      </w:r>
      <w:r w:rsidRPr="00B62C6F">
        <w:rPr>
          <w:rFonts w:ascii="Simplified Arabic" w:eastAsia="Times New Roman" w:hAnsi="Simplified Arabic" w:cs="Simplified Arabic"/>
          <w:b/>
          <w:bCs/>
          <w:sz w:val="28"/>
          <w:szCs w:val="28"/>
          <w:u w:val="single"/>
        </w:rPr>
        <w:t>:</w:t>
      </w:r>
    </w:p>
    <w:p w14:paraId="2DC951CF" w14:textId="44875A77" w:rsidR="00781458" w:rsidRPr="00B62C6F" w:rsidRDefault="007234A1" w:rsidP="00AC7ADD">
      <w:pPr>
        <w:bidi/>
        <w:jc w:val="both"/>
        <w:rPr>
          <w:rFonts w:ascii="Simplified Arabic" w:hAnsi="Simplified Arabic" w:cs="Simplified Arabic"/>
          <w:sz w:val="28"/>
          <w:szCs w:val="28"/>
          <w:rtl/>
        </w:rPr>
      </w:pPr>
      <w:r w:rsidRPr="00B62C6F">
        <w:rPr>
          <w:rFonts w:ascii="Simplified Arabic" w:hAnsi="Simplified Arabic" w:cs="Simplified Arabic"/>
          <w:sz w:val="28"/>
          <w:szCs w:val="28"/>
          <w:rtl/>
        </w:rPr>
        <w:t xml:space="preserve">- </w:t>
      </w:r>
      <w:r w:rsidR="00781458" w:rsidRPr="00B62C6F">
        <w:rPr>
          <w:rFonts w:ascii="Simplified Arabic" w:hAnsi="Simplified Arabic" w:cs="Simplified Arabic"/>
          <w:sz w:val="28"/>
          <w:szCs w:val="28"/>
          <w:rtl/>
        </w:rPr>
        <w:t xml:space="preserve">في ضوء النتائج والمخرجات السابقة، </w:t>
      </w:r>
      <w:r w:rsidRPr="00B62C6F">
        <w:rPr>
          <w:rFonts w:ascii="Simplified Arabic" w:hAnsi="Simplified Arabic" w:cs="Simplified Arabic"/>
          <w:sz w:val="28"/>
          <w:szCs w:val="28"/>
          <w:rtl/>
        </w:rPr>
        <w:t>توصي الدراسة</w:t>
      </w:r>
      <w:r w:rsidR="00781458" w:rsidRPr="00B62C6F">
        <w:rPr>
          <w:rFonts w:ascii="Simplified Arabic" w:hAnsi="Simplified Arabic" w:cs="Simplified Arabic"/>
          <w:sz w:val="28"/>
          <w:szCs w:val="28"/>
          <w:rtl/>
        </w:rPr>
        <w:t xml:space="preserve"> </w:t>
      </w:r>
      <w:r w:rsidRPr="00B62C6F">
        <w:rPr>
          <w:rFonts w:ascii="Simplified Arabic" w:hAnsi="Simplified Arabic" w:cs="Simplified Arabic"/>
          <w:sz w:val="28"/>
          <w:szCs w:val="28"/>
          <w:rtl/>
        </w:rPr>
        <w:t xml:space="preserve">بما يلي: </w:t>
      </w:r>
    </w:p>
    <w:p w14:paraId="6242CC04" w14:textId="77777777" w:rsidR="007234A1" w:rsidRPr="00B62C6F" w:rsidRDefault="00781458" w:rsidP="00AC7ADD">
      <w:pPr>
        <w:pStyle w:val="aa"/>
        <w:numPr>
          <w:ilvl w:val="0"/>
          <w:numId w:val="33"/>
        </w:numPr>
        <w:bidi/>
        <w:jc w:val="both"/>
        <w:rPr>
          <w:rFonts w:ascii="Simplified Arabic" w:hAnsi="Simplified Arabic" w:cs="Simplified Arabic"/>
          <w:sz w:val="28"/>
          <w:szCs w:val="28"/>
          <w:rtl/>
        </w:rPr>
      </w:pPr>
      <w:r w:rsidRPr="00B62C6F">
        <w:rPr>
          <w:rFonts w:ascii="Simplified Arabic" w:hAnsi="Simplified Arabic" w:cs="Simplified Arabic"/>
          <w:sz w:val="28"/>
          <w:szCs w:val="28"/>
          <w:rtl/>
        </w:rPr>
        <w:t>حتمية دمج أنظمة الشات بوت الذكية كعنصر استراتيجي أصيل بداخل الاستراتيجيات التسويقية والاتصالية الشاملة للمؤسسات، بحيث تعمل بالتكامل والتزامن مع بقية قنوات الدعم؛ لتحقيق أثر اتصالية مستدام وصيانة الصورة الذهنية للمنظمة في السوق.</w:t>
      </w:r>
    </w:p>
    <w:p w14:paraId="3C172AAA" w14:textId="62E800E7" w:rsidR="007234A1" w:rsidRPr="00B62C6F" w:rsidRDefault="00781458" w:rsidP="00AC7ADD">
      <w:pPr>
        <w:pStyle w:val="aa"/>
        <w:numPr>
          <w:ilvl w:val="0"/>
          <w:numId w:val="33"/>
        </w:numPr>
        <w:bidi/>
        <w:jc w:val="both"/>
        <w:rPr>
          <w:rFonts w:ascii="Simplified Arabic" w:hAnsi="Simplified Arabic" w:cs="Simplified Arabic"/>
          <w:sz w:val="28"/>
          <w:szCs w:val="28"/>
          <w:rtl/>
        </w:rPr>
      </w:pPr>
      <w:r w:rsidRPr="00B62C6F">
        <w:rPr>
          <w:rFonts w:ascii="Simplified Arabic" w:hAnsi="Simplified Arabic" w:cs="Simplified Arabic"/>
          <w:sz w:val="28"/>
          <w:szCs w:val="28"/>
          <w:rtl/>
        </w:rPr>
        <w:t xml:space="preserve">ضرورة ترقية وتطوير البنية الخوارزمية لروبوتات المحادثة عبر </w:t>
      </w:r>
      <w:r w:rsidR="00A836DC" w:rsidRPr="00B62C6F">
        <w:rPr>
          <w:rFonts w:ascii="Simplified Arabic" w:hAnsi="Simplified Arabic" w:cs="Simplified Arabic"/>
          <w:sz w:val="28"/>
          <w:szCs w:val="28"/>
          <w:rtl/>
        </w:rPr>
        <w:t>تغذيتها</w:t>
      </w:r>
      <w:r w:rsidRPr="00B62C6F">
        <w:rPr>
          <w:rFonts w:ascii="Simplified Arabic" w:hAnsi="Simplified Arabic" w:cs="Simplified Arabic"/>
          <w:sz w:val="28"/>
          <w:szCs w:val="28"/>
          <w:rtl/>
        </w:rPr>
        <w:t xml:space="preserve"> بنماذج لغوية ضخمة ومحدثة باستمرار ودعم قدرات معالجة اللغة الطبيعية؛ لتمكينها من تفكيك الاستفسارات المعقدة وفهم اللهجات المحلية الدارجة، تلافياً للجمود التكنولوجي ونقاط الاحتكاك الحادة.</w:t>
      </w:r>
    </w:p>
    <w:p w14:paraId="472C3966" w14:textId="77777777" w:rsidR="007234A1" w:rsidRPr="00B62C6F" w:rsidRDefault="00781458" w:rsidP="00AC7ADD">
      <w:pPr>
        <w:pStyle w:val="aa"/>
        <w:numPr>
          <w:ilvl w:val="0"/>
          <w:numId w:val="33"/>
        </w:numPr>
        <w:bidi/>
        <w:jc w:val="both"/>
        <w:rPr>
          <w:rFonts w:ascii="Simplified Arabic" w:hAnsi="Simplified Arabic" w:cs="Simplified Arabic"/>
          <w:sz w:val="28"/>
          <w:szCs w:val="28"/>
          <w:rtl/>
        </w:rPr>
      </w:pPr>
      <w:r w:rsidRPr="00B62C6F">
        <w:rPr>
          <w:rFonts w:ascii="Simplified Arabic" w:hAnsi="Simplified Arabic" w:cs="Simplified Arabic"/>
          <w:sz w:val="28"/>
          <w:szCs w:val="28"/>
          <w:rtl/>
        </w:rPr>
        <w:t>بناء وتطوير مسارات ربط برمجية مرنة وسلسة وبنقرة واحدة تضمن تحويل العميل فوراً وبشكل آلي إلى فريق الدعم البشري إذا عجز الروبوت عن فهم المقصد أو تقديم حل للمشكلة؛ لإنقاذ تجربة التفاعل ومنع حدوث إحباط رقمي يدفع العميل للمغادرة.</w:t>
      </w:r>
    </w:p>
    <w:p w14:paraId="1C59BC8C" w14:textId="5FCC9991" w:rsidR="007234A1" w:rsidRPr="00B62C6F" w:rsidRDefault="00781458" w:rsidP="00AC7ADD">
      <w:pPr>
        <w:pStyle w:val="aa"/>
        <w:numPr>
          <w:ilvl w:val="0"/>
          <w:numId w:val="33"/>
        </w:numPr>
        <w:bidi/>
        <w:jc w:val="both"/>
        <w:rPr>
          <w:rFonts w:ascii="Simplified Arabic" w:hAnsi="Simplified Arabic" w:cs="Simplified Arabic"/>
          <w:sz w:val="28"/>
          <w:szCs w:val="28"/>
          <w:rtl/>
        </w:rPr>
      </w:pPr>
      <w:r w:rsidRPr="00B62C6F">
        <w:rPr>
          <w:rFonts w:ascii="Simplified Arabic" w:hAnsi="Simplified Arabic" w:cs="Simplified Arabic"/>
          <w:sz w:val="28"/>
          <w:szCs w:val="28"/>
          <w:rtl/>
        </w:rPr>
        <w:lastRenderedPageBreak/>
        <w:t>التركيز على ميزة تخصيص الرسائل الاتصالية الفورية من خلال ربط خوارزميات الشات بوت بالأنظمة والبيانات التاريخية والملفات التفضيلية الخاصة بكل مستفيد، بما يحول التواصل الآلي الجاف إلى تجربة تفاعلية مثمرة تزيد من منسوب الولاء وتكرار التعامل.</w:t>
      </w:r>
    </w:p>
    <w:p w14:paraId="77B08D22" w14:textId="3799A4F2" w:rsidR="00861108" w:rsidRPr="00B62C6F" w:rsidRDefault="00781458" w:rsidP="00AC7ADD">
      <w:pPr>
        <w:pStyle w:val="aa"/>
        <w:numPr>
          <w:ilvl w:val="0"/>
          <w:numId w:val="33"/>
        </w:numPr>
        <w:bidi/>
        <w:jc w:val="both"/>
        <w:rPr>
          <w:rFonts w:ascii="Simplified Arabic" w:hAnsi="Simplified Arabic" w:cs="Simplified Arabic"/>
          <w:sz w:val="28"/>
          <w:szCs w:val="28"/>
          <w:rtl/>
        </w:rPr>
      </w:pPr>
      <w:r w:rsidRPr="00B62C6F">
        <w:rPr>
          <w:rFonts w:ascii="Simplified Arabic" w:hAnsi="Simplified Arabic" w:cs="Simplified Arabic"/>
          <w:sz w:val="28"/>
          <w:szCs w:val="28"/>
          <w:rtl/>
        </w:rPr>
        <w:t>تفعيل أدوات التحليل الرقمي بانتظام ودمج آليات استطلاع رأي فورية ومختصرة للغاية في نهاية كل محادثة ذكية؛ لقياس كفاءة أداء الحملات والقنوات بصفة مستمرة وتحديث رحلة العميل بناءً على مرئياته ومقترحاته.</w:t>
      </w:r>
    </w:p>
    <w:p w14:paraId="3CAFE5E9" w14:textId="4313FAF4" w:rsidR="00861108" w:rsidRPr="00B62C6F" w:rsidRDefault="00861108" w:rsidP="00AC7ADD">
      <w:pPr>
        <w:bidi/>
        <w:jc w:val="both"/>
        <w:rPr>
          <w:rFonts w:ascii="Simplified Arabic" w:hAnsi="Simplified Arabic" w:cs="Simplified Arabic"/>
          <w:b/>
          <w:bCs/>
          <w:sz w:val="28"/>
          <w:szCs w:val="28"/>
          <w:rtl/>
        </w:rPr>
      </w:pPr>
    </w:p>
    <w:p w14:paraId="0BC503E1" w14:textId="6379252E" w:rsidR="00861108" w:rsidRPr="00AC7ADD" w:rsidRDefault="00861108" w:rsidP="00AC7ADD">
      <w:pPr>
        <w:bidi/>
        <w:spacing w:after="180"/>
        <w:jc w:val="both"/>
        <w:rPr>
          <w:rFonts w:ascii="Simplified Arabic" w:eastAsia="Times New Roman" w:hAnsi="Simplified Arabic" w:cs="Simplified Arabic"/>
          <w:b/>
          <w:bCs/>
          <w:sz w:val="36"/>
          <w:szCs w:val="36"/>
          <w:u w:val="single"/>
        </w:rPr>
      </w:pPr>
      <w:r w:rsidRPr="00AC7ADD">
        <w:rPr>
          <w:rFonts w:ascii="Simplified Arabic" w:eastAsia="Times New Roman" w:hAnsi="Simplified Arabic" w:cs="Simplified Arabic"/>
          <w:b/>
          <w:bCs/>
          <w:sz w:val="36"/>
          <w:szCs w:val="36"/>
          <w:u w:val="single"/>
          <w:rtl/>
        </w:rPr>
        <w:t>مقترحات لدراسات مستقبلية</w:t>
      </w:r>
      <w:r w:rsidRPr="00AC7ADD">
        <w:rPr>
          <w:rFonts w:ascii="Simplified Arabic" w:eastAsia="Times New Roman" w:hAnsi="Simplified Arabic" w:cs="Simplified Arabic"/>
          <w:b/>
          <w:bCs/>
          <w:sz w:val="36"/>
          <w:szCs w:val="36"/>
          <w:u w:val="single"/>
        </w:rPr>
        <w:t>:</w:t>
      </w:r>
    </w:p>
    <w:p w14:paraId="46BBEC0C" w14:textId="06A7C23B" w:rsidR="00F72B93" w:rsidRPr="00B62C6F" w:rsidRDefault="000751F7" w:rsidP="00AC7ADD">
      <w:pPr>
        <w:bidi/>
        <w:jc w:val="both"/>
        <w:rPr>
          <w:rFonts w:ascii="Simplified Arabic" w:hAnsi="Simplified Arabic" w:cs="Simplified Arabic"/>
          <w:sz w:val="28"/>
          <w:szCs w:val="28"/>
          <w:rtl/>
        </w:rPr>
      </w:pPr>
      <w:r w:rsidRPr="00B62C6F">
        <w:rPr>
          <w:rFonts w:ascii="Simplified Arabic" w:hAnsi="Simplified Arabic" w:cs="Simplified Arabic"/>
          <w:sz w:val="28"/>
          <w:szCs w:val="28"/>
          <w:rtl/>
        </w:rPr>
        <w:t xml:space="preserve">- </w:t>
      </w:r>
      <w:r w:rsidR="00F72B93" w:rsidRPr="00B62C6F">
        <w:rPr>
          <w:rFonts w:ascii="Simplified Arabic" w:hAnsi="Simplified Arabic" w:cs="Simplified Arabic"/>
          <w:sz w:val="28"/>
          <w:szCs w:val="28"/>
          <w:rtl/>
        </w:rPr>
        <w:t>استكمالاً للمنجز الأكاديمي الحالي</w:t>
      </w:r>
      <w:r w:rsidRPr="00B62C6F">
        <w:rPr>
          <w:rFonts w:ascii="Simplified Arabic" w:hAnsi="Simplified Arabic" w:cs="Simplified Arabic"/>
          <w:sz w:val="28"/>
          <w:szCs w:val="28"/>
          <w:rtl/>
        </w:rPr>
        <w:t>، تقترح الدراسة إجراء بحوث مستقبلية في الموضوعات الآتية:</w:t>
      </w:r>
    </w:p>
    <w:p w14:paraId="7634F74F" w14:textId="77777777" w:rsidR="00F72B93" w:rsidRPr="00B62C6F" w:rsidRDefault="00F72B93" w:rsidP="00AC7ADD">
      <w:pPr>
        <w:pStyle w:val="aa"/>
        <w:numPr>
          <w:ilvl w:val="0"/>
          <w:numId w:val="34"/>
        </w:numPr>
        <w:bidi/>
        <w:jc w:val="both"/>
        <w:rPr>
          <w:rFonts w:ascii="Simplified Arabic" w:hAnsi="Simplified Arabic" w:cs="Simplified Arabic"/>
          <w:sz w:val="28"/>
          <w:szCs w:val="28"/>
          <w:rtl/>
        </w:rPr>
      </w:pPr>
      <w:r w:rsidRPr="00B62C6F">
        <w:rPr>
          <w:rFonts w:ascii="Simplified Arabic" w:hAnsi="Simplified Arabic" w:cs="Simplified Arabic"/>
          <w:sz w:val="28"/>
          <w:szCs w:val="28"/>
          <w:rtl/>
        </w:rPr>
        <w:t>دراسة دور تقنيات الذكاء الاصطناعي التوليدي في تحسين كفاءة التواصل المؤسسي المدار بروبوتات المحادثة وأثره في الارتقاء بأبعاد تجربة العميل الرقمية.</w:t>
      </w:r>
    </w:p>
    <w:p w14:paraId="5551C398" w14:textId="77777777" w:rsidR="00F72B93" w:rsidRPr="00B62C6F" w:rsidRDefault="00F72B93" w:rsidP="00AC7ADD">
      <w:pPr>
        <w:pStyle w:val="aa"/>
        <w:numPr>
          <w:ilvl w:val="0"/>
          <w:numId w:val="34"/>
        </w:numPr>
        <w:bidi/>
        <w:jc w:val="both"/>
        <w:rPr>
          <w:rFonts w:ascii="Simplified Arabic" w:hAnsi="Simplified Arabic" w:cs="Simplified Arabic"/>
          <w:sz w:val="28"/>
          <w:szCs w:val="28"/>
          <w:rtl/>
        </w:rPr>
      </w:pPr>
      <w:r w:rsidRPr="00B62C6F">
        <w:rPr>
          <w:rFonts w:ascii="Simplified Arabic" w:hAnsi="Simplified Arabic" w:cs="Simplified Arabic"/>
          <w:sz w:val="28"/>
          <w:szCs w:val="28"/>
          <w:rtl/>
        </w:rPr>
        <w:t>معوقات تبني المساعدات الصوتية الذكية المعتمدة على خوارزميات الذكاء الاصطناعي وأثرها على رحلة اتخاذ القرار الشرائي للمستهلك المحلي.</w:t>
      </w:r>
    </w:p>
    <w:p w14:paraId="02DE6710" w14:textId="77777777" w:rsidR="00F72B93" w:rsidRPr="00B62C6F" w:rsidRDefault="00F72B93" w:rsidP="00AC7ADD">
      <w:pPr>
        <w:pStyle w:val="aa"/>
        <w:numPr>
          <w:ilvl w:val="0"/>
          <w:numId w:val="34"/>
        </w:numPr>
        <w:bidi/>
        <w:jc w:val="both"/>
        <w:rPr>
          <w:rFonts w:ascii="Simplified Arabic" w:hAnsi="Simplified Arabic" w:cs="Simplified Arabic"/>
          <w:sz w:val="28"/>
          <w:szCs w:val="28"/>
          <w:rtl/>
        </w:rPr>
      </w:pPr>
      <w:r w:rsidRPr="00B62C6F">
        <w:rPr>
          <w:rFonts w:ascii="Simplified Arabic" w:hAnsi="Simplified Arabic" w:cs="Simplified Arabic"/>
          <w:sz w:val="28"/>
          <w:szCs w:val="28"/>
          <w:rtl/>
        </w:rPr>
        <w:t>دور حوكمة بيانات أنظمة الذكاء الاصطناعي في حماية خصوصية العملاء وبناء الثقة الرقمية تجاه منصات التجارة الإلكترونية.</w:t>
      </w:r>
    </w:p>
    <w:p w14:paraId="4427467E" w14:textId="098F41F0" w:rsidR="00861108" w:rsidRPr="00B62C6F" w:rsidRDefault="00F72B93" w:rsidP="00AC7ADD">
      <w:pPr>
        <w:pStyle w:val="aa"/>
        <w:numPr>
          <w:ilvl w:val="0"/>
          <w:numId w:val="34"/>
        </w:numPr>
        <w:bidi/>
        <w:jc w:val="both"/>
        <w:rPr>
          <w:rFonts w:ascii="Simplified Arabic" w:hAnsi="Simplified Arabic" w:cs="Simplified Arabic"/>
          <w:sz w:val="28"/>
          <w:szCs w:val="28"/>
          <w:rtl/>
        </w:rPr>
      </w:pPr>
      <w:r w:rsidRPr="00B62C6F">
        <w:rPr>
          <w:rFonts w:ascii="Simplified Arabic" w:hAnsi="Simplified Arabic" w:cs="Simplified Arabic"/>
          <w:sz w:val="28"/>
          <w:szCs w:val="28"/>
          <w:rtl/>
        </w:rPr>
        <w:t>دراسة مقارنة لأثر نقاط الاتصال المدعومة بالذكاء الاصطناعي عبر القنوات المتعددة في السلوك الشرائي للمستهلك السعودي عبر منصات التواصل الاجتماعي المختلفة.</w:t>
      </w:r>
    </w:p>
    <w:p w14:paraId="5E4A3251" w14:textId="77777777" w:rsidR="00AC7ADD" w:rsidRDefault="00AC7ADD" w:rsidP="005C7704">
      <w:pPr>
        <w:bidi/>
        <w:spacing w:line="360" w:lineRule="auto"/>
        <w:jc w:val="both"/>
        <w:rPr>
          <w:rFonts w:ascii="Simplified Arabic" w:hAnsi="Simplified Arabic" w:cs="Simplified Arabic"/>
          <w:b/>
          <w:bCs/>
          <w:sz w:val="28"/>
          <w:szCs w:val="28"/>
          <w:rtl/>
        </w:rPr>
      </w:pPr>
    </w:p>
    <w:p w14:paraId="46AD6452" w14:textId="77777777" w:rsidR="00AC7ADD" w:rsidRDefault="00AC7ADD" w:rsidP="00AC7ADD">
      <w:pPr>
        <w:bidi/>
        <w:spacing w:line="360" w:lineRule="auto"/>
        <w:jc w:val="both"/>
        <w:rPr>
          <w:rFonts w:ascii="Simplified Arabic" w:hAnsi="Simplified Arabic" w:cs="Simplified Arabic"/>
          <w:b/>
          <w:bCs/>
          <w:sz w:val="28"/>
          <w:szCs w:val="28"/>
          <w:rtl/>
        </w:rPr>
      </w:pPr>
    </w:p>
    <w:p w14:paraId="0B370D6F" w14:textId="77777777" w:rsidR="00AC7ADD" w:rsidRDefault="00AC7ADD" w:rsidP="00AC7ADD">
      <w:pPr>
        <w:bidi/>
        <w:spacing w:line="360" w:lineRule="auto"/>
        <w:jc w:val="both"/>
        <w:rPr>
          <w:rFonts w:ascii="Simplified Arabic" w:hAnsi="Simplified Arabic" w:cs="Simplified Arabic"/>
          <w:b/>
          <w:bCs/>
          <w:sz w:val="28"/>
          <w:szCs w:val="28"/>
          <w:rtl/>
        </w:rPr>
      </w:pPr>
    </w:p>
    <w:p w14:paraId="48DE204A" w14:textId="179D5E4A" w:rsidR="00035955" w:rsidRPr="00AC7ADD" w:rsidRDefault="00035955" w:rsidP="00AC7ADD">
      <w:pPr>
        <w:bidi/>
        <w:spacing w:line="360" w:lineRule="auto"/>
        <w:jc w:val="both"/>
        <w:rPr>
          <w:rFonts w:ascii="Simplified Arabic" w:hAnsi="Simplified Arabic" w:cs="Simplified Arabic" w:hint="cs"/>
          <w:b/>
          <w:bCs/>
          <w:sz w:val="36"/>
          <w:szCs w:val="36"/>
          <w:rtl/>
        </w:rPr>
      </w:pPr>
      <w:r w:rsidRPr="00AC7ADD">
        <w:rPr>
          <w:rFonts w:ascii="Simplified Arabic" w:hAnsi="Simplified Arabic" w:cs="Simplified Arabic"/>
          <w:b/>
          <w:bCs/>
          <w:sz w:val="36"/>
          <w:szCs w:val="36"/>
          <w:rtl/>
        </w:rPr>
        <w:lastRenderedPageBreak/>
        <w:t>قائمة المراجع</w:t>
      </w:r>
    </w:p>
    <w:p w14:paraId="722FC334" w14:textId="377A482D" w:rsidR="00A51A04" w:rsidRPr="00B62C6F" w:rsidRDefault="00035955" w:rsidP="00AC7ADD">
      <w:pPr>
        <w:bidi/>
        <w:jc w:val="both"/>
        <w:rPr>
          <w:rFonts w:ascii="Simplified Arabic" w:hAnsi="Simplified Arabic" w:cs="Simplified Arabic"/>
          <w:b/>
          <w:bCs/>
          <w:sz w:val="28"/>
          <w:szCs w:val="28"/>
          <w:rtl/>
        </w:rPr>
      </w:pPr>
      <w:r w:rsidRPr="00B62C6F">
        <w:rPr>
          <w:rFonts w:ascii="Simplified Arabic" w:hAnsi="Simplified Arabic" w:cs="Simplified Arabic"/>
          <w:b/>
          <w:bCs/>
          <w:sz w:val="28"/>
          <w:szCs w:val="28"/>
          <w:rtl/>
        </w:rPr>
        <w:t>اولاً: المراجع العربية</w:t>
      </w:r>
    </w:p>
    <w:p w14:paraId="6779DF49" w14:textId="0672E9F7" w:rsidR="00012F87" w:rsidRPr="00B62C6F" w:rsidRDefault="00012F87" w:rsidP="00AC7ADD">
      <w:pPr>
        <w:pStyle w:val="aa"/>
        <w:numPr>
          <w:ilvl w:val="0"/>
          <w:numId w:val="31"/>
        </w:num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أسعد، طلعت</w:t>
      </w:r>
      <w:r w:rsidRPr="00B62C6F">
        <w:rPr>
          <w:rFonts w:ascii="Simplified Arabic" w:eastAsia="Times New Roman" w:hAnsi="Simplified Arabic" w:cs="Simplified Arabic"/>
          <w:sz w:val="28"/>
          <w:szCs w:val="28"/>
        </w:rPr>
        <w:t xml:space="preserve">. (2023). </w:t>
      </w:r>
      <w:r w:rsidRPr="00B62C6F">
        <w:rPr>
          <w:rFonts w:ascii="Simplified Arabic" w:eastAsia="Times New Roman" w:hAnsi="Simplified Arabic" w:cs="Simplified Arabic"/>
          <w:i/>
          <w:iCs/>
          <w:sz w:val="28"/>
          <w:szCs w:val="28"/>
          <w:rtl/>
        </w:rPr>
        <w:t>التسويق الرقمي: استراتيجيات التسويق في عصر الثورة الرقمية</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sz w:val="28"/>
          <w:szCs w:val="28"/>
          <w:rtl/>
        </w:rPr>
        <w:t>دار التعليم الجامعي</w:t>
      </w:r>
      <w:r w:rsidRPr="00B62C6F">
        <w:rPr>
          <w:rFonts w:ascii="Simplified Arabic" w:eastAsia="Times New Roman" w:hAnsi="Simplified Arabic" w:cs="Simplified Arabic"/>
          <w:sz w:val="28"/>
          <w:szCs w:val="28"/>
        </w:rPr>
        <w:t>.</w:t>
      </w:r>
    </w:p>
    <w:p w14:paraId="6C2A64B8" w14:textId="20FF8A8C" w:rsidR="00012F87" w:rsidRPr="00B62C6F" w:rsidRDefault="00012F87" w:rsidP="00AC7ADD">
      <w:pPr>
        <w:pStyle w:val="aa"/>
        <w:numPr>
          <w:ilvl w:val="0"/>
          <w:numId w:val="31"/>
        </w:numPr>
        <w:bidi/>
        <w:jc w:val="both"/>
        <w:rPr>
          <w:rFonts w:ascii="Simplified Arabic" w:eastAsia="Times New Roman" w:hAnsi="Simplified Arabic" w:cs="Simplified Arabic"/>
          <w:sz w:val="28"/>
          <w:szCs w:val="28"/>
          <w:rtl/>
        </w:rPr>
      </w:pPr>
      <w:r w:rsidRPr="00B62C6F">
        <w:rPr>
          <w:rFonts w:ascii="Simplified Arabic" w:eastAsia="Times New Roman" w:hAnsi="Simplified Arabic" w:cs="Simplified Arabic"/>
          <w:sz w:val="28"/>
          <w:szCs w:val="28"/>
          <w:rtl/>
        </w:rPr>
        <w:t>الأمين، أبو عبيدة محمد، والمغربي، محمد الفاتح</w:t>
      </w:r>
      <w:r w:rsidRPr="00B62C6F">
        <w:rPr>
          <w:rFonts w:ascii="Simplified Arabic" w:eastAsia="Times New Roman" w:hAnsi="Simplified Arabic" w:cs="Simplified Arabic"/>
          <w:sz w:val="28"/>
          <w:szCs w:val="28"/>
        </w:rPr>
        <w:t xml:space="preserve">. (2024). </w:t>
      </w:r>
      <w:r w:rsidRPr="00B62C6F">
        <w:rPr>
          <w:rFonts w:ascii="Simplified Arabic" w:eastAsia="Times New Roman" w:hAnsi="Simplified Arabic" w:cs="Simplified Arabic"/>
          <w:i/>
          <w:iCs/>
          <w:sz w:val="28"/>
          <w:szCs w:val="28"/>
          <w:rtl/>
        </w:rPr>
        <w:t>إدارة التسويق: ثورة على الطرق التقليدية والانتقال إلى التسويق الإلكتروني</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sz w:val="28"/>
          <w:szCs w:val="28"/>
          <w:rtl/>
        </w:rPr>
        <w:t>دار التعليم الجامعي</w:t>
      </w:r>
      <w:r w:rsidRPr="00B62C6F">
        <w:rPr>
          <w:rFonts w:ascii="Simplified Arabic" w:eastAsia="Times New Roman" w:hAnsi="Simplified Arabic" w:cs="Simplified Arabic"/>
          <w:sz w:val="28"/>
          <w:szCs w:val="28"/>
        </w:rPr>
        <w:t>.</w:t>
      </w:r>
    </w:p>
    <w:p w14:paraId="51FA1D48" w14:textId="50E5F547" w:rsidR="00012F87" w:rsidRPr="00B62C6F" w:rsidRDefault="00012F87" w:rsidP="00AC7ADD">
      <w:pPr>
        <w:pStyle w:val="aa"/>
        <w:numPr>
          <w:ilvl w:val="0"/>
          <w:numId w:val="31"/>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الجهني، بندر. (2026). أثر الفاعلية الذاتية الرقمية للمستهلكين على تقييم تجربة العميل عبر قنوات التواصل الذكية للشركات</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i/>
          <w:iCs/>
          <w:sz w:val="28"/>
          <w:szCs w:val="28"/>
          <w:rtl/>
        </w:rPr>
        <w:t>مجلة الدراسات التجارية المعاصرة</w:t>
      </w:r>
      <w:r w:rsidRPr="00B62C6F">
        <w:rPr>
          <w:rFonts w:ascii="Simplified Arabic" w:eastAsia="Times New Roman" w:hAnsi="Simplified Arabic" w:cs="Simplified Arabic"/>
          <w:sz w:val="28"/>
          <w:szCs w:val="28"/>
          <w:rtl/>
        </w:rPr>
        <w:t>، 18</w:t>
      </w:r>
      <w:r w:rsidRPr="00B62C6F">
        <w:rPr>
          <w:rFonts w:ascii="Simplified Arabic" w:eastAsia="Times New Roman" w:hAnsi="Simplified Arabic" w:cs="Simplified Arabic"/>
          <w:sz w:val="28"/>
          <w:szCs w:val="28"/>
        </w:rPr>
        <w:t>(2)</w:t>
      </w:r>
      <w:r w:rsidRPr="00B62C6F">
        <w:rPr>
          <w:rFonts w:ascii="Simplified Arabic" w:eastAsia="Times New Roman" w:hAnsi="Simplified Arabic" w:cs="Simplified Arabic"/>
          <w:sz w:val="28"/>
          <w:szCs w:val="28"/>
          <w:rtl/>
        </w:rPr>
        <w:t>، 205-234</w:t>
      </w:r>
      <w:r w:rsidRPr="00B62C6F">
        <w:rPr>
          <w:rFonts w:ascii="Simplified Arabic" w:eastAsia="Times New Roman" w:hAnsi="Simplified Arabic" w:cs="Simplified Arabic"/>
          <w:sz w:val="28"/>
          <w:szCs w:val="28"/>
        </w:rPr>
        <w:t>.</w:t>
      </w:r>
    </w:p>
    <w:p w14:paraId="01CC0079" w14:textId="5F281F67" w:rsidR="00012F87" w:rsidRPr="00B62C6F" w:rsidRDefault="00012F87" w:rsidP="00AC7ADD">
      <w:pPr>
        <w:pStyle w:val="aa"/>
        <w:numPr>
          <w:ilvl w:val="0"/>
          <w:numId w:val="31"/>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الشمري، سارة بنت خالد. (2023). واقع استخدام المساعدات الذكية (الشات بوت) في خدمة العملاء بالشركات السعودية الكبرى</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i/>
          <w:iCs/>
          <w:sz w:val="28"/>
          <w:szCs w:val="28"/>
          <w:rtl/>
        </w:rPr>
        <w:t>المجلة الفقهية والقانونية والاقتصادية</w:t>
      </w:r>
      <w:r w:rsidRPr="00B62C6F">
        <w:rPr>
          <w:rFonts w:ascii="Simplified Arabic" w:eastAsia="Times New Roman" w:hAnsi="Simplified Arabic" w:cs="Simplified Arabic"/>
          <w:sz w:val="28"/>
          <w:szCs w:val="28"/>
          <w:rtl/>
        </w:rPr>
        <w:t>، 11</w:t>
      </w:r>
      <w:r w:rsidRPr="00B62C6F">
        <w:rPr>
          <w:rFonts w:ascii="Simplified Arabic" w:eastAsia="Times New Roman" w:hAnsi="Simplified Arabic" w:cs="Simplified Arabic"/>
          <w:sz w:val="28"/>
          <w:szCs w:val="28"/>
        </w:rPr>
        <w:t>(2)</w:t>
      </w:r>
      <w:r w:rsidRPr="00B62C6F">
        <w:rPr>
          <w:rFonts w:ascii="Simplified Arabic" w:eastAsia="Times New Roman" w:hAnsi="Simplified Arabic" w:cs="Simplified Arabic"/>
          <w:sz w:val="28"/>
          <w:szCs w:val="28"/>
          <w:rtl/>
        </w:rPr>
        <w:t>، 45-</w:t>
      </w:r>
      <w:r w:rsidR="00B623B4" w:rsidRPr="00B62C6F">
        <w:rPr>
          <w:rFonts w:ascii="Simplified Arabic" w:eastAsia="Times New Roman" w:hAnsi="Simplified Arabic" w:cs="Simplified Arabic"/>
          <w:sz w:val="28"/>
          <w:szCs w:val="28"/>
          <w:rtl/>
        </w:rPr>
        <w:t>نبدأ</w:t>
      </w:r>
      <w:r w:rsidRPr="00B62C6F">
        <w:rPr>
          <w:rFonts w:ascii="Simplified Arabic" w:eastAsia="Times New Roman" w:hAnsi="Simplified Arabic" w:cs="Simplified Arabic"/>
          <w:sz w:val="28"/>
          <w:szCs w:val="28"/>
          <w:rtl/>
        </w:rPr>
        <w:t>72</w:t>
      </w:r>
      <w:r w:rsidRPr="00B62C6F">
        <w:rPr>
          <w:rFonts w:ascii="Simplified Arabic" w:eastAsia="Times New Roman" w:hAnsi="Simplified Arabic" w:cs="Simplified Arabic"/>
          <w:sz w:val="28"/>
          <w:szCs w:val="28"/>
        </w:rPr>
        <w:t>.</w:t>
      </w:r>
    </w:p>
    <w:p w14:paraId="29C4D415" w14:textId="07332805" w:rsidR="00012F87" w:rsidRPr="00B62C6F" w:rsidRDefault="00012F87" w:rsidP="00AC7ADD">
      <w:pPr>
        <w:pStyle w:val="aa"/>
        <w:numPr>
          <w:ilvl w:val="0"/>
          <w:numId w:val="31"/>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الشوا، أحمد محمد</w:t>
      </w:r>
      <w:r w:rsidRPr="00B62C6F">
        <w:rPr>
          <w:rFonts w:ascii="Simplified Arabic" w:eastAsia="Times New Roman" w:hAnsi="Simplified Arabic" w:cs="Simplified Arabic"/>
          <w:sz w:val="28"/>
          <w:szCs w:val="28"/>
        </w:rPr>
        <w:t xml:space="preserve">. (2024). </w:t>
      </w:r>
      <w:r w:rsidRPr="00B62C6F">
        <w:rPr>
          <w:rFonts w:ascii="Simplified Arabic" w:eastAsia="Times New Roman" w:hAnsi="Simplified Arabic" w:cs="Simplified Arabic"/>
          <w:i/>
          <w:iCs/>
          <w:sz w:val="28"/>
          <w:szCs w:val="28"/>
          <w:rtl/>
        </w:rPr>
        <w:t>استراتيجيات التسويق الرقمي: منهج متكامل للتسويق عبر وسائل التواصل الاجتماعي</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sz w:val="28"/>
          <w:szCs w:val="28"/>
          <w:rtl/>
        </w:rPr>
        <w:t>دار الفجر للنشر والتوزيع</w:t>
      </w:r>
      <w:r w:rsidRPr="00B62C6F">
        <w:rPr>
          <w:rFonts w:ascii="Simplified Arabic" w:eastAsia="Times New Roman" w:hAnsi="Simplified Arabic" w:cs="Simplified Arabic"/>
          <w:sz w:val="28"/>
          <w:szCs w:val="28"/>
        </w:rPr>
        <w:t>.</w:t>
      </w:r>
    </w:p>
    <w:p w14:paraId="00D805B0" w14:textId="555FD005" w:rsidR="00012F87" w:rsidRPr="00B62C6F" w:rsidRDefault="00012F87" w:rsidP="00AC7ADD">
      <w:pPr>
        <w:pStyle w:val="aa"/>
        <w:numPr>
          <w:ilvl w:val="0"/>
          <w:numId w:val="31"/>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العامري، صالح. (2025). محددات تبني المساعدات الذكية التوليدية في البيئة المصرفية وأثرها على جودة القرارات التمويلية للمستهلكين</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i/>
          <w:iCs/>
          <w:sz w:val="28"/>
          <w:szCs w:val="28"/>
          <w:rtl/>
        </w:rPr>
        <w:t>المجلة المصرية لدراسات الرأي العام</w:t>
      </w:r>
      <w:r w:rsidRPr="00B62C6F">
        <w:rPr>
          <w:rFonts w:ascii="Simplified Arabic" w:eastAsia="Times New Roman" w:hAnsi="Simplified Arabic" w:cs="Simplified Arabic"/>
          <w:sz w:val="28"/>
          <w:szCs w:val="28"/>
          <w:rtl/>
        </w:rPr>
        <w:t>، 24</w:t>
      </w:r>
      <w:r w:rsidRPr="00B62C6F">
        <w:rPr>
          <w:rFonts w:ascii="Simplified Arabic" w:eastAsia="Times New Roman" w:hAnsi="Simplified Arabic" w:cs="Simplified Arabic"/>
          <w:sz w:val="28"/>
          <w:szCs w:val="28"/>
        </w:rPr>
        <w:t>(1)</w:t>
      </w:r>
      <w:r w:rsidRPr="00B62C6F">
        <w:rPr>
          <w:rFonts w:ascii="Simplified Arabic" w:eastAsia="Times New Roman" w:hAnsi="Simplified Arabic" w:cs="Simplified Arabic"/>
          <w:sz w:val="28"/>
          <w:szCs w:val="28"/>
          <w:rtl/>
        </w:rPr>
        <w:t>، 45-78</w:t>
      </w:r>
      <w:r w:rsidRPr="00B62C6F">
        <w:rPr>
          <w:rFonts w:ascii="Simplified Arabic" w:eastAsia="Times New Roman" w:hAnsi="Simplified Arabic" w:cs="Simplified Arabic"/>
          <w:sz w:val="28"/>
          <w:szCs w:val="28"/>
        </w:rPr>
        <w:t>.</w:t>
      </w:r>
    </w:p>
    <w:p w14:paraId="237C3E8E" w14:textId="3161276B" w:rsidR="00012F87" w:rsidRPr="00B62C6F" w:rsidRDefault="00012F87" w:rsidP="00AC7ADD">
      <w:pPr>
        <w:pStyle w:val="aa"/>
        <w:numPr>
          <w:ilvl w:val="0"/>
          <w:numId w:val="31"/>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العتيبي، بندر بن محمد. (2022). أثر تقنيات الذكاء الاصطناعي في تحسين جودة الخدمات الإلكترونية وتجربة العميل في القطاع الخاص السعودي</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i/>
          <w:iCs/>
          <w:sz w:val="28"/>
          <w:szCs w:val="28"/>
          <w:rtl/>
        </w:rPr>
        <w:t>المجلة العربية للإدارة</w:t>
      </w:r>
      <w:r w:rsidRPr="00B62C6F">
        <w:rPr>
          <w:rFonts w:ascii="Simplified Arabic" w:eastAsia="Times New Roman" w:hAnsi="Simplified Arabic" w:cs="Simplified Arabic"/>
          <w:sz w:val="28"/>
          <w:szCs w:val="28"/>
          <w:rtl/>
        </w:rPr>
        <w:t>، 42</w:t>
      </w:r>
      <w:r w:rsidRPr="00B62C6F">
        <w:rPr>
          <w:rFonts w:ascii="Simplified Arabic" w:eastAsia="Times New Roman" w:hAnsi="Simplified Arabic" w:cs="Simplified Arabic"/>
          <w:sz w:val="28"/>
          <w:szCs w:val="28"/>
        </w:rPr>
        <w:t>(3)</w:t>
      </w:r>
      <w:r w:rsidRPr="00B62C6F">
        <w:rPr>
          <w:rFonts w:ascii="Simplified Arabic" w:eastAsia="Times New Roman" w:hAnsi="Simplified Arabic" w:cs="Simplified Arabic"/>
          <w:sz w:val="28"/>
          <w:szCs w:val="28"/>
          <w:rtl/>
        </w:rPr>
        <w:t>، 45-72</w:t>
      </w:r>
      <w:r w:rsidRPr="00B62C6F">
        <w:rPr>
          <w:rFonts w:ascii="Simplified Arabic" w:eastAsia="Times New Roman" w:hAnsi="Simplified Arabic" w:cs="Simplified Arabic"/>
          <w:sz w:val="28"/>
          <w:szCs w:val="28"/>
        </w:rPr>
        <w:t>.</w:t>
      </w:r>
    </w:p>
    <w:p w14:paraId="7078A2A0" w14:textId="57B07F94" w:rsidR="00012F87" w:rsidRPr="00B62C6F" w:rsidRDefault="00012F87" w:rsidP="00AC7ADD">
      <w:pPr>
        <w:pStyle w:val="aa"/>
        <w:numPr>
          <w:ilvl w:val="0"/>
          <w:numId w:val="31"/>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العتيبي، خالد. (2024). تقييم فاعلية نظم الدعم الذكية الشات بوت في قطاع الاتصالات السعودي من وجهة نظر المشتركين</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i/>
          <w:iCs/>
          <w:sz w:val="28"/>
          <w:szCs w:val="28"/>
          <w:rtl/>
        </w:rPr>
        <w:t>المجلة العربية للإدارة</w:t>
      </w:r>
      <w:r w:rsidRPr="00B62C6F">
        <w:rPr>
          <w:rFonts w:ascii="Simplified Arabic" w:eastAsia="Times New Roman" w:hAnsi="Simplified Arabic" w:cs="Simplified Arabic"/>
          <w:sz w:val="28"/>
          <w:szCs w:val="28"/>
          <w:rtl/>
        </w:rPr>
        <w:t>، 44</w:t>
      </w:r>
      <w:r w:rsidRPr="00B62C6F">
        <w:rPr>
          <w:rFonts w:ascii="Simplified Arabic" w:eastAsia="Times New Roman" w:hAnsi="Simplified Arabic" w:cs="Simplified Arabic"/>
          <w:sz w:val="28"/>
          <w:szCs w:val="28"/>
        </w:rPr>
        <w:t>(2)</w:t>
      </w:r>
      <w:r w:rsidRPr="00B62C6F">
        <w:rPr>
          <w:rFonts w:ascii="Simplified Arabic" w:eastAsia="Times New Roman" w:hAnsi="Simplified Arabic" w:cs="Simplified Arabic"/>
          <w:sz w:val="28"/>
          <w:szCs w:val="28"/>
          <w:rtl/>
        </w:rPr>
        <w:t>، 115-138</w:t>
      </w:r>
      <w:r w:rsidRPr="00B62C6F">
        <w:rPr>
          <w:rFonts w:ascii="Simplified Arabic" w:eastAsia="Times New Roman" w:hAnsi="Simplified Arabic" w:cs="Simplified Arabic"/>
          <w:sz w:val="28"/>
          <w:szCs w:val="28"/>
        </w:rPr>
        <w:t>.</w:t>
      </w:r>
    </w:p>
    <w:p w14:paraId="140C73BD" w14:textId="3D92FCB9" w:rsidR="0097553B" w:rsidRPr="00B62C6F" w:rsidRDefault="00012F87" w:rsidP="00AC7ADD">
      <w:pPr>
        <w:pStyle w:val="aa"/>
        <w:numPr>
          <w:ilvl w:val="0"/>
          <w:numId w:val="31"/>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المالكي، سلطان. (2023). أثر جودة الاتصال عبر قنوات الذكاء الاصطناعي في تحسين الصورة الذهنية وتجربة العميل بالمنظمات الخدمية</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i/>
          <w:iCs/>
          <w:sz w:val="28"/>
          <w:szCs w:val="28"/>
          <w:rtl/>
        </w:rPr>
        <w:t>المجلة السعودية للإعلام والاتصال</w:t>
      </w:r>
      <w:r w:rsidRPr="00B62C6F">
        <w:rPr>
          <w:rFonts w:ascii="Simplified Arabic" w:eastAsia="Times New Roman" w:hAnsi="Simplified Arabic" w:cs="Simplified Arabic"/>
          <w:sz w:val="28"/>
          <w:szCs w:val="28"/>
          <w:rtl/>
        </w:rPr>
        <w:t>، 9</w:t>
      </w:r>
      <w:r w:rsidRPr="00B62C6F">
        <w:rPr>
          <w:rFonts w:ascii="Simplified Arabic" w:eastAsia="Times New Roman" w:hAnsi="Simplified Arabic" w:cs="Simplified Arabic"/>
          <w:sz w:val="28"/>
          <w:szCs w:val="28"/>
        </w:rPr>
        <w:t>(4)</w:t>
      </w:r>
      <w:r w:rsidRPr="00B62C6F">
        <w:rPr>
          <w:rFonts w:ascii="Simplified Arabic" w:eastAsia="Times New Roman" w:hAnsi="Simplified Arabic" w:cs="Simplified Arabic"/>
          <w:sz w:val="28"/>
          <w:szCs w:val="28"/>
          <w:rtl/>
        </w:rPr>
        <w:t>، 145-178</w:t>
      </w:r>
      <w:r w:rsidRPr="00B62C6F">
        <w:rPr>
          <w:rFonts w:ascii="Simplified Arabic" w:eastAsia="Times New Roman" w:hAnsi="Simplified Arabic" w:cs="Simplified Arabic"/>
          <w:sz w:val="28"/>
          <w:szCs w:val="28"/>
        </w:rPr>
        <w:t>.</w:t>
      </w:r>
      <w:r w:rsidR="00D04D28" w:rsidRPr="00B62C6F">
        <w:rPr>
          <w:rFonts w:ascii="Simplified Arabic" w:hAnsi="Simplified Arabic" w:cs="Simplified Arabic"/>
          <w:sz w:val="28"/>
          <w:szCs w:val="28"/>
          <w:rtl/>
        </w:rPr>
        <w:t xml:space="preserve"> </w:t>
      </w:r>
    </w:p>
    <w:p w14:paraId="09D8CB1A" w14:textId="77777777" w:rsidR="0097553B" w:rsidRPr="00B62C6F" w:rsidRDefault="0097553B" w:rsidP="00AC7ADD">
      <w:pPr>
        <w:pStyle w:val="aa"/>
        <w:numPr>
          <w:ilvl w:val="0"/>
          <w:numId w:val="31"/>
        </w:numPr>
        <w:bidi/>
        <w:jc w:val="both"/>
        <w:rPr>
          <w:rFonts w:ascii="Simplified Arabic" w:eastAsia="Times New Roman" w:hAnsi="Simplified Arabic" w:cs="Simplified Arabic"/>
          <w:sz w:val="28"/>
          <w:szCs w:val="28"/>
        </w:rPr>
      </w:pPr>
      <w:r w:rsidRPr="00B62C6F">
        <w:rPr>
          <w:rFonts w:ascii="Simplified Arabic" w:hAnsi="Simplified Arabic" w:cs="Simplified Arabic"/>
          <w:sz w:val="28"/>
          <w:szCs w:val="28"/>
          <w:rtl/>
        </w:rPr>
        <w:t>المنظمة العربية للتنمية الإدارية</w:t>
      </w:r>
      <w:r w:rsidRPr="00B62C6F">
        <w:rPr>
          <w:rFonts w:ascii="Simplified Arabic" w:hAnsi="Simplified Arabic" w:cs="Simplified Arabic"/>
          <w:sz w:val="28"/>
          <w:szCs w:val="28"/>
        </w:rPr>
        <w:t xml:space="preserve">. (2025). </w:t>
      </w:r>
      <w:r w:rsidRPr="00B62C6F">
        <w:rPr>
          <w:rStyle w:val="af2"/>
          <w:rFonts w:ascii="Simplified Arabic" w:hAnsi="Simplified Arabic" w:cs="Simplified Arabic"/>
          <w:sz w:val="28"/>
          <w:szCs w:val="28"/>
          <w:rtl/>
        </w:rPr>
        <w:t>أثر تقنيات الذكاء الاصطناعي في تعزيز أبعاد تجربة العميل الرقمية: دراسة ميدانية على قطاع الفنادق والضيافة</w:t>
      </w:r>
      <w:r w:rsidRPr="00B62C6F">
        <w:rPr>
          <w:rFonts w:ascii="Simplified Arabic" w:hAnsi="Simplified Arabic" w:cs="Simplified Arabic"/>
          <w:sz w:val="28"/>
          <w:szCs w:val="28"/>
        </w:rPr>
        <w:t xml:space="preserve">. </w:t>
      </w:r>
      <w:r w:rsidRPr="00B62C6F">
        <w:rPr>
          <w:rFonts w:ascii="Simplified Arabic" w:hAnsi="Simplified Arabic" w:cs="Simplified Arabic"/>
          <w:sz w:val="28"/>
          <w:szCs w:val="28"/>
          <w:rtl/>
        </w:rPr>
        <w:t>المجلة العربية للإدارة، 45(1)، 89-112</w:t>
      </w:r>
      <w:r w:rsidRPr="00B62C6F">
        <w:rPr>
          <w:rFonts w:ascii="Simplified Arabic" w:hAnsi="Simplified Arabic" w:cs="Simplified Arabic"/>
          <w:sz w:val="28"/>
          <w:szCs w:val="28"/>
        </w:rPr>
        <w:t>.</w:t>
      </w:r>
    </w:p>
    <w:p w14:paraId="7E20E74E" w14:textId="294C01D5" w:rsidR="00012F87" w:rsidRPr="00B62C6F" w:rsidRDefault="00012F87" w:rsidP="00AC7ADD">
      <w:pPr>
        <w:pStyle w:val="aa"/>
        <w:numPr>
          <w:ilvl w:val="0"/>
          <w:numId w:val="31"/>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lastRenderedPageBreak/>
        <w:t>المري، هدى. (2023). الخصائص التقنية لخدمة العملاء الذكية وعلاقتها برضا المستهلك في قطاع الخدمات المصرفية</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i/>
          <w:iCs/>
          <w:sz w:val="28"/>
          <w:szCs w:val="28"/>
          <w:rtl/>
        </w:rPr>
        <w:t>مجلة البحوث المالية والتجارية</w:t>
      </w:r>
      <w:r w:rsidRPr="00B62C6F">
        <w:rPr>
          <w:rFonts w:ascii="Simplified Arabic" w:eastAsia="Times New Roman" w:hAnsi="Simplified Arabic" w:cs="Simplified Arabic"/>
          <w:sz w:val="28"/>
          <w:szCs w:val="28"/>
          <w:rtl/>
        </w:rPr>
        <w:t>، 24</w:t>
      </w:r>
      <w:r w:rsidRPr="00B62C6F">
        <w:rPr>
          <w:rFonts w:ascii="Simplified Arabic" w:eastAsia="Times New Roman" w:hAnsi="Simplified Arabic" w:cs="Simplified Arabic"/>
          <w:sz w:val="28"/>
          <w:szCs w:val="28"/>
        </w:rPr>
        <w:t>(4)</w:t>
      </w:r>
      <w:r w:rsidRPr="00B62C6F">
        <w:rPr>
          <w:rFonts w:ascii="Simplified Arabic" w:eastAsia="Times New Roman" w:hAnsi="Simplified Arabic" w:cs="Simplified Arabic"/>
          <w:sz w:val="28"/>
          <w:szCs w:val="28"/>
          <w:rtl/>
        </w:rPr>
        <w:t>، 201-229</w:t>
      </w:r>
      <w:r w:rsidRPr="00B62C6F">
        <w:rPr>
          <w:rFonts w:ascii="Simplified Arabic" w:eastAsia="Times New Roman" w:hAnsi="Simplified Arabic" w:cs="Simplified Arabic"/>
          <w:sz w:val="28"/>
          <w:szCs w:val="28"/>
        </w:rPr>
        <w:t>.</w:t>
      </w:r>
    </w:p>
    <w:p w14:paraId="47E1D728" w14:textId="7985E5FB" w:rsidR="00012F87" w:rsidRPr="00B62C6F" w:rsidRDefault="00012F87" w:rsidP="00AC7ADD">
      <w:pPr>
        <w:pStyle w:val="aa"/>
        <w:numPr>
          <w:ilvl w:val="0"/>
          <w:numId w:val="31"/>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المطيري، مشعل. (2024). تأثير تكنولوجيا الذكاء الاصطناعي على تطوير العلاقات الاتصالية مع العملاء ودورها في تحسين تجربة المستخدم: دراسة تطبيقية على قطاع السيارات</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i/>
          <w:iCs/>
          <w:sz w:val="28"/>
          <w:szCs w:val="28"/>
          <w:rtl/>
        </w:rPr>
        <w:t>مجلة البحوث المالية والتجارية</w:t>
      </w:r>
      <w:r w:rsidRPr="00B62C6F">
        <w:rPr>
          <w:rFonts w:ascii="Simplified Arabic" w:eastAsia="Times New Roman" w:hAnsi="Simplified Arabic" w:cs="Simplified Arabic"/>
          <w:sz w:val="28"/>
          <w:szCs w:val="28"/>
          <w:rtl/>
        </w:rPr>
        <w:t>، 25</w:t>
      </w:r>
      <w:r w:rsidRPr="00B62C6F">
        <w:rPr>
          <w:rFonts w:ascii="Simplified Arabic" w:eastAsia="Times New Roman" w:hAnsi="Simplified Arabic" w:cs="Simplified Arabic"/>
          <w:sz w:val="28"/>
          <w:szCs w:val="28"/>
        </w:rPr>
        <w:t>(1)</w:t>
      </w:r>
      <w:r w:rsidRPr="00B62C6F">
        <w:rPr>
          <w:rFonts w:ascii="Simplified Arabic" w:eastAsia="Times New Roman" w:hAnsi="Simplified Arabic" w:cs="Simplified Arabic"/>
          <w:sz w:val="28"/>
          <w:szCs w:val="28"/>
          <w:rtl/>
        </w:rPr>
        <w:t>، 99-128</w:t>
      </w:r>
      <w:r w:rsidRPr="00B62C6F">
        <w:rPr>
          <w:rFonts w:ascii="Simplified Arabic" w:eastAsia="Times New Roman" w:hAnsi="Simplified Arabic" w:cs="Simplified Arabic"/>
          <w:sz w:val="28"/>
          <w:szCs w:val="28"/>
        </w:rPr>
        <w:t>.</w:t>
      </w:r>
    </w:p>
    <w:p w14:paraId="481EABD1" w14:textId="465969A2" w:rsidR="00012F87" w:rsidRPr="00B62C6F" w:rsidRDefault="00012F87" w:rsidP="00AC7ADD">
      <w:pPr>
        <w:pStyle w:val="aa"/>
        <w:numPr>
          <w:ilvl w:val="0"/>
          <w:numId w:val="31"/>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الوعل، أماني. (2023). اتجاهات الجمهور السعودي نحو استخدام روبوتات الدردشة التفاعلية (الشات بوت) في خدمة العملاء</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i/>
          <w:iCs/>
          <w:sz w:val="28"/>
          <w:szCs w:val="28"/>
          <w:rtl/>
        </w:rPr>
        <w:t>المجلة السعودية للإعلام والاتصال</w:t>
      </w:r>
      <w:r w:rsidRPr="00B62C6F">
        <w:rPr>
          <w:rFonts w:ascii="Simplified Arabic" w:eastAsia="Times New Roman" w:hAnsi="Simplified Arabic" w:cs="Simplified Arabic"/>
          <w:sz w:val="28"/>
          <w:szCs w:val="28"/>
          <w:rtl/>
        </w:rPr>
        <w:t>، 9</w:t>
      </w:r>
      <w:r w:rsidRPr="00B62C6F">
        <w:rPr>
          <w:rFonts w:ascii="Simplified Arabic" w:eastAsia="Times New Roman" w:hAnsi="Simplified Arabic" w:cs="Simplified Arabic"/>
          <w:sz w:val="28"/>
          <w:szCs w:val="28"/>
        </w:rPr>
        <w:t>(2)</w:t>
      </w:r>
      <w:r w:rsidRPr="00B62C6F">
        <w:rPr>
          <w:rFonts w:ascii="Simplified Arabic" w:eastAsia="Times New Roman" w:hAnsi="Simplified Arabic" w:cs="Simplified Arabic"/>
          <w:sz w:val="28"/>
          <w:szCs w:val="28"/>
          <w:rtl/>
        </w:rPr>
        <w:t>، 89-122</w:t>
      </w:r>
      <w:r w:rsidRPr="00B62C6F">
        <w:rPr>
          <w:rFonts w:ascii="Simplified Arabic" w:eastAsia="Times New Roman" w:hAnsi="Simplified Arabic" w:cs="Simplified Arabic"/>
          <w:sz w:val="28"/>
          <w:szCs w:val="28"/>
        </w:rPr>
        <w:t>.</w:t>
      </w:r>
    </w:p>
    <w:p w14:paraId="3FF448F3" w14:textId="498DAA95" w:rsidR="00012F87" w:rsidRPr="00B62C6F" w:rsidRDefault="00012F87" w:rsidP="00AC7ADD">
      <w:pPr>
        <w:pStyle w:val="aa"/>
        <w:numPr>
          <w:ilvl w:val="0"/>
          <w:numId w:val="31"/>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جلال، وفاء. (2024). أثر جودة معلومات روبوتات الدردشة التفاعلية القائمة على الذكاء الاصطناعي في تعزيز رضا العملاء</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i/>
          <w:iCs/>
          <w:sz w:val="28"/>
          <w:szCs w:val="28"/>
          <w:rtl/>
        </w:rPr>
        <w:t>مجلة البحوث المالية والتجارية</w:t>
      </w:r>
      <w:r w:rsidRPr="00B62C6F">
        <w:rPr>
          <w:rFonts w:ascii="Simplified Arabic" w:eastAsia="Times New Roman" w:hAnsi="Simplified Arabic" w:cs="Simplified Arabic"/>
          <w:sz w:val="28"/>
          <w:szCs w:val="28"/>
          <w:rtl/>
        </w:rPr>
        <w:t>، 25</w:t>
      </w:r>
      <w:r w:rsidRPr="00B62C6F">
        <w:rPr>
          <w:rFonts w:ascii="Simplified Arabic" w:eastAsia="Times New Roman" w:hAnsi="Simplified Arabic" w:cs="Simplified Arabic"/>
          <w:sz w:val="28"/>
          <w:szCs w:val="28"/>
        </w:rPr>
        <w:t>(2)</w:t>
      </w:r>
      <w:r w:rsidRPr="00B62C6F">
        <w:rPr>
          <w:rFonts w:ascii="Simplified Arabic" w:eastAsia="Times New Roman" w:hAnsi="Simplified Arabic" w:cs="Simplified Arabic"/>
          <w:sz w:val="28"/>
          <w:szCs w:val="28"/>
          <w:rtl/>
        </w:rPr>
        <w:t>، 110-135</w:t>
      </w:r>
      <w:r w:rsidRPr="00B62C6F">
        <w:rPr>
          <w:rFonts w:ascii="Simplified Arabic" w:eastAsia="Times New Roman" w:hAnsi="Simplified Arabic" w:cs="Simplified Arabic"/>
          <w:sz w:val="28"/>
          <w:szCs w:val="28"/>
        </w:rPr>
        <w:t>.</w:t>
      </w:r>
    </w:p>
    <w:p w14:paraId="2C340ACE" w14:textId="612BE34C" w:rsidR="00012F87" w:rsidRPr="00B62C6F" w:rsidRDefault="00012F87" w:rsidP="00AC7ADD">
      <w:pPr>
        <w:pStyle w:val="aa"/>
        <w:numPr>
          <w:ilvl w:val="0"/>
          <w:numId w:val="31"/>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خضر، أحمد. (2024). دور تقنيات معالجة اللغة الطبيعية في تطوير الأداء الاتصالي لروبوتات المحادثة بالمؤسسات الخدمية</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i/>
          <w:iCs/>
          <w:sz w:val="28"/>
          <w:szCs w:val="28"/>
          <w:rtl/>
        </w:rPr>
        <w:t>مجلة البحوث الإعلامية</w:t>
      </w:r>
      <w:r w:rsidRPr="00B62C6F">
        <w:rPr>
          <w:rFonts w:ascii="Simplified Arabic" w:eastAsia="Times New Roman" w:hAnsi="Simplified Arabic" w:cs="Simplified Arabic"/>
          <w:sz w:val="28"/>
          <w:szCs w:val="28"/>
          <w:rtl/>
        </w:rPr>
        <w:t>، 68</w:t>
      </w:r>
      <w:r w:rsidRPr="00B62C6F">
        <w:rPr>
          <w:rFonts w:ascii="Simplified Arabic" w:eastAsia="Times New Roman" w:hAnsi="Simplified Arabic" w:cs="Simplified Arabic"/>
          <w:sz w:val="28"/>
          <w:szCs w:val="28"/>
        </w:rPr>
        <w:t>(3)</w:t>
      </w:r>
      <w:r w:rsidRPr="00B62C6F">
        <w:rPr>
          <w:rFonts w:ascii="Simplified Arabic" w:eastAsia="Times New Roman" w:hAnsi="Simplified Arabic" w:cs="Simplified Arabic"/>
          <w:sz w:val="28"/>
          <w:szCs w:val="28"/>
          <w:rtl/>
        </w:rPr>
        <w:t>، 315-348</w:t>
      </w:r>
      <w:r w:rsidRPr="00B62C6F">
        <w:rPr>
          <w:rFonts w:ascii="Simplified Arabic" w:eastAsia="Times New Roman" w:hAnsi="Simplified Arabic" w:cs="Simplified Arabic"/>
          <w:sz w:val="28"/>
          <w:szCs w:val="28"/>
        </w:rPr>
        <w:t>.</w:t>
      </w:r>
    </w:p>
    <w:p w14:paraId="0999FE6F" w14:textId="76EE74B3" w:rsidR="00012F87" w:rsidRPr="00B62C6F" w:rsidRDefault="00012F87" w:rsidP="00AC7ADD">
      <w:pPr>
        <w:pStyle w:val="aa"/>
        <w:numPr>
          <w:ilvl w:val="0"/>
          <w:numId w:val="31"/>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سليمان، أحمد علي</w:t>
      </w:r>
      <w:r w:rsidRPr="00B62C6F">
        <w:rPr>
          <w:rFonts w:ascii="Simplified Arabic" w:eastAsia="Times New Roman" w:hAnsi="Simplified Arabic" w:cs="Simplified Arabic"/>
          <w:sz w:val="28"/>
          <w:szCs w:val="28"/>
        </w:rPr>
        <w:t xml:space="preserve">. (2023). </w:t>
      </w:r>
      <w:r w:rsidRPr="00B62C6F">
        <w:rPr>
          <w:rFonts w:ascii="Simplified Arabic" w:eastAsia="Times New Roman" w:hAnsi="Simplified Arabic" w:cs="Simplified Arabic"/>
          <w:i/>
          <w:iCs/>
          <w:sz w:val="28"/>
          <w:szCs w:val="28"/>
          <w:rtl/>
        </w:rPr>
        <w:t>سلوك المستهلك بين النظرية والتطبيق</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sz w:val="28"/>
          <w:szCs w:val="28"/>
          <w:rtl/>
        </w:rPr>
        <w:t>دار الزمان للنشر والتوزيع</w:t>
      </w:r>
      <w:r w:rsidRPr="00B62C6F">
        <w:rPr>
          <w:rFonts w:ascii="Simplified Arabic" w:eastAsia="Times New Roman" w:hAnsi="Simplified Arabic" w:cs="Simplified Arabic"/>
          <w:sz w:val="28"/>
          <w:szCs w:val="28"/>
        </w:rPr>
        <w:t>.</w:t>
      </w:r>
    </w:p>
    <w:p w14:paraId="73C2A085" w14:textId="31EF7B06" w:rsidR="00012F87" w:rsidRPr="00B62C6F" w:rsidRDefault="00012F87" w:rsidP="00AC7ADD">
      <w:pPr>
        <w:pStyle w:val="aa"/>
        <w:numPr>
          <w:ilvl w:val="0"/>
          <w:numId w:val="31"/>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شبل، أحمد. (2023). الكشف عن استخدام روبوتات المحادثة التفاعلية "الشات بوت" في التجارة الإلكترونية وعلاقتها برضا المستهلكين</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i/>
          <w:iCs/>
          <w:sz w:val="28"/>
          <w:szCs w:val="28"/>
          <w:rtl/>
        </w:rPr>
        <w:t>مجلة الدراسات التجارية المعاصرة</w:t>
      </w:r>
      <w:r w:rsidRPr="00B62C6F">
        <w:rPr>
          <w:rFonts w:ascii="Simplified Arabic" w:eastAsia="Times New Roman" w:hAnsi="Simplified Arabic" w:cs="Simplified Arabic"/>
          <w:sz w:val="28"/>
          <w:szCs w:val="28"/>
          <w:rtl/>
        </w:rPr>
        <w:t>، 15</w:t>
      </w:r>
      <w:r w:rsidRPr="00B62C6F">
        <w:rPr>
          <w:rFonts w:ascii="Simplified Arabic" w:eastAsia="Times New Roman" w:hAnsi="Simplified Arabic" w:cs="Simplified Arabic"/>
          <w:sz w:val="28"/>
          <w:szCs w:val="28"/>
        </w:rPr>
        <w:t>(1)</w:t>
      </w:r>
      <w:r w:rsidRPr="00B62C6F">
        <w:rPr>
          <w:rFonts w:ascii="Simplified Arabic" w:eastAsia="Times New Roman" w:hAnsi="Simplified Arabic" w:cs="Simplified Arabic"/>
          <w:sz w:val="28"/>
          <w:szCs w:val="28"/>
          <w:rtl/>
        </w:rPr>
        <w:t>، 55-84</w:t>
      </w:r>
      <w:r w:rsidRPr="00B62C6F">
        <w:rPr>
          <w:rFonts w:ascii="Simplified Arabic" w:eastAsia="Times New Roman" w:hAnsi="Simplified Arabic" w:cs="Simplified Arabic"/>
          <w:sz w:val="28"/>
          <w:szCs w:val="28"/>
        </w:rPr>
        <w:t>.</w:t>
      </w:r>
    </w:p>
    <w:p w14:paraId="48EE4904" w14:textId="4B4F5BE9" w:rsidR="00012F87" w:rsidRPr="00B62C6F" w:rsidRDefault="00012F87" w:rsidP="00AC7ADD">
      <w:pPr>
        <w:pStyle w:val="aa"/>
        <w:numPr>
          <w:ilvl w:val="0"/>
          <w:numId w:val="31"/>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شريف، شيماء</w:t>
      </w:r>
      <w:r w:rsidRPr="00B62C6F">
        <w:rPr>
          <w:rFonts w:ascii="Simplified Arabic" w:eastAsia="Times New Roman" w:hAnsi="Simplified Arabic" w:cs="Simplified Arabic"/>
          <w:sz w:val="28"/>
          <w:szCs w:val="28"/>
        </w:rPr>
        <w:t xml:space="preserve">. (2024). </w:t>
      </w:r>
      <w:r w:rsidRPr="00B62C6F">
        <w:rPr>
          <w:rFonts w:ascii="Simplified Arabic" w:eastAsia="Times New Roman" w:hAnsi="Simplified Arabic" w:cs="Simplified Arabic"/>
          <w:i/>
          <w:iCs/>
          <w:sz w:val="28"/>
          <w:szCs w:val="28"/>
          <w:rtl/>
        </w:rPr>
        <w:t>الابتكارات الحديثة في التسويق المعاصر بين النظرية والتطبيق</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sz w:val="28"/>
          <w:szCs w:val="28"/>
          <w:rtl/>
        </w:rPr>
        <w:t>دار التعليم الجامعي</w:t>
      </w:r>
      <w:r w:rsidRPr="00B62C6F">
        <w:rPr>
          <w:rFonts w:ascii="Simplified Arabic" w:eastAsia="Times New Roman" w:hAnsi="Simplified Arabic" w:cs="Simplified Arabic"/>
          <w:sz w:val="28"/>
          <w:szCs w:val="28"/>
        </w:rPr>
        <w:t>.</w:t>
      </w:r>
    </w:p>
    <w:p w14:paraId="5E1C5A81" w14:textId="77777777" w:rsidR="00B623B4" w:rsidRPr="00B62C6F" w:rsidRDefault="00012F87" w:rsidP="00AC7ADD">
      <w:pPr>
        <w:pStyle w:val="aa"/>
        <w:numPr>
          <w:ilvl w:val="0"/>
          <w:numId w:val="31"/>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عزمي، ممدوح. (2024). دور آليات التواصل الرقمي المعتمدة على الذكاء الاصطناعي في تحسين تجربة المستهلك عبر المنصات التعليمية والتدريبية</w:t>
      </w:r>
      <w:r w:rsidRPr="00B62C6F">
        <w:rPr>
          <w:rFonts w:ascii="Simplified Arabic" w:eastAsia="Times New Roman" w:hAnsi="Simplified Arabic" w:cs="Simplified Arabic"/>
          <w:sz w:val="28"/>
          <w:szCs w:val="28"/>
        </w:rPr>
        <w:t xml:space="preserve">. </w:t>
      </w:r>
      <w:r w:rsidRPr="00B62C6F">
        <w:rPr>
          <w:rFonts w:ascii="Simplified Arabic" w:eastAsia="Times New Roman" w:hAnsi="Simplified Arabic" w:cs="Simplified Arabic"/>
          <w:i/>
          <w:iCs/>
          <w:sz w:val="28"/>
          <w:szCs w:val="28"/>
          <w:rtl/>
        </w:rPr>
        <w:t>مجلة البحوث الإعلامية</w:t>
      </w:r>
      <w:r w:rsidRPr="00B62C6F">
        <w:rPr>
          <w:rFonts w:ascii="Simplified Arabic" w:eastAsia="Times New Roman" w:hAnsi="Simplified Arabic" w:cs="Simplified Arabic"/>
          <w:sz w:val="28"/>
          <w:szCs w:val="28"/>
          <w:rtl/>
        </w:rPr>
        <w:t>، 69</w:t>
      </w:r>
      <w:r w:rsidRPr="00B62C6F">
        <w:rPr>
          <w:rFonts w:ascii="Simplified Arabic" w:eastAsia="Times New Roman" w:hAnsi="Simplified Arabic" w:cs="Simplified Arabic"/>
          <w:sz w:val="28"/>
          <w:szCs w:val="28"/>
        </w:rPr>
        <w:t>(2)</w:t>
      </w:r>
      <w:r w:rsidRPr="00B62C6F">
        <w:rPr>
          <w:rFonts w:ascii="Simplified Arabic" w:eastAsia="Times New Roman" w:hAnsi="Simplified Arabic" w:cs="Simplified Arabic"/>
          <w:sz w:val="28"/>
          <w:szCs w:val="28"/>
          <w:rtl/>
        </w:rPr>
        <w:t>، 412-445</w:t>
      </w:r>
      <w:r w:rsidRPr="00B62C6F">
        <w:rPr>
          <w:rFonts w:ascii="Simplified Arabic" w:eastAsia="Times New Roman" w:hAnsi="Simplified Arabic" w:cs="Simplified Arabic"/>
          <w:sz w:val="28"/>
          <w:szCs w:val="28"/>
        </w:rPr>
        <w:t>.</w:t>
      </w:r>
    </w:p>
    <w:p w14:paraId="73877740" w14:textId="78967884" w:rsidR="00F24F97" w:rsidRPr="00B62C6F" w:rsidRDefault="00B623B4" w:rsidP="00AC7ADD">
      <w:pPr>
        <w:pStyle w:val="aa"/>
        <w:numPr>
          <w:ilvl w:val="0"/>
          <w:numId w:val="31"/>
        </w:numPr>
        <w:bidi/>
        <w:jc w:val="both"/>
        <w:rPr>
          <w:rFonts w:ascii="Simplified Arabic" w:eastAsia="Times New Roman" w:hAnsi="Simplified Arabic" w:cs="Simplified Arabic"/>
          <w:sz w:val="28"/>
          <w:szCs w:val="28"/>
        </w:rPr>
      </w:pPr>
      <w:r w:rsidRPr="00B62C6F">
        <w:rPr>
          <w:rFonts w:ascii="Simplified Arabic" w:eastAsia="Times New Roman" w:hAnsi="Simplified Arabic" w:cs="Simplified Arabic"/>
          <w:sz w:val="28"/>
          <w:szCs w:val="28"/>
          <w:rtl/>
        </w:rPr>
        <w:t xml:space="preserve">وزارة الاتصالات وتقنية المعلومات. (2020). الاستراتيجية الوطنية للاتصالات وتقنية المعلومات: تمكين الحاضر وبناء المستقبل. وزارة الاتصالات وتقنية المعلومات، </w:t>
      </w:r>
      <w:hyperlink r:id="rId13" w:history="1">
        <w:r w:rsidRPr="00B62C6F">
          <w:rPr>
            <w:rStyle w:val="Hyperlink"/>
            <w:rFonts w:ascii="Simplified Arabic" w:eastAsia="Times New Roman" w:hAnsi="Simplified Arabic" w:cs="Simplified Arabic"/>
            <w:sz w:val="28"/>
            <w:szCs w:val="28"/>
          </w:rPr>
          <w:t>https://mcit.gov.sa/ar</w:t>
        </w:r>
      </w:hyperlink>
      <w:r w:rsidRPr="00B62C6F">
        <w:rPr>
          <w:rFonts w:ascii="Simplified Arabic" w:eastAsia="Times New Roman" w:hAnsi="Simplified Arabic" w:cs="Simplified Arabic"/>
          <w:sz w:val="28"/>
          <w:szCs w:val="28"/>
          <w:rtl/>
        </w:rPr>
        <w:t xml:space="preserve">. </w:t>
      </w:r>
    </w:p>
    <w:p w14:paraId="68DCE31C" w14:textId="77777777" w:rsidR="00012F87" w:rsidRPr="00B62C6F" w:rsidRDefault="00012F87" w:rsidP="00515EAD">
      <w:pPr>
        <w:spacing w:before="480" w:after="480" w:line="360" w:lineRule="auto"/>
        <w:rPr>
          <w:rFonts w:ascii="Simplified Arabic" w:eastAsia="Times New Roman" w:hAnsi="Simplified Arabic" w:cs="Simplified Arabic"/>
          <w:b/>
          <w:bCs/>
          <w:sz w:val="28"/>
          <w:szCs w:val="28"/>
          <w:rtl/>
        </w:rPr>
      </w:pPr>
    </w:p>
    <w:p w14:paraId="6E05C277" w14:textId="228285E2" w:rsidR="003D3B81" w:rsidRPr="00B62C6F" w:rsidRDefault="00035955" w:rsidP="00AC7ADD">
      <w:pPr>
        <w:spacing w:before="480" w:after="480" w:line="360" w:lineRule="auto"/>
        <w:jc w:val="right"/>
        <w:rPr>
          <w:rFonts w:ascii="Simplified Arabic" w:eastAsia="Times New Roman" w:hAnsi="Simplified Arabic" w:cs="Simplified Arabic"/>
          <w:b/>
          <w:bCs/>
          <w:sz w:val="28"/>
          <w:szCs w:val="28"/>
        </w:rPr>
      </w:pPr>
      <w:r w:rsidRPr="00B62C6F">
        <w:rPr>
          <w:rFonts w:ascii="Simplified Arabic" w:eastAsia="Times New Roman" w:hAnsi="Simplified Arabic" w:cs="Simplified Arabic"/>
          <w:b/>
          <w:bCs/>
          <w:sz w:val="28"/>
          <w:szCs w:val="28"/>
          <w:rtl/>
        </w:rPr>
        <w:lastRenderedPageBreak/>
        <w:t>ثانياً المراجع الأجنبية</w:t>
      </w:r>
      <w:r w:rsidRPr="00B62C6F">
        <w:rPr>
          <w:rFonts w:ascii="Simplified Arabic" w:eastAsia="Times New Roman" w:hAnsi="Simplified Arabic" w:cs="Simplified Arabic"/>
          <w:b/>
          <w:bCs/>
          <w:sz w:val="28"/>
          <w:szCs w:val="28"/>
        </w:rPr>
        <w:t xml:space="preserve"> </w:t>
      </w:r>
    </w:p>
    <w:p w14:paraId="0C9D8FB1" w14:textId="77777777" w:rsidR="00C3776F" w:rsidRPr="00B62C6F" w:rsidRDefault="00C3776F" w:rsidP="00AC7ADD">
      <w:pPr>
        <w:pStyle w:val="aa"/>
        <w:numPr>
          <w:ilvl w:val="0"/>
          <w:numId w:val="35"/>
        </w:numPr>
        <w:spacing w:line="360" w:lineRule="auto"/>
        <w:jc w:val="both"/>
        <w:rPr>
          <w:rFonts w:ascii="Simplified Arabic" w:hAnsi="Simplified Arabic" w:cs="Simplified Arabic"/>
          <w:sz w:val="28"/>
          <w:szCs w:val="28"/>
        </w:rPr>
      </w:pPr>
      <w:r w:rsidRPr="00B62C6F">
        <w:rPr>
          <w:rFonts w:ascii="Simplified Arabic" w:hAnsi="Simplified Arabic" w:cs="Simplified Arabic"/>
          <w:sz w:val="28"/>
          <w:szCs w:val="28"/>
        </w:rPr>
        <w:t>Brown, T., &amp; Wilson, J. (2023). Analyzing the friction points in AI-managed corporate communication and their effects on customer retention. Journal of Service Research, 26(4), 512–535.</w:t>
      </w:r>
    </w:p>
    <w:p w14:paraId="139E322D" w14:textId="77777777" w:rsidR="00C3776F" w:rsidRPr="00B62C6F" w:rsidRDefault="00C3776F" w:rsidP="00AC7ADD">
      <w:pPr>
        <w:pStyle w:val="aa"/>
        <w:numPr>
          <w:ilvl w:val="0"/>
          <w:numId w:val="35"/>
        </w:numPr>
        <w:spacing w:line="360" w:lineRule="auto"/>
        <w:jc w:val="both"/>
        <w:rPr>
          <w:rFonts w:ascii="Simplified Arabic" w:hAnsi="Simplified Arabic" w:cs="Simplified Arabic"/>
          <w:sz w:val="28"/>
          <w:szCs w:val="28"/>
        </w:rPr>
      </w:pPr>
      <w:r w:rsidRPr="00B62C6F">
        <w:rPr>
          <w:rFonts w:ascii="Simplified Arabic" w:hAnsi="Simplified Arabic" w:cs="Simplified Arabic"/>
          <w:sz w:val="28"/>
          <w:szCs w:val="28"/>
        </w:rPr>
        <w:t>Chen, H., &amp; Wang, Y. (2025). Empirical investigation of AI-mediated communication on customer-brand relationship quality. Journal of Interactive Marketing, 60, 88–112.Garcia, M., &amp; Lopez, F. (2024). The impact of omni-channel AI touchpoints on customer experience journeys. International Journal of Information Management, 74, 102–125.</w:t>
      </w:r>
    </w:p>
    <w:p w14:paraId="36F796A7" w14:textId="77777777" w:rsidR="00C3776F" w:rsidRPr="00B62C6F" w:rsidRDefault="00C3776F" w:rsidP="00AC7ADD">
      <w:pPr>
        <w:pStyle w:val="aa"/>
        <w:numPr>
          <w:ilvl w:val="0"/>
          <w:numId w:val="35"/>
        </w:numPr>
        <w:spacing w:line="360" w:lineRule="auto"/>
        <w:jc w:val="both"/>
        <w:rPr>
          <w:rFonts w:ascii="Simplified Arabic" w:hAnsi="Simplified Arabic" w:cs="Simplified Arabic"/>
          <w:sz w:val="28"/>
          <w:szCs w:val="28"/>
        </w:rPr>
      </w:pPr>
      <w:r w:rsidRPr="00B62C6F">
        <w:rPr>
          <w:rFonts w:ascii="Simplified Arabic" w:hAnsi="Simplified Arabic" w:cs="Simplified Arabic"/>
          <w:sz w:val="28"/>
          <w:szCs w:val="28"/>
        </w:rPr>
        <w:t>Lee, S., &amp; Chang, C. (2023). How AI-driven interactivity eases corporate communication and elevates customer digital experience. Computers in Human Behavior, 149, 115–136.</w:t>
      </w:r>
    </w:p>
    <w:p w14:paraId="535B683F" w14:textId="77777777" w:rsidR="00C3776F" w:rsidRPr="00B62C6F" w:rsidRDefault="00C3776F" w:rsidP="00AC7ADD">
      <w:pPr>
        <w:pStyle w:val="aa"/>
        <w:numPr>
          <w:ilvl w:val="0"/>
          <w:numId w:val="35"/>
        </w:numPr>
        <w:spacing w:line="360" w:lineRule="auto"/>
        <w:jc w:val="both"/>
        <w:rPr>
          <w:rFonts w:ascii="Simplified Arabic" w:hAnsi="Simplified Arabic" w:cs="Simplified Arabic"/>
          <w:sz w:val="28"/>
          <w:szCs w:val="28"/>
        </w:rPr>
      </w:pPr>
      <w:r w:rsidRPr="00B62C6F">
        <w:rPr>
          <w:rFonts w:ascii="Simplified Arabic" w:hAnsi="Simplified Arabic" w:cs="Simplified Arabic"/>
          <w:sz w:val="28"/>
          <w:szCs w:val="28"/>
        </w:rPr>
        <w:t>Mehra, S., &amp; Kumar, V. (2024). An empirical analysis of natural language processing capabilities in e-commerce customer service. Journal of Electronic Commerce Research, 25(2), 142–165.</w:t>
      </w:r>
    </w:p>
    <w:p w14:paraId="74BB2215" w14:textId="77777777" w:rsidR="00C3776F" w:rsidRPr="00B62C6F" w:rsidRDefault="00C3776F" w:rsidP="00AC7ADD">
      <w:pPr>
        <w:pStyle w:val="aa"/>
        <w:numPr>
          <w:ilvl w:val="0"/>
          <w:numId w:val="35"/>
        </w:numPr>
        <w:spacing w:line="360" w:lineRule="auto"/>
        <w:jc w:val="both"/>
        <w:rPr>
          <w:rFonts w:ascii="Simplified Arabic" w:hAnsi="Simplified Arabic" w:cs="Simplified Arabic"/>
          <w:sz w:val="28"/>
          <w:szCs w:val="28"/>
        </w:rPr>
      </w:pPr>
      <w:r w:rsidRPr="00B62C6F">
        <w:rPr>
          <w:rFonts w:ascii="Simplified Arabic" w:hAnsi="Simplified Arabic" w:cs="Simplified Arabic"/>
          <w:sz w:val="28"/>
          <w:szCs w:val="28"/>
        </w:rPr>
        <w:t xml:space="preserve">Ministry of Communications and Information Technology. (2020). The National Strategy for Communications and Information Technology: Empowering the </w:t>
      </w:r>
      <w:r w:rsidRPr="00B62C6F">
        <w:rPr>
          <w:rFonts w:ascii="Simplified Arabic" w:hAnsi="Simplified Arabic" w:cs="Simplified Arabic"/>
          <w:sz w:val="28"/>
          <w:szCs w:val="28"/>
        </w:rPr>
        <w:lastRenderedPageBreak/>
        <w:t xml:space="preserve">Present, Building the Future. Ministry of Communications and Information Technology. </w:t>
      </w:r>
      <w:hyperlink r:id="rId14" w:history="1">
        <w:r w:rsidRPr="00B62C6F">
          <w:rPr>
            <w:rStyle w:val="Hyperlink"/>
            <w:rFonts w:ascii="Simplified Arabic" w:eastAsia="Times New Roman" w:hAnsi="Simplified Arabic" w:cs="Simplified Arabic"/>
            <w:sz w:val="28"/>
            <w:szCs w:val="28"/>
          </w:rPr>
          <w:t>https://mcit.gov.sa/ar</w:t>
        </w:r>
      </w:hyperlink>
      <w:r w:rsidRPr="00B62C6F">
        <w:rPr>
          <w:rFonts w:ascii="Simplified Arabic" w:hAnsi="Simplified Arabic" w:cs="Simplified Arabic"/>
          <w:sz w:val="28"/>
          <w:szCs w:val="28"/>
        </w:rPr>
        <w:t>.</w:t>
      </w:r>
    </w:p>
    <w:p w14:paraId="4A1780BB" w14:textId="77777777" w:rsidR="00C3776F" w:rsidRPr="00B62C6F" w:rsidRDefault="00C3776F" w:rsidP="00AC7ADD">
      <w:pPr>
        <w:pStyle w:val="aa"/>
        <w:numPr>
          <w:ilvl w:val="0"/>
          <w:numId w:val="35"/>
        </w:numPr>
        <w:spacing w:line="360" w:lineRule="auto"/>
        <w:jc w:val="both"/>
        <w:rPr>
          <w:rFonts w:ascii="Simplified Arabic" w:hAnsi="Simplified Arabic" w:cs="Simplified Arabic"/>
          <w:sz w:val="28"/>
          <w:szCs w:val="28"/>
        </w:rPr>
      </w:pPr>
      <w:r w:rsidRPr="00B62C6F">
        <w:rPr>
          <w:rFonts w:ascii="Simplified Arabic" w:hAnsi="Simplified Arabic" w:cs="Simplified Arabic"/>
          <w:sz w:val="28"/>
          <w:szCs w:val="28"/>
        </w:rPr>
        <w:t>Nguyen, T., &amp; Doan, L. (2024). The structural relationship between AI chatbot traits and user continuous usage intention in retail banking. International Journal of Bank Marketing, 42(3), 411–436.</w:t>
      </w:r>
    </w:p>
    <w:p w14:paraId="02B25E94" w14:textId="77777777" w:rsidR="00C3776F" w:rsidRPr="00B62C6F" w:rsidRDefault="00C3776F" w:rsidP="00AC7ADD">
      <w:pPr>
        <w:pStyle w:val="aa"/>
        <w:numPr>
          <w:ilvl w:val="0"/>
          <w:numId w:val="35"/>
        </w:numPr>
        <w:spacing w:line="360" w:lineRule="auto"/>
        <w:jc w:val="both"/>
        <w:rPr>
          <w:rFonts w:ascii="Simplified Arabic" w:hAnsi="Simplified Arabic" w:cs="Simplified Arabic"/>
          <w:sz w:val="28"/>
          <w:szCs w:val="28"/>
        </w:rPr>
      </w:pPr>
      <w:r w:rsidRPr="00B62C6F">
        <w:rPr>
          <w:rFonts w:ascii="Simplified Arabic" w:hAnsi="Simplified Arabic" w:cs="Simplified Arabic"/>
          <w:sz w:val="28"/>
          <w:szCs w:val="28"/>
        </w:rPr>
        <w:t>Park, K., &amp; Kim, J. (2023). Information quality vs. conversational humanlike behavior in AI chatbots: What matters most to digital consumers. Computers in Human Behavior, 146, 107–124.</w:t>
      </w:r>
    </w:p>
    <w:p w14:paraId="0FE302AD" w14:textId="77777777" w:rsidR="00C3776F" w:rsidRPr="00B62C6F" w:rsidRDefault="00C3776F" w:rsidP="00AC7ADD">
      <w:pPr>
        <w:pStyle w:val="aa"/>
        <w:numPr>
          <w:ilvl w:val="0"/>
          <w:numId w:val="35"/>
        </w:numPr>
        <w:spacing w:line="360" w:lineRule="auto"/>
        <w:jc w:val="both"/>
        <w:rPr>
          <w:rFonts w:ascii="Simplified Arabic" w:hAnsi="Simplified Arabic" w:cs="Simplified Arabic"/>
          <w:sz w:val="28"/>
          <w:szCs w:val="28"/>
        </w:rPr>
      </w:pPr>
      <w:r w:rsidRPr="00B62C6F">
        <w:rPr>
          <w:rFonts w:ascii="Simplified Arabic" w:hAnsi="Simplified Arabic" w:cs="Simplified Arabic"/>
          <w:sz w:val="28"/>
          <w:szCs w:val="28"/>
        </w:rPr>
        <w:t>Roberts, M., &amp; Taylor, L. (2025). Evaluating customer perception of technical competency in generative AI customer service agents. International Journal of Human-Computer Studies, 182, 103–128.</w:t>
      </w:r>
    </w:p>
    <w:p w14:paraId="12EA4F17" w14:textId="77777777" w:rsidR="00C3776F" w:rsidRPr="00B62C6F" w:rsidRDefault="00C3776F" w:rsidP="00AC7ADD">
      <w:pPr>
        <w:pStyle w:val="aa"/>
        <w:numPr>
          <w:ilvl w:val="0"/>
          <w:numId w:val="35"/>
        </w:numPr>
        <w:spacing w:line="360" w:lineRule="auto"/>
        <w:jc w:val="both"/>
        <w:rPr>
          <w:rFonts w:ascii="Simplified Arabic" w:hAnsi="Simplified Arabic" w:cs="Simplified Arabic"/>
          <w:sz w:val="28"/>
          <w:szCs w:val="28"/>
        </w:rPr>
      </w:pPr>
      <w:r w:rsidRPr="00B62C6F">
        <w:rPr>
          <w:rFonts w:ascii="Simplified Arabic" w:hAnsi="Simplified Arabic" w:cs="Simplified Arabic"/>
          <w:sz w:val="28"/>
          <w:szCs w:val="28"/>
        </w:rPr>
        <w:t>Smith, J., &amp; Davis, R. (2026). Transforming corporate communication: How generative AI tools influence customer brand experience. International Journal of Human-Computer Studies, 190, 77–98.</w:t>
      </w:r>
    </w:p>
    <w:p w14:paraId="7406EA0A" w14:textId="77777777" w:rsidR="00197F5E" w:rsidRPr="00197F5E" w:rsidRDefault="00197F5E" w:rsidP="00197F5E">
      <w:pPr>
        <w:pStyle w:val="aa"/>
        <w:spacing w:line="360" w:lineRule="auto"/>
        <w:jc w:val="both"/>
        <w:rPr>
          <w:rFonts w:asciiTheme="minorBidi" w:hAnsiTheme="minorBidi"/>
          <w:sz w:val="24"/>
          <w:szCs w:val="24"/>
        </w:rPr>
      </w:pPr>
    </w:p>
    <w:p w14:paraId="7D9227F5" w14:textId="77777777" w:rsidR="00197F5E" w:rsidRDefault="00197F5E" w:rsidP="00E55E32">
      <w:pPr>
        <w:jc w:val="right"/>
        <w:rPr>
          <w:rFonts w:asciiTheme="minorBidi" w:hAnsiTheme="minorBidi"/>
          <w:sz w:val="24"/>
          <w:szCs w:val="24"/>
        </w:rPr>
      </w:pPr>
    </w:p>
    <w:p w14:paraId="7554F631" w14:textId="5775BB8C" w:rsidR="00A51A04" w:rsidRDefault="00A51A04" w:rsidP="00E55E32">
      <w:pPr>
        <w:jc w:val="right"/>
        <w:rPr>
          <w:rFonts w:asciiTheme="minorBidi" w:hAnsiTheme="minorBidi"/>
          <w:sz w:val="24"/>
          <w:szCs w:val="24"/>
        </w:rPr>
      </w:pPr>
    </w:p>
    <w:p w14:paraId="1E515664" w14:textId="77777777" w:rsidR="00012F87" w:rsidRDefault="00012F87" w:rsidP="007E1C27">
      <w:pPr>
        <w:rPr>
          <w:rFonts w:asciiTheme="minorBidi" w:hAnsiTheme="minorBidi"/>
          <w:sz w:val="24"/>
          <w:szCs w:val="24"/>
        </w:rPr>
      </w:pPr>
    </w:p>
    <w:p w14:paraId="5ABAAD0D" w14:textId="6746C72A" w:rsidR="007E1C27" w:rsidRDefault="007E1C27" w:rsidP="007E1C27">
      <w:pPr>
        <w:rPr>
          <w:rFonts w:asciiTheme="minorBidi" w:hAnsiTheme="minorBidi"/>
          <w:sz w:val="24"/>
          <w:szCs w:val="24"/>
        </w:rPr>
      </w:pPr>
    </w:p>
    <w:p w14:paraId="215378A4" w14:textId="1A47F203" w:rsidR="00AC7ADD" w:rsidRDefault="00AC7ADD" w:rsidP="007E1C27">
      <w:pPr>
        <w:rPr>
          <w:rFonts w:asciiTheme="minorBidi" w:hAnsiTheme="minorBidi"/>
          <w:sz w:val="24"/>
          <w:szCs w:val="24"/>
        </w:rPr>
      </w:pPr>
    </w:p>
    <w:p w14:paraId="551C2D0A" w14:textId="34F8AB34" w:rsidR="00AC7ADD" w:rsidRDefault="00AC7ADD" w:rsidP="007E1C27">
      <w:pPr>
        <w:rPr>
          <w:rFonts w:asciiTheme="minorBidi" w:hAnsiTheme="minorBidi"/>
          <w:sz w:val="24"/>
          <w:szCs w:val="24"/>
        </w:rPr>
      </w:pPr>
    </w:p>
    <w:p w14:paraId="42CCCA2C" w14:textId="4574E37C" w:rsidR="00AC7ADD" w:rsidRDefault="00AC7ADD" w:rsidP="007E1C27">
      <w:pPr>
        <w:rPr>
          <w:rFonts w:asciiTheme="minorBidi" w:hAnsiTheme="minorBidi"/>
          <w:sz w:val="24"/>
          <w:szCs w:val="24"/>
        </w:rPr>
      </w:pPr>
    </w:p>
    <w:p w14:paraId="3047DC4C" w14:textId="4FDB17B1" w:rsidR="00AC7ADD" w:rsidRDefault="00AC7ADD" w:rsidP="007E1C27">
      <w:pPr>
        <w:rPr>
          <w:rFonts w:asciiTheme="minorBidi" w:hAnsiTheme="minorBidi"/>
          <w:sz w:val="24"/>
          <w:szCs w:val="24"/>
        </w:rPr>
      </w:pPr>
    </w:p>
    <w:p w14:paraId="2328B11A" w14:textId="6B1EF714" w:rsidR="00AC7ADD" w:rsidRDefault="00AC7ADD" w:rsidP="007E1C27">
      <w:pPr>
        <w:rPr>
          <w:rFonts w:asciiTheme="minorBidi" w:hAnsiTheme="minorBidi"/>
          <w:sz w:val="24"/>
          <w:szCs w:val="24"/>
        </w:rPr>
      </w:pPr>
    </w:p>
    <w:p w14:paraId="1DF9A2CB" w14:textId="0CE70836" w:rsidR="00AC7ADD" w:rsidRDefault="00AC7ADD" w:rsidP="007E1C27">
      <w:pPr>
        <w:rPr>
          <w:rFonts w:asciiTheme="minorBidi" w:hAnsiTheme="minorBidi"/>
          <w:sz w:val="24"/>
          <w:szCs w:val="24"/>
        </w:rPr>
      </w:pPr>
    </w:p>
    <w:p w14:paraId="32FE4A45" w14:textId="77777777" w:rsidR="00AC7ADD" w:rsidRDefault="00AC7ADD" w:rsidP="007E1C27">
      <w:pPr>
        <w:rPr>
          <w:rFonts w:asciiTheme="minorBidi" w:hAnsiTheme="minorBidi"/>
          <w:sz w:val="24"/>
          <w:szCs w:val="24"/>
          <w:rtl/>
        </w:rPr>
      </w:pPr>
    </w:p>
    <w:p w14:paraId="13171BFF" w14:textId="47A3E242" w:rsidR="00001A00" w:rsidRDefault="00001A00" w:rsidP="00012F87">
      <w:pPr>
        <w:rPr>
          <w:rFonts w:asciiTheme="minorBidi" w:hAnsiTheme="minorBidi"/>
          <w:sz w:val="24"/>
          <w:szCs w:val="24"/>
        </w:rPr>
      </w:pPr>
    </w:p>
    <w:p w14:paraId="752BCBD3" w14:textId="77777777" w:rsidR="00AB1624" w:rsidRDefault="00AB1624" w:rsidP="00012F87">
      <w:pPr>
        <w:rPr>
          <w:rFonts w:asciiTheme="minorBidi" w:hAnsiTheme="minorBidi"/>
          <w:sz w:val="24"/>
          <w:szCs w:val="24"/>
        </w:rPr>
      </w:pPr>
    </w:p>
    <w:p w14:paraId="3C765E2C" w14:textId="3EC990E6" w:rsidR="00001A00" w:rsidRPr="00001A00" w:rsidRDefault="00001A00" w:rsidP="00001A00">
      <w:pPr>
        <w:jc w:val="center"/>
        <w:rPr>
          <w:rFonts w:ascii="Sylfaen" w:hAnsi="Sylfaen" w:cs="Akhbar MT"/>
          <w:b/>
          <w:bCs/>
          <w:sz w:val="180"/>
          <w:szCs w:val="180"/>
        </w:rPr>
      </w:pPr>
      <w:r w:rsidRPr="00001A00">
        <w:rPr>
          <w:rFonts w:ascii="Sylfaen" w:hAnsi="Sylfaen" w:cs="Akhbar MT"/>
          <w:b/>
          <w:bCs/>
          <w:sz w:val="180"/>
          <w:szCs w:val="180"/>
          <w:rtl/>
        </w:rPr>
        <w:t>الملاحق</w:t>
      </w:r>
    </w:p>
    <w:p w14:paraId="48ACA583" w14:textId="6CDD09F8" w:rsidR="00001A00" w:rsidRPr="00001A00" w:rsidRDefault="00001A00" w:rsidP="00001A00">
      <w:pPr>
        <w:jc w:val="center"/>
        <w:rPr>
          <w:rFonts w:asciiTheme="minorBidi" w:hAnsiTheme="minorBidi"/>
          <w:sz w:val="44"/>
          <w:szCs w:val="44"/>
          <w:rtl/>
        </w:rPr>
      </w:pPr>
      <w:r w:rsidRPr="00001A00">
        <w:rPr>
          <w:rFonts w:asciiTheme="minorBidi" w:hAnsiTheme="minorBidi"/>
          <w:sz w:val="44"/>
          <w:szCs w:val="44"/>
          <w:rtl/>
        </w:rPr>
        <w:t>ملحق الدراسة (الاستبيان الإلكتروني)</w:t>
      </w:r>
    </w:p>
    <w:p w14:paraId="3C75661F" w14:textId="77777777" w:rsidR="00001A00" w:rsidRPr="00001A00" w:rsidRDefault="00001A00" w:rsidP="00001A00">
      <w:pPr>
        <w:jc w:val="center"/>
        <w:rPr>
          <w:rFonts w:asciiTheme="minorBidi" w:hAnsiTheme="minorBidi"/>
          <w:sz w:val="48"/>
          <w:szCs w:val="48"/>
        </w:rPr>
      </w:pPr>
    </w:p>
    <w:p w14:paraId="29B47FD3" w14:textId="074ECDCD" w:rsidR="00001A00" w:rsidRDefault="00001A00">
      <w:pPr>
        <w:jc w:val="center"/>
        <w:rPr>
          <w:rFonts w:asciiTheme="minorBidi" w:hAnsiTheme="minorBidi"/>
          <w:sz w:val="48"/>
          <w:szCs w:val="48"/>
        </w:rPr>
      </w:pPr>
    </w:p>
    <w:p w14:paraId="7539E89E" w14:textId="499DE99D" w:rsidR="00001A00" w:rsidRDefault="00001A00">
      <w:pPr>
        <w:jc w:val="center"/>
        <w:rPr>
          <w:rFonts w:asciiTheme="minorBidi" w:hAnsiTheme="minorBidi"/>
          <w:sz w:val="48"/>
          <w:szCs w:val="48"/>
        </w:rPr>
      </w:pPr>
    </w:p>
    <w:p w14:paraId="194FE4BF" w14:textId="290722D1" w:rsidR="00012F87" w:rsidRDefault="00012F87">
      <w:pPr>
        <w:jc w:val="center"/>
        <w:rPr>
          <w:rFonts w:asciiTheme="minorBidi" w:hAnsiTheme="minorBidi"/>
          <w:sz w:val="48"/>
          <w:szCs w:val="48"/>
        </w:rPr>
      </w:pPr>
    </w:p>
    <w:p w14:paraId="11CF84F2" w14:textId="77777777" w:rsidR="00012F87" w:rsidRDefault="00012F87">
      <w:pPr>
        <w:jc w:val="center"/>
        <w:rPr>
          <w:rFonts w:asciiTheme="minorBidi" w:hAnsiTheme="minorBidi"/>
          <w:sz w:val="48"/>
          <w:szCs w:val="48"/>
        </w:rPr>
      </w:pPr>
    </w:p>
    <w:p w14:paraId="545872EA" w14:textId="603D4E7A" w:rsidR="00001A00" w:rsidRDefault="00001A00" w:rsidP="00A51A04">
      <w:pPr>
        <w:jc w:val="right"/>
        <w:rPr>
          <w:rFonts w:asciiTheme="minorBidi" w:hAnsiTheme="minorBidi"/>
          <w:sz w:val="48"/>
          <w:szCs w:val="48"/>
        </w:rPr>
      </w:pPr>
    </w:p>
    <w:p w14:paraId="455DD4D2" w14:textId="4FD2407E" w:rsidR="00671DD8" w:rsidRPr="00AC7ADD" w:rsidRDefault="00705838" w:rsidP="00671DD8">
      <w:pPr>
        <w:spacing w:line="360" w:lineRule="auto"/>
        <w:jc w:val="right"/>
        <w:rPr>
          <w:rFonts w:cs="Akhbar MT"/>
          <w:b/>
          <w:bCs/>
          <w:sz w:val="28"/>
          <w:szCs w:val="28"/>
        </w:rPr>
      </w:pPr>
      <w:r w:rsidRPr="00AC7ADD">
        <w:rPr>
          <w:noProof/>
          <w:sz w:val="28"/>
          <w:szCs w:val="28"/>
        </w:rPr>
        <w:lastRenderedPageBreak/>
        <w:drawing>
          <wp:anchor distT="0" distB="0" distL="114300" distR="114300" simplePos="0" relativeHeight="251657216" behindDoc="0" locked="0" layoutInCell="1" allowOverlap="1" wp14:anchorId="1F12ABC8" wp14:editId="7C3B1C99">
            <wp:simplePos x="0" y="0"/>
            <wp:positionH relativeFrom="column">
              <wp:posOffset>-27940</wp:posOffset>
            </wp:positionH>
            <wp:positionV relativeFrom="paragraph">
              <wp:posOffset>-243840</wp:posOffset>
            </wp:positionV>
            <wp:extent cx="1818005" cy="1419225"/>
            <wp:effectExtent l="0" t="0" r="0" b="9525"/>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midocean.png"/>
                    <pic:cNvPicPr/>
                  </pic:nvPicPr>
                  <pic:blipFill>
                    <a:blip r:embed="rId8"/>
                    <a:stretch>
                      <a:fillRect/>
                    </a:stretch>
                  </pic:blipFill>
                  <pic:spPr>
                    <a:xfrm>
                      <a:off x="0" y="0"/>
                      <a:ext cx="1818005" cy="1419225"/>
                    </a:xfrm>
                    <a:prstGeom prst="rect">
                      <a:avLst/>
                    </a:prstGeom>
                  </pic:spPr>
                </pic:pic>
              </a:graphicData>
            </a:graphic>
            <wp14:sizeRelH relativeFrom="page">
              <wp14:pctWidth>0</wp14:pctWidth>
            </wp14:sizeRelH>
            <wp14:sizeRelV relativeFrom="page">
              <wp14:pctHeight>0</wp14:pctHeight>
            </wp14:sizeRelV>
          </wp:anchor>
        </w:drawing>
      </w:r>
      <w:r w:rsidR="00001A00" w:rsidRPr="00AC7ADD">
        <w:rPr>
          <w:rFonts w:cs="Akhbar MT" w:hint="cs"/>
          <w:b/>
          <w:bCs/>
          <w:sz w:val="28"/>
          <w:szCs w:val="28"/>
          <w:rtl/>
        </w:rPr>
        <w:t>ملحق الدراسة:</w:t>
      </w:r>
      <w:r w:rsidRPr="00AC7ADD">
        <w:rPr>
          <w:noProof/>
          <w:sz w:val="28"/>
          <w:szCs w:val="28"/>
        </w:rPr>
        <w:t xml:space="preserve"> </w:t>
      </w:r>
    </w:p>
    <w:p w14:paraId="754927AD" w14:textId="15DDCD35" w:rsidR="00001A00" w:rsidRPr="00AC7ADD" w:rsidRDefault="00D33AD8" w:rsidP="00001A00">
      <w:pPr>
        <w:spacing w:line="360" w:lineRule="auto"/>
        <w:jc w:val="right"/>
        <w:rPr>
          <w:rFonts w:asciiTheme="minorBidi" w:hAnsiTheme="minorBidi"/>
          <w:b/>
          <w:bCs/>
          <w:sz w:val="28"/>
          <w:szCs w:val="28"/>
          <w:u w:val="single"/>
        </w:rPr>
      </w:pPr>
      <w:r w:rsidRPr="00AC7ADD">
        <w:rPr>
          <w:rFonts w:asciiTheme="minorBidi" w:hAnsiTheme="minorBidi" w:hint="cs"/>
          <w:b/>
          <w:bCs/>
          <w:sz w:val="28"/>
          <w:szCs w:val="28"/>
          <w:u w:val="single"/>
          <w:rtl/>
        </w:rPr>
        <w:t>التقديم والإقرار</w:t>
      </w:r>
    </w:p>
    <w:p w14:paraId="71419542" w14:textId="3BBA43C5" w:rsidR="00D33AD8" w:rsidRPr="00AC7ADD" w:rsidRDefault="00671DD8" w:rsidP="00001A00">
      <w:pPr>
        <w:spacing w:line="360" w:lineRule="auto"/>
        <w:jc w:val="right"/>
        <w:rPr>
          <w:rFonts w:asciiTheme="minorBidi" w:hAnsiTheme="minorBidi"/>
          <w:b/>
          <w:bCs/>
          <w:sz w:val="28"/>
          <w:szCs w:val="28"/>
          <w:u w:val="single"/>
          <w:rtl/>
        </w:rPr>
      </w:pPr>
      <w:r w:rsidRPr="00AC7ADD">
        <w:rPr>
          <w:rFonts w:asciiTheme="minorBidi" w:hAnsiTheme="minorBidi"/>
          <w:b/>
          <w:bCs/>
          <w:noProof/>
          <w:sz w:val="28"/>
          <w:szCs w:val="28"/>
          <w:u w:val="single"/>
          <w:rtl/>
          <w:lang w:val="ar-SA"/>
        </w:rPr>
        <mc:AlternateContent>
          <mc:Choice Requires="wps">
            <w:drawing>
              <wp:anchor distT="0" distB="0" distL="114300" distR="114300" simplePos="0" relativeHeight="251654144" behindDoc="0" locked="0" layoutInCell="1" allowOverlap="1" wp14:anchorId="7BB3FDBC" wp14:editId="02C50123">
                <wp:simplePos x="0" y="0"/>
                <wp:positionH relativeFrom="column">
                  <wp:posOffset>422275</wp:posOffset>
                </wp:positionH>
                <wp:positionV relativeFrom="paragraph">
                  <wp:posOffset>254635</wp:posOffset>
                </wp:positionV>
                <wp:extent cx="5476664" cy="6477000"/>
                <wp:effectExtent l="57150" t="19050" r="67310" b="95250"/>
                <wp:wrapNone/>
                <wp:docPr id="6" name="مستطيل 6"/>
                <wp:cNvGraphicFramePr/>
                <a:graphic xmlns:a="http://schemas.openxmlformats.org/drawingml/2006/main">
                  <a:graphicData uri="http://schemas.microsoft.com/office/word/2010/wordprocessingShape">
                    <wps:wsp>
                      <wps:cNvSpPr/>
                      <wps:spPr>
                        <a:xfrm>
                          <a:off x="0" y="0"/>
                          <a:ext cx="5476664" cy="6477000"/>
                        </a:xfrm>
                        <a:prstGeom prst="rect">
                          <a:avLst/>
                        </a:prstGeom>
                        <a:solidFill>
                          <a:schemeClr val="bg1"/>
                        </a:solidFill>
                        <a:ln>
                          <a:solidFill>
                            <a:schemeClr val="tx2">
                              <a:lumMod val="60000"/>
                              <a:lumOff val="40000"/>
                            </a:schemeClr>
                          </a:solidFill>
                        </a:ln>
                      </wps:spPr>
                      <wps:style>
                        <a:lnRef idx="1">
                          <a:schemeClr val="accent1"/>
                        </a:lnRef>
                        <a:fillRef idx="3">
                          <a:schemeClr val="accent1"/>
                        </a:fillRef>
                        <a:effectRef idx="2">
                          <a:schemeClr val="accent1"/>
                        </a:effectRef>
                        <a:fontRef idx="minor">
                          <a:schemeClr val="lt1"/>
                        </a:fontRef>
                      </wps:style>
                      <wps:txbx>
                        <w:txbxContent>
                          <w:p w14:paraId="658340A0" w14:textId="7E65155D" w:rsidR="00D33AD8" w:rsidRPr="0010158C" w:rsidRDefault="00D33AD8" w:rsidP="00C22766">
                            <w:pPr>
                              <w:bidi/>
                              <w:spacing w:after="0"/>
                              <w:jc w:val="both"/>
                              <w:rPr>
                                <w:rFonts w:ascii="docs-Roboto" w:eastAsia="Times New Roman" w:hAnsi="docs-Roboto" w:cs="Times New Roman"/>
                                <w:b/>
                                <w:bCs/>
                                <w:color w:val="1F1F1F"/>
                                <w:shd w:val="clear" w:color="auto" w:fill="FFFFFF"/>
                                <w:rtl/>
                              </w:rPr>
                            </w:pPr>
                            <w:r w:rsidRPr="0010158C">
                              <w:rPr>
                                <w:rFonts w:ascii="docs-Roboto" w:hAnsi="docs-Roboto"/>
                                <w:b/>
                                <w:bCs/>
                                <w:color w:val="1F1F1F"/>
                                <w:sz w:val="34"/>
                                <w:szCs w:val="32"/>
                                <w:shd w:val="clear" w:color="auto" w:fill="FFFFFF"/>
                                <w:rtl/>
                              </w:rPr>
                              <w:t>دور الشات بوت المعتمد على الذكاء الاصطناعي في تحسين تجربة العملاء وتسهيل التواصل مع الشركات في المملكة العربية السعودية: دراسة ميدانية</w:t>
                            </w:r>
                          </w:p>
                          <w:p w14:paraId="521B3288" w14:textId="77777777" w:rsidR="00C22766" w:rsidRDefault="00C22766" w:rsidP="00C22766">
                            <w:pPr>
                              <w:bidi/>
                              <w:spacing w:after="0"/>
                              <w:jc w:val="both"/>
                              <w:rPr>
                                <w:rFonts w:ascii="docs-Roboto" w:eastAsia="Times New Roman" w:hAnsi="docs-Roboto" w:cs="Times New Roman"/>
                                <w:b/>
                                <w:bCs/>
                                <w:color w:val="1F1F1F"/>
                                <w:shd w:val="clear" w:color="auto" w:fill="FFFFFF"/>
                                <w:rtl/>
                              </w:rPr>
                            </w:pPr>
                          </w:p>
                          <w:p w14:paraId="3F8DA3C8" w14:textId="77777777" w:rsidR="00C22766" w:rsidRPr="00C22766" w:rsidRDefault="00C22766" w:rsidP="00C22766">
                            <w:pPr>
                              <w:bidi/>
                              <w:spacing w:after="0"/>
                              <w:jc w:val="both"/>
                              <w:rPr>
                                <w:rFonts w:ascii="docs-Roboto" w:eastAsia="Times New Roman" w:hAnsi="docs-Roboto" w:cs="Times New Roman"/>
                                <w:b/>
                                <w:bCs/>
                                <w:color w:val="1F1F1F"/>
                                <w:sz w:val="28"/>
                                <w:szCs w:val="28"/>
                                <w:shd w:val="clear" w:color="auto" w:fill="FFFFFF"/>
                                <w:rtl/>
                              </w:rPr>
                            </w:pPr>
                          </w:p>
                          <w:p w14:paraId="62C3389B" w14:textId="37D10500" w:rsidR="00D33AD8" w:rsidRPr="00C22766" w:rsidRDefault="003611C0" w:rsidP="00C22766">
                            <w:pPr>
                              <w:bidi/>
                              <w:spacing w:after="0"/>
                              <w:jc w:val="both"/>
                              <w:rPr>
                                <w:rFonts w:ascii="docs-Roboto" w:eastAsia="Times New Roman" w:hAnsi="docs-Roboto" w:cs="Times New Roman"/>
                                <w:b/>
                                <w:bCs/>
                                <w:color w:val="1F1F1F"/>
                                <w:sz w:val="28"/>
                                <w:szCs w:val="28"/>
                                <w:shd w:val="clear" w:color="auto" w:fill="FFFFFF"/>
                                <w:rtl/>
                              </w:rPr>
                            </w:pPr>
                            <w:r w:rsidRPr="00C22766">
                              <w:rPr>
                                <w:rFonts w:ascii="docs-Roboto" w:eastAsia="Times New Roman" w:hAnsi="docs-Roboto" w:cs="Times New Roman" w:hint="cs"/>
                                <w:b/>
                                <w:bCs/>
                                <w:color w:val="1F1F1F"/>
                                <w:sz w:val="28"/>
                                <w:szCs w:val="28"/>
                                <w:shd w:val="clear" w:color="auto" w:fill="FFFFFF"/>
                                <w:rtl/>
                              </w:rPr>
                              <w:t>بسم الله الرحمن الرحيم</w:t>
                            </w:r>
                          </w:p>
                          <w:p w14:paraId="68B9A691" w14:textId="3537F326" w:rsidR="00C22766" w:rsidRPr="00C22766" w:rsidRDefault="00C22766" w:rsidP="00C22766">
                            <w:pPr>
                              <w:bidi/>
                              <w:spacing w:after="0"/>
                              <w:jc w:val="both"/>
                              <w:rPr>
                                <w:rFonts w:ascii="docs-Roboto" w:eastAsia="Times New Roman" w:hAnsi="docs-Roboto" w:cs="Times New Roman"/>
                                <w:b/>
                                <w:bCs/>
                                <w:color w:val="1F1F1F"/>
                                <w:sz w:val="28"/>
                                <w:szCs w:val="28"/>
                                <w:shd w:val="clear" w:color="auto" w:fill="FFFFFF"/>
                                <w:rtl/>
                              </w:rPr>
                            </w:pPr>
                          </w:p>
                          <w:p w14:paraId="3E77D6EA" w14:textId="4C6CB2AF" w:rsidR="00C22766" w:rsidRPr="0010158C" w:rsidRDefault="00C22766" w:rsidP="00C22766">
                            <w:pPr>
                              <w:bidi/>
                              <w:spacing w:after="0"/>
                              <w:jc w:val="both"/>
                              <w:rPr>
                                <w:rFonts w:ascii="docs-Roboto" w:eastAsia="Times New Roman" w:hAnsi="docs-Roboto" w:cs="Times New Roman"/>
                                <w:color w:val="1F1F1F"/>
                                <w:sz w:val="28"/>
                                <w:szCs w:val="28"/>
                                <w:shd w:val="clear" w:color="auto" w:fill="FFFFFF"/>
                                <w:rtl/>
                              </w:rPr>
                            </w:pPr>
                            <w:r w:rsidRPr="0010158C">
                              <w:rPr>
                                <w:rFonts w:ascii="docs-Roboto" w:eastAsia="Times New Roman" w:hAnsi="docs-Roboto" w:cs="Times New Roman" w:hint="cs"/>
                                <w:color w:val="1F1F1F"/>
                                <w:sz w:val="28"/>
                                <w:szCs w:val="28"/>
                                <w:shd w:val="clear" w:color="auto" w:fill="FFFFFF"/>
                                <w:rtl/>
                              </w:rPr>
                              <w:t>عزيزي/عزيزتي المشاركين</w:t>
                            </w:r>
                          </w:p>
                          <w:p w14:paraId="116A2D0E" w14:textId="314F3872" w:rsidR="00C22766" w:rsidRPr="0010158C" w:rsidRDefault="00C22766" w:rsidP="00C22766">
                            <w:pPr>
                              <w:bidi/>
                              <w:spacing w:after="0"/>
                              <w:jc w:val="both"/>
                              <w:rPr>
                                <w:rFonts w:ascii="docs-Roboto" w:eastAsia="Times New Roman" w:hAnsi="docs-Roboto" w:cs="Times New Roman"/>
                                <w:color w:val="1F1F1F"/>
                                <w:sz w:val="28"/>
                                <w:szCs w:val="28"/>
                                <w:shd w:val="clear" w:color="auto" w:fill="FFFFFF"/>
                                <w:rtl/>
                              </w:rPr>
                            </w:pPr>
                          </w:p>
                          <w:p w14:paraId="47353665" w14:textId="196D064C" w:rsidR="00C22766" w:rsidRPr="0010158C" w:rsidRDefault="00C22766" w:rsidP="00C22766">
                            <w:pPr>
                              <w:bidi/>
                              <w:spacing w:after="0"/>
                              <w:jc w:val="both"/>
                              <w:rPr>
                                <w:rFonts w:ascii="docs-Roboto" w:eastAsia="Times New Roman" w:hAnsi="docs-Roboto" w:cs="Times New Roman"/>
                                <w:color w:val="1F1F1F"/>
                                <w:sz w:val="28"/>
                                <w:szCs w:val="28"/>
                                <w:shd w:val="clear" w:color="auto" w:fill="FFFFFF"/>
                                <w:rtl/>
                              </w:rPr>
                            </w:pPr>
                            <w:r w:rsidRPr="0010158C">
                              <w:rPr>
                                <w:rFonts w:ascii="docs-Roboto" w:eastAsia="Times New Roman" w:hAnsi="docs-Roboto" w:cs="Times New Roman" w:hint="cs"/>
                                <w:color w:val="1F1F1F"/>
                                <w:sz w:val="28"/>
                                <w:szCs w:val="28"/>
                                <w:shd w:val="clear" w:color="auto" w:fill="FFFFFF"/>
                                <w:rtl/>
                              </w:rPr>
                              <w:t>هذا الاستبيان يعد جزءاً من متطلبات الحصول على درجة البكالوريوس في التسويق الرقمي، ويهدف إلى</w:t>
                            </w:r>
                            <w:r w:rsidR="0010158C" w:rsidRPr="0010158C">
                              <w:rPr>
                                <w:rFonts w:ascii="docs-Roboto" w:eastAsia="Times New Roman" w:hAnsi="docs-Roboto" w:cs="Times New Roman" w:hint="cs"/>
                                <w:color w:val="1F1F1F"/>
                                <w:sz w:val="28"/>
                                <w:szCs w:val="28"/>
                                <w:shd w:val="clear" w:color="auto" w:fill="FFFFFF"/>
                                <w:rtl/>
                              </w:rPr>
                              <w:t xml:space="preserve"> قياس </w:t>
                            </w:r>
                            <w:r w:rsidR="0010158C" w:rsidRPr="0010158C">
                              <w:rPr>
                                <w:rFonts w:ascii="docs-Roboto" w:eastAsia="Times New Roman" w:hAnsi="docs-Roboto" w:cs="Times New Roman" w:hint="cs"/>
                                <w:b/>
                                <w:bCs/>
                                <w:color w:val="1F1F1F"/>
                                <w:sz w:val="28"/>
                                <w:szCs w:val="28"/>
                                <w:shd w:val="clear" w:color="auto" w:fill="FFFFFF"/>
                                <w:rtl/>
                              </w:rPr>
                              <w:t>"دور الشات بوت المعتمد على الذكاء الاصطناعي في تحسين تجربة العملاء وتسهيل التواصل مع الشركات في المملكة العربية السعودية".</w:t>
                            </w:r>
                          </w:p>
                          <w:p w14:paraId="490C19B7" w14:textId="77777777" w:rsidR="00D33AD8" w:rsidRPr="00671DD8" w:rsidRDefault="00D33AD8" w:rsidP="00C22766">
                            <w:pPr>
                              <w:bidi/>
                              <w:spacing w:after="0"/>
                              <w:jc w:val="both"/>
                              <w:rPr>
                                <w:rFonts w:ascii="docs-Roboto" w:eastAsia="Times New Roman" w:hAnsi="docs-Roboto" w:cs="Times New Roman"/>
                                <w:b/>
                                <w:bCs/>
                                <w:color w:val="1F1F1F"/>
                                <w:shd w:val="clear" w:color="auto" w:fill="FFFFFF"/>
                                <w:rtl/>
                              </w:rPr>
                            </w:pPr>
                          </w:p>
                          <w:p w14:paraId="60423F37" w14:textId="2CE33D58" w:rsidR="00D33AD8" w:rsidRPr="00D33AD8" w:rsidRDefault="00D33AD8" w:rsidP="00C22766">
                            <w:pPr>
                              <w:bidi/>
                              <w:spacing w:after="0"/>
                              <w:jc w:val="both"/>
                              <w:rPr>
                                <w:rFonts w:ascii="Times New Roman" w:eastAsia="Times New Roman" w:hAnsi="Times New Roman" w:cs="Times New Roman"/>
                                <w:sz w:val="28"/>
                                <w:szCs w:val="28"/>
                              </w:rPr>
                            </w:pPr>
                            <w:r w:rsidRPr="00D33AD8">
                              <w:rPr>
                                <w:rFonts w:ascii="docs-Roboto" w:eastAsia="Times New Roman" w:hAnsi="docs-Roboto" w:cs="Times New Roman"/>
                                <w:color w:val="1F1F1F"/>
                                <w:sz w:val="26"/>
                                <w:szCs w:val="28"/>
                                <w:shd w:val="clear" w:color="auto" w:fill="FFFFFF"/>
                                <w:rtl/>
                              </w:rPr>
                              <w:t>علماً بأن</w:t>
                            </w:r>
                            <w:r w:rsidRPr="00D33AD8">
                              <w:rPr>
                                <w:rFonts w:ascii="docs-Roboto" w:eastAsia="Times New Roman" w:hAnsi="docs-Roboto" w:cs="Times New Roman"/>
                                <w:color w:val="1F1F1F"/>
                                <w:sz w:val="26"/>
                                <w:szCs w:val="28"/>
                                <w:shd w:val="clear" w:color="auto" w:fill="FFFFFF"/>
                              </w:rPr>
                              <w:t>:</w:t>
                            </w:r>
                          </w:p>
                          <w:p w14:paraId="68800801" w14:textId="5308CC9D" w:rsidR="00D33AD8" w:rsidRPr="00D33AD8" w:rsidRDefault="00D33AD8" w:rsidP="00C22766">
                            <w:pPr>
                              <w:numPr>
                                <w:ilvl w:val="0"/>
                                <w:numId w:val="11"/>
                              </w:numPr>
                              <w:shd w:val="clear" w:color="auto" w:fill="FFFFFF"/>
                              <w:bidi/>
                              <w:spacing w:before="100" w:beforeAutospacing="1" w:after="100" w:afterAutospacing="1"/>
                              <w:jc w:val="both"/>
                              <w:rPr>
                                <w:rFonts w:ascii="docs-Roboto" w:eastAsia="Times New Roman" w:hAnsi="docs-Roboto" w:cs="Times New Roman"/>
                                <w:color w:val="1F1F1F"/>
                                <w:sz w:val="26"/>
                                <w:szCs w:val="28"/>
                              </w:rPr>
                            </w:pPr>
                            <w:r w:rsidRPr="00D33AD8">
                              <w:rPr>
                                <w:rFonts w:ascii="docs-Roboto" w:eastAsia="Times New Roman" w:hAnsi="docs-Roboto" w:cs="Times New Roman"/>
                                <w:color w:val="1F1F1F"/>
                                <w:sz w:val="26"/>
                                <w:szCs w:val="28"/>
                                <w:rtl/>
                              </w:rPr>
                              <w:t>الاستبيان لا يستغرق أكثر من 5 دقائق من وقتكم</w:t>
                            </w:r>
                            <w:r w:rsidRPr="00D33AD8">
                              <w:rPr>
                                <w:rFonts w:ascii="docs-Roboto" w:eastAsia="Times New Roman" w:hAnsi="docs-Roboto" w:cs="Times New Roman"/>
                                <w:color w:val="1F1F1F"/>
                                <w:sz w:val="26"/>
                                <w:szCs w:val="28"/>
                              </w:rPr>
                              <w:t>.</w:t>
                            </w:r>
                          </w:p>
                          <w:p w14:paraId="12C00534" w14:textId="16FF1657" w:rsidR="00D33AD8" w:rsidRPr="00D33AD8" w:rsidRDefault="00D33AD8" w:rsidP="00C22766">
                            <w:pPr>
                              <w:numPr>
                                <w:ilvl w:val="0"/>
                                <w:numId w:val="11"/>
                              </w:numPr>
                              <w:shd w:val="clear" w:color="auto" w:fill="FFFFFF"/>
                              <w:bidi/>
                              <w:spacing w:before="100" w:beforeAutospacing="1" w:after="100" w:afterAutospacing="1"/>
                              <w:jc w:val="both"/>
                              <w:rPr>
                                <w:rFonts w:ascii="docs-Roboto" w:eastAsia="Times New Roman" w:hAnsi="docs-Roboto" w:cs="Times New Roman"/>
                                <w:color w:val="1F1F1F"/>
                                <w:sz w:val="26"/>
                                <w:szCs w:val="28"/>
                              </w:rPr>
                            </w:pPr>
                            <w:r w:rsidRPr="00D33AD8">
                              <w:rPr>
                                <w:rFonts w:ascii="docs-Roboto" w:eastAsia="Times New Roman" w:hAnsi="docs-Roboto" w:cs="Times New Roman"/>
                                <w:color w:val="1F1F1F"/>
                                <w:sz w:val="26"/>
                                <w:szCs w:val="28"/>
                                <w:rtl/>
                              </w:rPr>
                              <w:t>الإجابات ستُستخدم للأغراض العلمية والبحثية فقط</w:t>
                            </w:r>
                            <w:r w:rsidRPr="00D33AD8">
                              <w:rPr>
                                <w:rFonts w:ascii="docs-Roboto" w:eastAsia="Times New Roman" w:hAnsi="docs-Roboto" w:cs="Times New Roman"/>
                                <w:color w:val="1F1F1F"/>
                                <w:sz w:val="26"/>
                                <w:szCs w:val="28"/>
                              </w:rPr>
                              <w:t>.</w:t>
                            </w:r>
                          </w:p>
                          <w:p w14:paraId="6B945283" w14:textId="32DE58BD" w:rsidR="00D33AD8" w:rsidRPr="00D33AD8" w:rsidRDefault="00D33AD8" w:rsidP="00C22766">
                            <w:pPr>
                              <w:numPr>
                                <w:ilvl w:val="0"/>
                                <w:numId w:val="11"/>
                              </w:numPr>
                              <w:shd w:val="clear" w:color="auto" w:fill="FFFFFF"/>
                              <w:bidi/>
                              <w:spacing w:before="100" w:beforeAutospacing="1" w:after="100" w:afterAutospacing="1"/>
                              <w:jc w:val="both"/>
                              <w:rPr>
                                <w:rFonts w:ascii="docs-Roboto" w:eastAsia="Times New Roman" w:hAnsi="docs-Roboto" w:cs="Times New Roman"/>
                                <w:color w:val="1F1F1F"/>
                                <w:sz w:val="26"/>
                                <w:szCs w:val="28"/>
                              </w:rPr>
                            </w:pPr>
                            <w:r w:rsidRPr="00D33AD8">
                              <w:rPr>
                                <w:rFonts w:ascii="docs-Roboto" w:eastAsia="Times New Roman" w:hAnsi="docs-Roboto" w:cs="Times New Roman"/>
                                <w:color w:val="1F1F1F"/>
                                <w:sz w:val="26"/>
                                <w:szCs w:val="28"/>
                                <w:rtl/>
                              </w:rPr>
                              <w:t>سيتم الحفاظ التام على سرية البيانات وخصوصيتها</w:t>
                            </w:r>
                            <w:r w:rsidRPr="00D33AD8">
                              <w:rPr>
                                <w:rFonts w:ascii="docs-Roboto" w:eastAsia="Times New Roman" w:hAnsi="docs-Roboto" w:cs="Times New Roman"/>
                                <w:color w:val="1F1F1F"/>
                                <w:sz w:val="26"/>
                                <w:szCs w:val="28"/>
                              </w:rPr>
                              <w:t>.</w:t>
                            </w:r>
                          </w:p>
                          <w:p w14:paraId="342E5564" w14:textId="4315B570" w:rsidR="00D33AD8" w:rsidRPr="00D33AD8" w:rsidRDefault="00D33AD8" w:rsidP="00C22766">
                            <w:pPr>
                              <w:numPr>
                                <w:ilvl w:val="0"/>
                                <w:numId w:val="11"/>
                              </w:numPr>
                              <w:shd w:val="clear" w:color="auto" w:fill="FFFFFF"/>
                              <w:bidi/>
                              <w:spacing w:before="100" w:beforeAutospacing="1" w:after="100" w:afterAutospacing="1"/>
                              <w:jc w:val="both"/>
                              <w:rPr>
                                <w:rFonts w:ascii="docs-Roboto" w:eastAsia="Times New Roman" w:hAnsi="docs-Roboto" w:cs="Times New Roman"/>
                                <w:color w:val="1F1F1F"/>
                                <w:sz w:val="26"/>
                                <w:szCs w:val="28"/>
                              </w:rPr>
                            </w:pPr>
                            <w:r w:rsidRPr="00D33AD8">
                              <w:rPr>
                                <w:rFonts w:ascii="docs-Roboto" w:eastAsia="Times New Roman" w:hAnsi="docs-Roboto" w:cs="Times New Roman"/>
                                <w:color w:val="1F1F1F"/>
                                <w:sz w:val="26"/>
                                <w:szCs w:val="28"/>
                                <w:rtl/>
                              </w:rPr>
                              <w:t>لن تُستخدم البيانات إلا في نطاق هذا البحث الأكاديمي</w:t>
                            </w:r>
                            <w:r w:rsidRPr="00D33AD8">
                              <w:rPr>
                                <w:rFonts w:ascii="docs-Roboto" w:eastAsia="Times New Roman" w:hAnsi="docs-Roboto" w:cs="Times New Roman"/>
                                <w:color w:val="1F1F1F"/>
                                <w:sz w:val="26"/>
                                <w:szCs w:val="28"/>
                              </w:rPr>
                              <w:t>.</w:t>
                            </w:r>
                          </w:p>
                          <w:p w14:paraId="56EB5C96" w14:textId="708EA315" w:rsidR="00D33AD8" w:rsidRPr="00671DD8" w:rsidRDefault="00D33AD8" w:rsidP="00C22766">
                            <w:pPr>
                              <w:bidi/>
                              <w:jc w:val="both"/>
                              <w:rPr>
                                <w:color w:val="000000" w:themeColor="text1"/>
                                <w:sz w:val="28"/>
                                <w:szCs w:val="28"/>
                              </w:rPr>
                            </w:pPr>
                            <w:r w:rsidRPr="00671DD8">
                              <w:rPr>
                                <w:rFonts w:ascii="docs-Roboto" w:eastAsia="Times New Roman" w:hAnsi="docs-Roboto" w:cs="Times New Roman"/>
                                <w:color w:val="1F1F1F"/>
                                <w:sz w:val="26"/>
                                <w:szCs w:val="28"/>
                              </w:rPr>
                              <w:br/>
                            </w:r>
                            <w:r w:rsidRPr="00671DD8">
                              <w:rPr>
                                <w:rFonts w:ascii="docs-Roboto" w:eastAsia="Times New Roman" w:hAnsi="docs-Roboto" w:cs="Times New Roman"/>
                                <w:b/>
                                <w:bCs/>
                                <w:color w:val="1F1F1F"/>
                                <w:sz w:val="26"/>
                                <w:szCs w:val="28"/>
                                <w:shd w:val="clear" w:color="auto" w:fill="FFFFFF"/>
                                <w:rtl/>
                              </w:rPr>
                              <w:t>شاكرين لكم حسن تعاونكم وتخصيص وقتكم للمشاركة في هذه الدراسة</w:t>
                            </w:r>
                            <w:r w:rsidRPr="00671DD8">
                              <w:rPr>
                                <w:rFonts w:ascii="docs-Roboto" w:eastAsia="Times New Roman" w:hAnsi="docs-Roboto" w:cs="Times New Roman"/>
                                <w:b/>
                                <w:bCs/>
                                <w:color w:val="1F1F1F"/>
                                <w:sz w:val="26"/>
                                <w:szCs w:val="28"/>
                                <w:shd w:val="clear" w:color="auto" w:fill="FFFFFF"/>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B3FDBC" id="مستطيل 6" o:spid="_x0000_s1026" style="position:absolute;left:0;text-align:left;margin-left:33.25pt;margin-top:20.05pt;width:431.25pt;height:510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" fillcolor="white [3212]" strokecolor="#548dd4 [1951]">
                <v:shadow on="t" color="black" opacity="22937f" origin=",.5" offset="0,.63889mm"/>
                <v:textbox>
                  <w:txbxContent>
                    <w:p w14:paraId="658340A0" w14:textId="7E65155D" w:rsidR="00D33AD8" w:rsidRPr="0010158C" w:rsidRDefault="00D33AD8" w:rsidP="00C22766">
                      <w:pPr>
                        <w:bidi/>
                        <w:spacing w:after="0"/>
                        <w:jc w:val="both"/>
                        <w:rPr>
                          <w:rFonts w:ascii="docs-Roboto" w:eastAsia="Times New Roman" w:hAnsi="docs-Roboto" w:cs="Times New Roman"/>
                          <w:b/>
                          <w:bCs/>
                          <w:color w:val="1F1F1F"/>
                          <w:shd w:val="clear" w:color="auto" w:fill="FFFFFF"/>
                          <w:rtl/>
                        </w:rPr>
                      </w:pPr>
                      <w:r w:rsidRPr="0010158C">
                        <w:rPr>
                          <w:rFonts w:ascii="docs-Roboto" w:hAnsi="docs-Roboto"/>
                          <w:b/>
                          <w:bCs/>
                          <w:color w:val="1F1F1F"/>
                          <w:sz w:val="34"/>
                          <w:szCs w:val="32"/>
                          <w:shd w:val="clear" w:color="auto" w:fill="FFFFFF"/>
                          <w:rtl/>
                        </w:rPr>
                        <w:t>دور الشات بوت المعتمد على الذكاء الاصطناعي في تحسين تجربة العملاء وتسهيل التواصل مع الشركات في المملكة العربية السعودية: دراسة ميدانية</w:t>
                      </w:r>
                    </w:p>
                    <w:p w14:paraId="521B3288" w14:textId="77777777" w:rsidR="00C22766" w:rsidRDefault="00C22766" w:rsidP="00C22766">
                      <w:pPr>
                        <w:bidi/>
                        <w:spacing w:after="0"/>
                        <w:jc w:val="both"/>
                        <w:rPr>
                          <w:rFonts w:ascii="docs-Roboto" w:eastAsia="Times New Roman" w:hAnsi="docs-Roboto" w:cs="Times New Roman"/>
                          <w:b/>
                          <w:bCs/>
                          <w:color w:val="1F1F1F"/>
                          <w:shd w:val="clear" w:color="auto" w:fill="FFFFFF"/>
                          <w:rtl/>
                        </w:rPr>
                      </w:pPr>
                    </w:p>
                    <w:p w14:paraId="3F8DA3C8" w14:textId="77777777" w:rsidR="00C22766" w:rsidRPr="00C22766" w:rsidRDefault="00C22766" w:rsidP="00C22766">
                      <w:pPr>
                        <w:bidi/>
                        <w:spacing w:after="0"/>
                        <w:jc w:val="both"/>
                        <w:rPr>
                          <w:rFonts w:ascii="docs-Roboto" w:eastAsia="Times New Roman" w:hAnsi="docs-Roboto" w:cs="Times New Roman"/>
                          <w:b/>
                          <w:bCs/>
                          <w:color w:val="1F1F1F"/>
                          <w:sz w:val="28"/>
                          <w:szCs w:val="28"/>
                          <w:shd w:val="clear" w:color="auto" w:fill="FFFFFF"/>
                          <w:rtl/>
                        </w:rPr>
                      </w:pPr>
                    </w:p>
                    <w:p w14:paraId="62C3389B" w14:textId="37D10500" w:rsidR="00D33AD8" w:rsidRPr="00C22766" w:rsidRDefault="003611C0" w:rsidP="00C22766">
                      <w:pPr>
                        <w:bidi/>
                        <w:spacing w:after="0"/>
                        <w:jc w:val="both"/>
                        <w:rPr>
                          <w:rFonts w:ascii="docs-Roboto" w:eastAsia="Times New Roman" w:hAnsi="docs-Roboto" w:cs="Times New Roman"/>
                          <w:b/>
                          <w:bCs/>
                          <w:color w:val="1F1F1F"/>
                          <w:sz w:val="28"/>
                          <w:szCs w:val="28"/>
                          <w:shd w:val="clear" w:color="auto" w:fill="FFFFFF"/>
                          <w:rtl/>
                        </w:rPr>
                      </w:pPr>
                      <w:r w:rsidRPr="00C22766">
                        <w:rPr>
                          <w:rFonts w:ascii="docs-Roboto" w:eastAsia="Times New Roman" w:hAnsi="docs-Roboto" w:cs="Times New Roman" w:hint="cs"/>
                          <w:b/>
                          <w:bCs/>
                          <w:color w:val="1F1F1F"/>
                          <w:sz w:val="28"/>
                          <w:szCs w:val="28"/>
                          <w:shd w:val="clear" w:color="auto" w:fill="FFFFFF"/>
                          <w:rtl/>
                        </w:rPr>
                        <w:t>بسم الله الرحمن الرحيم</w:t>
                      </w:r>
                    </w:p>
                    <w:p w14:paraId="68B9A691" w14:textId="3537F326" w:rsidR="00C22766" w:rsidRPr="00C22766" w:rsidRDefault="00C22766" w:rsidP="00C22766">
                      <w:pPr>
                        <w:bidi/>
                        <w:spacing w:after="0"/>
                        <w:jc w:val="both"/>
                        <w:rPr>
                          <w:rFonts w:ascii="docs-Roboto" w:eastAsia="Times New Roman" w:hAnsi="docs-Roboto" w:cs="Times New Roman"/>
                          <w:b/>
                          <w:bCs/>
                          <w:color w:val="1F1F1F"/>
                          <w:sz w:val="28"/>
                          <w:szCs w:val="28"/>
                          <w:shd w:val="clear" w:color="auto" w:fill="FFFFFF"/>
                          <w:rtl/>
                        </w:rPr>
                      </w:pPr>
                    </w:p>
                    <w:p w14:paraId="3E77D6EA" w14:textId="4C6CB2AF" w:rsidR="00C22766" w:rsidRPr="0010158C" w:rsidRDefault="00C22766" w:rsidP="00C22766">
                      <w:pPr>
                        <w:bidi/>
                        <w:spacing w:after="0"/>
                        <w:jc w:val="both"/>
                        <w:rPr>
                          <w:rFonts w:ascii="docs-Roboto" w:eastAsia="Times New Roman" w:hAnsi="docs-Roboto" w:cs="Times New Roman"/>
                          <w:color w:val="1F1F1F"/>
                          <w:sz w:val="28"/>
                          <w:szCs w:val="28"/>
                          <w:shd w:val="clear" w:color="auto" w:fill="FFFFFF"/>
                          <w:rtl/>
                        </w:rPr>
                      </w:pPr>
                      <w:r w:rsidRPr="0010158C">
                        <w:rPr>
                          <w:rFonts w:ascii="docs-Roboto" w:eastAsia="Times New Roman" w:hAnsi="docs-Roboto" w:cs="Times New Roman" w:hint="cs"/>
                          <w:color w:val="1F1F1F"/>
                          <w:sz w:val="28"/>
                          <w:szCs w:val="28"/>
                          <w:shd w:val="clear" w:color="auto" w:fill="FFFFFF"/>
                          <w:rtl/>
                        </w:rPr>
                        <w:t>عزيزي/عزيزتي المشاركين</w:t>
                      </w:r>
                    </w:p>
                    <w:p w14:paraId="116A2D0E" w14:textId="314F3872" w:rsidR="00C22766" w:rsidRPr="0010158C" w:rsidRDefault="00C22766" w:rsidP="00C22766">
                      <w:pPr>
                        <w:bidi/>
                        <w:spacing w:after="0"/>
                        <w:jc w:val="both"/>
                        <w:rPr>
                          <w:rFonts w:ascii="docs-Roboto" w:eastAsia="Times New Roman" w:hAnsi="docs-Roboto" w:cs="Times New Roman"/>
                          <w:color w:val="1F1F1F"/>
                          <w:sz w:val="28"/>
                          <w:szCs w:val="28"/>
                          <w:shd w:val="clear" w:color="auto" w:fill="FFFFFF"/>
                          <w:rtl/>
                        </w:rPr>
                      </w:pPr>
                    </w:p>
                    <w:p w14:paraId="47353665" w14:textId="196D064C" w:rsidR="00C22766" w:rsidRPr="0010158C" w:rsidRDefault="00C22766" w:rsidP="00C22766">
                      <w:pPr>
                        <w:bidi/>
                        <w:spacing w:after="0"/>
                        <w:jc w:val="both"/>
                        <w:rPr>
                          <w:rFonts w:ascii="docs-Roboto" w:eastAsia="Times New Roman" w:hAnsi="docs-Roboto" w:cs="Times New Roman"/>
                          <w:color w:val="1F1F1F"/>
                          <w:sz w:val="28"/>
                          <w:szCs w:val="28"/>
                          <w:shd w:val="clear" w:color="auto" w:fill="FFFFFF"/>
                          <w:rtl/>
                        </w:rPr>
                      </w:pPr>
                      <w:r w:rsidRPr="0010158C">
                        <w:rPr>
                          <w:rFonts w:ascii="docs-Roboto" w:eastAsia="Times New Roman" w:hAnsi="docs-Roboto" w:cs="Times New Roman" w:hint="cs"/>
                          <w:color w:val="1F1F1F"/>
                          <w:sz w:val="28"/>
                          <w:szCs w:val="28"/>
                          <w:shd w:val="clear" w:color="auto" w:fill="FFFFFF"/>
                          <w:rtl/>
                        </w:rPr>
                        <w:t>هذا الاستبيان يعد جزءاً من متطلبات الحصول على درجة البكالوريوس في التسويق الرقمي، ويهدف إلى</w:t>
                      </w:r>
                      <w:r w:rsidR="0010158C" w:rsidRPr="0010158C">
                        <w:rPr>
                          <w:rFonts w:ascii="docs-Roboto" w:eastAsia="Times New Roman" w:hAnsi="docs-Roboto" w:cs="Times New Roman" w:hint="cs"/>
                          <w:color w:val="1F1F1F"/>
                          <w:sz w:val="28"/>
                          <w:szCs w:val="28"/>
                          <w:shd w:val="clear" w:color="auto" w:fill="FFFFFF"/>
                          <w:rtl/>
                        </w:rPr>
                        <w:t xml:space="preserve"> قياس </w:t>
                      </w:r>
                      <w:r w:rsidR="0010158C" w:rsidRPr="0010158C">
                        <w:rPr>
                          <w:rFonts w:ascii="docs-Roboto" w:eastAsia="Times New Roman" w:hAnsi="docs-Roboto" w:cs="Times New Roman" w:hint="cs"/>
                          <w:b/>
                          <w:bCs/>
                          <w:color w:val="1F1F1F"/>
                          <w:sz w:val="28"/>
                          <w:szCs w:val="28"/>
                          <w:shd w:val="clear" w:color="auto" w:fill="FFFFFF"/>
                          <w:rtl/>
                        </w:rPr>
                        <w:t>"دور الشات بوت المعتمد على الذكاء الاصطناعي في تحسين تجربة العملاء وتسهيل التواصل مع الشركات في المملكة العربية السعودية".</w:t>
                      </w:r>
                    </w:p>
                    <w:p w14:paraId="490C19B7" w14:textId="77777777" w:rsidR="00D33AD8" w:rsidRPr="00671DD8" w:rsidRDefault="00D33AD8" w:rsidP="00C22766">
                      <w:pPr>
                        <w:bidi/>
                        <w:spacing w:after="0"/>
                        <w:jc w:val="both"/>
                        <w:rPr>
                          <w:rFonts w:ascii="docs-Roboto" w:eastAsia="Times New Roman" w:hAnsi="docs-Roboto" w:cs="Times New Roman"/>
                          <w:b/>
                          <w:bCs/>
                          <w:color w:val="1F1F1F"/>
                          <w:shd w:val="clear" w:color="auto" w:fill="FFFFFF"/>
                          <w:rtl/>
                        </w:rPr>
                      </w:pPr>
                    </w:p>
                    <w:p w14:paraId="60423F37" w14:textId="2CE33D58" w:rsidR="00D33AD8" w:rsidRPr="00D33AD8" w:rsidRDefault="00D33AD8" w:rsidP="00C22766">
                      <w:pPr>
                        <w:bidi/>
                        <w:spacing w:after="0"/>
                        <w:jc w:val="both"/>
                        <w:rPr>
                          <w:rFonts w:ascii="Times New Roman" w:eastAsia="Times New Roman" w:hAnsi="Times New Roman" w:cs="Times New Roman"/>
                          <w:sz w:val="28"/>
                          <w:szCs w:val="28"/>
                        </w:rPr>
                      </w:pPr>
                      <w:r w:rsidRPr="00D33AD8">
                        <w:rPr>
                          <w:rFonts w:ascii="docs-Roboto" w:eastAsia="Times New Roman" w:hAnsi="docs-Roboto" w:cs="Times New Roman"/>
                          <w:color w:val="1F1F1F"/>
                          <w:sz w:val="26"/>
                          <w:szCs w:val="28"/>
                          <w:shd w:val="clear" w:color="auto" w:fill="FFFFFF"/>
                          <w:rtl/>
                        </w:rPr>
                        <w:t>علماً بأن</w:t>
                      </w:r>
                      <w:r w:rsidRPr="00D33AD8">
                        <w:rPr>
                          <w:rFonts w:ascii="docs-Roboto" w:eastAsia="Times New Roman" w:hAnsi="docs-Roboto" w:cs="Times New Roman"/>
                          <w:color w:val="1F1F1F"/>
                          <w:sz w:val="26"/>
                          <w:szCs w:val="28"/>
                          <w:shd w:val="clear" w:color="auto" w:fill="FFFFFF"/>
                        </w:rPr>
                        <w:t>:</w:t>
                      </w:r>
                    </w:p>
                    <w:p w14:paraId="68800801" w14:textId="5308CC9D" w:rsidR="00D33AD8" w:rsidRPr="00D33AD8" w:rsidRDefault="00D33AD8" w:rsidP="00C22766">
                      <w:pPr>
                        <w:numPr>
                          <w:ilvl w:val="0"/>
                          <w:numId w:val="11"/>
                        </w:numPr>
                        <w:shd w:val="clear" w:color="auto" w:fill="FFFFFF"/>
                        <w:bidi/>
                        <w:spacing w:before="100" w:beforeAutospacing="1" w:after="100" w:afterAutospacing="1"/>
                        <w:jc w:val="both"/>
                        <w:rPr>
                          <w:rFonts w:ascii="docs-Roboto" w:eastAsia="Times New Roman" w:hAnsi="docs-Roboto" w:cs="Times New Roman"/>
                          <w:color w:val="1F1F1F"/>
                          <w:sz w:val="26"/>
                          <w:szCs w:val="28"/>
                        </w:rPr>
                      </w:pPr>
                      <w:r w:rsidRPr="00D33AD8">
                        <w:rPr>
                          <w:rFonts w:ascii="docs-Roboto" w:eastAsia="Times New Roman" w:hAnsi="docs-Roboto" w:cs="Times New Roman"/>
                          <w:color w:val="1F1F1F"/>
                          <w:sz w:val="26"/>
                          <w:szCs w:val="28"/>
                          <w:rtl/>
                        </w:rPr>
                        <w:t>الاستبيان لا يستغرق أكثر من 5 دقائق من وقتكم</w:t>
                      </w:r>
                      <w:r w:rsidRPr="00D33AD8">
                        <w:rPr>
                          <w:rFonts w:ascii="docs-Roboto" w:eastAsia="Times New Roman" w:hAnsi="docs-Roboto" w:cs="Times New Roman"/>
                          <w:color w:val="1F1F1F"/>
                          <w:sz w:val="26"/>
                          <w:szCs w:val="28"/>
                        </w:rPr>
                        <w:t>.</w:t>
                      </w:r>
                    </w:p>
                    <w:p w14:paraId="12C00534" w14:textId="16FF1657" w:rsidR="00D33AD8" w:rsidRPr="00D33AD8" w:rsidRDefault="00D33AD8" w:rsidP="00C22766">
                      <w:pPr>
                        <w:numPr>
                          <w:ilvl w:val="0"/>
                          <w:numId w:val="11"/>
                        </w:numPr>
                        <w:shd w:val="clear" w:color="auto" w:fill="FFFFFF"/>
                        <w:bidi/>
                        <w:spacing w:before="100" w:beforeAutospacing="1" w:after="100" w:afterAutospacing="1"/>
                        <w:jc w:val="both"/>
                        <w:rPr>
                          <w:rFonts w:ascii="docs-Roboto" w:eastAsia="Times New Roman" w:hAnsi="docs-Roboto" w:cs="Times New Roman"/>
                          <w:color w:val="1F1F1F"/>
                          <w:sz w:val="26"/>
                          <w:szCs w:val="28"/>
                        </w:rPr>
                      </w:pPr>
                      <w:r w:rsidRPr="00D33AD8">
                        <w:rPr>
                          <w:rFonts w:ascii="docs-Roboto" w:eastAsia="Times New Roman" w:hAnsi="docs-Roboto" w:cs="Times New Roman"/>
                          <w:color w:val="1F1F1F"/>
                          <w:sz w:val="26"/>
                          <w:szCs w:val="28"/>
                          <w:rtl/>
                        </w:rPr>
                        <w:t>الإجابات ستُستخدم للأغراض العلمية والبحثية فقط</w:t>
                      </w:r>
                      <w:r w:rsidRPr="00D33AD8">
                        <w:rPr>
                          <w:rFonts w:ascii="docs-Roboto" w:eastAsia="Times New Roman" w:hAnsi="docs-Roboto" w:cs="Times New Roman"/>
                          <w:color w:val="1F1F1F"/>
                          <w:sz w:val="26"/>
                          <w:szCs w:val="28"/>
                        </w:rPr>
                        <w:t>.</w:t>
                      </w:r>
                    </w:p>
                    <w:p w14:paraId="6B945283" w14:textId="32DE58BD" w:rsidR="00D33AD8" w:rsidRPr="00D33AD8" w:rsidRDefault="00D33AD8" w:rsidP="00C22766">
                      <w:pPr>
                        <w:numPr>
                          <w:ilvl w:val="0"/>
                          <w:numId w:val="11"/>
                        </w:numPr>
                        <w:shd w:val="clear" w:color="auto" w:fill="FFFFFF"/>
                        <w:bidi/>
                        <w:spacing w:before="100" w:beforeAutospacing="1" w:after="100" w:afterAutospacing="1"/>
                        <w:jc w:val="both"/>
                        <w:rPr>
                          <w:rFonts w:ascii="docs-Roboto" w:eastAsia="Times New Roman" w:hAnsi="docs-Roboto" w:cs="Times New Roman"/>
                          <w:color w:val="1F1F1F"/>
                          <w:sz w:val="26"/>
                          <w:szCs w:val="28"/>
                        </w:rPr>
                      </w:pPr>
                      <w:r w:rsidRPr="00D33AD8">
                        <w:rPr>
                          <w:rFonts w:ascii="docs-Roboto" w:eastAsia="Times New Roman" w:hAnsi="docs-Roboto" w:cs="Times New Roman"/>
                          <w:color w:val="1F1F1F"/>
                          <w:sz w:val="26"/>
                          <w:szCs w:val="28"/>
                          <w:rtl/>
                        </w:rPr>
                        <w:t>سيتم الحفاظ التام على سرية البيانات وخصوصيتها</w:t>
                      </w:r>
                      <w:r w:rsidRPr="00D33AD8">
                        <w:rPr>
                          <w:rFonts w:ascii="docs-Roboto" w:eastAsia="Times New Roman" w:hAnsi="docs-Roboto" w:cs="Times New Roman"/>
                          <w:color w:val="1F1F1F"/>
                          <w:sz w:val="26"/>
                          <w:szCs w:val="28"/>
                        </w:rPr>
                        <w:t>.</w:t>
                      </w:r>
                    </w:p>
                    <w:p w14:paraId="342E5564" w14:textId="4315B570" w:rsidR="00D33AD8" w:rsidRPr="00D33AD8" w:rsidRDefault="00D33AD8" w:rsidP="00C22766">
                      <w:pPr>
                        <w:numPr>
                          <w:ilvl w:val="0"/>
                          <w:numId w:val="11"/>
                        </w:numPr>
                        <w:shd w:val="clear" w:color="auto" w:fill="FFFFFF"/>
                        <w:bidi/>
                        <w:spacing w:before="100" w:beforeAutospacing="1" w:after="100" w:afterAutospacing="1"/>
                        <w:jc w:val="both"/>
                        <w:rPr>
                          <w:rFonts w:ascii="docs-Roboto" w:eastAsia="Times New Roman" w:hAnsi="docs-Roboto" w:cs="Times New Roman"/>
                          <w:color w:val="1F1F1F"/>
                          <w:sz w:val="26"/>
                          <w:szCs w:val="28"/>
                        </w:rPr>
                      </w:pPr>
                      <w:r w:rsidRPr="00D33AD8">
                        <w:rPr>
                          <w:rFonts w:ascii="docs-Roboto" w:eastAsia="Times New Roman" w:hAnsi="docs-Roboto" w:cs="Times New Roman"/>
                          <w:color w:val="1F1F1F"/>
                          <w:sz w:val="26"/>
                          <w:szCs w:val="28"/>
                          <w:rtl/>
                        </w:rPr>
                        <w:t>لن تُستخدم البيانات إلا في نطاق هذا البحث الأكاديمي</w:t>
                      </w:r>
                      <w:r w:rsidRPr="00D33AD8">
                        <w:rPr>
                          <w:rFonts w:ascii="docs-Roboto" w:eastAsia="Times New Roman" w:hAnsi="docs-Roboto" w:cs="Times New Roman"/>
                          <w:color w:val="1F1F1F"/>
                          <w:sz w:val="26"/>
                          <w:szCs w:val="28"/>
                        </w:rPr>
                        <w:t>.</w:t>
                      </w:r>
                    </w:p>
                    <w:p w14:paraId="56EB5C96" w14:textId="708EA315" w:rsidR="00D33AD8" w:rsidRPr="00671DD8" w:rsidRDefault="00D33AD8" w:rsidP="00C22766">
                      <w:pPr>
                        <w:bidi/>
                        <w:jc w:val="both"/>
                        <w:rPr>
                          <w:color w:val="000000" w:themeColor="text1"/>
                          <w:sz w:val="28"/>
                          <w:szCs w:val="28"/>
                        </w:rPr>
                      </w:pPr>
                      <w:r w:rsidRPr="00671DD8">
                        <w:rPr>
                          <w:rFonts w:ascii="docs-Roboto" w:eastAsia="Times New Roman" w:hAnsi="docs-Roboto" w:cs="Times New Roman"/>
                          <w:color w:val="1F1F1F"/>
                          <w:sz w:val="26"/>
                          <w:szCs w:val="28"/>
                        </w:rPr>
                        <w:br/>
                      </w:r>
                      <w:r w:rsidRPr="00671DD8">
                        <w:rPr>
                          <w:rFonts w:ascii="docs-Roboto" w:eastAsia="Times New Roman" w:hAnsi="docs-Roboto" w:cs="Times New Roman"/>
                          <w:b/>
                          <w:bCs/>
                          <w:color w:val="1F1F1F"/>
                          <w:sz w:val="26"/>
                          <w:szCs w:val="28"/>
                          <w:shd w:val="clear" w:color="auto" w:fill="FFFFFF"/>
                          <w:rtl/>
                        </w:rPr>
                        <w:t>شاكرين لكم حسن تعاونكم وتخصيص وقتكم للمشاركة في هذه الدراسة</w:t>
                      </w:r>
                      <w:r w:rsidRPr="00671DD8">
                        <w:rPr>
                          <w:rFonts w:ascii="docs-Roboto" w:eastAsia="Times New Roman" w:hAnsi="docs-Roboto" w:cs="Times New Roman"/>
                          <w:b/>
                          <w:bCs/>
                          <w:color w:val="1F1F1F"/>
                          <w:sz w:val="26"/>
                          <w:szCs w:val="28"/>
                          <w:shd w:val="clear" w:color="auto" w:fill="FFFFFF"/>
                        </w:rPr>
                        <w:t>.</w:t>
                      </w:r>
                    </w:p>
                  </w:txbxContent>
                </v:textbox>
              </v:rect>
            </w:pict>
          </mc:Fallback>
        </mc:AlternateContent>
      </w:r>
    </w:p>
    <w:p w14:paraId="73C6C158" w14:textId="2AF43293" w:rsidR="00671DD8" w:rsidRPr="00AC7ADD" w:rsidRDefault="00671DD8" w:rsidP="00671DD8">
      <w:pPr>
        <w:rPr>
          <w:rFonts w:asciiTheme="minorBidi" w:hAnsiTheme="minorBidi"/>
          <w:sz w:val="28"/>
          <w:szCs w:val="28"/>
          <w:rtl/>
        </w:rPr>
      </w:pPr>
    </w:p>
    <w:p w14:paraId="7544F090" w14:textId="70CDC93C" w:rsidR="00671DD8" w:rsidRPr="00AC7ADD" w:rsidRDefault="00671DD8" w:rsidP="00671DD8">
      <w:pPr>
        <w:rPr>
          <w:rFonts w:asciiTheme="minorBidi" w:hAnsiTheme="minorBidi"/>
          <w:sz w:val="28"/>
          <w:szCs w:val="28"/>
          <w:rtl/>
        </w:rPr>
      </w:pPr>
    </w:p>
    <w:p w14:paraId="21ADE5A1" w14:textId="274F1B72" w:rsidR="00671DD8" w:rsidRPr="00AC7ADD" w:rsidRDefault="00671DD8" w:rsidP="00671DD8">
      <w:pPr>
        <w:rPr>
          <w:rFonts w:asciiTheme="minorBidi" w:hAnsiTheme="minorBidi"/>
          <w:sz w:val="28"/>
          <w:szCs w:val="28"/>
          <w:rtl/>
        </w:rPr>
      </w:pPr>
    </w:p>
    <w:p w14:paraId="20DCA29B" w14:textId="4B56E502" w:rsidR="00671DD8" w:rsidRPr="00AC7ADD" w:rsidRDefault="00671DD8" w:rsidP="00671DD8">
      <w:pPr>
        <w:rPr>
          <w:rFonts w:asciiTheme="minorBidi" w:hAnsiTheme="minorBidi"/>
          <w:sz w:val="28"/>
          <w:szCs w:val="28"/>
          <w:rtl/>
        </w:rPr>
      </w:pPr>
    </w:p>
    <w:p w14:paraId="5F9C4941" w14:textId="09B3200D" w:rsidR="00671DD8" w:rsidRPr="00AC7ADD" w:rsidRDefault="00671DD8" w:rsidP="00671DD8">
      <w:pPr>
        <w:rPr>
          <w:rFonts w:asciiTheme="minorBidi" w:hAnsiTheme="minorBidi"/>
          <w:sz w:val="28"/>
          <w:szCs w:val="28"/>
          <w:rtl/>
        </w:rPr>
      </w:pPr>
    </w:p>
    <w:p w14:paraId="37E1599B" w14:textId="5B3762B4" w:rsidR="00671DD8" w:rsidRPr="00AC7ADD" w:rsidRDefault="00671DD8" w:rsidP="00671DD8">
      <w:pPr>
        <w:rPr>
          <w:rFonts w:asciiTheme="minorBidi" w:hAnsiTheme="minorBidi"/>
          <w:sz w:val="28"/>
          <w:szCs w:val="28"/>
          <w:rtl/>
        </w:rPr>
      </w:pPr>
    </w:p>
    <w:p w14:paraId="76D27398" w14:textId="02A9971E" w:rsidR="00671DD8" w:rsidRPr="00AC7ADD" w:rsidRDefault="00671DD8" w:rsidP="00671DD8">
      <w:pPr>
        <w:rPr>
          <w:rFonts w:asciiTheme="minorBidi" w:hAnsiTheme="minorBidi"/>
          <w:sz w:val="28"/>
          <w:szCs w:val="28"/>
          <w:rtl/>
        </w:rPr>
      </w:pPr>
    </w:p>
    <w:p w14:paraId="3F1707FB" w14:textId="7199F6DC" w:rsidR="00671DD8" w:rsidRPr="00AC7ADD" w:rsidRDefault="00671DD8" w:rsidP="00671DD8">
      <w:pPr>
        <w:rPr>
          <w:rFonts w:asciiTheme="minorBidi" w:hAnsiTheme="minorBidi"/>
          <w:sz w:val="28"/>
          <w:szCs w:val="28"/>
          <w:rtl/>
        </w:rPr>
      </w:pPr>
    </w:p>
    <w:p w14:paraId="3AA03C20" w14:textId="302F682D" w:rsidR="00671DD8" w:rsidRPr="00AC7ADD" w:rsidRDefault="00671DD8" w:rsidP="00671DD8">
      <w:pPr>
        <w:rPr>
          <w:rFonts w:asciiTheme="minorBidi" w:hAnsiTheme="minorBidi"/>
          <w:sz w:val="28"/>
          <w:szCs w:val="28"/>
          <w:rtl/>
        </w:rPr>
      </w:pPr>
    </w:p>
    <w:p w14:paraId="25BC43F1" w14:textId="428733DE" w:rsidR="00671DD8" w:rsidRPr="00AC7ADD" w:rsidRDefault="00671DD8" w:rsidP="00671DD8">
      <w:pPr>
        <w:rPr>
          <w:rFonts w:asciiTheme="minorBidi" w:hAnsiTheme="minorBidi"/>
          <w:sz w:val="28"/>
          <w:szCs w:val="28"/>
          <w:rtl/>
        </w:rPr>
      </w:pPr>
    </w:p>
    <w:p w14:paraId="57DD91C8" w14:textId="6A2E8018" w:rsidR="00671DD8" w:rsidRPr="00AC7ADD" w:rsidRDefault="00671DD8" w:rsidP="00671DD8">
      <w:pPr>
        <w:rPr>
          <w:rFonts w:asciiTheme="minorBidi" w:hAnsiTheme="minorBidi"/>
          <w:sz w:val="28"/>
          <w:szCs w:val="28"/>
          <w:rtl/>
        </w:rPr>
      </w:pPr>
    </w:p>
    <w:p w14:paraId="14F4FBC7" w14:textId="156BB9B8" w:rsidR="00671DD8" w:rsidRPr="00AC7ADD" w:rsidRDefault="00671DD8" w:rsidP="00671DD8">
      <w:pPr>
        <w:rPr>
          <w:rFonts w:asciiTheme="minorBidi" w:hAnsiTheme="minorBidi"/>
          <w:sz w:val="28"/>
          <w:szCs w:val="28"/>
          <w:rtl/>
        </w:rPr>
      </w:pPr>
    </w:p>
    <w:p w14:paraId="60C072B3" w14:textId="51FD3955" w:rsidR="00671DD8" w:rsidRPr="00AC7ADD" w:rsidRDefault="00671DD8" w:rsidP="00671DD8">
      <w:pPr>
        <w:rPr>
          <w:rFonts w:asciiTheme="minorBidi" w:hAnsiTheme="minorBidi"/>
          <w:sz w:val="28"/>
          <w:szCs w:val="28"/>
          <w:rtl/>
        </w:rPr>
      </w:pPr>
    </w:p>
    <w:p w14:paraId="7A8D58D4" w14:textId="1B95ACE3" w:rsidR="00671DD8" w:rsidRPr="00AC7ADD" w:rsidRDefault="00671DD8" w:rsidP="00671DD8">
      <w:pPr>
        <w:rPr>
          <w:rFonts w:asciiTheme="minorBidi" w:hAnsiTheme="minorBidi"/>
          <w:sz w:val="28"/>
          <w:szCs w:val="28"/>
          <w:rtl/>
        </w:rPr>
      </w:pPr>
    </w:p>
    <w:p w14:paraId="58163B48" w14:textId="67ED298C" w:rsidR="00671DD8" w:rsidRPr="00AC7ADD" w:rsidRDefault="00671DD8" w:rsidP="00671DD8">
      <w:pPr>
        <w:rPr>
          <w:rFonts w:asciiTheme="minorBidi" w:hAnsiTheme="minorBidi"/>
          <w:sz w:val="28"/>
          <w:szCs w:val="28"/>
          <w:rtl/>
        </w:rPr>
      </w:pPr>
    </w:p>
    <w:p w14:paraId="105FCB62" w14:textId="460A3B2E" w:rsidR="00671DD8" w:rsidRPr="00AC7ADD" w:rsidRDefault="00671DD8" w:rsidP="00671DD8">
      <w:pPr>
        <w:rPr>
          <w:rFonts w:asciiTheme="minorBidi" w:hAnsiTheme="minorBidi"/>
          <w:sz w:val="28"/>
          <w:szCs w:val="28"/>
          <w:rtl/>
        </w:rPr>
      </w:pPr>
    </w:p>
    <w:p w14:paraId="118D1F9E" w14:textId="6E02A3F2" w:rsidR="00671DD8" w:rsidRPr="00AC7ADD" w:rsidRDefault="00671DD8" w:rsidP="00671DD8">
      <w:pPr>
        <w:rPr>
          <w:rFonts w:asciiTheme="minorBidi" w:hAnsiTheme="minorBidi"/>
          <w:sz w:val="28"/>
          <w:szCs w:val="28"/>
          <w:rtl/>
        </w:rPr>
      </w:pPr>
    </w:p>
    <w:p w14:paraId="765879EA" w14:textId="3B4A01B7" w:rsidR="00671DD8" w:rsidRPr="00AC7ADD" w:rsidRDefault="00671DD8" w:rsidP="00671DD8">
      <w:pPr>
        <w:rPr>
          <w:rFonts w:asciiTheme="minorBidi" w:hAnsiTheme="minorBidi"/>
          <w:sz w:val="28"/>
          <w:szCs w:val="28"/>
          <w:rtl/>
        </w:rPr>
      </w:pPr>
    </w:p>
    <w:p w14:paraId="21309F20" w14:textId="615559B4" w:rsidR="00671DD8" w:rsidRPr="00AC7ADD" w:rsidRDefault="00671DD8" w:rsidP="00671DD8">
      <w:pPr>
        <w:rPr>
          <w:rFonts w:asciiTheme="minorBidi" w:hAnsiTheme="minorBidi"/>
          <w:sz w:val="28"/>
          <w:szCs w:val="28"/>
          <w:rtl/>
        </w:rPr>
      </w:pPr>
    </w:p>
    <w:p w14:paraId="348C1723" w14:textId="615F14CA" w:rsidR="00C51E67" w:rsidRPr="00AC7ADD" w:rsidRDefault="00C51E67" w:rsidP="002122EC">
      <w:pPr>
        <w:tabs>
          <w:tab w:val="left" w:pos="7500"/>
        </w:tabs>
        <w:bidi/>
        <w:spacing w:line="360" w:lineRule="auto"/>
        <w:jc w:val="both"/>
        <w:rPr>
          <w:rFonts w:asciiTheme="minorBidi" w:hAnsiTheme="minorBidi"/>
          <w:sz w:val="28"/>
          <w:szCs w:val="28"/>
          <w:rtl/>
        </w:rPr>
      </w:pPr>
      <w:r w:rsidRPr="00AC7ADD">
        <w:rPr>
          <w:rStyle w:val="af1"/>
          <w:rFonts w:asciiTheme="minorBidi" w:hAnsiTheme="minorBidi"/>
          <w:sz w:val="28"/>
          <w:szCs w:val="28"/>
          <w:rtl/>
        </w:rPr>
        <w:lastRenderedPageBreak/>
        <w:t>المقصود بالشات بوت المعتمد على الذكاء الاصطناعي</w:t>
      </w:r>
      <w:r w:rsidRPr="00AC7ADD">
        <w:rPr>
          <w:rStyle w:val="af1"/>
          <w:rFonts w:asciiTheme="minorBidi" w:hAnsiTheme="minorBidi"/>
          <w:sz w:val="28"/>
          <w:szCs w:val="28"/>
        </w:rPr>
        <w:t>:</w:t>
      </w:r>
      <w:r w:rsidRPr="00AC7ADD">
        <w:rPr>
          <w:rFonts w:asciiTheme="minorBidi" w:hAnsiTheme="minorBidi"/>
          <w:sz w:val="28"/>
          <w:szCs w:val="28"/>
        </w:rPr>
        <w:t xml:space="preserve"> </w:t>
      </w:r>
      <w:r w:rsidRPr="00AC7ADD">
        <w:rPr>
          <w:rFonts w:asciiTheme="minorBidi" w:hAnsiTheme="minorBidi"/>
          <w:sz w:val="28"/>
          <w:szCs w:val="28"/>
          <w:rtl/>
        </w:rPr>
        <w:t>هو نظام محادثة ذكي يتيح للعملاء التواصل مع الشركات والحصول على المعلومات أو الدعم بشكل سريع وآلي، مما يسهم في تحسين تجربة العملاء</w:t>
      </w:r>
      <w:r w:rsidR="000B11CA" w:rsidRPr="00AC7ADD">
        <w:rPr>
          <w:rFonts w:hint="cs"/>
          <w:sz w:val="28"/>
          <w:szCs w:val="28"/>
          <w:rtl/>
        </w:rPr>
        <w:t>، (</w:t>
      </w:r>
      <w:r w:rsidR="000B11CA" w:rsidRPr="00AC7ADD">
        <w:rPr>
          <w:sz w:val="28"/>
          <w:szCs w:val="28"/>
          <w:rtl/>
        </w:rPr>
        <w:t>مثل: مساعد البنك الآلي في التطبيق، أو الرد الآلي في واتساب الأعمال للشركات</w:t>
      </w:r>
      <w:r w:rsidR="000B11CA" w:rsidRPr="00AC7ADD">
        <w:rPr>
          <w:rFonts w:hint="cs"/>
          <w:sz w:val="28"/>
          <w:szCs w:val="28"/>
          <w:rtl/>
        </w:rPr>
        <w:t>).</w:t>
      </w:r>
    </w:p>
    <w:p w14:paraId="3F02C08E" w14:textId="77777777" w:rsidR="00C51E67" w:rsidRPr="00AC7ADD" w:rsidRDefault="00C51E67" w:rsidP="00C51E67">
      <w:pPr>
        <w:tabs>
          <w:tab w:val="left" w:pos="7500"/>
        </w:tabs>
        <w:bidi/>
        <w:jc w:val="both"/>
        <w:rPr>
          <w:rFonts w:asciiTheme="minorBidi" w:hAnsiTheme="minorBidi"/>
          <w:b/>
          <w:bCs/>
          <w:sz w:val="28"/>
          <w:szCs w:val="28"/>
          <w:u w:val="single"/>
          <w:rtl/>
        </w:rPr>
      </w:pPr>
    </w:p>
    <w:p w14:paraId="43CA7699" w14:textId="0602CD56" w:rsidR="00A76312" w:rsidRPr="00AC7ADD" w:rsidRDefault="00A76312" w:rsidP="00C51E67">
      <w:pPr>
        <w:tabs>
          <w:tab w:val="left" w:pos="7500"/>
        </w:tabs>
        <w:bidi/>
        <w:jc w:val="both"/>
        <w:rPr>
          <w:rFonts w:asciiTheme="minorBidi" w:hAnsiTheme="minorBidi"/>
          <w:b/>
          <w:bCs/>
          <w:sz w:val="28"/>
          <w:szCs w:val="28"/>
          <w:u w:val="single"/>
          <w:rtl/>
        </w:rPr>
      </w:pPr>
      <w:r w:rsidRPr="00AC7ADD">
        <w:rPr>
          <w:rFonts w:asciiTheme="minorBidi" w:hAnsiTheme="minorBidi"/>
          <w:b/>
          <w:bCs/>
          <w:sz w:val="28"/>
          <w:szCs w:val="28"/>
          <w:u w:val="single"/>
          <w:rtl/>
        </w:rPr>
        <w:t xml:space="preserve">القسم </w:t>
      </w:r>
      <w:r w:rsidRPr="00AC7ADD">
        <w:rPr>
          <w:rFonts w:asciiTheme="minorBidi" w:hAnsiTheme="minorBidi" w:hint="cs"/>
          <w:b/>
          <w:bCs/>
          <w:sz w:val="28"/>
          <w:szCs w:val="28"/>
          <w:u w:val="single"/>
          <w:rtl/>
        </w:rPr>
        <w:t>الأول</w:t>
      </w:r>
      <w:r w:rsidRPr="00AC7ADD">
        <w:rPr>
          <w:rFonts w:asciiTheme="minorBidi" w:hAnsiTheme="minorBidi"/>
          <w:b/>
          <w:bCs/>
          <w:sz w:val="28"/>
          <w:szCs w:val="28"/>
          <w:u w:val="single"/>
          <w:rtl/>
        </w:rPr>
        <w:t xml:space="preserve">: </w:t>
      </w:r>
      <w:r w:rsidRPr="00AC7ADD">
        <w:rPr>
          <w:rFonts w:asciiTheme="minorBidi" w:hAnsiTheme="minorBidi" w:hint="cs"/>
          <w:b/>
          <w:bCs/>
          <w:sz w:val="28"/>
          <w:szCs w:val="28"/>
          <w:u w:val="single"/>
          <w:rtl/>
        </w:rPr>
        <w:t>مست</w:t>
      </w:r>
      <w:r w:rsidR="00091D9E" w:rsidRPr="00AC7ADD">
        <w:rPr>
          <w:rFonts w:asciiTheme="minorBidi" w:hAnsiTheme="minorBidi" w:hint="cs"/>
          <w:b/>
          <w:bCs/>
          <w:sz w:val="28"/>
          <w:szCs w:val="28"/>
          <w:u w:val="single"/>
          <w:rtl/>
        </w:rPr>
        <w:t>وى التعرض والاستخدام لقنوات الشات بوت</w:t>
      </w:r>
    </w:p>
    <w:p w14:paraId="1D5B1007" w14:textId="77777777" w:rsidR="00091D9E" w:rsidRPr="00AC7ADD" w:rsidRDefault="00091D9E" w:rsidP="00091D9E">
      <w:pPr>
        <w:tabs>
          <w:tab w:val="left" w:pos="7500"/>
        </w:tabs>
        <w:bidi/>
        <w:jc w:val="both"/>
        <w:rPr>
          <w:rFonts w:asciiTheme="minorBidi" w:hAnsiTheme="minorBidi"/>
          <w:b/>
          <w:bCs/>
          <w:sz w:val="28"/>
          <w:szCs w:val="28"/>
          <w:rtl/>
        </w:rPr>
      </w:pPr>
    </w:p>
    <w:p w14:paraId="111E8097" w14:textId="578CAFF1" w:rsidR="00091D9E" w:rsidRPr="00AC7ADD" w:rsidRDefault="00091D9E" w:rsidP="00CB17E1">
      <w:pPr>
        <w:pStyle w:val="aa"/>
        <w:numPr>
          <w:ilvl w:val="0"/>
          <w:numId w:val="18"/>
        </w:numPr>
        <w:tabs>
          <w:tab w:val="left" w:pos="7500"/>
        </w:tabs>
        <w:bidi/>
        <w:spacing w:line="480" w:lineRule="auto"/>
        <w:jc w:val="both"/>
        <w:rPr>
          <w:rFonts w:asciiTheme="minorBidi" w:hAnsiTheme="minorBidi"/>
          <w:b/>
          <w:bCs/>
          <w:sz w:val="28"/>
          <w:szCs w:val="28"/>
        </w:rPr>
      </w:pPr>
      <w:r w:rsidRPr="00AC7ADD">
        <w:rPr>
          <w:rFonts w:asciiTheme="minorBidi" w:hAnsiTheme="minorBidi" w:hint="cs"/>
          <w:b/>
          <w:bCs/>
          <w:sz w:val="28"/>
          <w:szCs w:val="28"/>
          <w:rtl/>
        </w:rPr>
        <w:t>منذ متى تتعامل مع قنوات الرد الآلي والمساعدات الذكية (الشات بوت) التابعة للشركات؟</w:t>
      </w:r>
    </w:p>
    <w:p w14:paraId="4B4697E0" w14:textId="5078A75E" w:rsidR="00091D9E" w:rsidRPr="00AC7ADD" w:rsidRDefault="00091D9E" w:rsidP="00CB17E1">
      <w:pPr>
        <w:pStyle w:val="aa"/>
        <w:numPr>
          <w:ilvl w:val="0"/>
          <w:numId w:val="19"/>
        </w:numPr>
        <w:tabs>
          <w:tab w:val="left" w:pos="7500"/>
        </w:tabs>
        <w:bidi/>
        <w:spacing w:line="480" w:lineRule="auto"/>
        <w:jc w:val="both"/>
        <w:rPr>
          <w:rFonts w:asciiTheme="minorBidi" w:hAnsiTheme="minorBidi"/>
          <w:sz w:val="28"/>
          <w:szCs w:val="28"/>
        </w:rPr>
      </w:pPr>
      <w:r w:rsidRPr="00AC7ADD">
        <w:rPr>
          <w:rFonts w:asciiTheme="minorBidi" w:hAnsiTheme="minorBidi" w:hint="cs"/>
          <w:sz w:val="28"/>
          <w:szCs w:val="28"/>
          <w:rtl/>
        </w:rPr>
        <w:t>أقل من سنة</w:t>
      </w:r>
    </w:p>
    <w:p w14:paraId="3FB9B344" w14:textId="35AE40E2" w:rsidR="00091D9E" w:rsidRPr="00AC7ADD" w:rsidRDefault="00091D9E" w:rsidP="00CB17E1">
      <w:pPr>
        <w:pStyle w:val="aa"/>
        <w:numPr>
          <w:ilvl w:val="0"/>
          <w:numId w:val="19"/>
        </w:numPr>
        <w:tabs>
          <w:tab w:val="left" w:pos="7500"/>
        </w:tabs>
        <w:bidi/>
        <w:spacing w:line="480" w:lineRule="auto"/>
        <w:jc w:val="both"/>
        <w:rPr>
          <w:rFonts w:asciiTheme="minorBidi" w:hAnsiTheme="minorBidi"/>
          <w:sz w:val="28"/>
          <w:szCs w:val="28"/>
        </w:rPr>
      </w:pPr>
      <w:r w:rsidRPr="00AC7ADD">
        <w:rPr>
          <w:rFonts w:asciiTheme="minorBidi" w:hAnsiTheme="minorBidi" w:hint="cs"/>
          <w:sz w:val="28"/>
          <w:szCs w:val="28"/>
          <w:rtl/>
        </w:rPr>
        <w:t xml:space="preserve">من سنة إلى </w:t>
      </w:r>
      <w:r w:rsidRPr="00AC7ADD">
        <w:rPr>
          <w:rFonts w:asciiTheme="minorBidi" w:hAnsiTheme="minorBidi"/>
          <w:sz w:val="28"/>
          <w:szCs w:val="28"/>
        </w:rPr>
        <w:t>5</w:t>
      </w:r>
      <w:r w:rsidRPr="00AC7ADD">
        <w:rPr>
          <w:rFonts w:asciiTheme="minorBidi" w:hAnsiTheme="minorBidi" w:hint="cs"/>
          <w:sz w:val="28"/>
          <w:szCs w:val="28"/>
          <w:rtl/>
        </w:rPr>
        <w:t xml:space="preserve"> سنوات</w:t>
      </w:r>
    </w:p>
    <w:p w14:paraId="25196FB8" w14:textId="40CF1C95" w:rsidR="00F26BE1" w:rsidRPr="00AC7ADD" w:rsidRDefault="00091D9E" w:rsidP="00CB17E1">
      <w:pPr>
        <w:pStyle w:val="aa"/>
        <w:numPr>
          <w:ilvl w:val="0"/>
          <w:numId w:val="19"/>
        </w:numPr>
        <w:tabs>
          <w:tab w:val="left" w:pos="7500"/>
        </w:tabs>
        <w:bidi/>
        <w:spacing w:line="480" w:lineRule="auto"/>
        <w:jc w:val="both"/>
        <w:rPr>
          <w:rFonts w:asciiTheme="minorBidi" w:hAnsiTheme="minorBidi"/>
          <w:sz w:val="28"/>
          <w:szCs w:val="28"/>
          <w:rtl/>
        </w:rPr>
      </w:pPr>
      <w:r w:rsidRPr="00AC7ADD">
        <w:rPr>
          <w:rFonts w:asciiTheme="minorBidi" w:hAnsiTheme="minorBidi" w:hint="cs"/>
          <w:sz w:val="28"/>
          <w:szCs w:val="28"/>
          <w:rtl/>
        </w:rPr>
        <w:t xml:space="preserve">أكثر من </w:t>
      </w:r>
      <w:r w:rsidRPr="00AC7ADD">
        <w:rPr>
          <w:rFonts w:asciiTheme="minorBidi" w:hAnsiTheme="minorBidi"/>
          <w:sz w:val="28"/>
          <w:szCs w:val="28"/>
        </w:rPr>
        <w:t>5</w:t>
      </w:r>
      <w:r w:rsidRPr="00AC7ADD">
        <w:rPr>
          <w:rFonts w:asciiTheme="minorBidi" w:hAnsiTheme="minorBidi" w:hint="cs"/>
          <w:sz w:val="28"/>
          <w:szCs w:val="28"/>
          <w:rtl/>
        </w:rPr>
        <w:t xml:space="preserve"> سنوات</w:t>
      </w:r>
    </w:p>
    <w:p w14:paraId="2A63B7DB" w14:textId="70AC6685" w:rsidR="00091D9E" w:rsidRPr="00AC7ADD" w:rsidRDefault="00681360" w:rsidP="00CB17E1">
      <w:pPr>
        <w:pStyle w:val="aa"/>
        <w:numPr>
          <w:ilvl w:val="0"/>
          <w:numId w:val="18"/>
        </w:numPr>
        <w:tabs>
          <w:tab w:val="left" w:pos="7500"/>
        </w:tabs>
        <w:bidi/>
        <w:spacing w:line="480" w:lineRule="auto"/>
        <w:jc w:val="both"/>
        <w:rPr>
          <w:rFonts w:asciiTheme="minorBidi" w:hAnsiTheme="minorBidi"/>
          <w:b/>
          <w:bCs/>
          <w:sz w:val="28"/>
          <w:szCs w:val="28"/>
        </w:rPr>
      </w:pPr>
      <w:r w:rsidRPr="00AC7ADD">
        <w:rPr>
          <w:b/>
          <w:bCs/>
          <w:sz w:val="28"/>
          <w:szCs w:val="28"/>
          <w:rtl/>
        </w:rPr>
        <w:t>كيف تصف تكرار استخدامك لخدمات الشات بوت؟</w:t>
      </w:r>
    </w:p>
    <w:p w14:paraId="599A9EB4" w14:textId="4C7C0DEF" w:rsidR="00091D9E" w:rsidRPr="00AC7ADD" w:rsidRDefault="00681360" w:rsidP="00CB17E1">
      <w:pPr>
        <w:pStyle w:val="aa"/>
        <w:numPr>
          <w:ilvl w:val="0"/>
          <w:numId w:val="20"/>
        </w:numPr>
        <w:tabs>
          <w:tab w:val="left" w:pos="7500"/>
        </w:tabs>
        <w:bidi/>
        <w:spacing w:line="480" w:lineRule="auto"/>
        <w:jc w:val="both"/>
        <w:rPr>
          <w:rFonts w:asciiTheme="minorBidi" w:hAnsiTheme="minorBidi"/>
          <w:sz w:val="28"/>
          <w:szCs w:val="28"/>
        </w:rPr>
      </w:pPr>
      <w:r w:rsidRPr="00AC7ADD">
        <w:rPr>
          <w:rFonts w:asciiTheme="minorBidi" w:hAnsiTheme="minorBidi" w:hint="cs"/>
          <w:sz w:val="28"/>
          <w:szCs w:val="28"/>
          <w:rtl/>
        </w:rPr>
        <w:t>يومياً</w:t>
      </w:r>
    </w:p>
    <w:p w14:paraId="17A72FDF" w14:textId="5E894495" w:rsidR="00091D9E" w:rsidRPr="00AC7ADD" w:rsidRDefault="00681360" w:rsidP="00CB17E1">
      <w:pPr>
        <w:pStyle w:val="aa"/>
        <w:numPr>
          <w:ilvl w:val="0"/>
          <w:numId w:val="20"/>
        </w:numPr>
        <w:tabs>
          <w:tab w:val="left" w:pos="7500"/>
        </w:tabs>
        <w:bidi/>
        <w:spacing w:line="480" w:lineRule="auto"/>
        <w:jc w:val="both"/>
        <w:rPr>
          <w:rFonts w:asciiTheme="minorBidi" w:hAnsiTheme="minorBidi"/>
          <w:sz w:val="28"/>
          <w:szCs w:val="28"/>
        </w:rPr>
      </w:pPr>
      <w:r w:rsidRPr="00AC7ADD">
        <w:rPr>
          <w:rFonts w:asciiTheme="minorBidi" w:hAnsiTheme="minorBidi" w:hint="cs"/>
          <w:sz w:val="28"/>
          <w:szCs w:val="28"/>
          <w:rtl/>
        </w:rPr>
        <w:t>أسبوعياً</w:t>
      </w:r>
    </w:p>
    <w:p w14:paraId="373D06C2" w14:textId="04BD618B" w:rsidR="00F26BE1" w:rsidRPr="00AC7ADD" w:rsidRDefault="00681360" w:rsidP="00CB17E1">
      <w:pPr>
        <w:pStyle w:val="aa"/>
        <w:numPr>
          <w:ilvl w:val="0"/>
          <w:numId w:val="20"/>
        </w:numPr>
        <w:tabs>
          <w:tab w:val="left" w:pos="7500"/>
        </w:tabs>
        <w:bidi/>
        <w:spacing w:line="480" w:lineRule="auto"/>
        <w:jc w:val="both"/>
        <w:rPr>
          <w:rFonts w:asciiTheme="minorBidi" w:hAnsiTheme="minorBidi"/>
          <w:sz w:val="28"/>
          <w:szCs w:val="28"/>
        </w:rPr>
      </w:pPr>
      <w:r w:rsidRPr="00AC7ADD">
        <w:rPr>
          <w:rFonts w:asciiTheme="minorBidi" w:hAnsiTheme="minorBidi" w:hint="cs"/>
          <w:sz w:val="28"/>
          <w:szCs w:val="28"/>
          <w:rtl/>
        </w:rPr>
        <w:t>شهرياً</w:t>
      </w:r>
    </w:p>
    <w:p w14:paraId="7053CBB6" w14:textId="00484FA7" w:rsidR="00A22E04" w:rsidRPr="00AC7ADD" w:rsidRDefault="00A22E04" w:rsidP="00CB17E1">
      <w:pPr>
        <w:pStyle w:val="aa"/>
        <w:numPr>
          <w:ilvl w:val="0"/>
          <w:numId w:val="20"/>
        </w:numPr>
        <w:tabs>
          <w:tab w:val="left" w:pos="7500"/>
        </w:tabs>
        <w:bidi/>
        <w:spacing w:line="480" w:lineRule="auto"/>
        <w:jc w:val="both"/>
        <w:rPr>
          <w:rFonts w:asciiTheme="minorBidi" w:hAnsiTheme="minorBidi"/>
          <w:sz w:val="28"/>
          <w:szCs w:val="28"/>
        </w:rPr>
      </w:pPr>
      <w:r w:rsidRPr="00AC7ADD">
        <w:rPr>
          <w:rFonts w:asciiTheme="minorBidi" w:hAnsiTheme="minorBidi" w:hint="cs"/>
          <w:sz w:val="28"/>
          <w:szCs w:val="28"/>
          <w:rtl/>
        </w:rPr>
        <w:t>حسب الحاجة فقط</w:t>
      </w:r>
    </w:p>
    <w:p w14:paraId="10CD28C8" w14:textId="078042E3" w:rsidR="00681360" w:rsidRPr="00AC7ADD" w:rsidRDefault="00681360" w:rsidP="00CB17E1">
      <w:pPr>
        <w:pStyle w:val="aa"/>
        <w:numPr>
          <w:ilvl w:val="0"/>
          <w:numId w:val="20"/>
        </w:numPr>
        <w:tabs>
          <w:tab w:val="left" w:pos="7500"/>
        </w:tabs>
        <w:bidi/>
        <w:spacing w:line="480" w:lineRule="auto"/>
        <w:jc w:val="both"/>
        <w:rPr>
          <w:rFonts w:asciiTheme="minorBidi" w:hAnsiTheme="minorBidi"/>
          <w:sz w:val="28"/>
          <w:szCs w:val="28"/>
          <w:rtl/>
        </w:rPr>
      </w:pPr>
      <w:r w:rsidRPr="00AC7ADD">
        <w:rPr>
          <w:rFonts w:asciiTheme="minorBidi" w:hAnsiTheme="minorBidi" w:hint="cs"/>
          <w:sz w:val="28"/>
          <w:szCs w:val="28"/>
          <w:rtl/>
        </w:rPr>
        <w:t>نادراً</w:t>
      </w:r>
    </w:p>
    <w:p w14:paraId="315F3C88" w14:textId="75DF57C9" w:rsidR="00091D9E" w:rsidRPr="00AC7ADD" w:rsidRDefault="00F26BE1" w:rsidP="00CB17E1">
      <w:pPr>
        <w:pStyle w:val="aa"/>
        <w:numPr>
          <w:ilvl w:val="0"/>
          <w:numId w:val="18"/>
        </w:numPr>
        <w:tabs>
          <w:tab w:val="left" w:pos="7500"/>
        </w:tabs>
        <w:bidi/>
        <w:spacing w:line="480" w:lineRule="auto"/>
        <w:jc w:val="both"/>
        <w:rPr>
          <w:rFonts w:asciiTheme="minorBidi" w:hAnsiTheme="minorBidi"/>
          <w:b/>
          <w:bCs/>
          <w:sz w:val="28"/>
          <w:szCs w:val="28"/>
        </w:rPr>
      </w:pPr>
      <w:r w:rsidRPr="00AC7ADD">
        <w:rPr>
          <w:rFonts w:asciiTheme="minorBidi" w:hAnsiTheme="minorBidi"/>
          <w:b/>
          <w:bCs/>
          <w:sz w:val="28"/>
          <w:szCs w:val="28"/>
          <w:rtl/>
        </w:rPr>
        <w:t xml:space="preserve">ما مدى لجوئك للشات بوت </w:t>
      </w:r>
      <w:r w:rsidR="000B11CA" w:rsidRPr="00AC7ADD">
        <w:rPr>
          <w:rFonts w:asciiTheme="minorBidi" w:hAnsiTheme="minorBidi" w:hint="cs"/>
          <w:b/>
          <w:bCs/>
          <w:sz w:val="28"/>
          <w:szCs w:val="28"/>
          <w:rtl/>
        </w:rPr>
        <w:t>للاستفسار عن الخدمات</w:t>
      </w:r>
      <w:r w:rsidRPr="00AC7ADD">
        <w:rPr>
          <w:rFonts w:asciiTheme="minorBidi" w:hAnsiTheme="minorBidi"/>
          <w:b/>
          <w:bCs/>
          <w:sz w:val="28"/>
          <w:szCs w:val="28"/>
          <w:rtl/>
        </w:rPr>
        <w:t xml:space="preserve"> أو حل مشكلات تقنية؟</w:t>
      </w:r>
    </w:p>
    <w:p w14:paraId="2CB99AD1" w14:textId="260D3D3B" w:rsidR="00F26BE1" w:rsidRPr="00AC7ADD" w:rsidRDefault="00F26BE1" w:rsidP="00CB17E1">
      <w:pPr>
        <w:pStyle w:val="aa"/>
        <w:numPr>
          <w:ilvl w:val="0"/>
          <w:numId w:val="21"/>
        </w:numPr>
        <w:tabs>
          <w:tab w:val="left" w:pos="7500"/>
        </w:tabs>
        <w:bidi/>
        <w:spacing w:line="480" w:lineRule="auto"/>
        <w:jc w:val="both"/>
        <w:rPr>
          <w:rFonts w:asciiTheme="minorBidi" w:hAnsiTheme="minorBidi"/>
          <w:sz w:val="28"/>
          <w:szCs w:val="28"/>
          <w:rtl/>
        </w:rPr>
      </w:pPr>
      <w:r w:rsidRPr="00AC7ADD">
        <w:rPr>
          <w:rFonts w:asciiTheme="minorBidi" w:hAnsiTheme="minorBidi" w:hint="cs"/>
          <w:sz w:val="28"/>
          <w:szCs w:val="28"/>
          <w:rtl/>
        </w:rPr>
        <w:t>دائماً</w:t>
      </w:r>
    </w:p>
    <w:p w14:paraId="7B5F7F48" w14:textId="322A9119" w:rsidR="00F26BE1" w:rsidRPr="00AC7ADD" w:rsidRDefault="00F26BE1" w:rsidP="00CB17E1">
      <w:pPr>
        <w:pStyle w:val="aa"/>
        <w:numPr>
          <w:ilvl w:val="0"/>
          <w:numId w:val="21"/>
        </w:numPr>
        <w:tabs>
          <w:tab w:val="left" w:pos="7500"/>
        </w:tabs>
        <w:bidi/>
        <w:spacing w:line="480" w:lineRule="auto"/>
        <w:jc w:val="both"/>
        <w:rPr>
          <w:rFonts w:asciiTheme="minorBidi" w:hAnsiTheme="minorBidi"/>
          <w:sz w:val="28"/>
          <w:szCs w:val="28"/>
          <w:rtl/>
        </w:rPr>
      </w:pPr>
      <w:r w:rsidRPr="00AC7ADD">
        <w:rPr>
          <w:rFonts w:asciiTheme="minorBidi" w:hAnsiTheme="minorBidi" w:hint="cs"/>
          <w:sz w:val="28"/>
          <w:szCs w:val="28"/>
          <w:rtl/>
        </w:rPr>
        <w:t>أحياناً</w:t>
      </w:r>
    </w:p>
    <w:p w14:paraId="6570A1B0" w14:textId="35497F87" w:rsidR="00F26BE1" w:rsidRPr="00AC7ADD" w:rsidRDefault="00F26BE1" w:rsidP="00CB17E1">
      <w:pPr>
        <w:pStyle w:val="aa"/>
        <w:numPr>
          <w:ilvl w:val="0"/>
          <w:numId w:val="21"/>
        </w:numPr>
        <w:tabs>
          <w:tab w:val="left" w:pos="7500"/>
        </w:tabs>
        <w:bidi/>
        <w:spacing w:line="480" w:lineRule="auto"/>
        <w:jc w:val="both"/>
        <w:rPr>
          <w:rFonts w:asciiTheme="minorBidi" w:hAnsiTheme="minorBidi"/>
          <w:sz w:val="28"/>
          <w:szCs w:val="28"/>
        </w:rPr>
      </w:pPr>
      <w:r w:rsidRPr="00AC7ADD">
        <w:rPr>
          <w:rFonts w:asciiTheme="minorBidi" w:hAnsiTheme="minorBidi" w:hint="cs"/>
          <w:sz w:val="28"/>
          <w:szCs w:val="28"/>
          <w:rtl/>
        </w:rPr>
        <w:t>نادراً</w:t>
      </w:r>
    </w:p>
    <w:p w14:paraId="3CDB8DFD" w14:textId="77777777" w:rsidR="002122EC" w:rsidRPr="00AC7ADD" w:rsidRDefault="000B11CA" w:rsidP="00CB17E1">
      <w:pPr>
        <w:pStyle w:val="aa"/>
        <w:numPr>
          <w:ilvl w:val="0"/>
          <w:numId w:val="21"/>
        </w:numPr>
        <w:tabs>
          <w:tab w:val="left" w:pos="7500"/>
        </w:tabs>
        <w:bidi/>
        <w:spacing w:line="480" w:lineRule="auto"/>
        <w:jc w:val="both"/>
        <w:rPr>
          <w:rFonts w:asciiTheme="minorBidi" w:hAnsiTheme="minorBidi"/>
          <w:sz w:val="28"/>
          <w:szCs w:val="28"/>
        </w:rPr>
      </w:pPr>
      <w:r w:rsidRPr="00AC7ADD">
        <w:rPr>
          <w:rFonts w:asciiTheme="minorBidi" w:hAnsiTheme="minorBidi" w:hint="cs"/>
          <w:sz w:val="28"/>
          <w:szCs w:val="28"/>
          <w:rtl/>
        </w:rPr>
        <w:t>لا ألجأ إليه أبداً</w:t>
      </w:r>
    </w:p>
    <w:p w14:paraId="5C6F3C3B" w14:textId="4DE304D7" w:rsidR="00E64FAF" w:rsidRPr="00AC7ADD" w:rsidRDefault="00E64FAF" w:rsidP="002122EC">
      <w:pPr>
        <w:tabs>
          <w:tab w:val="left" w:pos="7500"/>
        </w:tabs>
        <w:bidi/>
        <w:spacing w:line="480" w:lineRule="auto"/>
        <w:jc w:val="both"/>
        <w:rPr>
          <w:rFonts w:asciiTheme="minorBidi" w:hAnsiTheme="minorBidi"/>
          <w:sz w:val="28"/>
          <w:szCs w:val="28"/>
          <w:rtl/>
        </w:rPr>
      </w:pPr>
      <w:r w:rsidRPr="00AC7ADD">
        <w:rPr>
          <w:rFonts w:asciiTheme="minorBidi" w:hAnsiTheme="minorBidi"/>
          <w:b/>
          <w:bCs/>
          <w:sz w:val="28"/>
          <w:szCs w:val="28"/>
          <w:u w:val="single"/>
          <w:rtl/>
        </w:rPr>
        <w:lastRenderedPageBreak/>
        <w:t xml:space="preserve">القسم </w:t>
      </w:r>
      <w:r w:rsidRPr="00AC7ADD">
        <w:rPr>
          <w:rFonts w:asciiTheme="minorBidi" w:hAnsiTheme="minorBidi" w:hint="cs"/>
          <w:b/>
          <w:bCs/>
          <w:sz w:val="28"/>
          <w:szCs w:val="28"/>
          <w:u w:val="single"/>
          <w:rtl/>
        </w:rPr>
        <w:t>الثاني</w:t>
      </w:r>
      <w:r w:rsidRPr="00AC7ADD">
        <w:rPr>
          <w:rFonts w:asciiTheme="minorBidi" w:hAnsiTheme="minorBidi"/>
          <w:b/>
          <w:bCs/>
          <w:sz w:val="28"/>
          <w:szCs w:val="28"/>
          <w:u w:val="single"/>
          <w:rtl/>
        </w:rPr>
        <w:t>:</w:t>
      </w:r>
      <w:r w:rsidRPr="00AC7ADD">
        <w:rPr>
          <w:rFonts w:asciiTheme="minorBidi" w:hAnsiTheme="minorBidi" w:hint="cs"/>
          <w:b/>
          <w:bCs/>
          <w:sz w:val="28"/>
          <w:szCs w:val="28"/>
          <w:u w:val="single"/>
          <w:rtl/>
        </w:rPr>
        <w:t xml:space="preserve"> </w:t>
      </w:r>
      <w:r w:rsidRPr="00AC7ADD">
        <w:rPr>
          <w:rFonts w:hint="cs"/>
          <w:b/>
          <w:bCs/>
          <w:sz w:val="28"/>
          <w:szCs w:val="28"/>
          <w:u w:val="single"/>
          <w:rtl/>
        </w:rPr>
        <w:t>طبيعة ونوعية المعاملات عبر الوسيط الذكي</w:t>
      </w:r>
    </w:p>
    <w:p w14:paraId="7D66423A" w14:textId="7C9157DA" w:rsidR="00E64FAF" w:rsidRPr="00AC7ADD" w:rsidRDefault="00E64FAF" w:rsidP="00CB17E1">
      <w:pPr>
        <w:pStyle w:val="aa"/>
        <w:numPr>
          <w:ilvl w:val="0"/>
          <w:numId w:val="18"/>
        </w:numPr>
        <w:tabs>
          <w:tab w:val="left" w:pos="7500"/>
        </w:tabs>
        <w:bidi/>
        <w:spacing w:line="480" w:lineRule="auto"/>
        <w:jc w:val="both"/>
        <w:rPr>
          <w:rFonts w:asciiTheme="minorBidi" w:hAnsiTheme="minorBidi"/>
          <w:b/>
          <w:bCs/>
          <w:sz w:val="28"/>
          <w:szCs w:val="28"/>
        </w:rPr>
      </w:pPr>
      <w:r w:rsidRPr="00AC7ADD">
        <w:rPr>
          <w:b/>
          <w:bCs/>
          <w:sz w:val="28"/>
          <w:szCs w:val="28"/>
          <w:rtl/>
        </w:rPr>
        <w:t>مع أي نوع من الشركات تتعاملين/تتعامل غالباً عبر الشات بوت؟</w:t>
      </w:r>
      <w:r w:rsidRPr="00AC7ADD">
        <w:rPr>
          <w:rFonts w:asciiTheme="minorBidi" w:hAnsiTheme="minorBidi" w:hint="cs"/>
          <w:b/>
          <w:bCs/>
          <w:sz w:val="28"/>
          <w:szCs w:val="28"/>
          <w:rtl/>
        </w:rPr>
        <w:t xml:space="preserve"> </w:t>
      </w:r>
      <w:r w:rsidR="002122EC" w:rsidRPr="00AC7ADD">
        <w:rPr>
          <w:rFonts w:asciiTheme="minorBidi" w:hAnsiTheme="minorBidi" w:hint="cs"/>
          <w:b/>
          <w:bCs/>
          <w:sz w:val="28"/>
          <w:szCs w:val="28"/>
          <w:rtl/>
        </w:rPr>
        <w:t>(يمكن اختيار أكثر من إجابة)</w:t>
      </w:r>
    </w:p>
    <w:p w14:paraId="21C99918" w14:textId="0770E69A" w:rsidR="00E64FAF" w:rsidRPr="00AC7ADD" w:rsidRDefault="00E64FAF" w:rsidP="00CB17E1">
      <w:pPr>
        <w:pStyle w:val="aa"/>
        <w:numPr>
          <w:ilvl w:val="0"/>
          <w:numId w:val="22"/>
        </w:numPr>
        <w:tabs>
          <w:tab w:val="left" w:pos="7500"/>
        </w:tabs>
        <w:bidi/>
        <w:spacing w:line="480" w:lineRule="auto"/>
        <w:jc w:val="both"/>
        <w:rPr>
          <w:rFonts w:asciiTheme="minorBidi" w:hAnsiTheme="minorBidi"/>
          <w:sz w:val="28"/>
          <w:szCs w:val="28"/>
        </w:rPr>
      </w:pPr>
      <w:r w:rsidRPr="00AC7ADD">
        <w:rPr>
          <w:rFonts w:asciiTheme="minorBidi" w:hAnsiTheme="minorBidi"/>
          <w:sz w:val="28"/>
          <w:szCs w:val="28"/>
          <w:rtl/>
        </w:rPr>
        <w:t>البنوك والخدمات المالية</w:t>
      </w:r>
      <w:r w:rsidRPr="00AC7ADD">
        <w:rPr>
          <w:rFonts w:asciiTheme="minorBidi" w:hAnsiTheme="minorBidi"/>
          <w:sz w:val="28"/>
          <w:szCs w:val="28"/>
        </w:rPr>
        <w:t>.</w:t>
      </w:r>
    </w:p>
    <w:p w14:paraId="1FD883CB" w14:textId="77777777" w:rsidR="00E64FAF" w:rsidRPr="00AC7ADD" w:rsidRDefault="00E64FAF" w:rsidP="00CB17E1">
      <w:pPr>
        <w:pStyle w:val="aa"/>
        <w:numPr>
          <w:ilvl w:val="0"/>
          <w:numId w:val="22"/>
        </w:numPr>
        <w:tabs>
          <w:tab w:val="left" w:pos="7500"/>
        </w:tabs>
        <w:bidi/>
        <w:spacing w:line="480" w:lineRule="auto"/>
        <w:jc w:val="both"/>
        <w:rPr>
          <w:rFonts w:asciiTheme="minorBidi" w:hAnsiTheme="minorBidi"/>
          <w:sz w:val="28"/>
          <w:szCs w:val="28"/>
        </w:rPr>
      </w:pPr>
      <w:r w:rsidRPr="00AC7ADD">
        <w:rPr>
          <w:rFonts w:asciiTheme="minorBidi" w:hAnsiTheme="minorBidi"/>
          <w:sz w:val="28"/>
          <w:szCs w:val="28"/>
          <w:rtl/>
        </w:rPr>
        <w:t>شركات الاتصالات</w:t>
      </w:r>
      <w:r w:rsidRPr="00AC7ADD">
        <w:rPr>
          <w:rFonts w:asciiTheme="minorBidi" w:hAnsiTheme="minorBidi"/>
          <w:sz w:val="28"/>
          <w:szCs w:val="28"/>
        </w:rPr>
        <w:t>.</w:t>
      </w:r>
    </w:p>
    <w:p w14:paraId="01E0B8D0" w14:textId="77777777" w:rsidR="00E64FAF" w:rsidRPr="00AC7ADD" w:rsidRDefault="00E64FAF" w:rsidP="00CB17E1">
      <w:pPr>
        <w:pStyle w:val="aa"/>
        <w:numPr>
          <w:ilvl w:val="0"/>
          <w:numId w:val="22"/>
        </w:numPr>
        <w:tabs>
          <w:tab w:val="left" w:pos="7500"/>
        </w:tabs>
        <w:bidi/>
        <w:spacing w:line="480" w:lineRule="auto"/>
        <w:jc w:val="both"/>
        <w:rPr>
          <w:rFonts w:asciiTheme="minorBidi" w:hAnsiTheme="minorBidi"/>
          <w:sz w:val="28"/>
          <w:szCs w:val="28"/>
        </w:rPr>
      </w:pPr>
      <w:r w:rsidRPr="00AC7ADD">
        <w:rPr>
          <w:rFonts w:asciiTheme="minorBidi" w:hAnsiTheme="minorBidi"/>
          <w:sz w:val="28"/>
          <w:szCs w:val="28"/>
          <w:rtl/>
        </w:rPr>
        <w:t>المتاجر الإلكترونية</w:t>
      </w:r>
      <w:r w:rsidRPr="00AC7ADD">
        <w:rPr>
          <w:rFonts w:asciiTheme="minorBidi" w:hAnsiTheme="minorBidi"/>
          <w:sz w:val="28"/>
          <w:szCs w:val="28"/>
        </w:rPr>
        <w:t>.</w:t>
      </w:r>
    </w:p>
    <w:p w14:paraId="5E535661" w14:textId="68E8C851" w:rsidR="00E64FAF" w:rsidRPr="00AC7ADD" w:rsidRDefault="00E64FAF" w:rsidP="00CB17E1">
      <w:pPr>
        <w:pStyle w:val="aa"/>
        <w:numPr>
          <w:ilvl w:val="0"/>
          <w:numId w:val="22"/>
        </w:numPr>
        <w:tabs>
          <w:tab w:val="left" w:pos="7500"/>
        </w:tabs>
        <w:bidi/>
        <w:spacing w:line="480" w:lineRule="auto"/>
        <w:jc w:val="both"/>
        <w:rPr>
          <w:rFonts w:asciiTheme="minorBidi" w:hAnsiTheme="minorBidi"/>
          <w:sz w:val="28"/>
          <w:szCs w:val="28"/>
        </w:rPr>
      </w:pPr>
      <w:r w:rsidRPr="00AC7ADD">
        <w:rPr>
          <w:rFonts w:asciiTheme="minorBidi" w:hAnsiTheme="minorBidi"/>
          <w:sz w:val="28"/>
          <w:szCs w:val="28"/>
          <w:rtl/>
        </w:rPr>
        <w:t>شركات توصيل الطعام</w:t>
      </w:r>
      <w:r w:rsidRPr="00AC7ADD">
        <w:rPr>
          <w:rFonts w:asciiTheme="minorBidi" w:hAnsiTheme="minorBidi"/>
          <w:sz w:val="28"/>
          <w:szCs w:val="28"/>
        </w:rPr>
        <w:t>.</w:t>
      </w:r>
    </w:p>
    <w:p w14:paraId="4559AE55" w14:textId="2BA5EDA8" w:rsidR="00E64FAF" w:rsidRPr="00AC7ADD" w:rsidRDefault="00E64FAF" w:rsidP="00CB17E1">
      <w:pPr>
        <w:pStyle w:val="aa"/>
        <w:numPr>
          <w:ilvl w:val="0"/>
          <w:numId w:val="22"/>
        </w:numPr>
        <w:tabs>
          <w:tab w:val="left" w:pos="7500"/>
        </w:tabs>
        <w:bidi/>
        <w:spacing w:line="480" w:lineRule="auto"/>
        <w:jc w:val="both"/>
        <w:rPr>
          <w:rFonts w:asciiTheme="minorBidi" w:hAnsiTheme="minorBidi"/>
          <w:sz w:val="28"/>
          <w:szCs w:val="28"/>
        </w:rPr>
      </w:pPr>
      <w:r w:rsidRPr="00AC7ADD">
        <w:rPr>
          <w:rFonts w:asciiTheme="minorBidi" w:hAnsiTheme="minorBidi"/>
          <w:sz w:val="28"/>
          <w:szCs w:val="28"/>
          <w:rtl/>
        </w:rPr>
        <w:t>شركات الطيران والسفر</w:t>
      </w:r>
      <w:r w:rsidRPr="00AC7ADD">
        <w:rPr>
          <w:rFonts w:asciiTheme="minorBidi" w:hAnsiTheme="minorBidi"/>
          <w:sz w:val="28"/>
          <w:szCs w:val="28"/>
        </w:rPr>
        <w:t>.</w:t>
      </w:r>
    </w:p>
    <w:p w14:paraId="179B1FB9" w14:textId="5185584A" w:rsidR="00E64FAF" w:rsidRPr="00AC7ADD" w:rsidRDefault="00E64FAF" w:rsidP="00CB17E1">
      <w:pPr>
        <w:pStyle w:val="aa"/>
        <w:numPr>
          <w:ilvl w:val="0"/>
          <w:numId w:val="22"/>
        </w:numPr>
        <w:tabs>
          <w:tab w:val="left" w:pos="7500"/>
        </w:tabs>
        <w:bidi/>
        <w:spacing w:line="480" w:lineRule="auto"/>
        <w:jc w:val="both"/>
        <w:rPr>
          <w:rFonts w:asciiTheme="minorBidi" w:hAnsiTheme="minorBidi"/>
          <w:sz w:val="28"/>
          <w:szCs w:val="28"/>
        </w:rPr>
      </w:pPr>
      <w:r w:rsidRPr="00AC7ADD">
        <w:rPr>
          <w:rFonts w:asciiTheme="minorBidi" w:hAnsiTheme="minorBidi"/>
          <w:sz w:val="28"/>
          <w:szCs w:val="28"/>
          <w:rtl/>
        </w:rPr>
        <w:t>المستشفيات والخدمات الصحية</w:t>
      </w:r>
      <w:r w:rsidRPr="00AC7ADD">
        <w:rPr>
          <w:rFonts w:asciiTheme="minorBidi" w:hAnsiTheme="minorBidi"/>
          <w:sz w:val="28"/>
          <w:szCs w:val="28"/>
        </w:rPr>
        <w:t>.</w:t>
      </w:r>
    </w:p>
    <w:p w14:paraId="0398E907" w14:textId="159BE4C7" w:rsidR="00E64FAF" w:rsidRPr="00AC7ADD" w:rsidRDefault="00E64FAF" w:rsidP="00CB17E1">
      <w:pPr>
        <w:pStyle w:val="aa"/>
        <w:numPr>
          <w:ilvl w:val="0"/>
          <w:numId w:val="22"/>
        </w:numPr>
        <w:tabs>
          <w:tab w:val="left" w:pos="7500"/>
        </w:tabs>
        <w:bidi/>
        <w:spacing w:line="480" w:lineRule="auto"/>
        <w:jc w:val="both"/>
        <w:rPr>
          <w:rFonts w:asciiTheme="minorBidi" w:hAnsiTheme="minorBidi"/>
          <w:sz w:val="28"/>
          <w:szCs w:val="28"/>
        </w:rPr>
      </w:pPr>
      <w:r w:rsidRPr="00AC7ADD">
        <w:rPr>
          <w:rFonts w:asciiTheme="minorBidi" w:hAnsiTheme="minorBidi"/>
          <w:sz w:val="28"/>
          <w:szCs w:val="28"/>
          <w:rtl/>
        </w:rPr>
        <w:t>الجهات الحكومية</w:t>
      </w:r>
      <w:r w:rsidRPr="00AC7ADD">
        <w:rPr>
          <w:rFonts w:asciiTheme="minorBidi" w:hAnsiTheme="minorBidi"/>
          <w:sz w:val="28"/>
          <w:szCs w:val="28"/>
        </w:rPr>
        <w:t>.</w:t>
      </w:r>
    </w:p>
    <w:p w14:paraId="18A4689B" w14:textId="35166F5A" w:rsidR="00E64FAF" w:rsidRPr="00AC7ADD" w:rsidRDefault="00E64FAF" w:rsidP="00CB17E1">
      <w:pPr>
        <w:pStyle w:val="aa"/>
        <w:numPr>
          <w:ilvl w:val="0"/>
          <w:numId w:val="22"/>
        </w:numPr>
        <w:tabs>
          <w:tab w:val="left" w:pos="7500"/>
        </w:tabs>
        <w:bidi/>
        <w:spacing w:line="480" w:lineRule="auto"/>
        <w:jc w:val="both"/>
        <w:rPr>
          <w:rFonts w:asciiTheme="minorBidi" w:hAnsiTheme="minorBidi"/>
          <w:sz w:val="28"/>
          <w:szCs w:val="28"/>
        </w:rPr>
      </w:pPr>
      <w:r w:rsidRPr="00AC7ADD">
        <w:rPr>
          <w:rFonts w:asciiTheme="minorBidi" w:hAnsiTheme="minorBidi"/>
          <w:sz w:val="28"/>
          <w:szCs w:val="28"/>
          <w:rtl/>
        </w:rPr>
        <w:t>شركات التأمين</w:t>
      </w:r>
      <w:r w:rsidRPr="00AC7ADD">
        <w:rPr>
          <w:rFonts w:asciiTheme="minorBidi" w:hAnsiTheme="minorBidi"/>
          <w:sz w:val="28"/>
          <w:szCs w:val="28"/>
        </w:rPr>
        <w:t>.</w:t>
      </w:r>
    </w:p>
    <w:p w14:paraId="170B7E55" w14:textId="5E502305" w:rsidR="001F5F17" w:rsidRPr="00AC7ADD" w:rsidRDefault="00E64FAF" w:rsidP="00CB17E1">
      <w:pPr>
        <w:pStyle w:val="aa"/>
        <w:numPr>
          <w:ilvl w:val="0"/>
          <w:numId w:val="22"/>
        </w:numPr>
        <w:tabs>
          <w:tab w:val="left" w:pos="7500"/>
        </w:tabs>
        <w:bidi/>
        <w:spacing w:line="480" w:lineRule="auto"/>
        <w:jc w:val="both"/>
        <w:rPr>
          <w:rFonts w:asciiTheme="minorBidi" w:hAnsiTheme="minorBidi"/>
          <w:sz w:val="28"/>
          <w:szCs w:val="28"/>
          <w:rtl/>
        </w:rPr>
      </w:pPr>
      <w:r w:rsidRPr="00AC7ADD">
        <w:rPr>
          <w:rFonts w:asciiTheme="minorBidi" w:hAnsiTheme="minorBidi"/>
          <w:sz w:val="28"/>
          <w:szCs w:val="28"/>
          <w:rtl/>
        </w:rPr>
        <w:t>أخرى: ____.</w:t>
      </w:r>
    </w:p>
    <w:p w14:paraId="52AA1C93" w14:textId="3270C917" w:rsidR="00091D9E" w:rsidRPr="00AC7ADD" w:rsidRDefault="001F5F17" w:rsidP="00CB17E1">
      <w:pPr>
        <w:pStyle w:val="aa"/>
        <w:numPr>
          <w:ilvl w:val="0"/>
          <w:numId w:val="18"/>
        </w:numPr>
        <w:tabs>
          <w:tab w:val="left" w:pos="7500"/>
        </w:tabs>
        <w:bidi/>
        <w:spacing w:line="480" w:lineRule="auto"/>
        <w:jc w:val="both"/>
        <w:rPr>
          <w:rFonts w:asciiTheme="minorBidi" w:hAnsiTheme="minorBidi"/>
          <w:b/>
          <w:bCs/>
          <w:sz w:val="28"/>
          <w:szCs w:val="28"/>
        </w:rPr>
      </w:pPr>
      <w:r w:rsidRPr="00AC7ADD">
        <w:rPr>
          <w:b/>
          <w:bCs/>
          <w:sz w:val="28"/>
          <w:szCs w:val="28"/>
          <w:rtl/>
        </w:rPr>
        <w:t>ما أنواع الاستفسارات التي تستخدم الشات بوت المعتمد على الذكاء الاصطناعي من أجلها؟</w:t>
      </w:r>
      <w:r w:rsidR="002122EC" w:rsidRPr="00AC7ADD">
        <w:rPr>
          <w:rFonts w:asciiTheme="minorBidi" w:hAnsiTheme="minorBidi" w:hint="cs"/>
          <w:b/>
          <w:bCs/>
          <w:sz w:val="28"/>
          <w:szCs w:val="28"/>
          <w:rtl/>
        </w:rPr>
        <w:t xml:space="preserve"> (يمكن اختيار أكثر من إجابة)</w:t>
      </w:r>
    </w:p>
    <w:p w14:paraId="4E85E660" w14:textId="5628867A" w:rsidR="001F5F17" w:rsidRPr="00AC7ADD" w:rsidRDefault="001F5F17" w:rsidP="00CB17E1">
      <w:pPr>
        <w:pStyle w:val="aa"/>
        <w:numPr>
          <w:ilvl w:val="0"/>
          <w:numId w:val="26"/>
        </w:numPr>
        <w:tabs>
          <w:tab w:val="left" w:pos="7500"/>
        </w:tabs>
        <w:bidi/>
        <w:spacing w:line="480" w:lineRule="auto"/>
        <w:jc w:val="both"/>
        <w:rPr>
          <w:rFonts w:asciiTheme="minorBidi" w:hAnsiTheme="minorBidi"/>
          <w:b/>
          <w:bCs/>
          <w:sz w:val="28"/>
          <w:szCs w:val="28"/>
        </w:rPr>
      </w:pPr>
      <w:r w:rsidRPr="00AC7ADD">
        <w:rPr>
          <w:sz w:val="28"/>
          <w:szCs w:val="28"/>
          <w:rtl/>
        </w:rPr>
        <w:t>الاستفسار عن المنتجات أو الخدمات</w:t>
      </w:r>
      <w:r w:rsidRPr="00AC7ADD">
        <w:rPr>
          <w:sz w:val="28"/>
          <w:szCs w:val="28"/>
        </w:rPr>
        <w:t>.</w:t>
      </w:r>
    </w:p>
    <w:p w14:paraId="6BBBD4A7" w14:textId="5FD1E8D8" w:rsidR="001F5F17" w:rsidRPr="00AC7ADD" w:rsidRDefault="001F5F17" w:rsidP="00CB17E1">
      <w:pPr>
        <w:pStyle w:val="aa"/>
        <w:numPr>
          <w:ilvl w:val="0"/>
          <w:numId w:val="26"/>
        </w:numPr>
        <w:tabs>
          <w:tab w:val="left" w:pos="7500"/>
        </w:tabs>
        <w:bidi/>
        <w:spacing w:line="480" w:lineRule="auto"/>
        <w:jc w:val="both"/>
        <w:rPr>
          <w:rFonts w:asciiTheme="minorBidi" w:hAnsiTheme="minorBidi"/>
          <w:b/>
          <w:bCs/>
          <w:sz w:val="28"/>
          <w:szCs w:val="28"/>
        </w:rPr>
      </w:pPr>
      <w:r w:rsidRPr="00AC7ADD">
        <w:rPr>
          <w:sz w:val="28"/>
          <w:szCs w:val="28"/>
          <w:rtl/>
        </w:rPr>
        <w:t>معرفة الأسعار والعروض والخصومات</w:t>
      </w:r>
      <w:r w:rsidRPr="00AC7ADD">
        <w:rPr>
          <w:sz w:val="28"/>
          <w:szCs w:val="28"/>
        </w:rPr>
        <w:t>.</w:t>
      </w:r>
    </w:p>
    <w:p w14:paraId="12DE8050" w14:textId="35879F9C" w:rsidR="001F5F17" w:rsidRPr="00AC7ADD" w:rsidRDefault="001F5F17" w:rsidP="00CB17E1">
      <w:pPr>
        <w:pStyle w:val="aa"/>
        <w:numPr>
          <w:ilvl w:val="0"/>
          <w:numId w:val="26"/>
        </w:numPr>
        <w:tabs>
          <w:tab w:val="left" w:pos="7500"/>
        </w:tabs>
        <w:bidi/>
        <w:spacing w:line="480" w:lineRule="auto"/>
        <w:jc w:val="both"/>
        <w:rPr>
          <w:rFonts w:asciiTheme="minorBidi" w:hAnsiTheme="minorBidi"/>
          <w:b/>
          <w:bCs/>
          <w:sz w:val="28"/>
          <w:szCs w:val="28"/>
        </w:rPr>
      </w:pPr>
      <w:r w:rsidRPr="00AC7ADD">
        <w:rPr>
          <w:sz w:val="28"/>
          <w:szCs w:val="28"/>
          <w:rtl/>
        </w:rPr>
        <w:t>الاستفسار عن توفر المنتجات</w:t>
      </w:r>
      <w:r w:rsidRPr="00AC7ADD">
        <w:rPr>
          <w:sz w:val="28"/>
          <w:szCs w:val="28"/>
        </w:rPr>
        <w:t>.</w:t>
      </w:r>
    </w:p>
    <w:p w14:paraId="2F02F040" w14:textId="0BCDD43A" w:rsidR="001F5F17" w:rsidRPr="00AC7ADD" w:rsidRDefault="001F5F17" w:rsidP="00CB17E1">
      <w:pPr>
        <w:pStyle w:val="aa"/>
        <w:numPr>
          <w:ilvl w:val="0"/>
          <w:numId w:val="26"/>
        </w:numPr>
        <w:tabs>
          <w:tab w:val="left" w:pos="7500"/>
        </w:tabs>
        <w:bidi/>
        <w:spacing w:line="480" w:lineRule="auto"/>
        <w:jc w:val="both"/>
        <w:rPr>
          <w:rFonts w:asciiTheme="minorBidi" w:hAnsiTheme="minorBidi"/>
          <w:b/>
          <w:bCs/>
          <w:sz w:val="28"/>
          <w:szCs w:val="28"/>
        </w:rPr>
      </w:pPr>
      <w:r w:rsidRPr="00AC7ADD">
        <w:rPr>
          <w:sz w:val="28"/>
          <w:szCs w:val="28"/>
          <w:rtl/>
        </w:rPr>
        <w:t>تتبع حالة الطلب أو الشحنة</w:t>
      </w:r>
      <w:r w:rsidRPr="00AC7ADD">
        <w:rPr>
          <w:sz w:val="28"/>
          <w:szCs w:val="28"/>
        </w:rPr>
        <w:t>.</w:t>
      </w:r>
    </w:p>
    <w:p w14:paraId="72535AE8" w14:textId="25F6BCF6" w:rsidR="001F5F17" w:rsidRPr="00AC7ADD" w:rsidRDefault="001F5F17" w:rsidP="00CB17E1">
      <w:pPr>
        <w:pStyle w:val="aa"/>
        <w:numPr>
          <w:ilvl w:val="0"/>
          <w:numId w:val="26"/>
        </w:numPr>
        <w:tabs>
          <w:tab w:val="left" w:pos="7500"/>
        </w:tabs>
        <w:bidi/>
        <w:spacing w:line="480" w:lineRule="auto"/>
        <w:jc w:val="both"/>
        <w:rPr>
          <w:rFonts w:asciiTheme="minorBidi" w:hAnsiTheme="minorBidi"/>
          <w:b/>
          <w:bCs/>
          <w:sz w:val="28"/>
          <w:szCs w:val="28"/>
        </w:rPr>
      </w:pPr>
      <w:r w:rsidRPr="00AC7ADD">
        <w:rPr>
          <w:sz w:val="28"/>
          <w:szCs w:val="28"/>
          <w:rtl/>
        </w:rPr>
        <w:t>تقديم شكوى أو الإبلاغ عن مشكلة</w:t>
      </w:r>
      <w:r w:rsidRPr="00AC7ADD">
        <w:rPr>
          <w:sz w:val="28"/>
          <w:szCs w:val="28"/>
        </w:rPr>
        <w:t>.</w:t>
      </w:r>
    </w:p>
    <w:p w14:paraId="05BBF7F9" w14:textId="79A3943D" w:rsidR="001F5F17" w:rsidRPr="00AC7ADD" w:rsidRDefault="001F5F17" w:rsidP="00CB17E1">
      <w:pPr>
        <w:pStyle w:val="aa"/>
        <w:numPr>
          <w:ilvl w:val="0"/>
          <w:numId w:val="26"/>
        </w:numPr>
        <w:tabs>
          <w:tab w:val="left" w:pos="7500"/>
        </w:tabs>
        <w:bidi/>
        <w:spacing w:line="480" w:lineRule="auto"/>
        <w:jc w:val="both"/>
        <w:rPr>
          <w:rFonts w:asciiTheme="minorBidi" w:hAnsiTheme="minorBidi"/>
          <w:b/>
          <w:bCs/>
          <w:sz w:val="28"/>
          <w:szCs w:val="28"/>
        </w:rPr>
      </w:pPr>
      <w:r w:rsidRPr="00AC7ADD">
        <w:rPr>
          <w:sz w:val="28"/>
          <w:szCs w:val="28"/>
          <w:rtl/>
        </w:rPr>
        <w:t>طلب الدعم الفني</w:t>
      </w:r>
      <w:r w:rsidRPr="00AC7ADD">
        <w:rPr>
          <w:sz w:val="28"/>
          <w:szCs w:val="28"/>
        </w:rPr>
        <w:t>.</w:t>
      </w:r>
    </w:p>
    <w:p w14:paraId="137AD496" w14:textId="2DBCE2D6" w:rsidR="001F5F17" w:rsidRPr="00AC7ADD" w:rsidRDefault="001F5F17" w:rsidP="00CB17E1">
      <w:pPr>
        <w:pStyle w:val="aa"/>
        <w:numPr>
          <w:ilvl w:val="0"/>
          <w:numId w:val="26"/>
        </w:numPr>
        <w:tabs>
          <w:tab w:val="left" w:pos="7500"/>
        </w:tabs>
        <w:bidi/>
        <w:spacing w:line="480" w:lineRule="auto"/>
        <w:jc w:val="both"/>
        <w:rPr>
          <w:rFonts w:asciiTheme="minorBidi" w:hAnsiTheme="minorBidi"/>
          <w:b/>
          <w:bCs/>
          <w:sz w:val="28"/>
          <w:szCs w:val="28"/>
        </w:rPr>
      </w:pPr>
      <w:r w:rsidRPr="00AC7ADD">
        <w:rPr>
          <w:sz w:val="28"/>
          <w:szCs w:val="28"/>
          <w:rtl/>
        </w:rPr>
        <w:t>الاستفسار عن طرق الدفع والاسترجاع والاستبدال</w:t>
      </w:r>
      <w:r w:rsidRPr="00AC7ADD">
        <w:rPr>
          <w:sz w:val="28"/>
          <w:szCs w:val="28"/>
        </w:rPr>
        <w:t>.</w:t>
      </w:r>
    </w:p>
    <w:p w14:paraId="4256FD0A" w14:textId="0B3B6141" w:rsidR="001F5F17" w:rsidRPr="00AC7ADD" w:rsidRDefault="001F5F17" w:rsidP="00CB17E1">
      <w:pPr>
        <w:pStyle w:val="aa"/>
        <w:numPr>
          <w:ilvl w:val="0"/>
          <w:numId w:val="26"/>
        </w:numPr>
        <w:tabs>
          <w:tab w:val="left" w:pos="7500"/>
        </w:tabs>
        <w:bidi/>
        <w:spacing w:line="480" w:lineRule="auto"/>
        <w:jc w:val="both"/>
        <w:rPr>
          <w:rFonts w:asciiTheme="minorBidi" w:hAnsiTheme="minorBidi"/>
          <w:b/>
          <w:bCs/>
          <w:sz w:val="28"/>
          <w:szCs w:val="28"/>
        </w:rPr>
      </w:pPr>
      <w:r w:rsidRPr="00AC7ADD">
        <w:rPr>
          <w:sz w:val="28"/>
          <w:szCs w:val="28"/>
          <w:rtl/>
        </w:rPr>
        <w:lastRenderedPageBreak/>
        <w:t>حجز موعد أو خدمة</w:t>
      </w:r>
      <w:r w:rsidRPr="00AC7ADD">
        <w:rPr>
          <w:sz w:val="28"/>
          <w:szCs w:val="28"/>
        </w:rPr>
        <w:t>.</w:t>
      </w:r>
    </w:p>
    <w:p w14:paraId="000EAAB9" w14:textId="19AED200" w:rsidR="001F5F17" w:rsidRPr="00AC7ADD" w:rsidRDefault="001F5F17" w:rsidP="00CB17E1">
      <w:pPr>
        <w:pStyle w:val="aa"/>
        <w:numPr>
          <w:ilvl w:val="0"/>
          <w:numId w:val="26"/>
        </w:numPr>
        <w:tabs>
          <w:tab w:val="left" w:pos="7500"/>
        </w:tabs>
        <w:bidi/>
        <w:spacing w:line="480" w:lineRule="auto"/>
        <w:jc w:val="both"/>
        <w:rPr>
          <w:rFonts w:asciiTheme="minorBidi" w:hAnsiTheme="minorBidi"/>
          <w:b/>
          <w:bCs/>
          <w:sz w:val="28"/>
          <w:szCs w:val="28"/>
        </w:rPr>
      </w:pPr>
      <w:r w:rsidRPr="00AC7ADD">
        <w:rPr>
          <w:sz w:val="28"/>
          <w:szCs w:val="28"/>
          <w:rtl/>
        </w:rPr>
        <w:t>معرفة مواعيد العمل أو الفروع</w:t>
      </w:r>
      <w:r w:rsidRPr="00AC7ADD">
        <w:rPr>
          <w:sz w:val="28"/>
          <w:szCs w:val="28"/>
        </w:rPr>
        <w:t>.</w:t>
      </w:r>
    </w:p>
    <w:p w14:paraId="62BB159A" w14:textId="3B82D7A3" w:rsidR="001F5F17" w:rsidRPr="00AC7ADD" w:rsidRDefault="001F5F17" w:rsidP="00CB17E1">
      <w:pPr>
        <w:pStyle w:val="aa"/>
        <w:numPr>
          <w:ilvl w:val="0"/>
          <w:numId w:val="26"/>
        </w:numPr>
        <w:tabs>
          <w:tab w:val="left" w:pos="7500"/>
        </w:tabs>
        <w:bidi/>
        <w:spacing w:line="480" w:lineRule="auto"/>
        <w:jc w:val="both"/>
        <w:rPr>
          <w:rFonts w:asciiTheme="minorBidi" w:hAnsiTheme="minorBidi"/>
          <w:b/>
          <w:bCs/>
          <w:sz w:val="28"/>
          <w:szCs w:val="28"/>
        </w:rPr>
      </w:pPr>
      <w:r w:rsidRPr="00AC7ADD">
        <w:rPr>
          <w:sz w:val="28"/>
          <w:szCs w:val="28"/>
          <w:rtl/>
        </w:rPr>
        <w:t>تحديث بيانات الحساب أو إدارة الاشتراك</w:t>
      </w:r>
      <w:r w:rsidRPr="00AC7ADD">
        <w:rPr>
          <w:sz w:val="28"/>
          <w:szCs w:val="28"/>
        </w:rPr>
        <w:t>.</w:t>
      </w:r>
    </w:p>
    <w:p w14:paraId="25974C8D" w14:textId="2FD36DB5" w:rsidR="001F5F17" w:rsidRPr="00AC7ADD" w:rsidRDefault="001F5F17" w:rsidP="00CB17E1">
      <w:pPr>
        <w:pStyle w:val="aa"/>
        <w:numPr>
          <w:ilvl w:val="0"/>
          <w:numId w:val="26"/>
        </w:numPr>
        <w:tabs>
          <w:tab w:val="left" w:pos="7500"/>
        </w:tabs>
        <w:bidi/>
        <w:spacing w:line="480" w:lineRule="auto"/>
        <w:jc w:val="both"/>
        <w:rPr>
          <w:rFonts w:asciiTheme="minorBidi" w:hAnsiTheme="minorBidi"/>
          <w:b/>
          <w:bCs/>
          <w:sz w:val="28"/>
          <w:szCs w:val="28"/>
        </w:rPr>
      </w:pPr>
      <w:r w:rsidRPr="00AC7ADD">
        <w:rPr>
          <w:sz w:val="28"/>
          <w:szCs w:val="28"/>
          <w:rtl/>
        </w:rPr>
        <w:t>طلب توصيات أو اقتراحات لمنتجات مناسبة</w:t>
      </w:r>
      <w:r w:rsidRPr="00AC7ADD">
        <w:rPr>
          <w:sz w:val="28"/>
          <w:szCs w:val="28"/>
        </w:rPr>
        <w:t>.</w:t>
      </w:r>
    </w:p>
    <w:p w14:paraId="5D248F85" w14:textId="459A1D56" w:rsidR="001F5F17" w:rsidRPr="00AC7ADD" w:rsidRDefault="001F5F17" w:rsidP="00CB17E1">
      <w:pPr>
        <w:pStyle w:val="aa"/>
        <w:numPr>
          <w:ilvl w:val="0"/>
          <w:numId w:val="26"/>
        </w:numPr>
        <w:tabs>
          <w:tab w:val="left" w:pos="7500"/>
        </w:tabs>
        <w:bidi/>
        <w:spacing w:line="480" w:lineRule="auto"/>
        <w:jc w:val="both"/>
        <w:rPr>
          <w:rFonts w:asciiTheme="minorBidi" w:hAnsiTheme="minorBidi"/>
          <w:b/>
          <w:bCs/>
          <w:sz w:val="28"/>
          <w:szCs w:val="28"/>
        </w:rPr>
      </w:pPr>
      <w:r w:rsidRPr="00AC7ADD">
        <w:rPr>
          <w:sz w:val="28"/>
          <w:szCs w:val="28"/>
          <w:rtl/>
        </w:rPr>
        <w:t>الاستفسار عن سياسات الشركة (الضمان، الشحن، الإلغاء، وغيرها)</w:t>
      </w:r>
      <w:r w:rsidRPr="00AC7ADD">
        <w:rPr>
          <w:sz w:val="28"/>
          <w:szCs w:val="28"/>
        </w:rPr>
        <w:t>.</w:t>
      </w:r>
    </w:p>
    <w:p w14:paraId="0E8C2474" w14:textId="3D83AE75" w:rsidR="001F5F17" w:rsidRPr="00AC7ADD" w:rsidRDefault="001F5F17" w:rsidP="00CB17E1">
      <w:pPr>
        <w:pStyle w:val="aa"/>
        <w:numPr>
          <w:ilvl w:val="0"/>
          <w:numId w:val="26"/>
        </w:numPr>
        <w:tabs>
          <w:tab w:val="left" w:pos="7500"/>
        </w:tabs>
        <w:bidi/>
        <w:spacing w:line="480" w:lineRule="auto"/>
        <w:jc w:val="both"/>
        <w:rPr>
          <w:rFonts w:asciiTheme="minorBidi" w:hAnsiTheme="minorBidi"/>
          <w:sz w:val="28"/>
          <w:szCs w:val="28"/>
          <w:rtl/>
        </w:rPr>
      </w:pPr>
      <w:r w:rsidRPr="00AC7ADD">
        <w:rPr>
          <w:rFonts w:asciiTheme="minorBidi" w:hAnsiTheme="minorBidi"/>
          <w:sz w:val="28"/>
          <w:szCs w:val="28"/>
          <w:rtl/>
        </w:rPr>
        <w:t>أخرى: ____.</w:t>
      </w:r>
    </w:p>
    <w:p w14:paraId="7B56CB9E" w14:textId="5C6D7D32" w:rsidR="002122EC" w:rsidRPr="00AC7ADD" w:rsidRDefault="002122EC" w:rsidP="00CB17E1">
      <w:pPr>
        <w:pStyle w:val="aa"/>
        <w:numPr>
          <w:ilvl w:val="0"/>
          <w:numId w:val="18"/>
        </w:numPr>
        <w:tabs>
          <w:tab w:val="left" w:pos="7500"/>
        </w:tabs>
        <w:bidi/>
        <w:spacing w:line="480" w:lineRule="auto"/>
        <w:jc w:val="both"/>
        <w:rPr>
          <w:rFonts w:asciiTheme="minorBidi" w:hAnsiTheme="minorBidi"/>
          <w:b/>
          <w:bCs/>
          <w:sz w:val="28"/>
          <w:szCs w:val="28"/>
        </w:rPr>
      </w:pPr>
      <w:r w:rsidRPr="00AC7ADD">
        <w:rPr>
          <w:b/>
          <w:bCs/>
          <w:sz w:val="28"/>
          <w:szCs w:val="28"/>
          <w:rtl/>
        </w:rPr>
        <w:t>ما أبرز العقبات التي تواجهك عند استخدام الشات بوت المعتمد على الذكاء الاصطناعي؟ (يمكن اختيار أكثر من إجابة)</w:t>
      </w:r>
    </w:p>
    <w:p w14:paraId="6F68D262" w14:textId="2B90CC36" w:rsidR="002122EC" w:rsidRPr="00AC7ADD" w:rsidRDefault="002122EC" w:rsidP="00CB17E1">
      <w:pPr>
        <w:pStyle w:val="aa"/>
        <w:numPr>
          <w:ilvl w:val="0"/>
          <w:numId w:val="27"/>
        </w:numPr>
        <w:tabs>
          <w:tab w:val="left" w:pos="7500"/>
        </w:tabs>
        <w:bidi/>
        <w:spacing w:line="480" w:lineRule="auto"/>
        <w:jc w:val="both"/>
        <w:rPr>
          <w:rFonts w:asciiTheme="minorBidi" w:hAnsiTheme="minorBidi"/>
          <w:b/>
          <w:bCs/>
          <w:sz w:val="28"/>
          <w:szCs w:val="28"/>
        </w:rPr>
      </w:pPr>
      <w:r w:rsidRPr="00AC7ADD">
        <w:rPr>
          <w:sz w:val="28"/>
          <w:szCs w:val="28"/>
          <w:rtl/>
        </w:rPr>
        <w:t>عدم فهم الشات بوت للاستفسار بشكل صحيح</w:t>
      </w:r>
      <w:r w:rsidRPr="00AC7ADD">
        <w:rPr>
          <w:sz w:val="28"/>
          <w:szCs w:val="28"/>
        </w:rPr>
        <w:t>.</w:t>
      </w:r>
    </w:p>
    <w:p w14:paraId="6CF6EFEF" w14:textId="23952550" w:rsidR="002122EC" w:rsidRPr="00AC7ADD" w:rsidRDefault="002122EC" w:rsidP="00CB17E1">
      <w:pPr>
        <w:pStyle w:val="aa"/>
        <w:numPr>
          <w:ilvl w:val="0"/>
          <w:numId w:val="27"/>
        </w:numPr>
        <w:tabs>
          <w:tab w:val="left" w:pos="7500"/>
        </w:tabs>
        <w:bidi/>
        <w:spacing w:line="480" w:lineRule="auto"/>
        <w:jc w:val="both"/>
        <w:rPr>
          <w:rFonts w:asciiTheme="minorBidi" w:hAnsiTheme="minorBidi"/>
          <w:b/>
          <w:bCs/>
          <w:sz w:val="28"/>
          <w:szCs w:val="28"/>
        </w:rPr>
      </w:pPr>
      <w:r w:rsidRPr="00AC7ADD">
        <w:rPr>
          <w:sz w:val="28"/>
          <w:szCs w:val="28"/>
          <w:rtl/>
        </w:rPr>
        <w:t>تقديم إجابات غير دقيقة أو غير كافية</w:t>
      </w:r>
      <w:r w:rsidRPr="00AC7ADD">
        <w:rPr>
          <w:sz w:val="28"/>
          <w:szCs w:val="28"/>
        </w:rPr>
        <w:t>.</w:t>
      </w:r>
    </w:p>
    <w:p w14:paraId="2BC53D6A" w14:textId="75E160B8" w:rsidR="002122EC" w:rsidRPr="00AC7ADD" w:rsidRDefault="002122EC" w:rsidP="00CB17E1">
      <w:pPr>
        <w:pStyle w:val="aa"/>
        <w:numPr>
          <w:ilvl w:val="0"/>
          <w:numId w:val="27"/>
        </w:numPr>
        <w:tabs>
          <w:tab w:val="left" w:pos="7500"/>
        </w:tabs>
        <w:bidi/>
        <w:spacing w:line="480" w:lineRule="auto"/>
        <w:jc w:val="both"/>
        <w:rPr>
          <w:rFonts w:asciiTheme="minorBidi" w:hAnsiTheme="minorBidi"/>
          <w:b/>
          <w:bCs/>
          <w:sz w:val="28"/>
          <w:szCs w:val="28"/>
        </w:rPr>
      </w:pPr>
      <w:r w:rsidRPr="00AC7ADD">
        <w:rPr>
          <w:sz w:val="28"/>
          <w:szCs w:val="28"/>
          <w:rtl/>
        </w:rPr>
        <w:t>صعوبة الوصول إلى موظف خدمة عملاء عند الحاجة</w:t>
      </w:r>
      <w:r w:rsidRPr="00AC7ADD">
        <w:rPr>
          <w:sz w:val="28"/>
          <w:szCs w:val="28"/>
        </w:rPr>
        <w:t>.</w:t>
      </w:r>
    </w:p>
    <w:p w14:paraId="62487451" w14:textId="75B89F3B" w:rsidR="002122EC" w:rsidRPr="00AC7ADD" w:rsidRDefault="002122EC" w:rsidP="00CB17E1">
      <w:pPr>
        <w:pStyle w:val="aa"/>
        <w:numPr>
          <w:ilvl w:val="0"/>
          <w:numId w:val="27"/>
        </w:numPr>
        <w:tabs>
          <w:tab w:val="left" w:pos="7500"/>
        </w:tabs>
        <w:bidi/>
        <w:spacing w:line="480" w:lineRule="auto"/>
        <w:jc w:val="both"/>
        <w:rPr>
          <w:rFonts w:asciiTheme="minorBidi" w:hAnsiTheme="minorBidi"/>
          <w:b/>
          <w:bCs/>
          <w:sz w:val="28"/>
          <w:szCs w:val="28"/>
        </w:rPr>
      </w:pPr>
      <w:r w:rsidRPr="00AC7ADD">
        <w:rPr>
          <w:sz w:val="28"/>
          <w:szCs w:val="28"/>
          <w:rtl/>
        </w:rPr>
        <w:t>بطء الاستجابة أو حدوث أعطال تقنية</w:t>
      </w:r>
      <w:r w:rsidRPr="00AC7ADD">
        <w:rPr>
          <w:sz w:val="28"/>
          <w:szCs w:val="28"/>
        </w:rPr>
        <w:t>.</w:t>
      </w:r>
    </w:p>
    <w:p w14:paraId="46C18176" w14:textId="2E136B1B" w:rsidR="002122EC" w:rsidRPr="00AC7ADD" w:rsidRDefault="002122EC" w:rsidP="00CB17E1">
      <w:pPr>
        <w:pStyle w:val="aa"/>
        <w:numPr>
          <w:ilvl w:val="0"/>
          <w:numId w:val="27"/>
        </w:numPr>
        <w:tabs>
          <w:tab w:val="left" w:pos="7500"/>
        </w:tabs>
        <w:bidi/>
        <w:spacing w:line="480" w:lineRule="auto"/>
        <w:jc w:val="both"/>
        <w:rPr>
          <w:rFonts w:asciiTheme="minorBidi" w:hAnsiTheme="minorBidi"/>
          <w:b/>
          <w:bCs/>
          <w:sz w:val="28"/>
          <w:szCs w:val="28"/>
        </w:rPr>
      </w:pPr>
      <w:r w:rsidRPr="00AC7ADD">
        <w:rPr>
          <w:sz w:val="28"/>
          <w:szCs w:val="28"/>
          <w:rtl/>
        </w:rPr>
        <w:t>عدم قدرة الشات بوت على حل المشكلات المعقدة</w:t>
      </w:r>
      <w:r w:rsidRPr="00AC7ADD">
        <w:rPr>
          <w:sz w:val="28"/>
          <w:szCs w:val="28"/>
        </w:rPr>
        <w:t>.</w:t>
      </w:r>
    </w:p>
    <w:p w14:paraId="3A00B450" w14:textId="629D39E4" w:rsidR="002122EC" w:rsidRPr="00AC7ADD" w:rsidRDefault="002122EC" w:rsidP="00CB17E1">
      <w:pPr>
        <w:pStyle w:val="aa"/>
        <w:numPr>
          <w:ilvl w:val="0"/>
          <w:numId w:val="27"/>
        </w:numPr>
        <w:tabs>
          <w:tab w:val="left" w:pos="7500"/>
        </w:tabs>
        <w:bidi/>
        <w:spacing w:line="480" w:lineRule="auto"/>
        <w:jc w:val="both"/>
        <w:rPr>
          <w:rFonts w:asciiTheme="minorBidi" w:hAnsiTheme="minorBidi"/>
          <w:b/>
          <w:bCs/>
          <w:sz w:val="28"/>
          <w:szCs w:val="28"/>
        </w:rPr>
      </w:pPr>
      <w:r w:rsidRPr="00AC7ADD">
        <w:rPr>
          <w:sz w:val="28"/>
          <w:szCs w:val="28"/>
          <w:rtl/>
        </w:rPr>
        <w:t>تكرار الردود الآلية وعدم تخصيصها لاحتياجاتي</w:t>
      </w:r>
      <w:r w:rsidRPr="00AC7ADD">
        <w:rPr>
          <w:sz w:val="28"/>
          <w:szCs w:val="28"/>
        </w:rPr>
        <w:t>.</w:t>
      </w:r>
    </w:p>
    <w:p w14:paraId="44C2CC06" w14:textId="76F0FC66" w:rsidR="002122EC" w:rsidRPr="00AC7ADD" w:rsidRDefault="002122EC" w:rsidP="00CB17E1">
      <w:pPr>
        <w:pStyle w:val="aa"/>
        <w:numPr>
          <w:ilvl w:val="0"/>
          <w:numId w:val="27"/>
        </w:numPr>
        <w:tabs>
          <w:tab w:val="left" w:pos="7500"/>
        </w:tabs>
        <w:bidi/>
        <w:spacing w:line="480" w:lineRule="auto"/>
        <w:jc w:val="both"/>
        <w:rPr>
          <w:rFonts w:asciiTheme="minorBidi" w:hAnsiTheme="minorBidi"/>
          <w:b/>
          <w:bCs/>
          <w:sz w:val="28"/>
          <w:szCs w:val="28"/>
        </w:rPr>
      </w:pPr>
      <w:r w:rsidRPr="00AC7ADD">
        <w:rPr>
          <w:sz w:val="28"/>
          <w:szCs w:val="28"/>
          <w:rtl/>
        </w:rPr>
        <w:t>صعوبة استخدام واجهة المحادثة</w:t>
      </w:r>
      <w:r w:rsidRPr="00AC7ADD">
        <w:rPr>
          <w:sz w:val="28"/>
          <w:szCs w:val="28"/>
        </w:rPr>
        <w:t>.</w:t>
      </w:r>
    </w:p>
    <w:p w14:paraId="160FD3FC" w14:textId="7C4232C0" w:rsidR="002122EC" w:rsidRPr="00AC7ADD" w:rsidRDefault="002122EC" w:rsidP="00CB17E1">
      <w:pPr>
        <w:pStyle w:val="aa"/>
        <w:numPr>
          <w:ilvl w:val="0"/>
          <w:numId w:val="27"/>
        </w:numPr>
        <w:tabs>
          <w:tab w:val="left" w:pos="7500"/>
        </w:tabs>
        <w:bidi/>
        <w:spacing w:line="480" w:lineRule="auto"/>
        <w:jc w:val="both"/>
        <w:rPr>
          <w:rFonts w:asciiTheme="minorBidi" w:hAnsiTheme="minorBidi"/>
          <w:b/>
          <w:bCs/>
          <w:sz w:val="28"/>
          <w:szCs w:val="28"/>
        </w:rPr>
      </w:pPr>
      <w:r w:rsidRPr="00AC7ADD">
        <w:rPr>
          <w:sz w:val="28"/>
          <w:szCs w:val="28"/>
          <w:rtl/>
        </w:rPr>
        <w:t>مخاوف تتعلق بخصوصية وأمان البيانات</w:t>
      </w:r>
      <w:r w:rsidRPr="00AC7ADD">
        <w:rPr>
          <w:sz w:val="28"/>
          <w:szCs w:val="28"/>
        </w:rPr>
        <w:t>.</w:t>
      </w:r>
    </w:p>
    <w:p w14:paraId="12A1F008" w14:textId="43E6AAEC" w:rsidR="002122EC" w:rsidRPr="00AC7ADD" w:rsidRDefault="002122EC" w:rsidP="00CB17E1">
      <w:pPr>
        <w:pStyle w:val="aa"/>
        <w:numPr>
          <w:ilvl w:val="0"/>
          <w:numId w:val="27"/>
        </w:numPr>
        <w:tabs>
          <w:tab w:val="left" w:pos="7500"/>
        </w:tabs>
        <w:bidi/>
        <w:spacing w:line="480" w:lineRule="auto"/>
        <w:jc w:val="both"/>
        <w:rPr>
          <w:rFonts w:asciiTheme="minorBidi" w:hAnsiTheme="minorBidi"/>
          <w:b/>
          <w:bCs/>
          <w:sz w:val="28"/>
          <w:szCs w:val="28"/>
        </w:rPr>
      </w:pPr>
      <w:r w:rsidRPr="00AC7ADD">
        <w:rPr>
          <w:sz w:val="28"/>
          <w:szCs w:val="28"/>
          <w:rtl/>
        </w:rPr>
        <w:t>عدم توفر اللغة العربية أو ضعف جودتها</w:t>
      </w:r>
      <w:r w:rsidRPr="00AC7ADD">
        <w:rPr>
          <w:sz w:val="28"/>
          <w:szCs w:val="28"/>
        </w:rPr>
        <w:t>.</w:t>
      </w:r>
    </w:p>
    <w:p w14:paraId="0337EEF0" w14:textId="4EF73BF2" w:rsidR="002122EC" w:rsidRPr="00AC7ADD" w:rsidRDefault="002122EC" w:rsidP="00CB17E1">
      <w:pPr>
        <w:pStyle w:val="aa"/>
        <w:numPr>
          <w:ilvl w:val="0"/>
          <w:numId w:val="27"/>
        </w:numPr>
        <w:tabs>
          <w:tab w:val="left" w:pos="7500"/>
        </w:tabs>
        <w:bidi/>
        <w:spacing w:line="480" w:lineRule="auto"/>
        <w:jc w:val="both"/>
        <w:rPr>
          <w:rFonts w:asciiTheme="minorBidi" w:hAnsiTheme="minorBidi"/>
          <w:b/>
          <w:bCs/>
          <w:sz w:val="28"/>
          <w:szCs w:val="28"/>
        </w:rPr>
      </w:pPr>
      <w:r w:rsidRPr="00AC7ADD">
        <w:rPr>
          <w:sz w:val="28"/>
          <w:szCs w:val="28"/>
          <w:rtl/>
        </w:rPr>
        <w:t>عدم الثقة في المعلومات أو التوصيات التي يقدمها الشات بوت</w:t>
      </w:r>
      <w:r w:rsidRPr="00AC7ADD">
        <w:rPr>
          <w:sz w:val="28"/>
          <w:szCs w:val="28"/>
        </w:rPr>
        <w:t>.</w:t>
      </w:r>
    </w:p>
    <w:p w14:paraId="0538823D" w14:textId="5E506CEC" w:rsidR="002122EC" w:rsidRPr="00AC7ADD" w:rsidRDefault="002122EC" w:rsidP="00CB17E1">
      <w:pPr>
        <w:pStyle w:val="aa"/>
        <w:numPr>
          <w:ilvl w:val="0"/>
          <w:numId w:val="27"/>
        </w:numPr>
        <w:tabs>
          <w:tab w:val="left" w:pos="7500"/>
        </w:tabs>
        <w:bidi/>
        <w:spacing w:line="480" w:lineRule="auto"/>
        <w:jc w:val="both"/>
        <w:rPr>
          <w:rFonts w:asciiTheme="minorBidi" w:hAnsiTheme="minorBidi"/>
          <w:sz w:val="28"/>
          <w:szCs w:val="28"/>
        </w:rPr>
      </w:pPr>
      <w:r w:rsidRPr="00AC7ADD">
        <w:rPr>
          <w:rFonts w:asciiTheme="minorBidi" w:hAnsiTheme="minorBidi"/>
          <w:sz w:val="28"/>
          <w:szCs w:val="28"/>
          <w:rtl/>
        </w:rPr>
        <w:t>أخرى: ____.</w:t>
      </w:r>
    </w:p>
    <w:p w14:paraId="4E6F90A5" w14:textId="77777777" w:rsidR="002122EC" w:rsidRPr="00AC7ADD" w:rsidRDefault="002122EC" w:rsidP="002122EC">
      <w:pPr>
        <w:tabs>
          <w:tab w:val="left" w:pos="7500"/>
        </w:tabs>
        <w:bidi/>
        <w:spacing w:line="480" w:lineRule="auto"/>
        <w:jc w:val="both"/>
        <w:rPr>
          <w:rFonts w:asciiTheme="minorBidi" w:hAnsiTheme="minorBidi"/>
          <w:sz w:val="28"/>
          <w:szCs w:val="28"/>
        </w:rPr>
      </w:pPr>
    </w:p>
    <w:p w14:paraId="78ABE1CF" w14:textId="77777777" w:rsidR="00F26BE1" w:rsidRPr="00AC7ADD" w:rsidRDefault="00F26BE1" w:rsidP="00A25A9F">
      <w:pPr>
        <w:tabs>
          <w:tab w:val="left" w:pos="7500"/>
        </w:tabs>
        <w:bidi/>
        <w:spacing w:line="480" w:lineRule="auto"/>
        <w:jc w:val="both"/>
        <w:rPr>
          <w:rFonts w:asciiTheme="minorBidi" w:hAnsiTheme="minorBidi"/>
          <w:b/>
          <w:bCs/>
          <w:sz w:val="28"/>
          <w:szCs w:val="28"/>
          <w:u w:val="single"/>
          <w:rtl/>
        </w:rPr>
      </w:pPr>
      <w:r w:rsidRPr="00AC7ADD">
        <w:rPr>
          <w:rFonts w:asciiTheme="minorBidi" w:hAnsiTheme="minorBidi" w:hint="cs"/>
          <w:b/>
          <w:bCs/>
          <w:sz w:val="28"/>
          <w:szCs w:val="28"/>
          <w:u w:val="single"/>
          <w:rtl/>
        </w:rPr>
        <w:lastRenderedPageBreak/>
        <w:t xml:space="preserve">القسم الثالث: </w:t>
      </w:r>
      <w:r w:rsidRPr="00AC7ADD">
        <w:rPr>
          <w:b/>
          <w:bCs/>
          <w:sz w:val="28"/>
          <w:szCs w:val="28"/>
          <w:u w:val="single"/>
          <w:rtl/>
        </w:rPr>
        <w:t>تقييم الكفاءة والخصائص التقنية والخدمة الذاتية للشات بوت</w:t>
      </w:r>
    </w:p>
    <w:p w14:paraId="4A337D47" w14:textId="592D72D8" w:rsidR="00A76312" w:rsidRPr="00AC7ADD" w:rsidRDefault="00F26BE1" w:rsidP="00CB17E1">
      <w:pPr>
        <w:pStyle w:val="aa"/>
        <w:numPr>
          <w:ilvl w:val="0"/>
          <w:numId w:val="18"/>
        </w:numPr>
        <w:tabs>
          <w:tab w:val="left" w:pos="7500"/>
        </w:tabs>
        <w:bidi/>
        <w:spacing w:line="480" w:lineRule="auto"/>
        <w:jc w:val="both"/>
        <w:rPr>
          <w:rFonts w:asciiTheme="minorBidi" w:hAnsiTheme="minorBidi"/>
          <w:b/>
          <w:bCs/>
          <w:sz w:val="28"/>
          <w:szCs w:val="28"/>
        </w:rPr>
      </w:pPr>
      <w:r w:rsidRPr="00AC7ADD">
        <w:rPr>
          <w:rFonts w:ascii="docs-Roboto" w:hAnsi="docs-Roboto"/>
          <w:b/>
          <w:bCs/>
          <w:color w:val="1F1F1F"/>
          <w:sz w:val="28"/>
          <w:szCs w:val="28"/>
          <w:shd w:val="clear" w:color="auto" w:fill="FFFFFF"/>
          <w:rtl/>
        </w:rPr>
        <w:t xml:space="preserve">حدد درجة موافقتك </w:t>
      </w:r>
      <w:r w:rsidR="00A25A9F" w:rsidRPr="00AC7ADD">
        <w:rPr>
          <w:rFonts w:ascii="docs-Roboto" w:hAnsi="docs-Roboto" w:hint="cs"/>
          <w:b/>
          <w:bCs/>
          <w:color w:val="1F1F1F"/>
          <w:sz w:val="28"/>
          <w:szCs w:val="28"/>
          <w:shd w:val="clear" w:color="auto" w:fill="FFFFFF"/>
          <w:rtl/>
        </w:rPr>
        <w:t xml:space="preserve">على </w:t>
      </w:r>
      <w:r w:rsidRPr="00AC7ADD">
        <w:rPr>
          <w:rFonts w:ascii="docs-Roboto" w:hAnsi="docs-Roboto"/>
          <w:b/>
          <w:bCs/>
          <w:color w:val="1F1F1F"/>
          <w:sz w:val="28"/>
          <w:szCs w:val="28"/>
          <w:shd w:val="clear" w:color="auto" w:fill="FFFFFF"/>
          <w:rtl/>
        </w:rPr>
        <w:t>العبارات التالي</w:t>
      </w:r>
      <w:r w:rsidR="00A25A9F" w:rsidRPr="00AC7ADD">
        <w:rPr>
          <w:rFonts w:ascii="docs-Roboto" w:hAnsi="docs-Roboto" w:hint="cs"/>
          <w:b/>
          <w:bCs/>
          <w:color w:val="1F1F1F"/>
          <w:sz w:val="28"/>
          <w:szCs w:val="28"/>
          <w:shd w:val="clear" w:color="auto" w:fill="FFFFFF"/>
          <w:rtl/>
        </w:rPr>
        <w:t>ة المرتبطة بالسمات الفنية والتشغيلية للمساعد الذكي:</w:t>
      </w:r>
    </w:p>
    <w:tbl>
      <w:tblPr>
        <w:tblStyle w:val="afa"/>
        <w:tblW w:w="10774" w:type="dxa"/>
        <w:tblInd w:w="-318" w:type="dxa"/>
        <w:tblLook w:val="04A0" w:firstRow="1" w:lastRow="0" w:firstColumn="1" w:lastColumn="0" w:noHBand="0" w:noVBand="1"/>
      </w:tblPr>
      <w:tblGrid>
        <w:gridCol w:w="1135"/>
        <w:gridCol w:w="1134"/>
        <w:gridCol w:w="1276"/>
        <w:gridCol w:w="7229"/>
      </w:tblGrid>
      <w:tr w:rsidR="00A76312" w:rsidRPr="00AC7ADD" w14:paraId="15627499" w14:textId="77777777" w:rsidTr="00A25A9F">
        <w:trPr>
          <w:trHeight w:val="244"/>
        </w:trPr>
        <w:tc>
          <w:tcPr>
            <w:tcW w:w="1135" w:type="dxa"/>
          </w:tcPr>
          <w:p w14:paraId="0EC3FD77" w14:textId="77777777" w:rsidR="00A76312" w:rsidRPr="00AC7ADD" w:rsidRDefault="00A76312" w:rsidP="00A25A9F">
            <w:pPr>
              <w:tabs>
                <w:tab w:val="left" w:pos="7500"/>
              </w:tabs>
              <w:bidi/>
              <w:spacing w:line="480" w:lineRule="auto"/>
              <w:ind w:left="7500" w:hanging="7500"/>
              <w:jc w:val="center"/>
              <w:rPr>
                <w:rFonts w:asciiTheme="minorBidi" w:hAnsiTheme="minorBidi"/>
                <w:sz w:val="28"/>
                <w:szCs w:val="28"/>
              </w:rPr>
            </w:pPr>
            <w:r w:rsidRPr="00AC7ADD">
              <w:rPr>
                <w:rFonts w:asciiTheme="minorBidi" w:hAnsiTheme="minorBidi" w:hint="cs"/>
                <w:sz w:val="28"/>
                <w:szCs w:val="28"/>
                <w:rtl/>
              </w:rPr>
              <w:t>معارض</w:t>
            </w:r>
          </w:p>
        </w:tc>
        <w:tc>
          <w:tcPr>
            <w:tcW w:w="1134" w:type="dxa"/>
          </w:tcPr>
          <w:p w14:paraId="0FDF74C8" w14:textId="77777777" w:rsidR="00A76312" w:rsidRPr="00AC7ADD" w:rsidRDefault="00A76312" w:rsidP="00A25A9F">
            <w:pPr>
              <w:tabs>
                <w:tab w:val="left" w:pos="7500"/>
              </w:tabs>
              <w:bidi/>
              <w:spacing w:line="480" w:lineRule="auto"/>
              <w:ind w:left="7500" w:hanging="7500"/>
              <w:jc w:val="center"/>
              <w:rPr>
                <w:rFonts w:asciiTheme="minorBidi" w:hAnsiTheme="minorBidi"/>
                <w:sz w:val="28"/>
                <w:szCs w:val="28"/>
              </w:rPr>
            </w:pPr>
            <w:r w:rsidRPr="00AC7ADD">
              <w:rPr>
                <w:rFonts w:asciiTheme="minorBidi" w:hAnsiTheme="minorBidi"/>
                <w:sz w:val="28"/>
                <w:szCs w:val="28"/>
                <w:rtl/>
              </w:rPr>
              <w:t>محايد</w:t>
            </w:r>
          </w:p>
        </w:tc>
        <w:tc>
          <w:tcPr>
            <w:tcW w:w="1276" w:type="dxa"/>
          </w:tcPr>
          <w:p w14:paraId="4B896A81" w14:textId="344CBE33" w:rsidR="00A76312" w:rsidRPr="00AC7ADD" w:rsidRDefault="00A76312" w:rsidP="00A25A9F">
            <w:pPr>
              <w:tabs>
                <w:tab w:val="left" w:pos="7500"/>
              </w:tabs>
              <w:bidi/>
              <w:spacing w:line="480" w:lineRule="auto"/>
              <w:ind w:left="7500" w:hanging="7500"/>
              <w:jc w:val="center"/>
              <w:rPr>
                <w:rFonts w:asciiTheme="minorBidi" w:hAnsiTheme="minorBidi"/>
                <w:sz w:val="28"/>
                <w:szCs w:val="28"/>
                <w:rtl/>
              </w:rPr>
            </w:pPr>
            <w:r w:rsidRPr="00AC7ADD">
              <w:rPr>
                <w:rFonts w:asciiTheme="minorBidi" w:hAnsiTheme="minorBidi"/>
                <w:sz w:val="28"/>
                <w:szCs w:val="28"/>
                <w:rtl/>
              </w:rPr>
              <w:t xml:space="preserve">موافق </w:t>
            </w:r>
          </w:p>
        </w:tc>
        <w:tc>
          <w:tcPr>
            <w:tcW w:w="7229" w:type="dxa"/>
          </w:tcPr>
          <w:p w14:paraId="71C7B472" w14:textId="77777777" w:rsidR="00A76312" w:rsidRPr="00AC7ADD" w:rsidRDefault="00A76312" w:rsidP="00A25A9F">
            <w:pPr>
              <w:tabs>
                <w:tab w:val="left" w:pos="7500"/>
              </w:tabs>
              <w:bidi/>
              <w:spacing w:line="480" w:lineRule="auto"/>
              <w:ind w:left="7500" w:hanging="7500"/>
              <w:jc w:val="center"/>
              <w:rPr>
                <w:rFonts w:asciiTheme="minorBidi" w:hAnsiTheme="minorBidi"/>
                <w:b/>
                <w:bCs/>
                <w:sz w:val="28"/>
                <w:szCs w:val="28"/>
                <w:rtl/>
              </w:rPr>
            </w:pPr>
            <w:r w:rsidRPr="00AC7ADD">
              <w:rPr>
                <w:rFonts w:asciiTheme="minorBidi" w:hAnsiTheme="minorBidi"/>
                <w:b/>
                <w:bCs/>
                <w:sz w:val="28"/>
                <w:szCs w:val="28"/>
                <w:rtl/>
              </w:rPr>
              <w:t>العبارة</w:t>
            </w:r>
          </w:p>
        </w:tc>
      </w:tr>
      <w:tr w:rsidR="00A76312" w:rsidRPr="00AC7ADD" w14:paraId="2C03E57B" w14:textId="77777777" w:rsidTr="00A25A9F">
        <w:trPr>
          <w:trHeight w:val="663"/>
        </w:trPr>
        <w:tc>
          <w:tcPr>
            <w:tcW w:w="1135" w:type="dxa"/>
          </w:tcPr>
          <w:p w14:paraId="7D1FDCBB" w14:textId="77777777" w:rsidR="00A76312" w:rsidRPr="00AC7ADD" w:rsidRDefault="00A76312"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134" w:type="dxa"/>
          </w:tcPr>
          <w:p w14:paraId="4A63F941" w14:textId="77777777" w:rsidR="00A76312" w:rsidRPr="00AC7ADD" w:rsidRDefault="00A76312"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276" w:type="dxa"/>
          </w:tcPr>
          <w:p w14:paraId="785E0E3F" w14:textId="77777777" w:rsidR="00A76312" w:rsidRPr="00AC7ADD" w:rsidRDefault="00A76312"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7229" w:type="dxa"/>
          </w:tcPr>
          <w:p w14:paraId="4B558CB5" w14:textId="5973295A" w:rsidR="00A76312" w:rsidRPr="00AC7ADD" w:rsidRDefault="00016EDB" w:rsidP="00A25A9F">
            <w:pPr>
              <w:tabs>
                <w:tab w:val="left" w:pos="7500"/>
              </w:tabs>
              <w:bidi/>
              <w:spacing w:line="480" w:lineRule="auto"/>
              <w:jc w:val="both"/>
              <w:rPr>
                <w:rFonts w:asciiTheme="minorBidi" w:hAnsiTheme="minorBidi"/>
                <w:b/>
                <w:bCs/>
                <w:sz w:val="28"/>
                <w:szCs w:val="28"/>
                <w:rtl/>
              </w:rPr>
            </w:pPr>
            <w:r w:rsidRPr="00AC7ADD">
              <w:rPr>
                <w:rFonts w:asciiTheme="minorBidi" w:hAnsiTheme="minorBidi"/>
                <w:sz w:val="28"/>
                <w:szCs w:val="28"/>
                <w:rtl/>
              </w:rPr>
              <w:t xml:space="preserve">يستجيب الشات بوت لاستفساراتي بسرعة </w:t>
            </w:r>
            <w:r w:rsidR="008B1557" w:rsidRPr="00AC7ADD">
              <w:rPr>
                <w:rFonts w:asciiTheme="minorBidi" w:hAnsiTheme="minorBidi" w:hint="cs"/>
                <w:sz w:val="28"/>
                <w:szCs w:val="28"/>
                <w:rtl/>
              </w:rPr>
              <w:t>فائقة و</w:t>
            </w:r>
            <w:r w:rsidRPr="00AC7ADD">
              <w:rPr>
                <w:rFonts w:asciiTheme="minorBidi" w:hAnsiTheme="minorBidi"/>
                <w:sz w:val="28"/>
                <w:szCs w:val="28"/>
                <w:rtl/>
              </w:rPr>
              <w:t>عالية</w:t>
            </w:r>
            <w:r w:rsidR="008B1557" w:rsidRPr="00AC7ADD">
              <w:rPr>
                <w:rFonts w:asciiTheme="minorBidi" w:hAnsiTheme="minorBidi" w:hint="cs"/>
                <w:sz w:val="28"/>
                <w:szCs w:val="28"/>
                <w:rtl/>
              </w:rPr>
              <w:t>.</w:t>
            </w:r>
          </w:p>
        </w:tc>
      </w:tr>
      <w:tr w:rsidR="00A76312" w:rsidRPr="00AC7ADD" w14:paraId="27C3BAE4" w14:textId="77777777" w:rsidTr="00A25A9F">
        <w:trPr>
          <w:trHeight w:val="701"/>
        </w:trPr>
        <w:tc>
          <w:tcPr>
            <w:tcW w:w="1135" w:type="dxa"/>
          </w:tcPr>
          <w:p w14:paraId="2C875E7A" w14:textId="77777777" w:rsidR="00A76312" w:rsidRPr="00AC7ADD" w:rsidRDefault="00A76312"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134" w:type="dxa"/>
          </w:tcPr>
          <w:p w14:paraId="60402A09" w14:textId="77777777" w:rsidR="00A76312" w:rsidRPr="00AC7ADD" w:rsidRDefault="00A76312"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276" w:type="dxa"/>
          </w:tcPr>
          <w:p w14:paraId="1899928F" w14:textId="77777777" w:rsidR="00A76312" w:rsidRPr="00AC7ADD" w:rsidRDefault="00A76312"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7229" w:type="dxa"/>
          </w:tcPr>
          <w:p w14:paraId="56983205" w14:textId="247D9024" w:rsidR="00A76312" w:rsidRPr="00AC7ADD" w:rsidRDefault="00016EDB" w:rsidP="00016EDB">
            <w:pPr>
              <w:tabs>
                <w:tab w:val="left" w:pos="7500"/>
              </w:tabs>
              <w:bidi/>
              <w:spacing w:line="480" w:lineRule="auto"/>
              <w:jc w:val="both"/>
              <w:rPr>
                <w:rFonts w:asciiTheme="minorBidi" w:hAnsiTheme="minorBidi"/>
                <w:b/>
                <w:bCs/>
                <w:sz w:val="28"/>
                <w:szCs w:val="28"/>
              </w:rPr>
            </w:pPr>
            <w:r w:rsidRPr="00AC7ADD">
              <w:rPr>
                <w:rFonts w:asciiTheme="minorBidi" w:hAnsiTheme="minorBidi"/>
                <w:sz w:val="28"/>
                <w:szCs w:val="28"/>
                <w:rtl/>
              </w:rPr>
              <w:t>يقدم الشات بوت معلومات دقيقة وموثوقة حول الخدمات</w:t>
            </w:r>
            <w:r w:rsidRPr="00AC7ADD">
              <w:rPr>
                <w:rFonts w:asciiTheme="minorBidi" w:hAnsiTheme="minorBidi"/>
                <w:sz w:val="28"/>
                <w:szCs w:val="28"/>
              </w:rPr>
              <w:t>.</w:t>
            </w:r>
          </w:p>
        </w:tc>
      </w:tr>
      <w:tr w:rsidR="00A76312" w:rsidRPr="00AC7ADD" w14:paraId="7EBDC359" w14:textId="77777777" w:rsidTr="00A25A9F">
        <w:trPr>
          <w:trHeight w:val="697"/>
        </w:trPr>
        <w:tc>
          <w:tcPr>
            <w:tcW w:w="1135" w:type="dxa"/>
          </w:tcPr>
          <w:p w14:paraId="1AE584D6" w14:textId="77777777" w:rsidR="00A76312" w:rsidRPr="00AC7ADD" w:rsidRDefault="00A76312"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134" w:type="dxa"/>
          </w:tcPr>
          <w:p w14:paraId="7225CE92" w14:textId="77777777" w:rsidR="00A76312" w:rsidRPr="00AC7ADD" w:rsidRDefault="00A76312"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276" w:type="dxa"/>
          </w:tcPr>
          <w:p w14:paraId="2F72A629" w14:textId="77777777" w:rsidR="00A76312" w:rsidRPr="00AC7ADD" w:rsidRDefault="00A76312"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7229" w:type="dxa"/>
          </w:tcPr>
          <w:p w14:paraId="5C5D34C1" w14:textId="7E352DE2" w:rsidR="00A76312" w:rsidRPr="00AC7ADD" w:rsidRDefault="00016EDB" w:rsidP="00016EDB">
            <w:pPr>
              <w:tabs>
                <w:tab w:val="left" w:pos="7500"/>
              </w:tabs>
              <w:bidi/>
              <w:spacing w:line="480" w:lineRule="auto"/>
              <w:rPr>
                <w:rFonts w:asciiTheme="minorBidi" w:hAnsiTheme="minorBidi"/>
                <w:b/>
                <w:bCs/>
                <w:sz w:val="28"/>
                <w:szCs w:val="28"/>
              </w:rPr>
            </w:pPr>
            <w:r w:rsidRPr="00AC7ADD">
              <w:rPr>
                <w:rFonts w:asciiTheme="minorBidi" w:hAnsiTheme="minorBidi"/>
                <w:sz w:val="28"/>
                <w:szCs w:val="28"/>
                <w:rtl/>
              </w:rPr>
              <w:t>يقوم الشات بوت بتخصيص الردود بناءً على احتياجاتي الشخصية</w:t>
            </w:r>
            <w:r w:rsidRPr="00AC7ADD">
              <w:rPr>
                <w:rFonts w:asciiTheme="minorBidi" w:hAnsiTheme="minorBidi"/>
                <w:sz w:val="28"/>
                <w:szCs w:val="28"/>
              </w:rPr>
              <w:t>.</w:t>
            </w:r>
          </w:p>
        </w:tc>
      </w:tr>
      <w:tr w:rsidR="00A76312" w:rsidRPr="00AC7ADD" w14:paraId="56506561" w14:textId="77777777" w:rsidTr="00A25A9F">
        <w:trPr>
          <w:trHeight w:val="693"/>
        </w:trPr>
        <w:tc>
          <w:tcPr>
            <w:tcW w:w="1135" w:type="dxa"/>
          </w:tcPr>
          <w:p w14:paraId="50FC3B78" w14:textId="77777777" w:rsidR="00A76312" w:rsidRPr="00AC7ADD" w:rsidRDefault="00A76312"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134" w:type="dxa"/>
          </w:tcPr>
          <w:p w14:paraId="77825A75" w14:textId="77777777" w:rsidR="00A76312" w:rsidRPr="00AC7ADD" w:rsidRDefault="00A76312"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276" w:type="dxa"/>
          </w:tcPr>
          <w:p w14:paraId="5ED541F9" w14:textId="77777777" w:rsidR="00A76312" w:rsidRPr="00AC7ADD" w:rsidRDefault="00A76312"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7229" w:type="dxa"/>
          </w:tcPr>
          <w:p w14:paraId="3650D6E2" w14:textId="587BD368" w:rsidR="00A76312" w:rsidRPr="00AC7ADD" w:rsidRDefault="00016EDB" w:rsidP="00016EDB">
            <w:pPr>
              <w:tabs>
                <w:tab w:val="left" w:pos="7500"/>
              </w:tabs>
              <w:bidi/>
              <w:spacing w:line="480" w:lineRule="auto"/>
              <w:rPr>
                <w:rFonts w:asciiTheme="minorBidi" w:hAnsiTheme="minorBidi"/>
                <w:b/>
                <w:bCs/>
                <w:sz w:val="28"/>
                <w:szCs w:val="28"/>
              </w:rPr>
            </w:pPr>
            <w:r w:rsidRPr="00AC7ADD">
              <w:rPr>
                <w:rFonts w:asciiTheme="minorBidi" w:hAnsiTheme="minorBidi"/>
                <w:sz w:val="28"/>
                <w:szCs w:val="28"/>
                <w:rtl/>
              </w:rPr>
              <w:t>يتعامل الشات بوت مع لغتي العربية بشكل سليم ومفهوم</w:t>
            </w:r>
            <w:r w:rsidRPr="00AC7ADD">
              <w:rPr>
                <w:rFonts w:asciiTheme="minorBidi" w:hAnsiTheme="minorBidi"/>
                <w:sz w:val="28"/>
                <w:szCs w:val="28"/>
              </w:rPr>
              <w:t>.</w:t>
            </w:r>
          </w:p>
        </w:tc>
      </w:tr>
      <w:tr w:rsidR="00A76312" w:rsidRPr="00AC7ADD" w14:paraId="36FC75CA" w14:textId="77777777" w:rsidTr="00A25A9F">
        <w:trPr>
          <w:trHeight w:val="717"/>
        </w:trPr>
        <w:tc>
          <w:tcPr>
            <w:tcW w:w="1135" w:type="dxa"/>
          </w:tcPr>
          <w:p w14:paraId="654E2CCD" w14:textId="77777777" w:rsidR="00A76312" w:rsidRPr="00AC7ADD" w:rsidRDefault="00A76312"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134" w:type="dxa"/>
          </w:tcPr>
          <w:p w14:paraId="0319AA44" w14:textId="77777777" w:rsidR="00A76312" w:rsidRPr="00AC7ADD" w:rsidRDefault="00A76312"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276" w:type="dxa"/>
          </w:tcPr>
          <w:p w14:paraId="0AA59480" w14:textId="77777777" w:rsidR="00A76312" w:rsidRPr="00AC7ADD" w:rsidRDefault="00A76312"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7229" w:type="dxa"/>
          </w:tcPr>
          <w:p w14:paraId="0D3EA2E9" w14:textId="799ABBBD" w:rsidR="00A76312" w:rsidRPr="00AC7ADD" w:rsidRDefault="00016EDB" w:rsidP="00A25A9F">
            <w:pPr>
              <w:tabs>
                <w:tab w:val="left" w:pos="7500"/>
              </w:tabs>
              <w:bidi/>
              <w:spacing w:line="480" w:lineRule="auto"/>
              <w:rPr>
                <w:rFonts w:asciiTheme="minorBidi" w:hAnsiTheme="minorBidi"/>
                <w:b/>
                <w:bCs/>
                <w:sz w:val="28"/>
                <w:szCs w:val="28"/>
              </w:rPr>
            </w:pPr>
            <w:r w:rsidRPr="00AC7ADD">
              <w:rPr>
                <w:rFonts w:asciiTheme="minorBidi" w:hAnsiTheme="minorBidi"/>
                <w:sz w:val="28"/>
                <w:szCs w:val="28"/>
                <w:rtl/>
              </w:rPr>
              <w:t>أستطيع الحصول على الخدمة بنفسي دون حاجة لموظف بشري</w:t>
            </w:r>
            <w:r w:rsidRPr="00AC7ADD">
              <w:rPr>
                <w:rFonts w:asciiTheme="minorBidi" w:hAnsiTheme="minorBidi"/>
                <w:sz w:val="28"/>
                <w:szCs w:val="28"/>
              </w:rPr>
              <w:t>.</w:t>
            </w:r>
          </w:p>
        </w:tc>
      </w:tr>
      <w:tr w:rsidR="00A25A9F" w:rsidRPr="00AC7ADD" w14:paraId="6710CD5F" w14:textId="77777777" w:rsidTr="00A25A9F">
        <w:trPr>
          <w:trHeight w:val="685"/>
        </w:trPr>
        <w:tc>
          <w:tcPr>
            <w:tcW w:w="1135" w:type="dxa"/>
          </w:tcPr>
          <w:p w14:paraId="1D9A34CC"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134" w:type="dxa"/>
          </w:tcPr>
          <w:p w14:paraId="3FE8302E"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276" w:type="dxa"/>
          </w:tcPr>
          <w:p w14:paraId="498D25C8"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7229" w:type="dxa"/>
          </w:tcPr>
          <w:p w14:paraId="46EF5807" w14:textId="26615167" w:rsidR="00A25A9F" w:rsidRPr="00AC7ADD" w:rsidRDefault="008B1557" w:rsidP="00A25A9F">
            <w:pPr>
              <w:tabs>
                <w:tab w:val="left" w:pos="7500"/>
              </w:tabs>
              <w:bidi/>
              <w:spacing w:line="480" w:lineRule="auto"/>
              <w:rPr>
                <w:rFonts w:asciiTheme="minorBidi" w:hAnsiTheme="minorBidi"/>
                <w:b/>
                <w:bCs/>
                <w:sz w:val="28"/>
                <w:szCs w:val="28"/>
              </w:rPr>
            </w:pPr>
            <w:r w:rsidRPr="00AC7ADD">
              <w:rPr>
                <w:sz w:val="28"/>
                <w:szCs w:val="28"/>
                <w:rtl/>
              </w:rPr>
              <w:t>يمتلك الشات بوت القدرة على فهم استفساراتي المعقدة</w:t>
            </w:r>
            <w:r w:rsidRPr="00AC7ADD">
              <w:rPr>
                <w:sz w:val="28"/>
                <w:szCs w:val="28"/>
              </w:rPr>
              <w:t>.</w:t>
            </w:r>
          </w:p>
        </w:tc>
      </w:tr>
      <w:tr w:rsidR="008B1557" w:rsidRPr="00AC7ADD" w14:paraId="365E5EDD" w14:textId="77777777" w:rsidTr="00A25A9F">
        <w:trPr>
          <w:trHeight w:val="685"/>
        </w:trPr>
        <w:tc>
          <w:tcPr>
            <w:tcW w:w="1135" w:type="dxa"/>
          </w:tcPr>
          <w:p w14:paraId="13AAD2D3" w14:textId="77777777" w:rsidR="008B1557" w:rsidRPr="00AC7ADD" w:rsidRDefault="008B1557"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134" w:type="dxa"/>
          </w:tcPr>
          <w:p w14:paraId="1B66A772" w14:textId="77777777" w:rsidR="008B1557" w:rsidRPr="00AC7ADD" w:rsidRDefault="008B1557"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276" w:type="dxa"/>
          </w:tcPr>
          <w:p w14:paraId="4C327C22" w14:textId="77777777" w:rsidR="008B1557" w:rsidRPr="00AC7ADD" w:rsidRDefault="008B1557"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7229" w:type="dxa"/>
          </w:tcPr>
          <w:p w14:paraId="47D0F546" w14:textId="69CE274C" w:rsidR="008B1557" w:rsidRPr="00AC7ADD" w:rsidRDefault="008B1557" w:rsidP="00A25A9F">
            <w:pPr>
              <w:tabs>
                <w:tab w:val="left" w:pos="7500"/>
              </w:tabs>
              <w:bidi/>
              <w:spacing w:line="480" w:lineRule="auto"/>
              <w:rPr>
                <w:sz w:val="28"/>
                <w:szCs w:val="28"/>
                <w:rtl/>
              </w:rPr>
            </w:pPr>
            <w:r w:rsidRPr="00AC7ADD">
              <w:rPr>
                <w:sz w:val="28"/>
                <w:szCs w:val="28"/>
                <w:rtl/>
              </w:rPr>
              <w:t>ينجح الشات بوت في حل مشكلاتي بكفاءة واقتدار</w:t>
            </w:r>
            <w:r w:rsidRPr="00AC7ADD">
              <w:rPr>
                <w:sz w:val="28"/>
                <w:szCs w:val="28"/>
              </w:rPr>
              <w:t>.</w:t>
            </w:r>
          </w:p>
        </w:tc>
      </w:tr>
    </w:tbl>
    <w:p w14:paraId="0E3F96F6" w14:textId="77777777" w:rsidR="00A76312" w:rsidRPr="00AC7ADD" w:rsidRDefault="00A76312" w:rsidP="00A76312">
      <w:pPr>
        <w:tabs>
          <w:tab w:val="left" w:pos="7140"/>
        </w:tabs>
        <w:bidi/>
        <w:rPr>
          <w:rFonts w:asciiTheme="minorBidi" w:hAnsiTheme="minorBidi"/>
          <w:sz w:val="28"/>
          <w:szCs w:val="28"/>
          <w:rtl/>
        </w:rPr>
      </w:pPr>
    </w:p>
    <w:p w14:paraId="3355929B" w14:textId="54F6A8A8" w:rsidR="00671DD8" w:rsidRPr="00AC7ADD" w:rsidRDefault="00671DD8" w:rsidP="00A76312">
      <w:pPr>
        <w:bidi/>
        <w:jc w:val="both"/>
        <w:rPr>
          <w:rFonts w:asciiTheme="minorBidi" w:hAnsiTheme="minorBidi"/>
          <w:sz w:val="28"/>
          <w:szCs w:val="28"/>
          <w:rtl/>
        </w:rPr>
      </w:pPr>
    </w:p>
    <w:p w14:paraId="15B129D9" w14:textId="489F2420" w:rsidR="00093E32" w:rsidRPr="00AC7ADD" w:rsidRDefault="00093E32" w:rsidP="00093E32">
      <w:pPr>
        <w:bidi/>
        <w:jc w:val="both"/>
        <w:rPr>
          <w:rFonts w:asciiTheme="minorBidi" w:hAnsiTheme="minorBidi"/>
          <w:sz w:val="28"/>
          <w:szCs w:val="28"/>
          <w:rtl/>
        </w:rPr>
      </w:pPr>
    </w:p>
    <w:p w14:paraId="1C39C59B" w14:textId="6F5E86F3" w:rsidR="00093E32" w:rsidRPr="00AC7ADD" w:rsidRDefault="00093E32" w:rsidP="00093E32">
      <w:pPr>
        <w:bidi/>
        <w:jc w:val="both"/>
        <w:rPr>
          <w:rFonts w:asciiTheme="minorBidi" w:hAnsiTheme="minorBidi"/>
          <w:sz w:val="28"/>
          <w:szCs w:val="28"/>
          <w:rtl/>
        </w:rPr>
      </w:pPr>
    </w:p>
    <w:p w14:paraId="186C0899" w14:textId="039293DA" w:rsidR="00093E32" w:rsidRPr="00AC7ADD" w:rsidRDefault="00093E32" w:rsidP="00093E32">
      <w:pPr>
        <w:bidi/>
        <w:jc w:val="both"/>
        <w:rPr>
          <w:rFonts w:asciiTheme="minorBidi" w:hAnsiTheme="minorBidi"/>
          <w:sz w:val="28"/>
          <w:szCs w:val="28"/>
          <w:rtl/>
        </w:rPr>
      </w:pPr>
    </w:p>
    <w:p w14:paraId="293EC380" w14:textId="67DECCE8" w:rsidR="00093E32" w:rsidRPr="00AC7ADD" w:rsidRDefault="00093E32" w:rsidP="00093E32">
      <w:pPr>
        <w:bidi/>
        <w:jc w:val="both"/>
        <w:rPr>
          <w:rFonts w:asciiTheme="minorBidi" w:hAnsiTheme="minorBidi"/>
          <w:sz w:val="28"/>
          <w:szCs w:val="28"/>
          <w:rtl/>
        </w:rPr>
      </w:pPr>
    </w:p>
    <w:p w14:paraId="6967BE17" w14:textId="4BF46214" w:rsidR="00093E32" w:rsidRPr="00AC7ADD" w:rsidRDefault="00093E32" w:rsidP="00093E32">
      <w:pPr>
        <w:bidi/>
        <w:jc w:val="both"/>
        <w:rPr>
          <w:rFonts w:asciiTheme="minorBidi" w:hAnsiTheme="minorBidi"/>
          <w:sz w:val="28"/>
          <w:szCs w:val="28"/>
          <w:rtl/>
        </w:rPr>
      </w:pPr>
    </w:p>
    <w:p w14:paraId="79637E6A" w14:textId="78F5B0F3" w:rsidR="00093E32" w:rsidRPr="00AC7ADD" w:rsidRDefault="00093E32" w:rsidP="00093E32">
      <w:pPr>
        <w:bidi/>
        <w:jc w:val="both"/>
        <w:rPr>
          <w:rFonts w:asciiTheme="minorBidi" w:hAnsiTheme="minorBidi"/>
          <w:sz w:val="28"/>
          <w:szCs w:val="28"/>
          <w:rtl/>
        </w:rPr>
      </w:pPr>
    </w:p>
    <w:p w14:paraId="049251A4" w14:textId="7C52C1B0" w:rsidR="00093E32" w:rsidRPr="00AC7ADD" w:rsidRDefault="00093E32" w:rsidP="00093E32">
      <w:pPr>
        <w:bidi/>
        <w:jc w:val="both"/>
        <w:rPr>
          <w:rFonts w:asciiTheme="minorBidi" w:hAnsiTheme="minorBidi"/>
          <w:sz w:val="28"/>
          <w:szCs w:val="28"/>
          <w:rtl/>
        </w:rPr>
      </w:pPr>
    </w:p>
    <w:p w14:paraId="0DDD7739" w14:textId="043389F8" w:rsidR="00093E32" w:rsidRPr="00AC7ADD" w:rsidRDefault="00093E32" w:rsidP="00093E32">
      <w:pPr>
        <w:bidi/>
        <w:jc w:val="both"/>
        <w:rPr>
          <w:rFonts w:asciiTheme="minorBidi" w:hAnsiTheme="minorBidi"/>
          <w:sz w:val="28"/>
          <w:szCs w:val="28"/>
          <w:rtl/>
        </w:rPr>
      </w:pPr>
    </w:p>
    <w:p w14:paraId="49FBAD0E" w14:textId="4A3EDFCE" w:rsidR="00016EDB" w:rsidRPr="00AC7ADD" w:rsidRDefault="00016EDB" w:rsidP="00016EDB">
      <w:pPr>
        <w:tabs>
          <w:tab w:val="left" w:pos="7500"/>
        </w:tabs>
        <w:bidi/>
        <w:spacing w:line="480" w:lineRule="auto"/>
        <w:jc w:val="both"/>
        <w:rPr>
          <w:rFonts w:asciiTheme="minorBidi" w:hAnsiTheme="minorBidi"/>
          <w:b/>
          <w:bCs/>
          <w:sz w:val="28"/>
          <w:szCs w:val="28"/>
          <w:u w:val="single"/>
          <w:rtl/>
        </w:rPr>
      </w:pPr>
      <w:r w:rsidRPr="00AC7ADD">
        <w:rPr>
          <w:rFonts w:asciiTheme="minorBidi" w:hAnsiTheme="minorBidi" w:hint="cs"/>
          <w:b/>
          <w:bCs/>
          <w:sz w:val="28"/>
          <w:szCs w:val="28"/>
          <w:u w:val="single"/>
          <w:rtl/>
        </w:rPr>
        <w:lastRenderedPageBreak/>
        <w:t xml:space="preserve">القسم الرابع: </w:t>
      </w:r>
      <w:r w:rsidRPr="00AC7ADD">
        <w:rPr>
          <w:rFonts w:hint="cs"/>
          <w:b/>
          <w:bCs/>
          <w:sz w:val="28"/>
          <w:szCs w:val="28"/>
          <w:u w:val="single"/>
          <w:rtl/>
        </w:rPr>
        <w:t>مستوى التفاعل وتحسين تجربة العملاء ومستويات رضاهم</w:t>
      </w:r>
    </w:p>
    <w:p w14:paraId="66ACB745" w14:textId="6528E925" w:rsidR="00A25A9F" w:rsidRPr="00AC7ADD" w:rsidRDefault="00016EDB" w:rsidP="00CB17E1">
      <w:pPr>
        <w:pStyle w:val="aa"/>
        <w:numPr>
          <w:ilvl w:val="0"/>
          <w:numId w:val="18"/>
        </w:numPr>
        <w:tabs>
          <w:tab w:val="left" w:pos="7500"/>
        </w:tabs>
        <w:bidi/>
        <w:spacing w:line="480" w:lineRule="auto"/>
        <w:jc w:val="both"/>
        <w:rPr>
          <w:rFonts w:asciiTheme="minorBidi" w:hAnsiTheme="minorBidi"/>
          <w:b/>
          <w:bCs/>
          <w:sz w:val="28"/>
          <w:szCs w:val="28"/>
          <w:rtl/>
        </w:rPr>
      </w:pPr>
      <w:r w:rsidRPr="00AC7ADD">
        <w:rPr>
          <w:rFonts w:ascii="docs-Roboto" w:hAnsi="docs-Roboto"/>
          <w:b/>
          <w:bCs/>
          <w:color w:val="1F1F1F"/>
          <w:sz w:val="28"/>
          <w:szCs w:val="28"/>
          <w:shd w:val="clear" w:color="auto" w:fill="FFFFFF"/>
          <w:rtl/>
        </w:rPr>
        <w:t xml:space="preserve">حدد درجة موافقتك </w:t>
      </w:r>
      <w:r w:rsidRPr="00AC7ADD">
        <w:rPr>
          <w:rFonts w:ascii="docs-Roboto" w:hAnsi="docs-Roboto" w:hint="cs"/>
          <w:b/>
          <w:bCs/>
          <w:color w:val="1F1F1F"/>
          <w:sz w:val="28"/>
          <w:szCs w:val="28"/>
          <w:shd w:val="clear" w:color="auto" w:fill="FFFFFF"/>
          <w:rtl/>
        </w:rPr>
        <w:t xml:space="preserve">وتفاعلك مع </w:t>
      </w:r>
      <w:r w:rsidRPr="00AC7ADD">
        <w:rPr>
          <w:rFonts w:ascii="docs-Roboto" w:hAnsi="docs-Roboto"/>
          <w:b/>
          <w:bCs/>
          <w:color w:val="1F1F1F"/>
          <w:sz w:val="28"/>
          <w:szCs w:val="28"/>
          <w:shd w:val="clear" w:color="auto" w:fill="FFFFFF"/>
          <w:rtl/>
        </w:rPr>
        <w:t>العبارات التالي</w:t>
      </w:r>
      <w:r w:rsidRPr="00AC7ADD">
        <w:rPr>
          <w:rFonts w:ascii="docs-Roboto" w:hAnsi="docs-Roboto" w:hint="cs"/>
          <w:b/>
          <w:bCs/>
          <w:color w:val="1F1F1F"/>
          <w:sz w:val="28"/>
          <w:szCs w:val="28"/>
          <w:shd w:val="clear" w:color="auto" w:fill="FFFFFF"/>
          <w:rtl/>
        </w:rPr>
        <w:t>ة المرتبطة بجودة رحلتك الاتصالية الرقمية:</w:t>
      </w:r>
    </w:p>
    <w:tbl>
      <w:tblPr>
        <w:tblStyle w:val="afa"/>
        <w:tblW w:w="10774" w:type="dxa"/>
        <w:tblInd w:w="-318" w:type="dxa"/>
        <w:tblLook w:val="04A0" w:firstRow="1" w:lastRow="0" w:firstColumn="1" w:lastColumn="0" w:noHBand="0" w:noVBand="1"/>
      </w:tblPr>
      <w:tblGrid>
        <w:gridCol w:w="1135"/>
        <w:gridCol w:w="1134"/>
        <w:gridCol w:w="1276"/>
        <w:gridCol w:w="7229"/>
      </w:tblGrid>
      <w:tr w:rsidR="00A25A9F" w:rsidRPr="00AC7ADD" w14:paraId="77A30675" w14:textId="77777777" w:rsidTr="00557C2D">
        <w:trPr>
          <w:trHeight w:val="244"/>
        </w:trPr>
        <w:tc>
          <w:tcPr>
            <w:tcW w:w="1135" w:type="dxa"/>
          </w:tcPr>
          <w:p w14:paraId="685E752C" w14:textId="77777777" w:rsidR="00A25A9F" w:rsidRPr="00AC7ADD" w:rsidRDefault="00A25A9F" w:rsidP="00557C2D">
            <w:pPr>
              <w:tabs>
                <w:tab w:val="left" w:pos="7500"/>
              </w:tabs>
              <w:bidi/>
              <w:spacing w:line="480" w:lineRule="auto"/>
              <w:ind w:left="7500" w:hanging="7500"/>
              <w:jc w:val="center"/>
              <w:rPr>
                <w:rFonts w:asciiTheme="minorBidi" w:hAnsiTheme="minorBidi"/>
                <w:sz w:val="28"/>
                <w:szCs w:val="28"/>
              </w:rPr>
            </w:pPr>
            <w:r w:rsidRPr="00AC7ADD">
              <w:rPr>
                <w:rFonts w:asciiTheme="minorBidi" w:hAnsiTheme="minorBidi" w:hint="cs"/>
                <w:sz w:val="28"/>
                <w:szCs w:val="28"/>
                <w:rtl/>
              </w:rPr>
              <w:t>معارض</w:t>
            </w:r>
          </w:p>
        </w:tc>
        <w:tc>
          <w:tcPr>
            <w:tcW w:w="1134" w:type="dxa"/>
          </w:tcPr>
          <w:p w14:paraId="0AC20C3A" w14:textId="77777777" w:rsidR="00A25A9F" w:rsidRPr="00AC7ADD" w:rsidRDefault="00A25A9F" w:rsidP="00557C2D">
            <w:pPr>
              <w:tabs>
                <w:tab w:val="left" w:pos="7500"/>
              </w:tabs>
              <w:bidi/>
              <w:spacing w:line="480" w:lineRule="auto"/>
              <w:ind w:left="7500" w:hanging="7500"/>
              <w:jc w:val="center"/>
              <w:rPr>
                <w:rFonts w:asciiTheme="minorBidi" w:hAnsiTheme="minorBidi"/>
                <w:sz w:val="28"/>
                <w:szCs w:val="28"/>
              </w:rPr>
            </w:pPr>
            <w:r w:rsidRPr="00AC7ADD">
              <w:rPr>
                <w:rFonts w:asciiTheme="minorBidi" w:hAnsiTheme="minorBidi"/>
                <w:sz w:val="28"/>
                <w:szCs w:val="28"/>
                <w:rtl/>
              </w:rPr>
              <w:t>محايد</w:t>
            </w:r>
          </w:p>
        </w:tc>
        <w:tc>
          <w:tcPr>
            <w:tcW w:w="1276" w:type="dxa"/>
          </w:tcPr>
          <w:p w14:paraId="515BCE7B" w14:textId="77777777" w:rsidR="00A25A9F" w:rsidRPr="00AC7ADD" w:rsidRDefault="00A25A9F" w:rsidP="00557C2D">
            <w:pPr>
              <w:tabs>
                <w:tab w:val="left" w:pos="7500"/>
              </w:tabs>
              <w:bidi/>
              <w:spacing w:line="480" w:lineRule="auto"/>
              <w:ind w:left="7500" w:hanging="7500"/>
              <w:jc w:val="center"/>
              <w:rPr>
                <w:rFonts w:asciiTheme="minorBidi" w:hAnsiTheme="minorBidi"/>
                <w:sz w:val="28"/>
                <w:szCs w:val="28"/>
                <w:rtl/>
              </w:rPr>
            </w:pPr>
            <w:r w:rsidRPr="00AC7ADD">
              <w:rPr>
                <w:rFonts w:asciiTheme="minorBidi" w:hAnsiTheme="minorBidi"/>
                <w:sz w:val="28"/>
                <w:szCs w:val="28"/>
                <w:rtl/>
              </w:rPr>
              <w:t xml:space="preserve">موافق </w:t>
            </w:r>
          </w:p>
        </w:tc>
        <w:tc>
          <w:tcPr>
            <w:tcW w:w="7229" w:type="dxa"/>
          </w:tcPr>
          <w:p w14:paraId="4A0D347A" w14:textId="77777777" w:rsidR="00A25A9F" w:rsidRPr="00AC7ADD" w:rsidRDefault="00A25A9F" w:rsidP="00557C2D">
            <w:pPr>
              <w:tabs>
                <w:tab w:val="left" w:pos="7500"/>
              </w:tabs>
              <w:bidi/>
              <w:spacing w:line="480" w:lineRule="auto"/>
              <w:ind w:left="7500" w:hanging="7500"/>
              <w:jc w:val="center"/>
              <w:rPr>
                <w:rFonts w:asciiTheme="minorBidi" w:hAnsiTheme="minorBidi"/>
                <w:b/>
                <w:bCs/>
                <w:sz w:val="28"/>
                <w:szCs w:val="28"/>
                <w:rtl/>
              </w:rPr>
            </w:pPr>
            <w:r w:rsidRPr="00AC7ADD">
              <w:rPr>
                <w:rFonts w:asciiTheme="minorBidi" w:hAnsiTheme="minorBidi"/>
                <w:b/>
                <w:bCs/>
                <w:sz w:val="28"/>
                <w:szCs w:val="28"/>
                <w:rtl/>
              </w:rPr>
              <w:t>العبارة</w:t>
            </w:r>
          </w:p>
        </w:tc>
      </w:tr>
      <w:tr w:rsidR="00A25A9F" w:rsidRPr="00AC7ADD" w14:paraId="18DE70FF" w14:textId="77777777" w:rsidTr="00557C2D">
        <w:trPr>
          <w:trHeight w:val="663"/>
        </w:trPr>
        <w:tc>
          <w:tcPr>
            <w:tcW w:w="1135" w:type="dxa"/>
          </w:tcPr>
          <w:p w14:paraId="443BA40D"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134" w:type="dxa"/>
          </w:tcPr>
          <w:p w14:paraId="3F114FC7"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276" w:type="dxa"/>
          </w:tcPr>
          <w:p w14:paraId="162E62F5"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7229" w:type="dxa"/>
          </w:tcPr>
          <w:p w14:paraId="0C97066E" w14:textId="70FC988D" w:rsidR="00A25A9F" w:rsidRPr="00AC7ADD" w:rsidRDefault="00016EDB" w:rsidP="0089526E">
            <w:pPr>
              <w:tabs>
                <w:tab w:val="left" w:pos="7500"/>
              </w:tabs>
              <w:bidi/>
              <w:spacing w:line="480" w:lineRule="auto"/>
              <w:jc w:val="both"/>
              <w:rPr>
                <w:rFonts w:asciiTheme="minorBidi" w:hAnsiTheme="minorBidi"/>
                <w:b/>
                <w:bCs/>
                <w:sz w:val="28"/>
                <w:szCs w:val="28"/>
                <w:rtl/>
              </w:rPr>
            </w:pPr>
            <w:r w:rsidRPr="00AC7ADD">
              <w:rPr>
                <w:sz w:val="28"/>
                <w:szCs w:val="28"/>
                <w:rtl/>
              </w:rPr>
              <w:t>ساهم الشات بوت في تحسين تجربتي العامة مع الشركات</w:t>
            </w:r>
            <w:r w:rsidRPr="00AC7ADD">
              <w:rPr>
                <w:sz w:val="28"/>
                <w:szCs w:val="28"/>
              </w:rPr>
              <w:t>.</w:t>
            </w:r>
          </w:p>
        </w:tc>
      </w:tr>
      <w:tr w:rsidR="00A25A9F" w:rsidRPr="00AC7ADD" w14:paraId="7238EC45" w14:textId="77777777" w:rsidTr="00557C2D">
        <w:trPr>
          <w:trHeight w:val="701"/>
        </w:trPr>
        <w:tc>
          <w:tcPr>
            <w:tcW w:w="1135" w:type="dxa"/>
          </w:tcPr>
          <w:p w14:paraId="28A1A19B"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134" w:type="dxa"/>
          </w:tcPr>
          <w:p w14:paraId="5BC18F46"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276" w:type="dxa"/>
          </w:tcPr>
          <w:p w14:paraId="2BA253B6"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7229" w:type="dxa"/>
          </w:tcPr>
          <w:p w14:paraId="0D723A72" w14:textId="322F8623" w:rsidR="00A25A9F" w:rsidRPr="00AC7ADD" w:rsidRDefault="0089526E" w:rsidP="0089526E">
            <w:pPr>
              <w:tabs>
                <w:tab w:val="left" w:pos="7500"/>
              </w:tabs>
              <w:bidi/>
              <w:spacing w:line="480" w:lineRule="auto"/>
              <w:rPr>
                <w:rFonts w:asciiTheme="minorBidi" w:hAnsiTheme="minorBidi"/>
                <w:b/>
                <w:bCs/>
                <w:sz w:val="28"/>
                <w:szCs w:val="28"/>
              </w:rPr>
            </w:pPr>
            <w:r w:rsidRPr="00AC7ADD">
              <w:rPr>
                <w:sz w:val="28"/>
                <w:szCs w:val="28"/>
                <w:rtl/>
              </w:rPr>
              <w:t>يوفر الشات بوت وقتاً كبيراً مقارنة بالقنوات التقليدية</w:t>
            </w:r>
            <w:r w:rsidRPr="00AC7ADD">
              <w:rPr>
                <w:sz w:val="28"/>
                <w:szCs w:val="28"/>
              </w:rPr>
              <w:t>.</w:t>
            </w:r>
          </w:p>
        </w:tc>
      </w:tr>
      <w:tr w:rsidR="0089526E" w:rsidRPr="00AC7ADD" w14:paraId="6F8CEB08" w14:textId="77777777" w:rsidTr="00557C2D">
        <w:trPr>
          <w:trHeight w:val="701"/>
        </w:trPr>
        <w:tc>
          <w:tcPr>
            <w:tcW w:w="1135" w:type="dxa"/>
          </w:tcPr>
          <w:p w14:paraId="35469BEC" w14:textId="77777777" w:rsidR="0089526E" w:rsidRPr="00AC7ADD" w:rsidRDefault="0089526E"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134" w:type="dxa"/>
          </w:tcPr>
          <w:p w14:paraId="70D8890B" w14:textId="77777777" w:rsidR="0089526E" w:rsidRPr="00AC7ADD" w:rsidRDefault="0089526E"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276" w:type="dxa"/>
          </w:tcPr>
          <w:p w14:paraId="3E0E62CF" w14:textId="77777777" w:rsidR="0089526E" w:rsidRPr="00AC7ADD" w:rsidRDefault="0089526E"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7229" w:type="dxa"/>
          </w:tcPr>
          <w:p w14:paraId="48F163C2" w14:textId="17D9A80A" w:rsidR="0089526E" w:rsidRPr="00AC7ADD" w:rsidRDefault="0089526E" w:rsidP="0089526E">
            <w:pPr>
              <w:tabs>
                <w:tab w:val="left" w:pos="7500"/>
              </w:tabs>
              <w:bidi/>
              <w:spacing w:line="480" w:lineRule="auto"/>
              <w:rPr>
                <w:sz w:val="28"/>
                <w:szCs w:val="28"/>
                <w:rtl/>
              </w:rPr>
            </w:pPr>
            <w:r w:rsidRPr="00AC7ADD">
              <w:rPr>
                <w:sz w:val="28"/>
                <w:szCs w:val="28"/>
                <w:rtl/>
              </w:rPr>
              <w:t>يوفر الشات بوت جهداً كبيراً أثناء عملية التفاعل الرقمي</w:t>
            </w:r>
            <w:r w:rsidRPr="00AC7ADD">
              <w:rPr>
                <w:sz w:val="28"/>
                <w:szCs w:val="28"/>
              </w:rPr>
              <w:t>.</w:t>
            </w:r>
          </w:p>
        </w:tc>
      </w:tr>
      <w:tr w:rsidR="00A25A9F" w:rsidRPr="00AC7ADD" w14:paraId="2AFB4CC9" w14:textId="77777777" w:rsidTr="00557C2D">
        <w:trPr>
          <w:trHeight w:val="697"/>
        </w:trPr>
        <w:tc>
          <w:tcPr>
            <w:tcW w:w="1135" w:type="dxa"/>
          </w:tcPr>
          <w:p w14:paraId="0CCD1080"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134" w:type="dxa"/>
          </w:tcPr>
          <w:p w14:paraId="31FEB4AD"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276" w:type="dxa"/>
          </w:tcPr>
          <w:p w14:paraId="136610D7"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7229" w:type="dxa"/>
          </w:tcPr>
          <w:p w14:paraId="4DA0C03A" w14:textId="5A63EC9F" w:rsidR="00A25A9F" w:rsidRPr="00AC7ADD" w:rsidRDefault="00016EDB" w:rsidP="0089526E">
            <w:pPr>
              <w:tabs>
                <w:tab w:val="left" w:pos="7500"/>
              </w:tabs>
              <w:bidi/>
              <w:spacing w:line="480" w:lineRule="auto"/>
              <w:rPr>
                <w:rFonts w:asciiTheme="minorBidi" w:hAnsiTheme="minorBidi"/>
                <w:b/>
                <w:bCs/>
                <w:sz w:val="28"/>
                <w:szCs w:val="28"/>
              </w:rPr>
            </w:pPr>
            <w:r w:rsidRPr="00AC7ADD">
              <w:rPr>
                <w:sz w:val="28"/>
                <w:szCs w:val="28"/>
                <w:rtl/>
              </w:rPr>
              <w:t>جعل الشات بوت عملية التواصل مع الشركة أكثر سهولة ومرونة</w:t>
            </w:r>
            <w:r w:rsidRPr="00AC7ADD">
              <w:rPr>
                <w:sz w:val="28"/>
                <w:szCs w:val="28"/>
              </w:rPr>
              <w:t>.</w:t>
            </w:r>
          </w:p>
        </w:tc>
      </w:tr>
      <w:tr w:rsidR="00A25A9F" w:rsidRPr="00AC7ADD" w14:paraId="585DF35F" w14:textId="77777777" w:rsidTr="00557C2D">
        <w:trPr>
          <w:trHeight w:val="693"/>
        </w:trPr>
        <w:tc>
          <w:tcPr>
            <w:tcW w:w="1135" w:type="dxa"/>
          </w:tcPr>
          <w:p w14:paraId="05BD7B16"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134" w:type="dxa"/>
          </w:tcPr>
          <w:p w14:paraId="5127BA15"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276" w:type="dxa"/>
          </w:tcPr>
          <w:p w14:paraId="7C1A8F37"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7229" w:type="dxa"/>
          </w:tcPr>
          <w:p w14:paraId="21F53E26" w14:textId="472EA19F" w:rsidR="00A25A9F" w:rsidRPr="00AC7ADD" w:rsidRDefault="0089526E" w:rsidP="0089526E">
            <w:pPr>
              <w:tabs>
                <w:tab w:val="left" w:pos="7500"/>
              </w:tabs>
              <w:bidi/>
              <w:spacing w:line="480" w:lineRule="auto"/>
              <w:rPr>
                <w:rFonts w:asciiTheme="minorBidi" w:hAnsiTheme="minorBidi"/>
                <w:b/>
                <w:bCs/>
                <w:sz w:val="28"/>
                <w:szCs w:val="28"/>
              </w:rPr>
            </w:pPr>
            <w:r w:rsidRPr="00AC7ADD">
              <w:rPr>
                <w:sz w:val="28"/>
                <w:szCs w:val="28"/>
                <w:rtl/>
              </w:rPr>
              <w:t>تجربة الشات بوت جعلتني أكثر ولاءً في التعامل مع المنشأة</w:t>
            </w:r>
            <w:r w:rsidRPr="00AC7ADD">
              <w:rPr>
                <w:sz w:val="28"/>
                <w:szCs w:val="28"/>
              </w:rPr>
              <w:t>.</w:t>
            </w:r>
          </w:p>
        </w:tc>
      </w:tr>
      <w:tr w:rsidR="0089526E" w:rsidRPr="00AC7ADD" w14:paraId="309F7EBB" w14:textId="77777777" w:rsidTr="00557C2D">
        <w:trPr>
          <w:trHeight w:val="693"/>
        </w:trPr>
        <w:tc>
          <w:tcPr>
            <w:tcW w:w="1135" w:type="dxa"/>
          </w:tcPr>
          <w:p w14:paraId="125266E9" w14:textId="77777777" w:rsidR="0089526E" w:rsidRPr="00AC7ADD" w:rsidRDefault="0089526E"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134" w:type="dxa"/>
          </w:tcPr>
          <w:p w14:paraId="7E42C345" w14:textId="77777777" w:rsidR="0089526E" w:rsidRPr="00AC7ADD" w:rsidRDefault="0089526E"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276" w:type="dxa"/>
          </w:tcPr>
          <w:p w14:paraId="624A2AF8" w14:textId="77777777" w:rsidR="0089526E" w:rsidRPr="00AC7ADD" w:rsidRDefault="0089526E"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7229" w:type="dxa"/>
          </w:tcPr>
          <w:p w14:paraId="525F6481" w14:textId="3768F573" w:rsidR="0089526E" w:rsidRPr="00AC7ADD" w:rsidRDefault="0089526E" w:rsidP="0089526E">
            <w:pPr>
              <w:tabs>
                <w:tab w:val="left" w:pos="7500"/>
              </w:tabs>
              <w:bidi/>
              <w:spacing w:line="480" w:lineRule="auto"/>
              <w:rPr>
                <w:sz w:val="28"/>
                <w:szCs w:val="28"/>
                <w:rtl/>
              </w:rPr>
            </w:pPr>
            <w:r w:rsidRPr="00AC7ADD">
              <w:rPr>
                <w:sz w:val="28"/>
                <w:szCs w:val="28"/>
                <w:rtl/>
              </w:rPr>
              <w:t>تجربة الشات بوت زادت من رغبتي في تكرار التعامل مع المنشأة</w:t>
            </w:r>
            <w:r w:rsidRPr="00AC7ADD">
              <w:rPr>
                <w:sz w:val="28"/>
                <w:szCs w:val="28"/>
              </w:rPr>
              <w:t>.</w:t>
            </w:r>
          </w:p>
        </w:tc>
      </w:tr>
      <w:tr w:rsidR="00A25A9F" w:rsidRPr="00AC7ADD" w14:paraId="632BE08E" w14:textId="77777777" w:rsidTr="00557C2D">
        <w:trPr>
          <w:trHeight w:val="717"/>
        </w:trPr>
        <w:tc>
          <w:tcPr>
            <w:tcW w:w="1135" w:type="dxa"/>
          </w:tcPr>
          <w:p w14:paraId="274E6CDD"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134" w:type="dxa"/>
          </w:tcPr>
          <w:p w14:paraId="06B31C9A"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276" w:type="dxa"/>
          </w:tcPr>
          <w:p w14:paraId="205CE9E8"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7229" w:type="dxa"/>
          </w:tcPr>
          <w:p w14:paraId="27863855" w14:textId="5E1292FF" w:rsidR="00A25A9F" w:rsidRPr="00AC7ADD" w:rsidRDefault="00016EDB" w:rsidP="0089526E">
            <w:pPr>
              <w:tabs>
                <w:tab w:val="left" w:pos="7500"/>
              </w:tabs>
              <w:bidi/>
              <w:spacing w:line="480" w:lineRule="auto"/>
              <w:rPr>
                <w:rFonts w:asciiTheme="minorBidi" w:hAnsiTheme="minorBidi"/>
                <w:b/>
                <w:bCs/>
                <w:sz w:val="28"/>
                <w:szCs w:val="28"/>
              </w:rPr>
            </w:pPr>
            <w:r w:rsidRPr="00AC7ADD">
              <w:rPr>
                <w:sz w:val="28"/>
                <w:szCs w:val="28"/>
                <w:rtl/>
              </w:rPr>
              <w:t xml:space="preserve">يوجهني الشات بوت بشكل واضح </w:t>
            </w:r>
            <w:r w:rsidRPr="00AC7ADD">
              <w:rPr>
                <w:rFonts w:hint="cs"/>
                <w:sz w:val="28"/>
                <w:szCs w:val="28"/>
                <w:rtl/>
              </w:rPr>
              <w:t>لإتمام</w:t>
            </w:r>
            <w:r w:rsidRPr="00AC7ADD">
              <w:rPr>
                <w:sz w:val="28"/>
                <w:szCs w:val="28"/>
                <w:rtl/>
              </w:rPr>
              <w:t xml:space="preserve"> المعاملات المطلوبة</w:t>
            </w:r>
            <w:r w:rsidRPr="00AC7ADD">
              <w:rPr>
                <w:sz w:val="28"/>
                <w:szCs w:val="28"/>
              </w:rPr>
              <w:t>.</w:t>
            </w:r>
          </w:p>
        </w:tc>
      </w:tr>
      <w:tr w:rsidR="00A25A9F" w:rsidRPr="00AC7ADD" w14:paraId="75EA8FE6" w14:textId="77777777" w:rsidTr="00557C2D">
        <w:trPr>
          <w:trHeight w:val="685"/>
        </w:trPr>
        <w:tc>
          <w:tcPr>
            <w:tcW w:w="1135" w:type="dxa"/>
          </w:tcPr>
          <w:p w14:paraId="255292F6"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134" w:type="dxa"/>
          </w:tcPr>
          <w:p w14:paraId="6BDCA601"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276" w:type="dxa"/>
          </w:tcPr>
          <w:p w14:paraId="0AD96EE0" w14:textId="77777777" w:rsidR="00A25A9F" w:rsidRPr="00AC7ADD" w:rsidRDefault="00A25A9F"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7229" w:type="dxa"/>
          </w:tcPr>
          <w:p w14:paraId="527F3A40" w14:textId="554407E4" w:rsidR="00A25A9F" w:rsidRPr="00AC7ADD" w:rsidRDefault="00016EDB" w:rsidP="0089526E">
            <w:pPr>
              <w:tabs>
                <w:tab w:val="left" w:pos="7500"/>
              </w:tabs>
              <w:bidi/>
              <w:spacing w:line="480" w:lineRule="auto"/>
              <w:rPr>
                <w:rFonts w:asciiTheme="minorBidi" w:hAnsiTheme="minorBidi"/>
                <w:b/>
                <w:bCs/>
                <w:sz w:val="28"/>
                <w:szCs w:val="28"/>
              </w:rPr>
            </w:pPr>
            <w:r w:rsidRPr="00AC7ADD">
              <w:rPr>
                <w:sz w:val="28"/>
                <w:szCs w:val="28"/>
                <w:rtl/>
              </w:rPr>
              <w:t>عندما يعجز الشات بوت عن حل مشكلتي، يتم تحويلي لموظف بسلاسة</w:t>
            </w:r>
            <w:r w:rsidRPr="00AC7ADD">
              <w:rPr>
                <w:sz w:val="28"/>
                <w:szCs w:val="28"/>
              </w:rPr>
              <w:t>.</w:t>
            </w:r>
          </w:p>
        </w:tc>
      </w:tr>
      <w:tr w:rsidR="0089526E" w:rsidRPr="00AC7ADD" w14:paraId="53000FEE" w14:textId="77777777" w:rsidTr="00557C2D">
        <w:trPr>
          <w:trHeight w:val="685"/>
        </w:trPr>
        <w:tc>
          <w:tcPr>
            <w:tcW w:w="1135" w:type="dxa"/>
          </w:tcPr>
          <w:p w14:paraId="0723A82F" w14:textId="77777777" w:rsidR="0089526E" w:rsidRPr="00AC7ADD" w:rsidRDefault="0089526E"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134" w:type="dxa"/>
          </w:tcPr>
          <w:p w14:paraId="7DF7B922" w14:textId="77777777" w:rsidR="0089526E" w:rsidRPr="00AC7ADD" w:rsidRDefault="0089526E"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1276" w:type="dxa"/>
          </w:tcPr>
          <w:p w14:paraId="2386580C" w14:textId="77777777" w:rsidR="0089526E" w:rsidRPr="00AC7ADD" w:rsidRDefault="0089526E" w:rsidP="00CB17E1">
            <w:pPr>
              <w:pStyle w:val="aa"/>
              <w:numPr>
                <w:ilvl w:val="0"/>
                <w:numId w:val="23"/>
              </w:numPr>
              <w:tabs>
                <w:tab w:val="left" w:pos="7500"/>
              </w:tabs>
              <w:bidi/>
              <w:spacing w:line="480" w:lineRule="auto"/>
              <w:jc w:val="both"/>
              <w:rPr>
                <w:rFonts w:asciiTheme="minorBidi" w:hAnsiTheme="minorBidi"/>
                <w:b/>
                <w:bCs/>
                <w:sz w:val="28"/>
                <w:szCs w:val="28"/>
              </w:rPr>
            </w:pPr>
          </w:p>
        </w:tc>
        <w:tc>
          <w:tcPr>
            <w:tcW w:w="7229" w:type="dxa"/>
          </w:tcPr>
          <w:p w14:paraId="73EC8039" w14:textId="0D12BBAE" w:rsidR="0089526E" w:rsidRPr="00AC7ADD" w:rsidRDefault="0089526E" w:rsidP="0089526E">
            <w:pPr>
              <w:tabs>
                <w:tab w:val="left" w:pos="7500"/>
              </w:tabs>
              <w:bidi/>
              <w:spacing w:line="480" w:lineRule="auto"/>
              <w:rPr>
                <w:sz w:val="28"/>
                <w:szCs w:val="28"/>
                <w:rtl/>
              </w:rPr>
            </w:pPr>
            <w:r w:rsidRPr="00AC7ADD">
              <w:rPr>
                <w:sz w:val="28"/>
                <w:szCs w:val="28"/>
                <w:rtl/>
              </w:rPr>
              <w:t>أشعر بالإحباط بسبب الجمود التكنولوجي وتكرار بعض الردود الآلية</w:t>
            </w:r>
            <w:r w:rsidRPr="00AC7ADD">
              <w:rPr>
                <w:sz w:val="28"/>
                <w:szCs w:val="28"/>
              </w:rPr>
              <w:t>.</w:t>
            </w:r>
          </w:p>
        </w:tc>
      </w:tr>
    </w:tbl>
    <w:p w14:paraId="100E773F" w14:textId="16017458" w:rsidR="00A76312" w:rsidRPr="00AC7ADD" w:rsidRDefault="00A76312" w:rsidP="00671DD8">
      <w:pPr>
        <w:rPr>
          <w:rFonts w:asciiTheme="minorBidi" w:hAnsiTheme="minorBidi"/>
          <w:sz w:val="28"/>
          <w:szCs w:val="28"/>
        </w:rPr>
      </w:pPr>
    </w:p>
    <w:p w14:paraId="1DEA6251" w14:textId="75640D48" w:rsidR="00A76312" w:rsidRPr="00AC7ADD" w:rsidRDefault="00A76312" w:rsidP="00671DD8">
      <w:pPr>
        <w:rPr>
          <w:rFonts w:asciiTheme="minorBidi" w:hAnsiTheme="minorBidi"/>
          <w:sz w:val="28"/>
          <w:szCs w:val="28"/>
        </w:rPr>
      </w:pPr>
    </w:p>
    <w:p w14:paraId="1A5E7EF1" w14:textId="363899BA" w:rsidR="00093E32" w:rsidRPr="00AC7ADD" w:rsidRDefault="00093E32" w:rsidP="00671DD8">
      <w:pPr>
        <w:rPr>
          <w:rFonts w:asciiTheme="minorBidi" w:hAnsiTheme="minorBidi"/>
          <w:sz w:val="28"/>
          <w:szCs w:val="28"/>
        </w:rPr>
      </w:pPr>
    </w:p>
    <w:p w14:paraId="346E348F" w14:textId="02E33070" w:rsidR="00093E32" w:rsidRPr="00AC7ADD" w:rsidRDefault="00093E32" w:rsidP="00671DD8">
      <w:pPr>
        <w:rPr>
          <w:rFonts w:asciiTheme="minorBidi" w:hAnsiTheme="minorBidi"/>
          <w:sz w:val="28"/>
          <w:szCs w:val="28"/>
        </w:rPr>
      </w:pPr>
    </w:p>
    <w:p w14:paraId="60C5EE09" w14:textId="2449B5B3" w:rsidR="00093E32" w:rsidRPr="00AC7ADD" w:rsidRDefault="00093E32" w:rsidP="00671DD8">
      <w:pPr>
        <w:rPr>
          <w:rFonts w:asciiTheme="minorBidi" w:hAnsiTheme="minorBidi"/>
          <w:sz w:val="28"/>
          <w:szCs w:val="28"/>
        </w:rPr>
      </w:pPr>
    </w:p>
    <w:p w14:paraId="3ACC6A1F" w14:textId="4F0FF5C9" w:rsidR="00093E32" w:rsidRPr="00AC7ADD" w:rsidRDefault="00093E32" w:rsidP="00671DD8">
      <w:pPr>
        <w:rPr>
          <w:rFonts w:asciiTheme="minorBidi" w:hAnsiTheme="minorBidi"/>
          <w:sz w:val="28"/>
          <w:szCs w:val="28"/>
        </w:rPr>
      </w:pPr>
    </w:p>
    <w:p w14:paraId="325507A6" w14:textId="031326CD" w:rsidR="00093E32" w:rsidRPr="00AC7ADD" w:rsidRDefault="00093E32" w:rsidP="00671DD8">
      <w:pPr>
        <w:rPr>
          <w:rFonts w:asciiTheme="minorBidi" w:hAnsiTheme="minorBidi"/>
          <w:sz w:val="28"/>
          <w:szCs w:val="28"/>
        </w:rPr>
      </w:pPr>
    </w:p>
    <w:p w14:paraId="10C4427E" w14:textId="77777777" w:rsidR="00093E32" w:rsidRPr="00AC7ADD" w:rsidRDefault="00093E32" w:rsidP="00671DD8">
      <w:pPr>
        <w:rPr>
          <w:rFonts w:asciiTheme="minorBidi" w:hAnsiTheme="minorBidi"/>
          <w:sz w:val="28"/>
          <w:szCs w:val="28"/>
          <w:rtl/>
        </w:rPr>
      </w:pPr>
    </w:p>
    <w:p w14:paraId="5269195C" w14:textId="46C06390" w:rsidR="00016EDB" w:rsidRPr="00AC7ADD" w:rsidRDefault="00016EDB" w:rsidP="00093E32">
      <w:pPr>
        <w:tabs>
          <w:tab w:val="left" w:pos="7500"/>
        </w:tabs>
        <w:bidi/>
        <w:spacing w:line="480" w:lineRule="auto"/>
        <w:jc w:val="both"/>
        <w:rPr>
          <w:rFonts w:asciiTheme="minorBidi" w:hAnsiTheme="minorBidi"/>
          <w:b/>
          <w:bCs/>
          <w:sz w:val="28"/>
          <w:szCs w:val="28"/>
          <w:u w:val="single"/>
          <w:rtl/>
        </w:rPr>
      </w:pPr>
      <w:r w:rsidRPr="00AC7ADD">
        <w:rPr>
          <w:rFonts w:asciiTheme="minorBidi" w:hAnsiTheme="minorBidi" w:hint="cs"/>
          <w:b/>
          <w:bCs/>
          <w:sz w:val="28"/>
          <w:szCs w:val="28"/>
          <w:u w:val="single"/>
          <w:rtl/>
        </w:rPr>
        <w:lastRenderedPageBreak/>
        <w:t xml:space="preserve">القسم الخامس: </w:t>
      </w:r>
      <w:r w:rsidRPr="00AC7ADD">
        <w:rPr>
          <w:rFonts w:hint="cs"/>
          <w:b/>
          <w:bCs/>
          <w:sz w:val="28"/>
          <w:szCs w:val="28"/>
          <w:u w:val="single"/>
          <w:rtl/>
        </w:rPr>
        <w:t xml:space="preserve">البيانات الشخصية </w:t>
      </w:r>
    </w:p>
    <w:p w14:paraId="6D30FE57" w14:textId="5437A235" w:rsidR="009C1CEE" w:rsidRPr="00AC7ADD" w:rsidRDefault="00671DD8" w:rsidP="00093E32">
      <w:pPr>
        <w:bidi/>
        <w:spacing w:line="480" w:lineRule="auto"/>
        <w:jc w:val="both"/>
        <w:rPr>
          <w:rFonts w:asciiTheme="minorBidi" w:hAnsiTheme="minorBidi"/>
          <w:b/>
          <w:bCs/>
          <w:sz w:val="28"/>
          <w:szCs w:val="28"/>
        </w:rPr>
      </w:pPr>
      <w:r w:rsidRPr="00AC7ADD">
        <w:rPr>
          <w:rFonts w:asciiTheme="minorBidi" w:hAnsiTheme="minorBidi"/>
          <w:b/>
          <w:bCs/>
          <w:color w:val="1F1F1F"/>
          <w:sz w:val="28"/>
          <w:szCs w:val="28"/>
          <w:shd w:val="clear" w:color="auto" w:fill="FFFFFF"/>
          <w:rtl/>
        </w:rPr>
        <w:t>عزيزي المشارك، يرجى اختيار الإجابة المناسبة</w:t>
      </w:r>
      <w:r w:rsidRPr="00AC7ADD">
        <w:rPr>
          <w:rFonts w:asciiTheme="minorBidi" w:hAnsiTheme="minorBidi"/>
          <w:b/>
          <w:bCs/>
          <w:color w:val="1F1F1F"/>
          <w:sz w:val="28"/>
          <w:szCs w:val="28"/>
          <w:shd w:val="clear" w:color="auto" w:fill="FFFFFF"/>
        </w:rPr>
        <w:t>:</w:t>
      </w:r>
    </w:p>
    <w:p w14:paraId="022B98CC" w14:textId="1B5EEA98" w:rsidR="00671DD8" w:rsidRPr="00AC7ADD" w:rsidRDefault="00671DD8" w:rsidP="00093E32">
      <w:pPr>
        <w:bidi/>
        <w:spacing w:line="480" w:lineRule="auto"/>
        <w:ind w:left="360"/>
        <w:jc w:val="both"/>
        <w:rPr>
          <w:rFonts w:asciiTheme="minorBidi" w:hAnsiTheme="minorBidi"/>
          <w:b/>
          <w:bCs/>
          <w:sz w:val="28"/>
          <w:szCs w:val="28"/>
        </w:rPr>
      </w:pPr>
      <w:r w:rsidRPr="00AC7ADD">
        <w:rPr>
          <w:rFonts w:asciiTheme="minorBidi" w:hAnsiTheme="minorBidi"/>
          <w:b/>
          <w:bCs/>
          <w:sz w:val="28"/>
          <w:szCs w:val="28"/>
          <w:rtl/>
        </w:rPr>
        <w:t>النوع</w:t>
      </w:r>
      <w:r w:rsidRPr="00AC7ADD">
        <w:rPr>
          <w:rFonts w:asciiTheme="minorBidi" w:hAnsiTheme="minorBidi"/>
          <w:b/>
          <w:bCs/>
          <w:sz w:val="28"/>
          <w:szCs w:val="28"/>
        </w:rPr>
        <w:t>:</w:t>
      </w:r>
    </w:p>
    <w:p w14:paraId="5D91756B" w14:textId="4B07DB71" w:rsidR="00671DD8" w:rsidRPr="00AC7ADD" w:rsidRDefault="00671DD8" w:rsidP="00CB17E1">
      <w:pPr>
        <w:pStyle w:val="aa"/>
        <w:numPr>
          <w:ilvl w:val="0"/>
          <w:numId w:val="13"/>
        </w:numPr>
        <w:bidi/>
        <w:spacing w:line="480" w:lineRule="auto"/>
        <w:jc w:val="both"/>
        <w:rPr>
          <w:rFonts w:asciiTheme="minorBidi" w:hAnsiTheme="minorBidi"/>
          <w:sz w:val="28"/>
          <w:szCs w:val="28"/>
        </w:rPr>
      </w:pPr>
      <w:r w:rsidRPr="00AC7ADD">
        <w:rPr>
          <w:rFonts w:asciiTheme="minorBidi" w:hAnsiTheme="minorBidi"/>
          <w:sz w:val="28"/>
          <w:szCs w:val="28"/>
          <w:rtl/>
        </w:rPr>
        <w:t>ذكر</w:t>
      </w:r>
    </w:p>
    <w:p w14:paraId="372BAA05" w14:textId="6F54790D" w:rsidR="009C1CEE" w:rsidRPr="00AC7ADD" w:rsidRDefault="00671DD8" w:rsidP="00CB17E1">
      <w:pPr>
        <w:pStyle w:val="aa"/>
        <w:numPr>
          <w:ilvl w:val="0"/>
          <w:numId w:val="13"/>
        </w:numPr>
        <w:bidi/>
        <w:spacing w:line="480" w:lineRule="auto"/>
        <w:jc w:val="both"/>
        <w:rPr>
          <w:rFonts w:asciiTheme="minorBidi" w:hAnsiTheme="minorBidi"/>
          <w:sz w:val="28"/>
          <w:szCs w:val="28"/>
          <w:rtl/>
        </w:rPr>
      </w:pPr>
      <w:r w:rsidRPr="00AC7ADD">
        <w:rPr>
          <w:rFonts w:asciiTheme="minorBidi" w:hAnsiTheme="minorBidi"/>
          <w:sz w:val="28"/>
          <w:szCs w:val="28"/>
          <w:rtl/>
        </w:rPr>
        <w:t>أنثى</w:t>
      </w:r>
    </w:p>
    <w:p w14:paraId="2D52D0B8" w14:textId="0B9A3D3B" w:rsidR="00016EDB" w:rsidRPr="00AC7ADD" w:rsidRDefault="00671DD8" w:rsidP="00093E32">
      <w:pPr>
        <w:bidi/>
        <w:spacing w:line="480" w:lineRule="auto"/>
        <w:ind w:left="360"/>
        <w:jc w:val="both"/>
        <w:rPr>
          <w:rFonts w:asciiTheme="minorBidi" w:hAnsiTheme="minorBidi"/>
          <w:b/>
          <w:bCs/>
          <w:sz w:val="28"/>
          <w:szCs w:val="28"/>
        </w:rPr>
      </w:pPr>
      <w:r w:rsidRPr="00AC7ADD">
        <w:rPr>
          <w:rFonts w:asciiTheme="minorBidi" w:hAnsiTheme="minorBidi"/>
          <w:b/>
          <w:bCs/>
          <w:sz w:val="28"/>
          <w:szCs w:val="28"/>
          <w:rtl/>
        </w:rPr>
        <w:t>العمر</w:t>
      </w:r>
      <w:r w:rsidRPr="00AC7ADD">
        <w:rPr>
          <w:rFonts w:asciiTheme="minorBidi" w:hAnsiTheme="minorBidi"/>
          <w:b/>
          <w:bCs/>
          <w:sz w:val="28"/>
          <w:szCs w:val="28"/>
        </w:rPr>
        <w:t>:</w:t>
      </w:r>
      <w:r w:rsidR="00ED7F33" w:rsidRPr="00AC7ADD">
        <w:rPr>
          <w:rFonts w:asciiTheme="minorBidi" w:hAnsiTheme="minorBidi"/>
          <w:b/>
          <w:bCs/>
          <w:sz w:val="28"/>
          <w:szCs w:val="28"/>
          <w:rtl/>
        </w:rPr>
        <w:t xml:space="preserve"> </w:t>
      </w:r>
    </w:p>
    <w:p w14:paraId="68351264" w14:textId="32B8A773" w:rsidR="00671DD8" w:rsidRPr="00AC7ADD" w:rsidRDefault="00A1732C" w:rsidP="00CB17E1">
      <w:pPr>
        <w:pStyle w:val="aa"/>
        <w:numPr>
          <w:ilvl w:val="0"/>
          <w:numId w:val="24"/>
        </w:numPr>
        <w:bidi/>
        <w:spacing w:line="480" w:lineRule="auto"/>
        <w:jc w:val="both"/>
        <w:rPr>
          <w:rFonts w:asciiTheme="minorBidi" w:hAnsiTheme="minorBidi"/>
          <w:sz w:val="28"/>
          <w:szCs w:val="28"/>
        </w:rPr>
      </w:pPr>
      <w:r w:rsidRPr="00AC7ADD">
        <w:rPr>
          <w:rFonts w:asciiTheme="minorBidi" w:hAnsiTheme="minorBidi"/>
          <w:sz w:val="28"/>
          <w:szCs w:val="28"/>
          <w:rtl/>
        </w:rPr>
        <w:t>من 18 إلى 35 سنة</w:t>
      </w:r>
      <w:r w:rsidRPr="00AC7ADD">
        <w:rPr>
          <w:rFonts w:asciiTheme="minorBidi" w:hAnsiTheme="minorBidi" w:hint="cs"/>
          <w:sz w:val="28"/>
          <w:szCs w:val="28"/>
          <w:rtl/>
        </w:rPr>
        <w:t>.</w:t>
      </w:r>
    </w:p>
    <w:p w14:paraId="29A34940" w14:textId="0165A006" w:rsidR="00A1732C" w:rsidRPr="00AC7ADD" w:rsidRDefault="00A1732C" w:rsidP="00CB17E1">
      <w:pPr>
        <w:pStyle w:val="aa"/>
        <w:numPr>
          <w:ilvl w:val="0"/>
          <w:numId w:val="24"/>
        </w:numPr>
        <w:bidi/>
        <w:spacing w:line="480" w:lineRule="auto"/>
        <w:jc w:val="both"/>
        <w:rPr>
          <w:rFonts w:asciiTheme="minorBidi" w:hAnsiTheme="minorBidi"/>
          <w:sz w:val="28"/>
          <w:szCs w:val="28"/>
        </w:rPr>
      </w:pPr>
      <w:r w:rsidRPr="00AC7ADD">
        <w:rPr>
          <w:rFonts w:asciiTheme="minorBidi" w:hAnsiTheme="minorBidi"/>
          <w:sz w:val="28"/>
          <w:szCs w:val="28"/>
          <w:rtl/>
        </w:rPr>
        <w:t>من 36 إلى 50 سنة</w:t>
      </w:r>
      <w:r w:rsidRPr="00AC7ADD">
        <w:rPr>
          <w:rFonts w:asciiTheme="minorBidi" w:hAnsiTheme="minorBidi" w:hint="cs"/>
          <w:sz w:val="28"/>
          <w:szCs w:val="28"/>
          <w:rtl/>
        </w:rPr>
        <w:t>.</w:t>
      </w:r>
    </w:p>
    <w:p w14:paraId="2B55FF95" w14:textId="7992F22F" w:rsidR="00A1732C" w:rsidRPr="00AC7ADD" w:rsidRDefault="00A1732C" w:rsidP="00CB17E1">
      <w:pPr>
        <w:pStyle w:val="aa"/>
        <w:numPr>
          <w:ilvl w:val="0"/>
          <w:numId w:val="24"/>
        </w:numPr>
        <w:bidi/>
        <w:spacing w:line="480" w:lineRule="auto"/>
        <w:jc w:val="both"/>
        <w:rPr>
          <w:rFonts w:asciiTheme="minorBidi" w:hAnsiTheme="minorBidi"/>
          <w:sz w:val="28"/>
          <w:szCs w:val="28"/>
        </w:rPr>
      </w:pPr>
      <w:r w:rsidRPr="00AC7ADD">
        <w:rPr>
          <w:rFonts w:asciiTheme="minorBidi" w:hAnsiTheme="minorBidi"/>
          <w:sz w:val="28"/>
          <w:szCs w:val="28"/>
          <w:rtl/>
        </w:rPr>
        <w:t>51</w:t>
      </w:r>
      <w:r w:rsidRPr="00AC7ADD">
        <w:rPr>
          <w:rFonts w:asciiTheme="minorBidi" w:hAnsiTheme="minorBidi"/>
          <w:sz w:val="28"/>
          <w:szCs w:val="28"/>
        </w:rPr>
        <w:t xml:space="preserve"> </w:t>
      </w:r>
      <w:r w:rsidRPr="00AC7ADD">
        <w:rPr>
          <w:rFonts w:asciiTheme="minorBidi" w:hAnsiTheme="minorBidi"/>
          <w:sz w:val="28"/>
          <w:szCs w:val="28"/>
          <w:rtl/>
        </w:rPr>
        <w:t>سنة فأكثر</w:t>
      </w:r>
      <w:r w:rsidRPr="00AC7ADD">
        <w:rPr>
          <w:rFonts w:asciiTheme="minorBidi" w:hAnsiTheme="minorBidi" w:hint="cs"/>
          <w:sz w:val="28"/>
          <w:szCs w:val="28"/>
          <w:rtl/>
        </w:rPr>
        <w:t>.</w:t>
      </w:r>
    </w:p>
    <w:p w14:paraId="08DCCA44" w14:textId="235A82FE" w:rsidR="00671DD8" w:rsidRPr="00AC7ADD" w:rsidRDefault="00671DD8" w:rsidP="00093E32">
      <w:pPr>
        <w:bidi/>
        <w:spacing w:line="480" w:lineRule="auto"/>
        <w:ind w:left="360"/>
        <w:jc w:val="both"/>
        <w:rPr>
          <w:rFonts w:asciiTheme="minorBidi" w:hAnsiTheme="minorBidi"/>
          <w:b/>
          <w:bCs/>
          <w:sz w:val="28"/>
          <w:szCs w:val="28"/>
        </w:rPr>
      </w:pPr>
      <w:r w:rsidRPr="00AC7ADD">
        <w:rPr>
          <w:rFonts w:asciiTheme="minorBidi" w:hAnsiTheme="minorBidi" w:cs="Arial" w:hint="cs"/>
          <w:b/>
          <w:bCs/>
          <w:sz w:val="28"/>
          <w:szCs w:val="28"/>
          <w:rtl/>
        </w:rPr>
        <w:t>المستوى</w:t>
      </w:r>
      <w:r w:rsidRPr="00AC7ADD">
        <w:rPr>
          <w:rFonts w:asciiTheme="minorBidi" w:hAnsiTheme="minorBidi" w:cs="Arial"/>
          <w:b/>
          <w:bCs/>
          <w:sz w:val="28"/>
          <w:szCs w:val="28"/>
          <w:rtl/>
        </w:rPr>
        <w:t xml:space="preserve"> </w:t>
      </w:r>
      <w:r w:rsidRPr="00AC7ADD">
        <w:rPr>
          <w:rFonts w:asciiTheme="minorBidi" w:hAnsiTheme="minorBidi" w:cs="Arial" w:hint="cs"/>
          <w:b/>
          <w:bCs/>
          <w:sz w:val="28"/>
          <w:szCs w:val="28"/>
          <w:rtl/>
        </w:rPr>
        <w:t>التعليمي</w:t>
      </w:r>
      <w:r w:rsidRPr="00AC7ADD">
        <w:rPr>
          <w:rFonts w:asciiTheme="minorBidi" w:hAnsiTheme="minorBidi"/>
          <w:b/>
          <w:bCs/>
          <w:sz w:val="28"/>
          <w:szCs w:val="28"/>
        </w:rPr>
        <w:t>:</w:t>
      </w:r>
    </w:p>
    <w:p w14:paraId="1948376C" w14:textId="27C187D8" w:rsidR="00671DD8" w:rsidRPr="00AC7ADD" w:rsidRDefault="00671DD8" w:rsidP="00CB17E1">
      <w:pPr>
        <w:pStyle w:val="aa"/>
        <w:numPr>
          <w:ilvl w:val="0"/>
          <w:numId w:val="12"/>
        </w:numPr>
        <w:bidi/>
        <w:spacing w:line="480" w:lineRule="auto"/>
        <w:jc w:val="both"/>
        <w:rPr>
          <w:rFonts w:asciiTheme="minorBidi" w:hAnsiTheme="minorBidi"/>
          <w:sz w:val="28"/>
          <w:szCs w:val="28"/>
        </w:rPr>
      </w:pPr>
      <w:r w:rsidRPr="00AC7ADD">
        <w:rPr>
          <w:rFonts w:asciiTheme="minorBidi" w:hAnsiTheme="minorBidi" w:cs="Arial" w:hint="cs"/>
          <w:sz w:val="28"/>
          <w:szCs w:val="28"/>
          <w:rtl/>
        </w:rPr>
        <w:t>ثانوي</w:t>
      </w:r>
      <w:r w:rsidR="00A1732C" w:rsidRPr="00AC7ADD">
        <w:rPr>
          <w:rFonts w:asciiTheme="minorBidi" w:hAnsiTheme="minorBidi" w:cs="Arial" w:hint="cs"/>
          <w:sz w:val="28"/>
          <w:szCs w:val="28"/>
          <w:rtl/>
        </w:rPr>
        <w:t xml:space="preserve"> عامة</w:t>
      </w:r>
      <w:r w:rsidRPr="00AC7ADD">
        <w:rPr>
          <w:rFonts w:asciiTheme="minorBidi" w:hAnsiTheme="minorBidi" w:cs="Arial"/>
          <w:sz w:val="28"/>
          <w:szCs w:val="28"/>
          <w:rtl/>
        </w:rPr>
        <w:t xml:space="preserve"> </w:t>
      </w:r>
      <w:r w:rsidRPr="00AC7ADD">
        <w:rPr>
          <w:rFonts w:asciiTheme="minorBidi" w:hAnsiTheme="minorBidi" w:cs="Arial" w:hint="cs"/>
          <w:sz w:val="28"/>
          <w:szCs w:val="28"/>
          <w:rtl/>
        </w:rPr>
        <w:t>أو</w:t>
      </w:r>
      <w:r w:rsidRPr="00AC7ADD">
        <w:rPr>
          <w:rFonts w:asciiTheme="minorBidi" w:hAnsiTheme="minorBidi" w:cs="Arial"/>
          <w:sz w:val="28"/>
          <w:szCs w:val="28"/>
          <w:rtl/>
        </w:rPr>
        <w:t xml:space="preserve"> </w:t>
      </w:r>
      <w:r w:rsidRPr="00AC7ADD">
        <w:rPr>
          <w:rFonts w:asciiTheme="minorBidi" w:hAnsiTheme="minorBidi" w:cs="Arial" w:hint="cs"/>
          <w:sz w:val="28"/>
          <w:szCs w:val="28"/>
          <w:rtl/>
        </w:rPr>
        <w:t>أقل</w:t>
      </w:r>
      <w:r w:rsidR="00A1732C" w:rsidRPr="00AC7ADD">
        <w:rPr>
          <w:rFonts w:asciiTheme="minorBidi" w:hAnsiTheme="minorBidi" w:hint="cs"/>
          <w:sz w:val="28"/>
          <w:szCs w:val="28"/>
          <w:rtl/>
        </w:rPr>
        <w:t>.</w:t>
      </w:r>
    </w:p>
    <w:p w14:paraId="0282DDDD" w14:textId="2E0C450B" w:rsidR="00671DD8" w:rsidRPr="00AC7ADD" w:rsidRDefault="00A1732C" w:rsidP="00CB17E1">
      <w:pPr>
        <w:pStyle w:val="aa"/>
        <w:numPr>
          <w:ilvl w:val="0"/>
          <w:numId w:val="12"/>
        </w:numPr>
        <w:bidi/>
        <w:spacing w:line="480" w:lineRule="auto"/>
        <w:jc w:val="both"/>
        <w:rPr>
          <w:rFonts w:asciiTheme="minorBidi" w:hAnsiTheme="minorBidi"/>
          <w:sz w:val="28"/>
          <w:szCs w:val="28"/>
        </w:rPr>
      </w:pPr>
      <w:r w:rsidRPr="00AC7ADD">
        <w:rPr>
          <w:rFonts w:asciiTheme="minorBidi" w:hAnsiTheme="minorBidi" w:cs="Arial" w:hint="cs"/>
          <w:sz w:val="28"/>
          <w:szCs w:val="28"/>
          <w:rtl/>
        </w:rPr>
        <w:t>مؤهل جامعي (بكالوريوس أو ليسانس)</w:t>
      </w:r>
      <w:r w:rsidRPr="00AC7ADD">
        <w:rPr>
          <w:rFonts w:asciiTheme="minorBidi" w:hAnsiTheme="minorBidi" w:hint="cs"/>
          <w:sz w:val="28"/>
          <w:szCs w:val="28"/>
          <w:rtl/>
        </w:rPr>
        <w:t>.</w:t>
      </w:r>
    </w:p>
    <w:p w14:paraId="6B7AEA31" w14:textId="4559E399" w:rsidR="00671DD8" w:rsidRPr="00AC7ADD" w:rsidRDefault="00671DD8" w:rsidP="00CB17E1">
      <w:pPr>
        <w:pStyle w:val="aa"/>
        <w:numPr>
          <w:ilvl w:val="0"/>
          <w:numId w:val="12"/>
        </w:numPr>
        <w:bidi/>
        <w:spacing w:line="480" w:lineRule="auto"/>
        <w:jc w:val="both"/>
        <w:rPr>
          <w:rFonts w:asciiTheme="minorBidi" w:hAnsiTheme="minorBidi"/>
          <w:sz w:val="28"/>
          <w:szCs w:val="28"/>
        </w:rPr>
      </w:pPr>
      <w:r w:rsidRPr="00AC7ADD">
        <w:rPr>
          <w:rFonts w:asciiTheme="minorBidi" w:hAnsiTheme="minorBidi" w:cs="Arial" w:hint="cs"/>
          <w:sz w:val="28"/>
          <w:szCs w:val="28"/>
          <w:rtl/>
        </w:rPr>
        <w:t>دراسات</w:t>
      </w:r>
      <w:r w:rsidRPr="00AC7ADD">
        <w:rPr>
          <w:rFonts w:asciiTheme="minorBidi" w:hAnsiTheme="minorBidi" w:cs="Arial"/>
          <w:sz w:val="28"/>
          <w:szCs w:val="28"/>
          <w:rtl/>
        </w:rPr>
        <w:t xml:space="preserve"> </w:t>
      </w:r>
      <w:r w:rsidRPr="00AC7ADD">
        <w:rPr>
          <w:rFonts w:asciiTheme="minorBidi" w:hAnsiTheme="minorBidi" w:cs="Arial" w:hint="cs"/>
          <w:sz w:val="28"/>
          <w:szCs w:val="28"/>
          <w:rtl/>
        </w:rPr>
        <w:t>عليا</w:t>
      </w:r>
      <w:r w:rsidR="00A1732C" w:rsidRPr="00AC7ADD">
        <w:rPr>
          <w:rFonts w:asciiTheme="minorBidi" w:hAnsiTheme="minorBidi" w:hint="cs"/>
          <w:sz w:val="28"/>
          <w:szCs w:val="28"/>
          <w:rtl/>
        </w:rPr>
        <w:t xml:space="preserve"> (ماجستير أو دكتوراه).</w:t>
      </w:r>
    </w:p>
    <w:p w14:paraId="48EE68EF" w14:textId="77777777" w:rsidR="00A1732C" w:rsidRPr="00AC7ADD" w:rsidRDefault="00A1732C" w:rsidP="00093E32">
      <w:pPr>
        <w:tabs>
          <w:tab w:val="left" w:pos="7500"/>
        </w:tabs>
        <w:bidi/>
        <w:spacing w:line="480" w:lineRule="auto"/>
        <w:rPr>
          <w:rFonts w:asciiTheme="minorBidi" w:hAnsiTheme="minorBidi" w:cs="Arial"/>
          <w:b/>
          <w:bCs/>
          <w:sz w:val="28"/>
          <w:szCs w:val="28"/>
          <w:rtl/>
        </w:rPr>
      </w:pPr>
      <w:r w:rsidRPr="00AC7ADD">
        <w:rPr>
          <w:rFonts w:asciiTheme="minorBidi" w:hAnsiTheme="minorBidi" w:cs="Arial" w:hint="cs"/>
          <w:b/>
          <w:bCs/>
          <w:sz w:val="28"/>
          <w:szCs w:val="28"/>
          <w:rtl/>
        </w:rPr>
        <w:t>الدخل الشهري:</w:t>
      </w:r>
    </w:p>
    <w:p w14:paraId="281484FF" w14:textId="22AB56CE" w:rsidR="00671DD8" w:rsidRPr="00AC7ADD" w:rsidRDefault="00A1732C" w:rsidP="00CB17E1">
      <w:pPr>
        <w:pStyle w:val="aa"/>
        <w:numPr>
          <w:ilvl w:val="0"/>
          <w:numId w:val="25"/>
        </w:numPr>
        <w:tabs>
          <w:tab w:val="left" w:pos="7500"/>
        </w:tabs>
        <w:bidi/>
        <w:spacing w:line="480" w:lineRule="auto"/>
        <w:rPr>
          <w:rFonts w:asciiTheme="minorBidi" w:hAnsiTheme="minorBidi"/>
          <w:sz w:val="28"/>
          <w:szCs w:val="28"/>
        </w:rPr>
      </w:pPr>
      <w:r w:rsidRPr="00AC7ADD">
        <w:rPr>
          <w:rFonts w:asciiTheme="minorBidi" w:hAnsiTheme="minorBidi" w:hint="cs"/>
          <w:sz w:val="28"/>
          <w:szCs w:val="28"/>
          <w:rtl/>
        </w:rPr>
        <w:t xml:space="preserve">أقل من </w:t>
      </w:r>
      <w:r w:rsidRPr="00AC7ADD">
        <w:rPr>
          <w:rFonts w:asciiTheme="minorBidi" w:hAnsiTheme="minorBidi"/>
          <w:sz w:val="28"/>
          <w:szCs w:val="28"/>
        </w:rPr>
        <w:t>8,000</w:t>
      </w:r>
      <w:r w:rsidRPr="00AC7ADD">
        <w:rPr>
          <w:rFonts w:asciiTheme="minorBidi" w:hAnsiTheme="minorBidi" w:hint="cs"/>
          <w:sz w:val="28"/>
          <w:szCs w:val="28"/>
          <w:rtl/>
        </w:rPr>
        <w:t xml:space="preserve"> ريال</w:t>
      </w:r>
    </w:p>
    <w:p w14:paraId="222DD183" w14:textId="7C952298" w:rsidR="00A1732C" w:rsidRPr="00AC7ADD" w:rsidRDefault="00A1732C" w:rsidP="00CB17E1">
      <w:pPr>
        <w:pStyle w:val="aa"/>
        <w:numPr>
          <w:ilvl w:val="0"/>
          <w:numId w:val="25"/>
        </w:numPr>
        <w:tabs>
          <w:tab w:val="left" w:pos="7500"/>
        </w:tabs>
        <w:bidi/>
        <w:spacing w:line="480" w:lineRule="auto"/>
        <w:rPr>
          <w:rFonts w:asciiTheme="minorBidi" w:hAnsiTheme="minorBidi"/>
          <w:sz w:val="28"/>
          <w:szCs w:val="28"/>
        </w:rPr>
      </w:pPr>
      <w:r w:rsidRPr="00AC7ADD">
        <w:rPr>
          <w:rFonts w:asciiTheme="minorBidi" w:hAnsiTheme="minorBidi" w:hint="cs"/>
          <w:sz w:val="28"/>
          <w:szCs w:val="28"/>
          <w:rtl/>
        </w:rPr>
        <w:t xml:space="preserve">من </w:t>
      </w:r>
      <w:r w:rsidRPr="00AC7ADD">
        <w:rPr>
          <w:rFonts w:asciiTheme="minorBidi" w:hAnsiTheme="minorBidi"/>
          <w:sz w:val="28"/>
          <w:szCs w:val="28"/>
        </w:rPr>
        <w:t>8,000</w:t>
      </w:r>
      <w:r w:rsidRPr="00AC7ADD">
        <w:rPr>
          <w:rFonts w:asciiTheme="minorBidi" w:hAnsiTheme="minorBidi" w:hint="cs"/>
          <w:sz w:val="28"/>
          <w:szCs w:val="28"/>
          <w:rtl/>
        </w:rPr>
        <w:t xml:space="preserve"> إلى </w:t>
      </w:r>
      <w:r w:rsidRPr="00AC7ADD">
        <w:rPr>
          <w:rFonts w:asciiTheme="minorBidi" w:hAnsiTheme="minorBidi"/>
          <w:sz w:val="28"/>
          <w:szCs w:val="28"/>
        </w:rPr>
        <w:t>20,000</w:t>
      </w:r>
      <w:r w:rsidRPr="00AC7ADD">
        <w:rPr>
          <w:rFonts w:asciiTheme="minorBidi" w:hAnsiTheme="minorBidi" w:hint="cs"/>
          <w:sz w:val="28"/>
          <w:szCs w:val="28"/>
          <w:rtl/>
        </w:rPr>
        <w:t xml:space="preserve"> ريال</w:t>
      </w:r>
    </w:p>
    <w:p w14:paraId="7C55FEC2" w14:textId="6F30BD2E" w:rsidR="009B4C14" w:rsidRPr="00AC7ADD" w:rsidRDefault="00A1732C" w:rsidP="00CB17E1">
      <w:pPr>
        <w:pStyle w:val="aa"/>
        <w:numPr>
          <w:ilvl w:val="0"/>
          <w:numId w:val="25"/>
        </w:numPr>
        <w:tabs>
          <w:tab w:val="left" w:pos="7500"/>
        </w:tabs>
        <w:bidi/>
        <w:spacing w:line="480" w:lineRule="auto"/>
        <w:rPr>
          <w:rFonts w:asciiTheme="minorBidi" w:hAnsiTheme="minorBidi"/>
          <w:sz w:val="28"/>
          <w:szCs w:val="28"/>
        </w:rPr>
      </w:pPr>
      <w:r w:rsidRPr="00AC7ADD">
        <w:rPr>
          <w:rFonts w:asciiTheme="minorBidi" w:hAnsiTheme="minorBidi" w:hint="cs"/>
          <w:sz w:val="28"/>
          <w:szCs w:val="28"/>
          <w:rtl/>
        </w:rPr>
        <w:t xml:space="preserve">أكثر من </w:t>
      </w:r>
      <w:r w:rsidRPr="00AC7ADD">
        <w:rPr>
          <w:rFonts w:asciiTheme="minorBidi" w:hAnsiTheme="minorBidi"/>
          <w:sz w:val="28"/>
          <w:szCs w:val="28"/>
        </w:rPr>
        <w:t>20,000</w:t>
      </w:r>
      <w:r w:rsidRPr="00AC7ADD">
        <w:rPr>
          <w:rFonts w:asciiTheme="minorBidi" w:hAnsiTheme="minorBidi" w:hint="cs"/>
          <w:sz w:val="28"/>
          <w:szCs w:val="28"/>
          <w:rtl/>
        </w:rPr>
        <w:t xml:space="preserve"> ريال</w:t>
      </w:r>
    </w:p>
    <w:sectPr w:rsidR="009B4C14" w:rsidRPr="00AC7ADD" w:rsidSect="00243E2D">
      <w:footerReference w:type="default" r:id="rId15"/>
      <w:pgSz w:w="12240" w:h="15840"/>
      <w:pgMar w:top="1134" w:right="1134" w:bottom="1134" w:left="1134" w:header="567" w:footer="79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FE6D" w14:textId="77777777" w:rsidR="00A87F17" w:rsidRDefault="00A87F17" w:rsidP="004A7205">
      <w:pPr>
        <w:spacing w:after="0" w:line="240" w:lineRule="auto"/>
      </w:pPr>
      <w:r>
        <w:separator/>
      </w:r>
    </w:p>
  </w:endnote>
  <w:endnote w:type="continuationSeparator" w:id="0">
    <w:p w14:paraId="3A35F0F1" w14:textId="77777777" w:rsidR="00A87F17" w:rsidRDefault="00A87F17" w:rsidP="004A7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pleSystemUIFont">
    <w:altName w:val="Cambria"/>
    <w:charset w:val="00"/>
    <w:family w:val="roman"/>
    <w:pitch w:val="default"/>
  </w:font>
  <w:font w:name="UICTFontTextStyleEmphasizedBody">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 w:name="Traditional Arabic">
    <w:panose1 w:val="02020603050405020304"/>
    <w:charset w:val="00"/>
    <w:family w:val="roman"/>
    <w:pitch w:val="variable"/>
    <w:sig w:usb0="00002003" w:usb1="80000000" w:usb2="00000008" w:usb3="00000000" w:csb0="00000041" w:csb1="00000000"/>
  </w:font>
  <w:font w:name="Tempus Sans ITC">
    <w:panose1 w:val="04020404030D07020202"/>
    <w:charset w:val="00"/>
    <w:family w:val="decorative"/>
    <w:pitch w:val="variable"/>
    <w:sig w:usb0="00000003" w:usb1="00000000" w:usb2="00000000" w:usb3="00000000" w:csb0="00000001" w:csb1="00000000"/>
  </w:font>
  <w:font w:name="Arabic Typesetting">
    <w:panose1 w:val="03020402040406030203"/>
    <w:charset w:val="00"/>
    <w:family w:val="script"/>
    <w:pitch w:val="variable"/>
    <w:sig w:usb0="80002007" w:usb1="80000000" w:usb2="00000008" w:usb3="00000000" w:csb0="000000D3" w:csb1="00000000"/>
  </w:font>
  <w:font w:name="HGMaruGothicMPRO">
    <w:charset w:val="80"/>
    <w:family w:val="swiss"/>
    <w:pitch w:val="variable"/>
    <w:sig w:usb0="E00002FF" w:usb1="2AC7EDFE" w:usb2="00000012" w:usb3="00000000" w:csb0="00020001" w:csb1="00000000"/>
  </w:font>
  <w:font w:name="STFangsong">
    <w:panose1 w:val="02010600040101010101"/>
    <w:charset w:val="86"/>
    <w:family w:val="auto"/>
    <w:pitch w:val="variable"/>
    <w:sig w:usb0="00000287" w:usb1="080F0000" w:usb2="00000010" w:usb3="00000000" w:csb0="0004009F" w:csb1="00000000"/>
  </w:font>
  <w:font w:name="Old Antic Bold">
    <w:panose1 w:val="02010400000000000000"/>
    <w:charset w:val="B2"/>
    <w:family w:val="auto"/>
    <w:pitch w:val="variable"/>
    <w:sig w:usb0="00002001" w:usb1="80000000" w:usb2="00000008" w:usb3="00000000" w:csb0="00000040" w:csb1="00000000"/>
  </w:font>
  <w:font w:name="Sakkal Majalla">
    <w:panose1 w:val="02000000000000000000"/>
    <w:charset w:val="00"/>
    <w:family w:val="auto"/>
    <w:pitch w:val="variable"/>
    <w:sig w:usb0="A0002027" w:usb1="80000000" w:usb2="00000108" w:usb3="00000000" w:csb0="000000D3" w:csb1="00000000"/>
  </w:font>
  <w:font w:name="Akhbar MT">
    <w:panose1 w:val="00000000000000000000"/>
    <w:charset w:val="B2"/>
    <w:family w:val="auto"/>
    <w:pitch w:val="variable"/>
    <w:sig w:usb0="00002003" w:usb1="00000000" w:usb2="00000000" w:usb3="00000000" w:csb0="00000041" w:csb1="00000000"/>
  </w:font>
  <w:font w:name="DecoType Naskh">
    <w:panose1 w:val="02010400000000000000"/>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80000000" w:usb2="00000008" w:usb3="00000000" w:csb0="00000041" w:csb1="00000000"/>
  </w:font>
  <w:font w:name="Sylfaen">
    <w:panose1 w:val="010A0502050306030303"/>
    <w:charset w:val="00"/>
    <w:family w:val="roman"/>
    <w:pitch w:val="variable"/>
    <w:sig w:usb0="04000687" w:usb1="00000000" w:usb2="00000000" w:usb3="00000000" w:csb0="0000009F" w:csb1="00000000"/>
  </w:font>
  <w:font w:name="docs-Robot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65329"/>
      <w:docPartObj>
        <w:docPartGallery w:val="Page Numbers (Bottom of Page)"/>
        <w:docPartUnique/>
      </w:docPartObj>
    </w:sdtPr>
    <w:sdtEndPr/>
    <w:sdtContent>
      <w:p w14:paraId="02F40AE2" w14:textId="3A756FD2" w:rsidR="00A26DD9" w:rsidRDefault="00A26DD9">
        <w:pPr>
          <w:pStyle w:val="a6"/>
          <w:jc w:val="center"/>
        </w:pPr>
        <w:r>
          <w:rPr>
            <w:noProof/>
            <w:color w:val="FFFFFF" w:themeColor="background1"/>
            <w:rtl/>
          </w:rPr>
          <mc:AlternateContent>
            <mc:Choice Requires="wpg">
              <w:drawing>
                <wp:inline distT="0" distB="0" distL="0" distR="0" wp14:anchorId="4E05F74B" wp14:editId="3000E112">
                  <wp:extent cx="548640" cy="237490"/>
                  <wp:effectExtent l="9525" t="9525" r="13335" b="10160"/>
                  <wp:docPr id="2" name="مجموعة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548640" cy="237490"/>
                            <a:chOff x="614" y="660"/>
                            <a:chExt cx="864" cy="374"/>
                          </a:xfrm>
                        </wpg:grpSpPr>
                        <wps:wsp>
                          <wps:cNvPr id="3"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4"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5"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7A82AC" w14:textId="77777777" w:rsidR="00A26DD9" w:rsidRDefault="00A26DD9">
                                <w:pPr>
                                  <w:jc w:val="center"/>
                                  <w:rPr>
                                    <w:color w:val="FFFFFF" w:themeColor="background1"/>
                                  </w:rPr>
                                </w:pPr>
                                <w:r>
                                  <w:fldChar w:fldCharType="begin"/>
                                </w:r>
                                <w:r>
                                  <w:instrText>PAGE    \* MERGEFORMAT</w:instrText>
                                </w:r>
                                <w:r>
                                  <w:fldChar w:fldCharType="separate"/>
                                </w:r>
                                <w:r>
                                  <w:rPr>
                                    <w:b/>
                                    <w:bCs/>
                                    <w:color w:val="FFFFFF" w:themeColor="background1"/>
                                    <w:rtl/>
                                    <w:lang w:val="ar-SA"/>
                                  </w:rPr>
                                  <w:t>2</w:t>
                                </w:r>
                                <w:r>
                                  <w:rPr>
                                    <w:b/>
                                    <w:bCs/>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4E05F74B" id="مجموعة 2" o:spid="_x0000_s1027" style="width:43.2pt;height:18.7pt;flip:x;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">
                  <v:roundrect id="AutoShape 47" o:spid="_x0000_s1028"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" strokecolor="#e4be84"/>
                  <v:roundrect id="AutoShape 48" o:spid="_x0000_s1029"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" fillcolor="#e4be84" strokecolor="#e4be84"/>
                  <v:shapetype id="_x0000_t202" coordsize="21600,21600" o:spt="202" path="m,l,21600r21600,l21600,xe">
                    <v:stroke joinstyle="miter"/>
                    <v:path gradientshapeok="t" o:connecttype="rect"/>
                  </v:shapetype>
                  <v:shape id="Text Box 49" o:spid="_x0000_s1030"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7C7A82AC" w14:textId="77777777" w:rsidR="00A26DD9" w:rsidRDefault="00A26DD9">
                          <w:pPr>
                            <w:jc w:val="center"/>
                            <w:rPr>
                              <w:color w:val="FFFFFF" w:themeColor="background1"/>
                            </w:rPr>
                          </w:pPr>
                          <w:r>
                            <w:fldChar w:fldCharType="begin"/>
                          </w:r>
                          <w:r>
                            <w:instrText>PAGE    \* MERGEFORMAT</w:instrText>
                          </w:r>
                          <w:r>
                            <w:fldChar w:fldCharType="separate"/>
                          </w:r>
                          <w:r>
                            <w:rPr>
                              <w:b/>
                              <w:bCs/>
                              <w:color w:val="FFFFFF" w:themeColor="background1"/>
                              <w:rtl/>
                              <w:lang w:val="ar-SA"/>
                            </w:rPr>
                            <w:t>2</w:t>
                          </w:r>
                          <w:r>
                            <w:rPr>
                              <w:b/>
                              <w:bCs/>
                              <w:color w:val="FFFFFF" w:themeColor="background1"/>
                            </w:rPr>
                            <w:fldChar w:fldCharType="end"/>
                          </w:r>
                        </w:p>
                      </w:txbxContent>
                    </v:textbox>
                  </v:shape>
                  <w10:wrap anchorx="page"/>
                  <w10:anchorlock/>
                </v:group>
              </w:pict>
            </mc:Fallback>
          </mc:AlternateContent>
        </w:r>
      </w:p>
    </w:sdtContent>
  </w:sdt>
  <w:p w14:paraId="1B4E1B6D" w14:textId="636781FE" w:rsidR="004A7205" w:rsidRDefault="004A7205" w:rsidP="00A612D9">
    <w:pPr>
      <w:pStyle w:val="a6"/>
      <w:bidi/>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6DCDB" w14:textId="77777777" w:rsidR="00A87F17" w:rsidRDefault="00A87F17" w:rsidP="004A7205">
      <w:pPr>
        <w:spacing w:after="0" w:line="240" w:lineRule="auto"/>
      </w:pPr>
      <w:r>
        <w:separator/>
      </w:r>
    </w:p>
  </w:footnote>
  <w:footnote w:type="continuationSeparator" w:id="0">
    <w:p w14:paraId="667A0042" w14:textId="77777777" w:rsidR="00A87F17" w:rsidRDefault="00A87F17" w:rsidP="004A72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6" w15:restartNumberingAfterBreak="0">
    <w:nsid w:val="064A013B"/>
    <w:multiLevelType w:val="hybridMultilevel"/>
    <w:tmpl w:val="431E44A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A231F2"/>
    <w:multiLevelType w:val="hybridMultilevel"/>
    <w:tmpl w:val="BAEC9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843E06"/>
    <w:multiLevelType w:val="hybridMultilevel"/>
    <w:tmpl w:val="5B5667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442C3A"/>
    <w:multiLevelType w:val="hybridMultilevel"/>
    <w:tmpl w:val="730022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35120"/>
    <w:multiLevelType w:val="hybridMultilevel"/>
    <w:tmpl w:val="0C64A3A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4605C2C"/>
    <w:multiLevelType w:val="hybridMultilevel"/>
    <w:tmpl w:val="A62C63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C337CF"/>
    <w:multiLevelType w:val="hybridMultilevel"/>
    <w:tmpl w:val="5F62C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C36243"/>
    <w:multiLevelType w:val="hybridMultilevel"/>
    <w:tmpl w:val="EC923B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447635"/>
    <w:multiLevelType w:val="hybridMultilevel"/>
    <w:tmpl w:val="AA4EF60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1877905"/>
    <w:multiLevelType w:val="hybridMultilevel"/>
    <w:tmpl w:val="EA58E4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A61108"/>
    <w:multiLevelType w:val="hybridMultilevel"/>
    <w:tmpl w:val="36AAAA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2479D5"/>
    <w:multiLevelType w:val="hybridMultilevel"/>
    <w:tmpl w:val="8C3668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1F181F"/>
    <w:multiLevelType w:val="hybridMultilevel"/>
    <w:tmpl w:val="3B78C3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1208AA"/>
    <w:multiLevelType w:val="hybridMultilevel"/>
    <w:tmpl w:val="0890B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66270D"/>
    <w:multiLevelType w:val="hybridMultilevel"/>
    <w:tmpl w:val="BC5A78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B07506"/>
    <w:multiLevelType w:val="hybridMultilevel"/>
    <w:tmpl w:val="71BEDF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215078"/>
    <w:multiLevelType w:val="hybridMultilevel"/>
    <w:tmpl w:val="844E29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053A17"/>
    <w:multiLevelType w:val="hybridMultilevel"/>
    <w:tmpl w:val="63505BB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771455"/>
    <w:multiLevelType w:val="hybridMultilevel"/>
    <w:tmpl w:val="107CE7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757FDD"/>
    <w:multiLevelType w:val="hybridMultilevel"/>
    <w:tmpl w:val="4F8656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842F9A"/>
    <w:multiLevelType w:val="hybridMultilevel"/>
    <w:tmpl w:val="D6B221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A4670E"/>
    <w:multiLevelType w:val="hybridMultilevel"/>
    <w:tmpl w:val="C00E51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C85169"/>
    <w:multiLevelType w:val="hybridMultilevel"/>
    <w:tmpl w:val="C0CC09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2C0DED"/>
    <w:multiLevelType w:val="hybridMultilevel"/>
    <w:tmpl w:val="04CA0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885332"/>
    <w:multiLevelType w:val="hybridMultilevel"/>
    <w:tmpl w:val="B4024B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E4051C"/>
    <w:multiLevelType w:val="hybridMultilevel"/>
    <w:tmpl w:val="7FC2B776"/>
    <w:lvl w:ilvl="0" w:tplc="CCD81CC0">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2CC5B45"/>
    <w:multiLevelType w:val="multilevel"/>
    <w:tmpl w:val="3E20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96A3910"/>
    <w:multiLevelType w:val="hybridMultilevel"/>
    <w:tmpl w:val="A61031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E95AA7"/>
    <w:multiLevelType w:val="hybridMultilevel"/>
    <w:tmpl w:val="AE14A23C"/>
    <w:lvl w:ilvl="0" w:tplc="99EA20CC">
      <w:start w:val="76"/>
      <w:numFmt w:val="bullet"/>
      <w:lvlText w:val="-"/>
      <w:lvlJc w:val="left"/>
      <w:pPr>
        <w:ind w:left="720" w:hanging="360"/>
      </w:pPr>
      <w:rPr>
        <w:rFonts w:ascii="Arial" w:eastAsiaTheme="minorEastAsia"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11"/>
  </w:num>
  <w:num w:numId="8">
    <w:abstractNumId w:val="13"/>
  </w:num>
  <w:num w:numId="9">
    <w:abstractNumId w:val="29"/>
  </w:num>
  <w:num w:numId="10">
    <w:abstractNumId w:val="19"/>
  </w:num>
  <w:num w:numId="11">
    <w:abstractNumId w:val="32"/>
  </w:num>
  <w:num w:numId="12">
    <w:abstractNumId w:val="21"/>
  </w:num>
  <w:num w:numId="13">
    <w:abstractNumId w:val="20"/>
  </w:num>
  <w:num w:numId="14">
    <w:abstractNumId w:val="12"/>
  </w:num>
  <w:num w:numId="15">
    <w:abstractNumId w:val="18"/>
  </w:num>
  <w:num w:numId="16">
    <w:abstractNumId w:val="23"/>
  </w:num>
  <w:num w:numId="17">
    <w:abstractNumId w:val="24"/>
  </w:num>
  <w:num w:numId="18">
    <w:abstractNumId w:val="31"/>
  </w:num>
  <w:num w:numId="19">
    <w:abstractNumId w:val="33"/>
  </w:num>
  <w:num w:numId="20">
    <w:abstractNumId w:val="8"/>
  </w:num>
  <w:num w:numId="21">
    <w:abstractNumId w:val="26"/>
  </w:num>
  <w:num w:numId="22">
    <w:abstractNumId w:val="16"/>
  </w:num>
  <w:num w:numId="23">
    <w:abstractNumId w:val="9"/>
  </w:num>
  <w:num w:numId="24">
    <w:abstractNumId w:val="22"/>
  </w:num>
  <w:num w:numId="25">
    <w:abstractNumId w:val="27"/>
  </w:num>
  <w:num w:numId="26">
    <w:abstractNumId w:val="28"/>
  </w:num>
  <w:num w:numId="27">
    <w:abstractNumId w:val="25"/>
  </w:num>
  <w:num w:numId="28">
    <w:abstractNumId w:val="34"/>
  </w:num>
  <w:num w:numId="29">
    <w:abstractNumId w:val="30"/>
  </w:num>
  <w:num w:numId="30">
    <w:abstractNumId w:val="10"/>
  </w:num>
  <w:num w:numId="31">
    <w:abstractNumId w:val="6"/>
  </w:num>
  <w:num w:numId="32">
    <w:abstractNumId w:val="14"/>
  </w:num>
  <w:num w:numId="33">
    <w:abstractNumId w:val="7"/>
  </w:num>
  <w:num w:numId="34">
    <w:abstractNumId w:val="17"/>
  </w:num>
  <w:num w:numId="35">
    <w:abstractNumId w:val="1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1A00"/>
    <w:rsid w:val="000075BD"/>
    <w:rsid w:val="00012F87"/>
    <w:rsid w:val="00014099"/>
    <w:rsid w:val="00014D29"/>
    <w:rsid w:val="00016EDB"/>
    <w:rsid w:val="00020E53"/>
    <w:rsid w:val="00034616"/>
    <w:rsid w:val="00035955"/>
    <w:rsid w:val="000412AB"/>
    <w:rsid w:val="0004450A"/>
    <w:rsid w:val="0005350E"/>
    <w:rsid w:val="00056896"/>
    <w:rsid w:val="0006063C"/>
    <w:rsid w:val="00065174"/>
    <w:rsid w:val="00067809"/>
    <w:rsid w:val="000751F7"/>
    <w:rsid w:val="00075C25"/>
    <w:rsid w:val="00091D9E"/>
    <w:rsid w:val="00093D31"/>
    <w:rsid w:val="00093E32"/>
    <w:rsid w:val="00095BF3"/>
    <w:rsid w:val="00096599"/>
    <w:rsid w:val="000A6E0E"/>
    <w:rsid w:val="000A7C45"/>
    <w:rsid w:val="000B11CA"/>
    <w:rsid w:val="000B43BE"/>
    <w:rsid w:val="000C41C2"/>
    <w:rsid w:val="000C6EC0"/>
    <w:rsid w:val="000D4E2E"/>
    <w:rsid w:val="000E3F37"/>
    <w:rsid w:val="000E4C71"/>
    <w:rsid w:val="0010158C"/>
    <w:rsid w:val="00106CB5"/>
    <w:rsid w:val="00124CDF"/>
    <w:rsid w:val="00126812"/>
    <w:rsid w:val="00131F04"/>
    <w:rsid w:val="00137629"/>
    <w:rsid w:val="00140232"/>
    <w:rsid w:val="001406D1"/>
    <w:rsid w:val="00146824"/>
    <w:rsid w:val="0015074B"/>
    <w:rsid w:val="00150DA3"/>
    <w:rsid w:val="00153E58"/>
    <w:rsid w:val="0016167C"/>
    <w:rsid w:val="00162794"/>
    <w:rsid w:val="00165483"/>
    <w:rsid w:val="00173954"/>
    <w:rsid w:val="0018081B"/>
    <w:rsid w:val="00191915"/>
    <w:rsid w:val="00197F5E"/>
    <w:rsid w:val="001A6546"/>
    <w:rsid w:val="001C2C58"/>
    <w:rsid w:val="001C75AF"/>
    <w:rsid w:val="001F2C13"/>
    <w:rsid w:val="001F4A38"/>
    <w:rsid w:val="001F5F17"/>
    <w:rsid w:val="002009A0"/>
    <w:rsid w:val="00201C76"/>
    <w:rsid w:val="00205114"/>
    <w:rsid w:val="002120C2"/>
    <w:rsid w:val="002122EC"/>
    <w:rsid w:val="00224665"/>
    <w:rsid w:val="00224C58"/>
    <w:rsid w:val="0023343D"/>
    <w:rsid w:val="002372DD"/>
    <w:rsid w:val="00243E2D"/>
    <w:rsid w:val="002460E7"/>
    <w:rsid w:val="0024794B"/>
    <w:rsid w:val="00252EDA"/>
    <w:rsid w:val="00254E61"/>
    <w:rsid w:val="00281EB5"/>
    <w:rsid w:val="002848BF"/>
    <w:rsid w:val="00287049"/>
    <w:rsid w:val="002875DD"/>
    <w:rsid w:val="00294292"/>
    <w:rsid w:val="0029639D"/>
    <w:rsid w:val="002975FD"/>
    <w:rsid w:val="002A48E2"/>
    <w:rsid w:val="002A6A46"/>
    <w:rsid w:val="002C23E3"/>
    <w:rsid w:val="002C38AF"/>
    <w:rsid w:val="002D59B0"/>
    <w:rsid w:val="002E1761"/>
    <w:rsid w:val="002E18BC"/>
    <w:rsid w:val="002E4264"/>
    <w:rsid w:val="002E7041"/>
    <w:rsid w:val="002F3649"/>
    <w:rsid w:val="002F478F"/>
    <w:rsid w:val="002F65B4"/>
    <w:rsid w:val="002F6684"/>
    <w:rsid w:val="00302950"/>
    <w:rsid w:val="00310B55"/>
    <w:rsid w:val="003174D1"/>
    <w:rsid w:val="00321B6F"/>
    <w:rsid w:val="003259D0"/>
    <w:rsid w:val="00326F90"/>
    <w:rsid w:val="00331E77"/>
    <w:rsid w:val="003434AC"/>
    <w:rsid w:val="003434B5"/>
    <w:rsid w:val="00350CCA"/>
    <w:rsid w:val="003611C0"/>
    <w:rsid w:val="003649F5"/>
    <w:rsid w:val="00364C30"/>
    <w:rsid w:val="0036524E"/>
    <w:rsid w:val="00365788"/>
    <w:rsid w:val="00365B8A"/>
    <w:rsid w:val="003705D0"/>
    <w:rsid w:val="00376659"/>
    <w:rsid w:val="00387090"/>
    <w:rsid w:val="003874F6"/>
    <w:rsid w:val="003A037E"/>
    <w:rsid w:val="003A090C"/>
    <w:rsid w:val="003A3137"/>
    <w:rsid w:val="003A3EA2"/>
    <w:rsid w:val="003A72E4"/>
    <w:rsid w:val="003B344C"/>
    <w:rsid w:val="003B3D30"/>
    <w:rsid w:val="003C5625"/>
    <w:rsid w:val="003C634D"/>
    <w:rsid w:val="003D3B81"/>
    <w:rsid w:val="003E3338"/>
    <w:rsid w:val="003E71A4"/>
    <w:rsid w:val="003F2245"/>
    <w:rsid w:val="003F402E"/>
    <w:rsid w:val="003F472F"/>
    <w:rsid w:val="00402E6B"/>
    <w:rsid w:val="004034B7"/>
    <w:rsid w:val="00420079"/>
    <w:rsid w:val="00427C5A"/>
    <w:rsid w:val="0043033A"/>
    <w:rsid w:val="0043381C"/>
    <w:rsid w:val="00440BBD"/>
    <w:rsid w:val="004464D5"/>
    <w:rsid w:val="0045187C"/>
    <w:rsid w:val="0045636B"/>
    <w:rsid w:val="00456E4A"/>
    <w:rsid w:val="0046472A"/>
    <w:rsid w:val="004846C1"/>
    <w:rsid w:val="00494D10"/>
    <w:rsid w:val="0049530E"/>
    <w:rsid w:val="00496BD6"/>
    <w:rsid w:val="004A7205"/>
    <w:rsid w:val="004B32C7"/>
    <w:rsid w:val="004B34BA"/>
    <w:rsid w:val="004C6852"/>
    <w:rsid w:val="004D43B3"/>
    <w:rsid w:val="004E0EBF"/>
    <w:rsid w:val="004E1753"/>
    <w:rsid w:val="004E2309"/>
    <w:rsid w:val="004E65FC"/>
    <w:rsid w:val="004F4A0E"/>
    <w:rsid w:val="004F5CB1"/>
    <w:rsid w:val="005064D2"/>
    <w:rsid w:val="00515BBE"/>
    <w:rsid w:val="00515EAD"/>
    <w:rsid w:val="00521FCF"/>
    <w:rsid w:val="00525D17"/>
    <w:rsid w:val="00530119"/>
    <w:rsid w:val="005428E1"/>
    <w:rsid w:val="00544E8D"/>
    <w:rsid w:val="00545B89"/>
    <w:rsid w:val="005529A8"/>
    <w:rsid w:val="00553148"/>
    <w:rsid w:val="00556657"/>
    <w:rsid w:val="00557C2D"/>
    <w:rsid w:val="0056351E"/>
    <w:rsid w:val="00570EC1"/>
    <w:rsid w:val="00575802"/>
    <w:rsid w:val="00586D3F"/>
    <w:rsid w:val="00592E73"/>
    <w:rsid w:val="00596A2B"/>
    <w:rsid w:val="005A4225"/>
    <w:rsid w:val="005B002F"/>
    <w:rsid w:val="005B118E"/>
    <w:rsid w:val="005C7704"/>
    <w:rsid w:val="005D1A5F"/>
    <w:rsid w:val="005F5536"/>
    <w:rsid w:val="0060094B"/>
    <w:rsid w:val="006053C0"/>
    <w:rsid w:val="00605C76"/>
    <w:rsid w:val="00607862"/>
    <w:rsid w:val="006115A2"/>
    <w:rsid w:val="006217E3"/>
    <w:rsid w:val="00621B13"/>
    <w:rsid w:val="00621C6A"/>
    <w:rsid w:val="00621DC4"/>
    <w:rsid w:val="006265AC"/>
    <w:rsid w:val="006265F7"/>
    <w:rsid w:val="00626F94"/>
    <w:rsid w:val="006279B4"/>
    <w:rsid w:val="006328B8"/>
    <w:rsid w:val="006350AE"/>
    <w:rsid w:val="00637BF1"/>
    <w:rsid w:val="006659F1"/>
    <w:rsid w:val="00671DD8"/>
    <w:rsid w:val="00676B14"/>
    <w:rsid w:val="006770F1"/>
    <w:rsid w:val="00681360"/>
    <w:rsid w:val="006825DE"/>
    <w:rsid w:val="006834D8"/>
    <w:rsid w:val="00685A6B"/>
    <w:rsid w:val="00687846"/>
    <w:rsid w:val="00691534"/>
    <w:rsid w:val="00694019"/>
    <w:rsid w:val="006975ED"/>
    <w:rsid w:val="006B516F"/>
    <w:rsid w:val="006B6A1A"/>
    <w:rsid w:val="006E2844"/>
    <w:rsid w:val="006E60E0"/>
    <w:rsid w:val="006F53CA"/>
    <w:rsid w:val="006F71FA"/>
    <w:rsid w:val="00701989"/>
    <w:rsid w:val="00703B42"/>
    <w:rsid w:val="00705838"/>
    <w:rsid w:val="00706476"/>
    <w:rsid w:val="007234A1"/>
    <w:rsid w:val="007260DD"/>
    <w:rsid w:val="00727BE7"/>
    <w:rsid w:val="0074066A"/>
    <w:rsid w:val="007407EC"/>
    <w:rsid w:val="00744090"/>
    <w:rsid w:val="007531C0"/>
    <w:rsid w:val="00757E8A"/>
    <w:rsid w:val="00771416"/>
    <w:rsid w:val="00780E42"/>
    <w:rsid w:val="00781458"/>
    <w:rsid w:val="0078729F"/>
    <w:rsid w:val="007A2B74"/>
    <w:rsid w:val="007B31D7"/>
    <w:rsid w:val="007B5715"/>
    <w:rsid w:val="007B60EB"/>
    <w:rsid w:val="007D3814"/>
    <w:rsid w:val="007E1879"/>
    <w:rsid w:val="007E1C27"/>
    <w:rsid w:val="007E4CDE"/>
    <w:rsid w:val="007F074A"/>
    <w:rsid w:val="007F0AFF"/>
    <w:rsid w:val="007F42AF"/>
    <w:rsid w:val="008057D8"/>
    <w:rsid w:val="0081616A"/>
    <w:rsid w:val="00820F17"/>
    <w:rsid w:val="00822A7F"/>
    <w:rsid w:val="00837300"/>
    <w:rsid w:val="008404BB"/>
    <w:rsid w:val="00840BEA"/>
    <w:rsid w:val="00850962"/>
    <w:rsid w:val="00861108"/>
    <w:rsid w:val="00875A12"/>
    <w:rsid w:val="008804AB"/>
    <w:rsid w:val="00880E35"/>
    <w:rsid w:val="00890E3C"/>
    <w:rsid w:val="00891990"/>
    <w:rsid w:val="00892442"/>
    <w:rsid w:val="0089526E"/>
    <w:rsid w:val="008A2BF0"/>
    <w:rsid w:val="008A638C"/>
    <w:rsid w:val="008B1557"/>
    <w:rsid w:val="008B763A"/>
    <w:rsid w:val="008D0E20"/>
    <w:rsid w:val="008F6589"/>
    <w:rsid w:val="008F7BA8"/>
    <w:rsid w:val="009109E8"/>
    <w:rsid w:val="009142A1"/>
    <w:rsid w:val="00915222"/>
    <w:rsid w:val="009211E6"/>
    <w:rsid w:val="00921593"/>
    <w:rsid w:val="00934E91"/>
    <w:rsid w:val="00943CCC"/>
    <w:rsid w:val="009478C1"/>
    <w:rsid w:val="009517AF"/>
    <w:rsid w:val="00961526"/>
    <w:rsid w:val="00961856"/>
    <w:rsid w:val="00962583"/>
    <w:rsid w:val="00964A3D"/>
    <w:rsid w:val="00965804"/>
    <w:rsid w:val="00974B28"/>
    <w:rsid w:val="009751DC"/>
    <w:rsid w:val="0097553B"/>
    <w:rsid w:val="00977C88"/>
    <w:rsid w:val="0098091B"/>
    <w:rsid w:val="00983AE5"/>
    <w:rsid w:val="00985D63"/>
    <w:rsid w:val="0099495D"/>
    <w:rsid w:val="009958E2"/>
    <w:rsid w:val="009A5C70"/>
    <w:rsid w:val="009A5F04"/>
    <w:rsid w:val="009B4C14"/>
    <w:rsid w:val="009C0043"/>
    <w:rsid w:val="009C1CEE"/>
    <w:rsid w:val="009C3565"/>
    <w:rsid w:val="009C5602"/>
    <w:rsid w:val="009D332C"/>
    <w:rsid w:val="009D728D"/>
    <w:rsid w:val="009E3357"/>
    <w:rsid w:val="00A148ED"/>
    <w:rsid w:val="00A157BF"/>
    <w:rsid w:val="00A15C38"/>
    <w:rsid w:val="00A1732C"/>
    <w:rsid w:val="00A17A6F"/>
    <w:rsid w:val="00A2089A"/>
    <w:rsid w:val="00A2261E"/>
    <w:rsid w:val="00A22E04"/>
    <w:rsid w:val="00A25A9F"/>
    <w:rsid w:val="00A26DD9"/>
    <w:rsid w:val="00A27BD9"/>
    <w:rsid w:val="00A42548"/>
    <w:rsid w:val="00A51A04"/>
    <w:rsid w:val="00A60040"/>
    <w:rsid w:val="00A61190"/>
    <w:rsid w:val="00A612D9"/>
    <w:rsid w:val="00A642A7"/>
    <w:rsid w:val="00A649D7"/>
    <w:rsid w:val="00A76312"/>
    <w:rsid w:val="00A836DC"/>
    <w:rsid w:val="00A83EE4"/>
    <w:rsid w:val="00A87F17"/>
    <w:rsid w:val="00A97230"/>
    <w:rsid w:val="00AA1D8D"/>
    <w:rsid w:val="00AA470E"/>
    <w:rsid w:val="00AB1624"/>
    <w:rsid w:val="00AB43F4"/>
    <w:rsid w:val="00AC065C"/>
    <w:rsid w:val="00AC185B"/>
    <w:rsid w:val="00AC21B0"/>
    <w:rsid w:val="00AC7ADD"/>
    <w:rsid w:val="00AE670D"/>
    <w:rsid w:val="00AF4A60"/>
    <w:rsid w:val="00AF534F"/>
    <w:rsid w:val="00B02B4D"/>
    <w:rsid w:val="00B03DD2"/>
    <w:rsid w:val="00B15B3F"/>
    <w:rsid w:val="00B17B96"/>
    <w:rsid w:val="00B24B4C"/>
    <w:rsid w:val="00B27536"/>
    <w:rsid w:val="00B276FE"/>
    <w:rsid w:val="00B3368D"/>
    <w:rsid w:val="00B35079"/>
    <w:rsid w:val="00B41E64"/>
    <w:rsid w:val="00B47730"/>
    <w:rsid w:val="00B61914"/>
    <w:rsid w:val="00B623B4"/>
    <w:rsid w:val="00B62C6F"/>
    <w:rsid w:val="00B66732"/>
    <w:rsid w:val="00B714DE"/>
    <w:rsid w:val="00B73710"/>
    <w:rsid w:val="00B750B8"/>
    <w:rsid w:val="00B91D99"/>
    <w:rsid w:val="00BA7D6F"/>
    <w:rsid w:val="00BB1CC5"/>
    <w:rsid w:val="00BB27F9"/>
    <w:rsid w:val="00BD47B8"/>
    <w:rsid w:val="00BE4EC2"/>
    <w:rsid w:val="00BF51C1"/>
    <w:rsid w:val="00C07EF0"/>
    <w:rsid w:val="00C22766"/>
    <w:rsid w:val="00C3776F"/>
    <w:rsid w:val="00C4005D"/>
    <w:rsid w:val="00C41507"/>
    <w:rsid w:val="00C42F58"/>
    <w:rsid w:val="00C44A00"/>
    <w:rsid w:val="00C51E67"/>
    <w:rsid w:val="00C62CB6"/>
    <w:rsid w:val="00C75F0D"/>
    <w:rsid w:val="00C76CC0"/>
    <w:rsid w:val="00C86AA0"/>
    <w:rsid w:val="00CA19C0"/>
    <w:rsid w:val="00CA2E08"/>
    <w:rsid w:val="00CA44CA"/>
    <w:rsid w:val="00CA7686"/>
    <w:rsid w:val="00CB0664"/>
    <w:rsid w:val="00CB07BE"/>
    <w:rsid w:val="00CB17E1"/>
    <w:rsid w:val="00CB7ECD"/>
    <w:rsid w:val="00CC0091"/>
    <w:rsid w:val="00CC062B"/>
    <w:rsid w:val="00CC659F"/>
    <w:rsid w:val="00CC7FC4"/>
    <w:rsid w:val="00CD73E7"/>
    <w:rsid w:val="00CE1645"/>
    <w:rsid w:val="00CF5AEA"/>
    <w:rsid w:val="00D03F12"/>
    <w:rsid w:val="00D04D28"/>
    <w:rsid w:val="00D10FAA"/>
    <w:rsid w:val="00D17F43"/>
    <w:rsid w:val="00D224EC"/>
    <w:rsid w:val="00D33AD8"/>
    <w:rsid w:val="00D418D7"/>
    <w:rsid w:val="00D41A0B"/>
    <w:rsid w:val="00D550AE"/>
    <w:rsid w:val="00D650DC"/>
    <w:rsid w:val="00D66359"/>
    <w:rsid w:val="00D7196C"/>
    <w:rsid w:val="00D747CC"/>
    <w:rsid w:val="00D858FC"/>
    <w:rsid w:val="00D931B5"/>
    <w:rsid w:val="00DA6F49"/>
    <w:rsid w:val="00DB3897"/>
    <w:rsid w:val="00DB4494"/>
    <w:rsid w:val="00DC028D"/>
    <w:rsid w:val="00DC0974"/>
    <w:rsid w:val="00DD1D4F"/>
    <w:rsid w:val="00DD40DD"/>
    <w:rsid w:val="00DE7031"/>
    <w:rsid w:val="00DF2317"/>
    <w:rsid w:val="00DF7BAF"/>
    <w:rsid w:val="00E00156"/>
    <w:rsid w:val="00E00EE6"/>
    <w:rsid w:val="00E01A66"/>
    <w:rsid w:val="00E04317"/>
    <w:rsid w:val="00E07087"/>
    <w:rsid w:val="00E14F3A"/>
    <w:rsid w:val="00E16728"/>
    <w:rsid w:val="00E205F7"/>
    <w:rsid w:val="00E24ECB"/>
    <w:rsid w:val="00E335BA"/>
    <w:rsid w:val="00E36496"/>
    <w:rsid w:val="00E41660"/>
    <w:rsid w:val="00E43FA9"/>
    <w:rsid w:val="00E473F5"/>
    <w:rsid w:val="00E52F3C"/>
    <w:rsid w:val="00E55E32"/>
    <w:rsid w:val="00E562CB"/>
    <w:rsid w:val="00E64781"/>
    <w:rsid w:val="00E64FAF"/>
    <w:rsid w:val="00E70DEC"/>
    <w:rsid w:val="00E75F00"/>
    <w:rsid w:val="00E762CB"/>
    <w:rsid w:val="00E86680"/>
    <w:rsid w:val="00E90C48"/>
    <w:rsid w:val="00E91F87"/>
    <w:rsid w:val="00EA00B5"/>
    <w:rsid w:val="00EA0530"/>
    <w:rsid w:val="00EA0832"/>
    <w:rsid w:val="00EA7C97"/>
    <w:rsid w:val="00EB2805"/>
    <w:rsid w:val="00EC39A2"/>
    <w:rsid w:val="00EC6240"/>
    <w:rsid w:val="00ED42CE"/>
    <w:rsid w:val="00ED7F33"/>
    <w:rsid w:val="00EE0490"/>
    <w:rsid w:val="00EE4542"/>
    <w:rsid w:val="00EF255F"/>
    <w:rsid w:val="00EF6D73"/>
    <w:rsid w:val="00EF76CB"/>
    <w:rsid w:val="00F03423"/>
    <w:rsid w:val="00F05D57"/>
    <w:rsid w:val="00F24F97"/>
    <w:rsid w:val="00F26BE1"/>
    <w:rsid w:val="00F34152"/>
    <w:rsid w:val="00F42F6A"/>
    <w:rsid w:val="00F42FDF"/>
    <w:rsid w:val="00F51E11"/>
    <w:rsid w:val="00F558D5"/>
    <w:rsid w:val="00F617EE"/>
    <w:rsid w:val="00F63994"/>
    <w:rsid w:val="00F63D4D"/>
    <w:rsid w:val="00F72B93"/>
    <w:rsid w:val="00F771CB"/>
    <w:rsid w:val="00F81AB4"/>
    <w:rsid w:val="00F82245"/>
    <w:rsid w:val="00F9194E"/>
    <w:rsid w:val="00F92173"/>
    <w:rsid w:val="00F93262"/>
    <w:rsid w:val="00FC3A89"/>
    <w:rsid w:val="00FC3D33"/>
    <w:rsid w:val="00FC4DEC"/>
    <w:rsid w:val="00FC54C3"/>
    <w:rsid w:val="00FC693F"/>
    <w:rsid w:val="00FC7620"/>
    <w:rsid w:val="00FF55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7DCCC08"/>
  <w14:defaultImageDpi w14:val="330"/>
  <w15:docId w15:val="{5FCA55FD-EE9A-41ED-9DB4-9A11A3029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82245"/>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4"/>
      </w:numPr>
      <w:contextualSpacing/>
    </w:pPr>
  </w:style>
  <w:style w:type="paragraph" w:styleId="2">
    <w:name w:val="List Number 2"/>
    <w:basedOn w:val="a1"/>
    <w:uiPriority w:val="99"/>
    <w:unhideWhenUsed/>
    <w:rsid w:val="0029639D"/>
    <w:pPr>
      <w:numPr>
        <w:numId w:val="5"/>
      </w:numPr>
      <w:contextualSpacing/>
    </w:pPr>
  </w:style>
  <w:style w:type="paragraph" w:styleId="3">
    <w:name w:val="List Number 3"/>
    <w:basedOn w:val="a1"/>
    <w:uiPriority w:val="99"/>
    <w:unhideWhenUsed/>
    <w:rsid w:val="0029639D"/>
    <w:pPr>
      <w:numPr>
        <w:numId w:val="6"/>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1">
    <w:name w:val="p1"/>
    <w:basedOn w:val="a1"/>
    <w:rsid w:val="00CB07BE"/>
    <w:pPr>
      <w:spacing w:before="100" w:beforeAutospacing="1" w:after="100" w:afterAutospacing="1" w:line="240" w:lineRule="auto"/>
    </w:pPr>
    <w:rPr>
      <w:rFonts w:ascii="Times New Roman" w:hAnsi="Times New Roman" w:cs="Times New Roman"/>
      <w:sz w:val="24"/>
      <w:szCs w:val="24"/>
    </w:rPr>
  </w:style>
  <w:style w:type="table" w:styleId="aff2">
    <w:name w:val="Grid Table Light"/>
    <w:basedOn w:val="a3"/>
    <w:uiPriority w:val="99"/>
    <w:rsid w:val="005F553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0">
    <w:name w:val="Plain Table 4"/>
    <w:basedOn w:val="a3"/>
    <w:uiPriority w:val="99"/>
    <w:rsid w:val="005F553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12">
    <w:name w:val="Grid Table 1 Light Accent 1"/>
    <w:basedOn w:val="a3"/>
    <w:uiPriority w:val="46"/>
    <w:rsid w:val="005F5536"/>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z1qcye">
    <w:name w:val="z1qcye"/>
    <w:basedOn w:val="a1"/>
    <w:rsid w:val="004464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286pc">
    <w:name w:val="t286pc"/>
    <w:basedOn w:val="a2"/>
    <w:rsid w:val="004464D5"/>
  </w:style>
  <w:style w:type="paragraph" w:customStyle="1" w:styleId="p2">
    <w:name w:val="p2"/>
    <w:basedOn w:val="a1"/>
    <w:rsid w:val="00521FCF"/>
    <w:pPr>
      <w:spacing w:after="0" w:line="240" w:lineRule="auto"/>
    </w:pPr>
    <w:rPr>
      <w:rFonts w:ascii=".AppleSystemUIFont" w:hAnsi=".AppleSystemUIFont" w:cs="Times New Roman"/>
      <w:sz w:val="26"/>
      <w:szCs w:val="26"/>
    </w:rPr>
  </w:style>
  <w:style w:type="character" w:customStyle="1" w:styleId="s1">
    <w:name w:val="s1"/>
    <w:basedOn w:val="a2"/>
    <w:rsid w:val="00521FCF"/>
    <w:rPr>
      <w:rFonts w:ascii="UICTFontTextStyleEmphasizedBody" w:hAnsi="UICTFontTextStyleEmphasizedBody" w:hint="default"/>
      <w:b/>
      <w:bCs/>
      <w:i w:val="0"/>
      <w:iCs w:val="0"/>
      <w:sz w:val="26"/>
      <w:szCs w:val="26"/>
    </w:rPr>
  </w:style>
  <w:style w:type="character" w:customStyle="1" w:styleId="s2">
    <w:name w:val="s2"/>
    <w:basedOn w:val="a2"/>
    <w:rsid w:val="00521FCF"/>
    <w:rPr>
      <w:rFonts w:ascii="UICTFontTextStyleBody" w:hAnsi="UICTFontTextStyleBody" w:hint="default"/>
      <w:b w:val="0"/>
      <w:bCs w:val="0"/>
      <w:i w:val="0"/>
      <w:iCs w:val="0"/>
      <w:sz w:val="26"/>
      <w:szCs w:val="26"/>
    </w:rPr>
  </w:style>
  <w:style w:type="character" w:customStyle="1" w:styleId="s3">
    <w:name w:val="s3"/>
    <w:basedOn w:val="a2"/>
    <w:rsid w:val="00521FCF"/>
    <w:rPr>
      <w:rFonts w:ascii="UICTFontTextStyleItalicBody" w:hAnsi="UICTFontTextStyleItalicBody" w:hint="default"/>
      <w:b w:val="0"/>
      <w:bCs w:val="0"/>
      <w:i/>
      <w:iCs/>
      <w:sz w:val="26"/>
      <w:szCs w:val="26"/>
    </w:rPr>
  </w:style>
  <w:style w:type="table" w:styleId="13">
    <w:name w:val="Plain Table 1"/>
    <w:basedOn w:val="a3"/>
    <w:uiPriority w:val="99"/>
    <w:rsid w:val="00DB389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4">
    <w:name w:val="Grid Table 1 Light"/>
    <w:basedOn w:val="a3"/>
    <w:uiPriority w:val="99"/>
    <w:rsid w:val="00F9326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a2"/>
    <w:uiPriority w:val="99"/>
    <w:unhideWhenUsed/>
    <w:rsid w:val="00B623B4"/>
    <w:rPr>
      <w:color w:val="0000FF" w:themeColor="hyperlink"/>
      <w:u w:val="single"/>
    </w:rPr>
  </w:style>
  <w:style w:type="character" w:styleId="aff3">
    <w:name w:val="Unresolved Mention"/>
    <w:basedOn w:val="a2"/>
    <w:uiPriority w:val="99"/>
    <w:semiHidden/>
    <w:unhideWhenUsed/>
    <w:rsid w:val="00B623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46218">
      <w:bodyDiv w:val="1"/>
      <w:marLeft w:val="0"/>
      <w:marRight w:val="0"/>
      <w:marTop w:val="0"/>
      <w:marBottom w:val="0"/>
      <w:divBdr>
        <w:top w:val="none" w:sz="0" w:space="0" w:color="auto"/>
        <w:left w:val="none" w:sz="0" w:space="0" w:color="auto"/>
        <w:bottom w:val="none" w:sz="0" w:space="0" w:color="auto"/>
        <w:right w:val="none" w:sz="0" w:space="0" w:color="auto"/>
      </w:divBdr>
      <w:divsChild>
        <w:div w:id="85998410">
          <w:marLeft w:val="0"/>
          <w:marRight w:val="0"/>
          <w:marTop w:val="240"/>
          <w:marBottom w:val="240"/>
          <w:divBdr>
            <w:top w:val="none" w:sz="0" w:space="0" w:color="auto"/>
            <w:left w:val="none" w:sz="0" w:space="0" w:color="auto"/>
            <w:bottom w:val="none" w:sz="0" w:space="0" w:color="auto"/>
            <w:right w:val="none" w:sz="0" w:space="0" w:color="auto"/>
          </w:divBdr>
        </w:div>
        <w:div w:id="173960373">
          <w:marLeft w:val="0"/>
          <w:marRight w:val="0"/>
          <w:marTop w:val="240"/>
          <w:marBottom w:val="240"/>
          <w:divBdr>
            <w:top w:val="none" w:sz="0" w:space="0" w:color="auto"/>
            <w:left w:val="none" w:sz="0" w:space="0" w:color="auto"/>
            <w:bottom w:val="none" w:sz="0" w:space="0" w:color="auto"/>
            <w:right w:val="none" w:sz="0" w:space="0" w:color="auto"/>
          </w:divBdr>
        </w:div>
        <w:div w:id="231702459">
          <w:marLeft w:val="0"/>
          <w:marRight w:val="0"/>
          <w:marTop w:val="240"/>
          <w:marBottom w:val="240"/>
          <w:divBdr>
            <w:top w:val="none" w:sz="0" w:space="0" w:color="auto"/>
            <w:left w:val="none" w:sz="0" w:space="0" w:color="auto"/>
            <w:bottom w:val="none" w:sz="0" w:space="0" w:color="auto"/>
            <w:right w:val="none" w:sz="0" w:space="0" w:color="auto"/>
          </w:divBdr>
        </w:div>
        <w:div w:id="234240486">
          <w:marLeft w:val="0"/>
          <w:marRight w:val="0"/>
          <w:marTop w:val="0"/>
          <w:marBottom w:val="0"/>
          <w:divBdr>
            <w:top w:val="none" w:sz="0" w:space="0" w:color="auto"/>
            <w:left w:val="none" w:sz="0" w:space="0" w:color="auto"/>
            <w:bottom w:val="none" w:sz="0" w:space="0" w:color="auto"/>
            <w:right w:val="none" w:sz="0" w:space="0" w:color="auto"/>
          </w:divBdr>
        </w:div>
        <w:div w:id="459736298">
          <w:marLeft w:val="0"/>
          <w:marRight w:val="0"/>
          <w:marTop w:val="0"/>
          <w:marBottom w:val="0"/>
          <w:divBdr>
            <w:top w:val="none" w:sz="0" w:space="0" w:color="auto"/>
            <w:left w:val="none" w:sz="0" w:space="0" w:color="auto"/>
            <w:bottom w:val="none" w:sz="0" w:space="0" w:color="auto"/>
            <w:right w:val="none" w:sz="0" w:space="0" w:color="auto"/>
          </w:divBdr>
        </w:div>
        <w:div w:id="486409602">
          <w:marLeft w:val="0"/>
          <w:marRight w:val="0"/>
          <w:marTop w:val="0"/>
          <w:marBottom w:val="0"/>
          <w:divBdr>
            <w:top w:val="none" w:sz="0" w:space="0" w:color="auto"/>
            <w:left w:val="none" w:sz="0" w:space="0" w:color="auto"/>
            <w:bottom w:val="none" w:sz="0" w:space="0" w:color="auto"/>
            <w:right w:val="none" w:sz="0" w:space="0" w:color="auto"/>
          </w:divBdr>
        </w:div>
        <w:div w:id="521477282">
          <w:marLeft w:val="0"/>
          <w:marRight w:val="0"/>
          <w:marTop w:val="240"/>
          <w:marBottom w:val="240"/>
          <w:divBdr>
            <w:top w:val="none" w:sz="0" w:space="0" w:color="auto"/>
            <w:left w:val="none" w:sz="0" w:space="0" w:color="auto"/>
            <w:bottom w:val="none" w:sz="0" w:space="0" w:color="auto"/>
            <w:right w:val="none" w:sz="0" w:space="0" w:color="auto"/>
          </w:divBdr>
        </w:div>
        <w:div w:id="630985847">
          <w:marLeft w:val="0"/>
          <w:marRight w:val="0"/>
          <w:marTop w:val="0"/>
          <w:marBottom w:val="0"/>
          <w:divBdr>
            <w:top w:val="none" w:sz="0" w:space="0" w:color="auto"/>
            <w:left w:val="none" w:sz="0" w:space="0" w:color="auto"/>
            <w:bottom w:val="none" w:sz="0" w:space="0" w:color="auto"/>
            <w:right w:val="none" w:sz="0" w:space="0" w:color="auto"/>
          </w:divBdr>
        </w:div>
        <w:div w:id="674500744">
          <w:marLeft w:val="0"/>
          <w:marRight w:val="0"/>
          <w:marTop w:val="0"/>
          <w:marBottom w:val="0"/>
          <w:divBdr>
            <w:top w:val="none" w:sz="0" w:space="0" w:color="auto"/>
            <w:left w:val="none" w:sz="0" w:space="0" w:color="auto"/>
            <w:bottom w:val="none" w:sz="0" w:space="0" w:color="auto"/>
            <w:right w:val="none" w:sz="0" w:space="0" w:color="auto"/>
          </w:divBdr>
        </w:div>
        <w:div w:id="781848579">
          <w:marLeft w:val="0"/>
          <w:marRight w:val="0"/>
          <w:marTop w:val="0"/>
          <w:marBottom w:val="0"/>
          <w:divBdr>
            <w:top w:val="none" w:sz="0" w:space="0" w:color="auto"/>
            <w:left w:val="none" w:sz="0" w:space="0" w:color="auto"/>
            <w:bottom w:val="none" w:sz="0" w:space="0" w:color="auto"/>
            <w:right w:val="none" w:sz="0" w:space="0" w:color="auto"/>
          </w:divBdr>
        </w:div>
        <w:div w:id="1362825901">
          <w:marLeft w:val="0"/>
          <w:marRight w:val="0"/>
          <w:marTop w:val="240"/>
          <w:marBottom w:val="240"/>
          <w:divBdr>
            <w:top w:val="none" w:sz="0" w:space="0" w:color="auto"/>
            <w:left w:val="none" w:sz="0" w:space="0" w:color="auto"/>
            <w:bottom w:val="none" w:sz="0" w:space="0" w:color="auto"/>
            <w:right w:val="none" w:sz="0" w:space="0" w:color="auto"/>
          </w:divBdr>
        </w:div>
        <w:div w:id="1374815181">
          <w:marLeft w:val="0"/>
          <w:marRight w:val="0"/>
          <w:marTop w:val="0"/>
          <w:marBottom w:val="0"/>
          <w:divBdr>
            <w:top w:val="none" w:sz="0" w:space="0" w:color="auto"/>
            <w:left w:val="none" w:sz="0" w:space="0" w:color="auto"/>
            <w:bottom w:val="none" w:sz="0" w:space="0" w:color="auto"/>
            <w:right w:val="none" w:sz="0" w:space="0" w:color="auto"/>
          </w:divBdr>
        </w:div>
        <w:div w:id="1461457491">
          <w:marLeft w:val="0"/>
          <w:marRight w:val="0"/>
          <w:marTop w:val="0"/>
          <w:marBottom w:val="0"/>
          <w:divBdr>
            <w:top w:val="none" w:sz="0" w:space="0" w:color="auto"/>
            <w:left w:val="none" w:sz="0" w:space="0" w:color="auto"/>
            <w:bottom w:val="none" w:sz="0" w:space="0" w:color="auto"/>
            <w:right w:val="none" w:sz="0" w:space="0" w:color="auto"/>
          </w:divBdr>
        </w:div>
        <w:div w:id="1548907554">
          <w:marLeft w:val="0"/>
          <w:marRight w:val="0"/>
          <w:marTop w:val="0"/>
          <w:marBottom w:val="0"/>
          <w:divBdr>
            <w:top w:val="none" w:sz="0" w:space="0" w:color="auto"/>
            <w:left w:val="none" w:sz="0" w:space="0" w:color="auto"/>
            <w:bottom w:val="none" w:sz="0" w:space="0" w:color="auto"/>
            <w:right w:val="none" w:sz="0" w:space="0" w:color="auto"/>
          </w:divBdr>
        </w:div>
        <w:div w:id="1710648763">
          <w:marLeft w:val="0"/>
          <w:marRight w:val="0"/>
          <w:marTop w:val="0"/>
          <w:marBottom w:val="0"/>
          <w:divBdr>
            <w:top w:val="none" w:sz="0" w:space="0" w:color="auto"/>
            <w:left w:val="none" w:sz="0" w:space="0" w:color="auto"/>
            <w:bottom w:val="none" w:sz="0" w:space="0" w:color="auto"/>
            <w:right w:val="none" w:sz="0" w:space="0" w:color="auto"/>
          </w:divBdr>
        </w:div>
        <w:div w:id="1911577140">
          <w:marLeft w:val="0"/>
          <w:marRight w:val="0"/>
          <w:marTop w:val="0"/>
          <w:marBottom w:val="0"/>
          <w:divBdr>
            <w:top w:val="none" w:sz="0" w:space="0" w:color="auto"/>
            <w:left w:val="none" w:sz="0" w:space="0" w:color="auto"/>
            <w:bottom w:val="none" w:sz="0" w:space="0" w:color="auto"/>
            <w:right w:val="none" w:sz="0" w:space="0" w:color="auto"/>
          </w:divBdr>
        </w:div>
      </w:divsChild>
    </w:div>
    <w:div w:id="129909641">
      <w:bodyDiv w:val="1"/>
      <w:marLeft w:val="0"/>
      <w:marRight w:val="0"/>
      <w:marTop w:val="0"/>
      <w:marBottom w:val="0"/>
      <w:divBdr>
        <w:top w:val="none" w:sz="0" w:space="0" w:color="auto"/>
        <w:left w:val="none" w:sz="0" w:space="0" w:color="auto"/>
        <w:bottom w:val="none" w:sz="0" w:space="0" w:color="auto"/>
        <w:right w:val="none" w:sz="0" w:space="0" w:color="auto"/>
      </w:divBdr>
      <w:divsChild>
        <w:div w:id="853347836">
          <w:marLeft w:val="0"/>
          <w:marRight w:val="0"/>
          <w:marTop w:val="180"/>
          <w:marBottom w:val="240"/>
          <w:divBdr>
            <w:top w:val="none" w:sz="0" w:space="0" w:color="auto"/>
            <w:left w:val="none" w:sz="0" w:space="0" w:color="auto"/>
            <w:bottom w:val="none" w:sz="0" w:space="0" w:color="auto"/>
            <w:right w:val="none" w:sz="0" w:space="0" w:color="auto"/>
          </w:divBdr>
        </w:div>
        <w:div w:id="236935938">
          <w:marLeft w:val="0"/>
          <w:marRight w:val="0"/>
          <w:marTop w:val="180"/>
          <w:marBottom w:val="240"/>
          <w:divBdr>
            <w:top w:val="none" w:sz="0" w:space="0" w:color="auto"/>
            <w:left w:val="none" w:sz="0" w:space="0" w:color="auto"/>
            <w:bottom w:val="none" w:sz="0" w:space="0" w:color="auto"/>
            <w:right w:val="none" w:sz="0" w:space="0" w:color="auto"/>
          </w:divBdr>
        </w:div>
        <w:div w:id="1858350270">
          <w:marLeft w:val="0"/>
          <w:marRight w:val="0"/>
          <w:marTop w:val="180"/>
          <w:marBottom w:val="240"/>
          <w:divBdr>
            <w:top w:val="none" w:sz="0" w:space="0" w:color="auto"/>
            <w:left w:val="none" w:sz="0" w:space="0" w:color="auto"/>
            <w:bottom w:val="none" w:sz="0" w:space="0" w:color="auto"/>
            <w:right w:val="none" w:sz="0" w:space="0" w:color="auto"/>
          </w:divBdr>
        </w:div>
      </w:divsChild>
    </w:div>
    <w:div w:id="175192690">
      <w:bodyDiv w:val="1"/>
      <w:marLeft w:val="0"/>
      <w:marRight w:val="0"/>
      <w:marTop w:val="0"/>
      <w:marBottom w:val="0"/>
      <w:divBdr>
        <w:top w:val="none" w:sz="0" w:space="0" w:color="auto"/>
        <w:left w:val="none" w:sz="0" w:space="0" w:color="auto"/>
        <w:bottom w:val="none" w:sz="0" w:space="0" w:color="auto"/>
        <w:right w:val="none" w:sz="0" w:space="0" w:color="auto"/>
      </w:divBdr>
      <w:divsChild>
        <w:div w:id="1241449271">
          <w:marLeft w:val="0"/>
          <w:marRight w:val="0"/>
          <w:marTop w:val="180"/>
          <w:marBottom w:val="240"/>
          <w:divBdr>
            <w:top w:val="none" w:sz="0" w:space="0" w:color="auto"/>
            <w:left w:val="none" w:sz="0" w:space="0" w:color="auto"/>
            <w:bottom w:val="none" w:sz="0" w:space="0" w:color="auto"/>
            <w:right w:val="none" w:sz="0" w:space="0" w:color="auto"/>
          </w:divBdr>
        </w:div>
        <w:div w:id="1837375901">
          <w:marLeft w:val="0"/>
          <w:marRight w:val="0"/>
          <w:marTop w:val="180"/>
          <w:marBottom w:val="240"/>
          <w:divBdr>
            <w:top w:val="none" w:sz="0" w:space="0" w:color="auto"/>
            <w:left w:val="none" w:sz="0" w:space="0" w:color="auto"/>
            <w:bottom w:val="none" w:sz="0" w:space="0" w:color="auto"/>
            <w:right w:val="none" w:sz="0" w:space="0" w:color="auto"/>
          </w:divBdr>
        </w:div>
      </w:divsChild>
    </w:div>
    <w:div w:id="185021547">
      <w:bodyDiv w:val="1"/>
      <w:marLeft w:val="0"/>
      <w:marRight w:val="0"/>
      <w:marTop w:val="0"/>
      <w:marBottom w:val="0"/>
      <w:divBdr>
        <w:top w:val="none" w:sz="0" w:space="0" w:color="auto"/>
        <w:left w:val="none" w:sz="0" w:space="0" w:color="auto"/>
        <w:bottom w:val="none" w:sz="0" w:space="0" w:color="auto"/>
        <w:right w:val="none" w:sz="0" w:space="0" w:color="auto"/>
      </w:divBdr>
      <w:divsChild>
        <w:div w:id="241524492">
          <w:marLeft w:val="0"/>
          <w:marRight w:val="0"/>
          <w:marTop w:val="180"/>
          <w:marBottom w:val="240"/>
          <w:divBdr>
            <w:top w:val="none" w:sz="0" w:space="0" w:color="auto"/>
            <w:left w:val="none" w:sz="0" w:space="0" w:color="auto"/>
            <w:bottom w:val="none" w:sz="0" w:space="0" w:color="auto"/>
            <w:right w:val="none" w:sz="0" w:space="0" w:color="auto"/>
          </w:divBdr>
        </w:div>
        <w:div w:id="603148270">
          <w:marLeft w:val="0"/>
          <w:marRight w:val="0"/>
          <w:marTop w:val="180"/>
          <w:marBottom w:val="240"/>
          <w:divBdr>
            <w:top w:val="none" w:sz="0" w:space="0" w:color="auto"/>
            <w:left w:val="none" w:sz="0" w:space="0" w:color="auto"/>
            <w:bottom w:val="none" w:sz="0" w:space="0" w:color="auto"/>
            <w:right w:val="none" w:sz="0" w:space="0" w:color="auto"/>
          </w:divBdr>
        </w:div>
        <w:div w:id="2146510818">
          <w:marLeft w:val="0"/>
          <w:marRight w:val="0"/>
          <w:marTop w:val="180"/>
          <w:marBottom w:val="240"/>
          <w:divBdr>
            <w:top w:val="none" w:sz="0" w:space="0" w:color="auto"/>
            <w:left w:val="none" w:sz="0" w:space="0" w:color="auto"/>
            <w:bottom w:val="none" w:sz="0" w:space="0" w:color="auto"/>
            <w:right w:val="none" w:sz="0" w:space="0" w:color="auto"/>
          </w:divBdr>
        </w:div>
      </w:divsChild>
    </w:div>
    <w:div w:id="275867931">
      <w:bodyDiv w:val="1"/>
      <w:marLeft w:val="0"/>
      <w:marRight w:val="0"/>
      <w:marTop w:val="0"/>
      <w:marBottom w:val="0"/>
      <w:divBdr>
        <w:top w:val="none" w:sz="0" w:space="0" w:color="auto"/>
        <w:left w:val="none" w:sz="0" w:space="0" w:color="auto"/>
        <w:bottom w:val="none" w:sz="0" w:space="0" w:color="auto"/>
        <w:right w:val="none" w:sz="0" w:space="0" w:color="auto"/>
      </w:divBdr>
    </w:div>
    <w:div w:id="278805949">
      <w:bodyDiv w:val="1"/>
      <w:marLeft w:val="0"/>
      <w:marRight w:val="0"/>
      <w:marTop w:val="0"/>
      <w:marBottom w:val="0"/>
      <w:divBdr>
        <w:top w:val="none" w:sz="0" w:space="0" w:color="auto"/>
        <w:left w:val="none" w:sz="0" w:space="0" w:color="auto"/>
        <w:bottom w:val="none" w:sz="0" w:space="0" w:color="auto"/>
        <w:right w:val="none" w:sz="0" w:space="0" w:color="auto"/>
      </w:divBdr>
      <w:divsChild>
        <w:div w:id="803039681">
          <w:marLeft w:val="0"/>
          <w:marRight w:val="0"/>
          <w:marTop w:val="180"/>
          <w:marBottom w:val="240"/>
          <w:divBdr>
            <w:top w:val="none" w:sz="0" w:space="0" w:color="auto"/>
            <w:left w:val="none" w:sz="0" w:space="0" w:color="auto"/>
            <w:bottom w:val="none" w:sz="0" w:space="0" w:color="auto"/>
            <w:right w:val="none" w:sz="0" w:space="0" w:color="auto"/>
          </w:divBdr>
        </w:div>
        <w:div w:id="871185146">
          <w:marLeft w:val="0"/>
          <w:marRight w:val="0"/>
          <w:marTop w:val="180"/>
          <w:marBottom w:val="240"/>
          <w:divBdr>
            <w:top w:val="none" w:sz="0" w:space="0" w:color="auto"/>
            <w:left w:val="none" w:sz="0" w:space="0" w:color="auto"/>
            <w:bottom w:val="none" w:sz="0" w:space="0" w:color="auto"/>
            <w:right w:val="none" w:sz="0" w:space="0" w:color="auto"/>
          </w:divBdr>
        </w:div>
      </w:divsChild>
    </w:div>
    <w:div w:id="299307762">
      <w:bodyDiv w:val="1"/>
      <w:marLeft w:val="0"/>
      <w:marRight w:val="0"/>
      <w:marTop w:val="0"/>
      <w:marBottom w:val="0"/>
      <w:divBdr>
        <w:top w:val="none" w:sz="0" w:space="0" w:color="auto"/>
        <w:left w:val="none" w:sz="0" w:space="0" w:color="auto"/>
        <w:bottom w:val="none" w:sz="0" w:space="0" w:color="auto"/>
        <w:right w:val="none" w:sz="0" w:space="0" w:color="auto"/>
      </w:divBdr>
      <w:divsChild>
        <w:div w:id="1234707035">
          <w:marLeft w:val="0"/>
          <w:marRight w:val="0"/>
          <w:marTop w:val="180"/>
          <w:marBottom w:val="240"/>
          <w:divBdr>
            <w:top w:val="none" w:sz="0" w:space="0" w:color="auto"/>
            <w:left w:val="none" w:sz="0" w:space="0" w:color="auto"/>
            <w:bottom w:val="none" w:sz="0" w:space="0" w:color="auto"/>
            <w:right w:val="none" w:sz="0" w:space="0" w:color="auto"/>
          </w:divBdr>
        </w:div>
      </w:divsChild>
    </w:div>
    <w:div w:id="322389555">
      <w:bodyDiv w:val="1"/>
      <w:marLeft w:val="0"/>
      <w:marRight w:val="0"/>
      <w:marTop w:val="0"/>
      <w:marBottom w:val="0"/>
      <w:divBdr>
        <w:top w:val="none" w:sz="0" w:space="0" w:color="auto"/>
        <w:left w:val="none" w:sz="0" w:space="0" w:color="auto"/>
        <w:bottom w:val="none" w:sz="0" w:space="0" w:color="auto"/>
        <w:right w:val="none" w:sz="0" w:space="0" w:color="auto"/>
      </w:divBdr>
      <w:divsChild>
        <w:div w:id="1342272286">
          <w:marLeft w:val="0"/>
          <w:marRight w:val="0"/>
          <w:marTop w:val="180"/>
          <w:marBottom w:val="240"/>
          <w:divBdr>
            <w:top w:val="none" w:sz="0" w:space="0" w:color="auto"/>
            <w:left w:val="none" w:sz="0" w:space="0" w:color="auto"/>
            <w:bottom w:val="none" w:sz="0" w:space="0" w:color="auto"/>
            <w:right w:val="none" w:sz="0" w:space="0" w:color="auto"/>
          </w:divBdr>
        </w:div>
        <w:div w:id="1392846252">
          <w:marLeft w:val="0"/>
          <w:marRight w:val="0"/>
          <w:marTop w:val="180"/>
          <w:marBottom w:val="240"/>
          <w:divBdr>
            <w:top w:val="none" w:sz="0" w:space="0" w:color="auto"/>
            <w:left w:val="none" w:sz="0" w:space="0" w:color="auto"/>
            <w:bottom w:val="none" w:sz="0" w:space="0" w:color="auto"/>
            <w:right w:val="none" w:sz="0" w:space="0" w:color="auto"/>
          </w:divBdr>
        </w:div>
        <w:div w:id="1814061043">
          <w:marLeft w:val="0"/>
          <w:marRight w:val="0"/>
          <w:marTop w:val="180"/>
          <w:marBottom w:val="240"/>
          <w:divBdr>
            <w:top w:val="none" w:sz="0" w:space="0" w:color="auto"/>
            <w:left w:val="none" w:sz="0" w:space="0" w:color="auto"/>
            <w:bottom w:val="none" w:sz="0" w:space="0" w:color="auto"/>
            <w:right w:val="none" w:sz="0" w:space="0" w:color="auto"/>
          </w:divBdr>
        </w:div>
      </w:divsChild>
    </w:div>
    <w:div w:id="344093279">
      <w:bodyDiv w:val="1"/>
      <w:marLeft w:val="0"/>
      <w:marRight w:val="0"/>
      <w:marTop w:val="0"/>
      <w:marBottom w:val="0"/>
      <w:divBdr>
        <w:top w:val="none" w:sz="0" w:space="0" w:color="auto"/>
        <w:left w:val="none" w:sz="0" w:space="0" w:color="auto"/>
        <w:bottom w:val="none" w:sz="0" w:space="0" w:color="auto"/>
        <w:right w:val="none" w:sz="0" w:space="0" w:color="auto"/>
      </w:divBdr>
      <w:divsChild>
        <w:div w:id="891185977">
          <w:marLeft w:val="0"/>
          <w:marRight w:val="0"/>
          <w:marTop w:val="180"/>
          <w:marBottom w:val="240"/>
          <w:divBdr>
            <w:top w:val="none" w:sz="0" w:space="0" w:color="auto"/>
            <w:left w:val="none" w:sz="0" w:space="0" w:color="auto"/>
            <w:bottom w:val="none" w:sz="0" w:space="0" w:color="auto"/>
            <w:right w:val="none" w:sz="0" w:space="0" w:color="auto"/>
          </w:divBdr>
        </w:div>
        <w:div w:id="493766301">
          <w:marLeft w:val="0"/>
          <w:marRight w:val="0"/>
          <w:marTop w:val="180"/>
          <w:marBottom w:val="240"/>
          <w:divBdr>
            <w:top w:val="none" w:sz="0" w:space="0" w:color="auto"/>
            <w:left w:val="none" w:sz="0" w:space="0" w:color="auto"/>
            <w:bottom w:val="none" w:sz="0" w:space="0" w:color="auto"/>
            <w:right w:val="none" w:sz="0" w:space="0" w:color="auto"/>
          </w:divBdr>
        </w:div>
      </w:divsChild>
    </w:div>
    <w:div w:id="345795154">
      <w:bodyDiv w:val="1"/>
      <w:marLeft w:val="0"/>
      <w:marRight w:val="0"/>
      <w:marTop w:val="0"/>
      <w:marBottom w:val="0"/>
      <w:divBdr>
        <w:top w:val="none" w:sz="0" w:space="0" w:color="auto"/>
        <w:left w:val="none" w:sz="0" w:space="0" w:color="auto"/>
        <w:bottom w:val="none" w:sz="0" w:space="0" w:color="auto"/>
        <w:right w:val="none" w:sz="0" w:space="0" w:color="auto"/>
      </w:divBdr>
      <w:divsChild>
        <w:div w:id="554857796">
          <w:marLeft w:val="0"/>
          <w:marRight w:val="0"/>
          <w:marTop w:val="180"/>
          <w:marBottom w:val="240"/>
          <w:divBdr>
            <w:top w:val="none" w:sz="0" w:space="0" w:color="auto"/>
            <w:left w:val="none" w:sz="0" w:space="0" w:color="auto"/>
            <w:bottom w:val="none" w:sz="0" w:space="0" w:color="auto"/>
            <w:right w:val="none" w:sz="0" w:space="0" w:color="auto"/>
          </w:divBdr>
        </w:div>
        <w:div w:id="935943239">
          <w:marLeft w:val="0"/>
          <w:marRight w:val="0"/>
          <w:marTop w:val="180"/>
          <w:marBottom w:val="240"/>
          <w:divBdr>
            <w:top w:val="none" w:sz="0" w:space="0" w:color="auto"/>
            <w:left w:val="none" w:sz="0" w:space="0" w:color="auto"/>
            <w:bottom w:val="none" w:sz="0" w:space="0" w:color="auto"/>
            <w:right w:val="none" w:sz="0" w:space="0" w:color="auto"/>
          </w:divBdr>
        </w:div>
        <w:div w:id="1044796130">
          <w:marLeft w:val="0"/>
          <w:marRight w:val="0"/>
          <w:marTop w:val="180"/>
          <w:marBottom w:val="240"/>
          <w:divBdr>
            <w:top w:val="none" w:sz="0" w:space="0" w:color="auto"/>
            <w:left w:val="none" w:sz="0" w:space="0" w:color="auto"/>
            <w:bottom w:val="none" w:sz="0" w:space="0" w:color="auto"/>
            <w:right w:val="none" w:sz="0" w:space="0" w:color="auto"/>
          </w:divBdr>
        </w:div>
        <w:div w:id="1373311875">
          <w:marLeft w:val="0"/>
          <w:marRight w:val="0"/>
          <w:marTop w:val="180"/>
          <w:marBottom w:val="240"/>
          <w:divBdr>
            <w:top w:val="none" w:sz="0" w:space="0" w:color="auto"/>
            <w:left w:val="none" w:sz="0" w:space="0" w:color="auto"/>
            <w:bottom w:val="none" w:sz="0" w:space="0" w:color="auto"/>
            <w:right w:val="none" w:sz="0" w:space="0" w:color="auto"/>
          </w:divBdr>
        </w:div>
      </w:divsChild>
    </w:div>
    <w:div w:id="404685717">
      <w:bodyDiv w:val="1"/>
      <w:marLeft w:val="0"/>
      <w:marRight w:val="0"/>
      <w:marTop w:val="0"/>
      <w:marBottom w:val="0"/>
      <w:divBdr>
        <w:top w:val="none" w:sz="0" w:space="0" w:color="auto"/>
        <w:left w:val="none" w:sz="0" w:space="0" w:color="auto"/>
        <w:bottom w:val="none" w:sz="0" w:space="0" w:color="auto"/>
        <w:right w:val="none" w:sz="0" w:space="0" w:color="auto"/>
      </w:divBdr>
      <w:divsChild>
        <w:div w:id="101612787">
          <w:marLeft w:val="0"/>
          <w:marRight w:val="0"/>
          <w:marTop w:val="180"/>
          <w:marBottom w:val="240"/>
          <w:divBdr>
            <w:top w:val="none" w:sz="0" w:space="0" w:color="auto"/>
            <w:left w:val="none" w:sz="0" w:space="0" w:color="auto"/>
            <w:bottom w:val="none" w:sz="0" w:space="0" w:color="auto"/>
            <w:right w:val="none" w:sz="0" w:space="0" w:color="auto"/>
          </w:divBdr>
        </w:div>
        <w:div w:id="897788137">
          <w:marLeft w:val="0"/>
          <w:marRight w:val="0"/>
          <w:marTop w:val="180"/>
          <w:marBottom w:val="240"/>
          <w:divBdr>
            <w:top w:val="none" w:sz="0" w:space="0" w:color="auto"/>
            <w:left w:val="none" w:sz="0" w:space="0" w:color="auto"/>
            <w:bottom w:val="none" w:sz="0" w:space="0" w:color="auto"/>
            <w:right w:val="none" w:sz="0" w:space="0" w:color="auto"/>
          </w:divBdr>
        </w:div>
      </w:divsChild>
    </w:div>
    <w:div w:id="416173507">
      <w:bodyDiv w:val="1"/>
      <w:marLeft w:val="0"/>
      <w:marRight w:val="0"/>
      <w:marTop w:val="0"/>
      <w:marBottom w:val="0"/>
      <w:divBdr>
        <w:top w:val="none" w:sz="0" w:space="0" w:color="auto"/>
        <w:left w:val="none" w:sz="0" w:space="0" w:color="auto"/>
        <w:bottom w:val="none" w:sz="0" w:space="0" w:color="auto"/>
        <w:right w:val="none" w:sz="0" w:space="0" w:color="auto"/>
      </w:divBdr>
      <w:divsChild>
        <w:div w:id="872958108">
          <w:marLeft w:val="0"/>
          <w:marRight w:val="0"/>
          <w:marTop w:val="180"/>
          <w:marBottom w:val="240"/>
          <w:divBdr>
            <w:top w:val="none" w:sz="0" w:space="0" w:color="auto"/>
            <w:left w:val="none" w:sz="0" w:space="0" w:color="auto"/>
            <w:bottom w:val="none" w:sz="0" w:space="0" w:color="auto"/>
            <w:right w:val="none" w:sz="0" w:space="0" w:color="auto"/>
          </w:divBdr>
        </w:div>
      </w:divsChild>
    </w:div>
    <w:div w:id="456722226">
      <w:bodyDiv w:val="1"/>
      <w:marLeft w:val="0"/>
      <w:marRight w:val="0"/>
      <w:marTop w:val="0"/>
      <w:marBottom w:val="0"/>
      <w:divBdr>
        <w:top w:val="none" w:sz="0" w:space="0" w:color="auto"/>
        <w:left w:val="none" w:sz="0" w:space="0" w:color="auto"/>
        <w:bottom w:val="none" w:sz="0" w:space="0" w:color="auto"/>
        <w:right w:val="none" w:sz="0" w:space="0" w:color="auto"/>
      </w:divBdr>
      <w:divsChild>
        <w:div w:id="651523354">
          <w:marLeft w:val="0"/>
          <w:marRight w:val="0"/>
          <w:marTop w:val="180"/>
          <w:marBottom w:val="240"/>
          <w:divBdr>
            <w:top w:val="none" w:sz="0" w:space="0" w:color="auto"/>
            <w:left w:val="none" w:sz="0" w:space="0" w:color="auto"/>
            <w:bottom w:val="none" w:sz="0" w:space="0" w:color="auto"/>
            <w:right w:val="none" w:sz="0" w:space="0" w:color="auto"/>
          </w:divBdr>
        </w:div>
      </w:divsChild>
    </w:div>
    <w:div w:id="488982722">
      <w:bodyDiv w:val="1"/>
      <w:marLeft w:val="0"/>
      <w:marRight w:val="0"/>
      <w:marTop w:val="0"/>
      <w:marBottom w:val="0"/>
      <w:divBdr>
        <w:top w:val="none" w:sz="0" w:space="0" w:color="auto"/>
        <w:left w:val="none" w:sz="0" w:space="0" w:color="auto"/>
        <w:bottom w:val="none" w:sz="0" w:space="0" w:color="auto"/>
        <w:right w:val="none" w:sz="0" w:space="0" w:color="auto"/>
      </w:divBdr>
      <w:divsChild>
        <w:div w:id="1335569872">
          <w:marLeft w:val="0"/>
          <w:marRight w:val="0"/>
          <w:marTop w:val="360"/>
          <w:marBottom w:val="180"/>
          <w:divBdr>
            <w:top w:val="none" w:sz="0" w:space="0" w:color="auto"/>
            <w:left w:val="none" w:sz="0" w:space="0" w:color="auto"/>
            <w:bottom w:val="none" w:sz="0" w:space="0" w:color="auto"/>
            <w:right w:val="none" w:sz="0" w:space="0" w:color="auto"/>
          </w:divBdr>
        </w:div>
      </w:divsChild>
    </w:div>
    <w:div w:id="503010672">
      <w:bodyDiv w:val="1"/>
      <w:marLeft w:val="0"/>
      <w:marRight w:val="0"/>
      <w:marTop w:val="0"/>
      <w:marBottom w:val="0"/>
      <w:divBdr>
        <w:top w:val="none" w:sz="0" w:space="0" w:color="auto"/>
        <w:left w:val="none" w:sz="0" w:space="0" w:color="auto"/>
        <w:bottom w:val="none" w:sz="0" w:space="0" w:color="auto"/>
        <w:right w:val="none" w:sz="0" w:space="0" w:color="auto"/>
      </w:divBdr>
    </w:div>
    <w:div w:id="598367520">
      <w:bodyDiv w:val="1"/>
      <w:marLeft w:val="0"/>
      <w:marRight w:val="0"/>
      <w:marTop w:val="0"/>
      <w:marBottom w:val="0"/>
      <w:divBdr>
        <w:top w:val="none" w:sz="0" w:space="0" w:color="auto"/>
        <w:left w:val="none" w:sz="0" w:space="0" w:color="auto"/>
        <w:bottom w:val="none" w:sz="0" w:space="0" w:color="auto"/>
        <w:right w:val="none" w:sz="0" w:space="0" w:color="auto"/>
      </w:divBdr>
      <w:divsChild>
        <w:div w:id="777067347">
          <w:marLeft w:val="0"/>
          <w:marRight w:val="0"/>
          <w:marTop w:val="180"/>
          <w:marBottom w:val="240"/>
          <w:divBdr>
            <w:top w:val="none" w:sz="0" w:space="0" w:color="auto"/>
            <w:left w:val="none" w:sz="0" w:space="0" w:color="auto"/>
            <w:bottom w:val="none" w:sz="0" w:space="0" w:color="auto"/>
            <w:right w:val="none" w:sz="0" w:space="0" w:color="auto"/>
          </w:divBdr>
        </w:div>
        <w:div w:id="1223249656">
          <w:marLeft w:val="0"/>
          <w:marRight w:val="0"/>
          <w:marTop w:val="180"/>
          <w:marBottom w:val="240"/>
          <w:divBdr>
            <w:top w:val="none" w:sz="0" w:space="0" w:color="auto"/>
            <w:left w:val="none" w:sz="0" w:space="0" w:color="auto"/>
            <w:bottom w:val="none" w:sz="0" w:space="0" w:color="auto"/>
            <w:right w:val="none" w:sz="0" w:space="0" w:color="auto"/>
          </w:divBdr>
        </w:div>
      </w:divsChild>
    </w:div>
    <w:div w:id="671105388">
      <w:bodyDiv w:val="1"/>
      <w:marLeft w:val="0"/>
      <w:marRight w:val="0"/>
      <w:marTop w:val="0"/>
      <w:marBottom w:val="0"/>
      <w:divBdr>
        <w:top w:val="none" w:sz="0" w:space="0" w:color="auto"/>
        <w:left w:val="none" w:sz="0" w:space="0" w:color="auto"/>
        <w:bottom w:val="none" w:sz="0" w:space="0" w:color="auto"/>
        <w:right w:val="none" w:sz="0" w:space="0" w:color="auto"/>
      </w:divBdr>
      <w:divsChild>
        <w:div w:id="20403420">
          <w:marLeft w:val="0"/>
          <w:marRight w:val="0"/>
          <w:marTop w:val="0"/>
          <w:marBottom w:val="0"/>
          <w:divBdr>
            <w:top w:val="none" w:sz="0" w:space="0" w:color="auto"/>
            <w:left w:val="none" w:sz="0" w:space="0" w:color="auto"/>
            <w:bottom w:val="none" w:sz="0" w:space="0" w:color="auto"/>
            <w:right w:val="none" w:sz="0" w:space="0" w:color="auto"/>
          </w:divBdr>
        </w:div>
        <w:div w:id="559095456">
          <w:marLeft w:val="0"/>
          <w:marRight w:val="0"/>
          <w:marTop w:val="0"/>
          <w:marBottom w:val="0"/>
          <w:divBdr>
            <w:top w:val="none" w:sz="0" w:space="0" w:color="auto"/>
            <w:left w:val="none" w:sz="0" w:space="0" w:color="auto"/>
            <w:bottom w:val="none" w:sz="0" w:space="0" w:color="auto"/>
            <w:right w:val="none" w:sz="0" w:space="0" w:color="auto"/>
          </w:divBdr>
        </w:div>
        <w:div w:id="636034135">
          <w:marLeft w:val="0"/>
          <w:marRight w:val="0"/>
          <w:marTop w:val="0"/>
          <w:marBottom w:val="0"/>
          <w:divBdr>
            <w:top w:val="none" w:sz="0" w:space="0" w:color="auto"/>
            <w:left w:val="none" w:sz="0" w:space="0" w:color="auto"/>
            <w:bottom w:val="none" w:sz="0" w:space="0" w:color="auto"/>
            <w:right w:val="none" w:sz="0" w:space="0" w:color="auto"/>
          </w:divBdr>
        </w:div>
        <w:div w:id="727339372">
          <w:marLeft w:val="0"/>
          <w:marRight w:val="0"/>
          <w:marTop w:val="240"/>
          <w:marBottom w:val="240"/>
          <w:divBdr>
            <w:top w:val="none" w:sz="0" w:space="0" w:color="auto"/>
            <w:left w:val="none" w:sz="0" w:space="0" w:color="auto"/>
            <w:bottom w:val="none" w:sz="0" w:space="0" w:color="auto"/>
            <w:right w:val="none" w:sz="0" w:space="0" w:color="auto"/>
          </w:divBdr>
        </w:div>
        <w:div w:id="759984912">
          <w:marLeft w:val="0"/>
          <w:marRight w:val="0"/>
          <w:marTop w:val="240"/>
          <w:marBottom w:val="240"/>
          <w:divBdr>
            <w:top w:val="none" w:sz="0" w:space="0" w:color="auto"/>
            <w:left w:val="none" w:sz="0" w:space="0" w:color="auto"/>
            <w:bottom w:val="none" w:sz="0" w:space="0" w:color="auto"/>
            <w:right w:val="none" w:sz="0" w:space="0" w:color="auto"/>
          </w:divBdr>
        </w:div>
        <w:div w:id="770204126">
          <w:marLeft w:val="0"/>
          <w:marRight w:val="0"/>
          <w:marTop w:val="0"/>
          <w:marBottom w:val="0"/>
          <w:divBdr>
            <w:top w:val="none" w:sz="0" w:space="0" w:color="auto"/>
            <w:left w:val="none" w:sz="0" w:space="0" w:color="auto"/>
            <w:bottom w:val="none" w:sz="0" w:space="0" w:color="auto"/>
            <w:right w:val="none" w:sz="0" w:space="0" w:color="auto"/>
          </w:divBdr>
        </w:div>
        <w:div w:id="978531915">
          <w:marLeft w:val="0"/>
          <w:marRight w:val="0"/>
          <w:marTop w:val="240"/>
          <w:marBottom w:val="240"/>
          <w:divBdr>
            <w:top w:val="none" w:sz="0" w:space="0" w:color="auto"/>
            <w:left w:val="none" w:sz="0" w:space="0" w:color="auto"/>
            <w:bottom w:val="none" w:sz="0" w:space="0" w:color="auto"/>
            <w:right w:val="none" w:sz="0" w:space="0" w:color="auto"/>
          </w:divBdr>
        </w:div>
        <w:div w:id="994525962">
          <w:marLeft w:val="0"/>
          <w:marRight w:val="0"/>
          <w:marTop w:val="0"/>
          <w:marBottom w:val="0"/>
          <w:divBdr>
            <w:top w:val="none" w:sz="0" w:space="0" w:color="auto"/>
            <w:left w:val="none" w:sz="0" w:space="0" w:color="auto"/>
            <w:bottom w:val="none" w:sz="0" w:space="0" w:color="auto"/>
            <w:right w:val="none" w:sz="0" w:space="0" w:color="auto"/>
          </w:divBdr>
        </w:div>
        <w:div w:id="1094866226">
          <w:marLeft w:val="0"/>
          <w:marRight w:val="0"/>
          <w:marTop w:val="0"/>
          <w:marBottom w:val="0"/>
          <w:divBdr>
            <w:top w:val="none" w:sz="0" w:space="0" w:color="auto"/>
            <w:left w:val="none" w:sz="0" w:space="0" w:color="auto"/>
            <w:bottom w:val="none" w:sz="0" w:space="0" w:color="auto"/>
            <w:right w:val="none" w:sz="0" w:space="0" w:color="auto"/>
          </w:divBdr>
        </w:div>
        <w:div w:id="1112823376">
          <w:marLeft w:val="0"/>
          <w:marRight w:val="0"/>
          <w:marTop w:val="0"/>
          <w:marBottom w:val="0"/>
          <w:divBdr>
            <w:top w:val="none" w:sz="0" w:space="0" w:color="auto"/>
            <w:left w:val="none" w:sz="0" w:space="0" w:color="auto"/>
            <w:bottom w:val="none" w:sz="0" w:space="0" w:color="auto"/>
            <w:right w:val="none" w:sz="0" w:space="0" w:color="auto"/>
          </w:divBdr>
        </w:div>
        <w:div w:id="1145780531">
          <w:marLeft w:val="0"/>
          <w:marRight w:val="0"/>
          <w:marTop w:val="240"/>
          <w:marBottom w:val="240"/>
          <w:divBdr>
            <w:top w:val="none" w:sz="0" w:space="0" w:color="auto"/>
            <w:left w:val="none" w:sz="0" w:space="0" w:color="auto"/>
            <w:bottom w:val="none" w:sz="0" w:space="0" w:color="auto"/>
            <w:right w:val="none" w:sz="0" w:space="0" w:color="auto"/>
          </w:divBdr>
        </w:div>
        <w:div w:id="1439105070">
          <w:marLeft w:val="0"/>
          <w:marRight w:val="0"/>
          <w:marTop w:val="0"/>
          <w:marBottom w:val="0"/>
          <w:divBdr>
            <w:top w:val="none" w:sz="0" w:space="0" w:color="auto"/>
            <w:left w:val="none" w:sz="0" w:space="0" w:color="auto"/>
            <w:bottom w:val="none" w:sz="0" w:space="0" w:color="auto"/>
            <w:right w:val="none" w:sz="0" w:space="0" w:color="auto"/>
          </w:divBdr>
        </w:div>
        <w:div w:id="1515342007">
          <w:marLeft w:val="0"/>
          <w:marRight w:val="0"/>
          <w:marTop w:val="240"/>
          <w:marBottom w:val="240"/>
          <w:divBdr>
            <w:top w:val="none" w:sz="0" w:space="0" w:color="auto"/>
            <w:left w:val="none" w:sz="0" w:space="0" w:color="auto"/>
            <w:bottom w:val="none" w:sz="0" w:space="0" w:color="auto"/>
            <w:right w:val="none" w:sz="0" w:space="0" w:color="auto"/>
          </w:divBdr>
        </w:div>
        <w:div w:id="1629703290">
          <w:marLeft w:val="0"/>
          <w:marRight w:val="0"/>
          <w:marTop w:val="0"/>
          <w:marBottom w:val="0"/>
          <w:divBdr>
            <w:top w:val="none" w:sz="0" w:space="0" w:color="auto"/>
            <w:left w:val="none" w:sz="0" w:space="0" w:color="auto"/>
            <w:bottom w:val="none" w:sz="0" w:space="0" w:color="auto"/>
            <w:right w:val="none" w:sz="0" w:space="0" w:color="auto"/>
          </w:divBdr>
        </w:div>
        <w:div w:id="1706519411">
          <w:marLeft w:val="0"/>
          <w:marRight w:val="0"/>
          <w:marTop w:val="0"/>
          <w:marBottom w:val="0"/>
          <w:divBdr>
            <w:top w:val="none" w:sz="0" w:space="0" w:color="auto"/>
            <w:left w:val="none" w:sz="0" w:space="0" w:color="auto"/>
            <w:bottom w:val="none" w:sz="0" w:space="0" w:color="auto"/>
            <w:right w:val="none" w:sz="0" w:space="0" w:color="auto"/>
          </w:divBdr>
        </w:div>
        <w:div w:id="2127462301">
          <w:marLeft w:val="0"/>
          <w:marRight w:val="0"/>
          <w:marTop w:val="0"/>
          <w:marBottom w:val="0"/>
          <w:divBdr>
            <w:top w:val="none" w:sz="0" w:space="0" w:color="auto"/>
            <w:left w:val="none" w:sz="0" w:space="0" w:color="auto"/>
            <w:bottom w:val="none" w:sz="0" w:space="0" w:color="auto"/>
            <w:right w:val="none" w:sz="0" w:space="0" w:color="auto"/>
          </w:divBdr>
        </w:div>
      </w:divsChild>
    </w:div>
    <w:div w:id="698625666">
      <w:bodyDiv w:val="1"/>
      <w:marLeft w:val="0"/>
      <w:marRight w:val="0"/>
      <w:marTop w:val="0"/>
      <w:marBottom w:val="0"/>
      <w:divBdr>
        <w:top w:val="none" w:sz="0" w:space="0" w:color="auto"/>
        <w:left w:val="none" w:sz="0" w:space="0" w:color="auto"/>
        <w:bottom w:val="none" w:sz="0" w:space="0" w:color="auto"/>
        <w:right w:val="none" w:sz="0" w:space="0" w:color="auto"/>
      </w:divBdr>
      <w:divsChild>
        <w:div w:id="351566077">
          <w:marLeft w:val="0"/>
          <w:marRight w:val="0"/>
          <w:marTop w:val="360"/>
          <w:marBottom w:val="180"/>
          <w:divBdr>
            <w:top w:val="none" w:sz="0" w:space="0" w:color="auto"/>
            <w:left w:val="none" w:sz="0" w:space="0" w:color="auto"/>
            <w:bottom w:val="none" w:sz="0" w:space="0" w:color="auto"/>
            <w:right w:val="none" w:sz="0" w:space="0" w:color="auto"/>
          </w:divBdr>
        </w:div>
      </w:divsChild>
    </w:div>
    <w:div w:id="865487336">
      <w:bodyDiv w:val="1"/>
      <w:marLeft w:val="0"/>
      <w:marRight w:val="0"/>
      <w:marTop w:val="0"/>
      <w:marBottom w:val="0"/>
      <w:divBdr>
        <w:top w:val="none" w:sz="0" w:space="0" w:color="auto"/>
        <w:left w:val="none" w:sz="0" w:space="0" w:color="auto"/>
        <w:bottom w:val="none" w:sz="0" w:space="0" w:color="auto"/>
        <w:right w:val="none" w:sz="0" w:space="0" w:color="auto"/>
      </w:divBdr>
    </w:div>
    <w:div w:id="934358706">
      <w:bodyDiv w:val="1"/>
      <w:marLeft w:val="0"/>
      <w:marRight w:val="0"/>
      <w:marTop w:val="0"/>
      <w:marBottom w:val="0"/>
      <w:divBdr>
        <w:top w:val="none" w:sz="0" w:space="0" w:color="auto"/>
        <w:left w:val="none" w:sz="0" w:space="0" w:color="auto"/>
        <w:bottom w:val="none" w:sz="0" w:space="0" w:color="auto"/>
        <w:right w:val="none" w:sz="0" w:space="0" w:color="auto"/>
      </w:divBdr>
      <w:divsChild>
        <w:div w:id="315574512">
          <w:marLeft w:val="0"/>
          <w:marRight w:val="0"/>
          <w:marTop w:val="180"/>
          <w:marBottom w:val="240"/>
          <w:divBdr>
            <w:top w:val="none" w:sz="0" w:space="0" w:color="auto"/>
            <w:left w:val="none" w:sz="0" w:space="0" w:color="auto"/>
            <w:bottom w:val="none" w:sz="0" w:space="0" w:color="auto"/>
            <w:right w:val="none" w:sz="0" w:space="0" w:color="auto"/>
          </w:divBdr>
        </w:div>
        <w:div w:id="1877279007">
          <w:marLeft w:val="0"/>
          <w:marRight w:val="0"/>
          <w:marTop w:val="180"/>
          <w:marBottom w:val="240"/>
          <w:divBdr>
            <w:top w:val="none" w:sz="0" w:space="0" w:color="auto"/>
            <w:left w:val="none" w:sz="0" w:space="0" w:color="auto"/>
            <w:bottom w:val="none" w:sz="0" w:space="0" w:color="auto"/>
            <w:right w:val="none" w:sz="0" w:space="0" w:color="auto"/>
          </w:divBdr>
        </w:div>
        <w:div w:id="1883907488">
          <w:marLeft w:val="0"/>
          <w:marRight w:val="0"/>
          <w:marTop w:val="180"/>
          <w:marBottom w:val="240"/>
          <w:divBdr>
            <w:top w:val="none" w:sz="0" w:space="0" w:color="auto"/>
            <w:left w:val="none" w:sz="0" w:space="0" w:color="auto"/>
            <w:bottom w:val="none" w:sz="0" w:space="0" w:color="auto"/>
            <w:right w:val="none" w:sz="0" w:space="0" w:color="auto"/>
          </w:divBdr>
        </w:div>
        <w:div w:id="2034454973">
          <w:marLeft w:val="0"/>
          <w:marRight w:val="0"/>
          <w:marTop w:val="180"/>
          <w:marBottom w:val="240"/>
          <w:divBdr>
            <w:top w:val="none" w:sz="0" w:space="0" w:color="auto"/>
            <w:left w:val="none" w:sz="0" w:space="0" w:color="auto"/>
            <w:bottom w:val="none" w:sz="0" w:space="0" w:color="auto"/>
            <w:right w:val="none" w:sz="0" w:space="0" w:color="auto"/>
          </w:divBdr>
        </w:div>
      </w:divsChild>
    </w:div>
    <w:div w:id="969088209">
      <w:bodyDiv w:val="1"/>
      <w:marLeft w:val="0"/>
      <w:marRight w:val="0"/>
      <w:marTop w:val="0"/>
      <w:marBottom w:val="0"/>
      <w:divBdr>
        <w:top w:val="none" w:sz="0" w:space="0" w:color="auto"/>
        <w:left w:val="none" w:sz="0" w:space="0" w:color="auto"/>
        <w:bottom w:val="none" w:sz="0" w:space="0" w:color="auto"/>
        <w:right w:val="none" w:sz="0" w:space="0" w:color="auto"/>
      </w:divBdr>
      <w:divsChild>
        <w:div w:id="834802059">
          <w:marLeft w:val="0"/>
          <w:marRight w:val="0"/>
          <w:marTop w:val="180"/>
          <w:marBottom w:val="240"/>
          <w:divBdr>
            <w:top w:val="none" w:sz="0" w:space="0" w:color="auto"/>
            <w:left w:val="none" w:sz="0" w:space="0" w:color="auto"/>
            <w:bottom w:val="none" w:sz="0" w:space="0" w:color="auto"/>
            <w:right w:val="none" w:sz="0" w:space="0" w:color="auto"/>
          </w:divBdr>
        </w:div>
        <w:div w:id="468982360">
          <w:marLeft w:val="0"/>
          <w:marRight w:val="0"/>
          <w:marTop w:val="180"/>
          <w:marBottom w:val="240"/>
          <w:divBdr>
            <w:top w:val="none" w:sz="0" w:space="0" w:color="auto"/>
            <w:left w:val="none" w:sz="0" w:space="0" w:color="auto"/>
            <w:bottom w:val="none" w:sz="0" w:space="0" w:color="auto"/>
            <w:right w:val="none" w:sz="0" w:space="0" w:color="auto"/>
          </w:divBdr>
        </w:div>
      </w:divsChild>
    </w:div>
    <w:div w:id="975186181">
      <w:bodyDiv w:val="1"/>
      <w:marLeft w:val="0"/>
      <w:marRight w:val="0"/>
      <w:marTop w:val="0"/>
      <w:marBottom w:val="0"/>
      <w:divBdr>
        <w:top w:val="none" w:sz="0" w:space="0" w:color="auto"/>
        <w:left w:val="none" w:sz="0" w:space="0" w:color="auto"/>
        <w:bottom w:val="none" w:sz="0" w:space="0" w:color="auto"/>
        <w:right w:val="none" w:sz="0" w:space="0" w:color="auto"/>
      </w:divBdr>
      <w:divsChild>
        <w:div w:id="1493331771">
          <w:marLeft w:val="0"/>
          <w:marRight w:val="0"/>
          <w:marTop w:val="180"/>
          <w:marBottom w:val="240"/>
          <w:divBdr>
            <w:top w:val="none" w:sz="0" w:space="0" w:color="auto"/>
            <w:left w:val="none" w:sz="0" w:space="0" w:color="auto"/>
            <w:bottom w:val="none" w:sz="0" w:space="0" w:color="auto"/>
            <w:right w:val="none" w:sz="0" w:space="0" w:color="auto"/>
          </w:divBdr>
        </w:div>
        <w:div w:id="1676688029">
          <w:marLeft w:val="0"/>
          <w:marRight w:val="0"/>
          <w:marTop w:val="180"/>
          <w:marBottom w:val="240"/>
          <w:divBdr>
            <w:top w:val="none" w:sz="0" w:space="0" w:color="auto"/>
            <w:left w:val="none" w:sz="0" w:space="0" w:color="auto"/>
            <w:bottom w:val="none" w:sz="0" w:space="0" w:color="auto"/>
            <w:right w:val="none" w:sz="0" w:space="0" w:color="auto"/>
          </w:divBdr>
        </w:div>
      </w:divsChild>
    </w:div>
    <w:div w:id="1054737162">
      <w:bodyDiv w:val="1"/>
      <w:marLeft w:val="0"/>
      <w:marRight w:val="0"/>
      <w:marTop w:val="0"/>
      <w:marBottom w:val="0"/>
      <w:divBdr>
        <w:top w:val="none" w:sz="0" w:space="0" w:color="auto"/>
        <w:left w:val="none" w:sz="0" w:space="0" w:color="auto"/>
        <w:bottom w:val="none" w:sz="0" w:space="0" w:color="auto"/>
        <w:right w:val="none" w:sz="0" w:space="0" w:color="auto"/>
      </w:divBdr>
    </w:div>
    <w:div w:id="1112551355">
      <w:bodyDiv w:val="1"/>
      <w:marLeft w:val="0"/>
      <w:marRight w:val="0"/>
      <w:marTop w:val="0"/>
      <w:marBottom w:val="0"/>
      <w:divBdr>
        <w:top w:val="none" w:sz="0" w:space="0" w:color="auto"/>
        <w:left w:val="none" w:sz="0" w:space="0" w:color="auto"/>
        <w:bottom w:val="none" w:sz="0" w:space="0" w:color="auto"/>
        <w:right w:val="none" w:sz="0" w:space="0" w:color="auto"/>
      </w:divBdr>
      <w:divsChild>
        <w:div w:id="1060787818">
          <w:marLeft w:val="0"/>
          <w:marRight w:val="0"/>
          <w:marTop w:val="0"/>
          <w:marBottom w:val="0"/>
          <w:divBdr>
            <w:top w:val="none" w:sz="0" w:space="0" w:color="auto"/>
            <w:left w:val="none" w:sz="0" w:space="0" w:color="auto"/>
            <w:bottom w:val="none" w:sz="0" w:space="0" w:color="auto"/>
            <w:right w:val="none" w:sz="0" w:space="0" w:color="auto"/>
          </w:divBdr>
          <w:divsChild>
            <w:div w:id="286474666">
              <w:marLeft w:val="0"/>
              <w:marRight w:val="0"/>
              <w:marTop w:val="0"/>
              <w:marBottom w:val="0"/>
              <w:divBdr>
                <w:top w:val="none" w:sz="0" w:space="0" w:color="auto"/>
                <w:left w:val="none" w:sz="0" w:space="0" w:color="auto"/>
                <w:bottom w:val="none" w:sz="0" w:space="0" w:color="auto"/>
                <w:right w:val="none" w:sz="0" w:space="0" w:color="auto"/>
              </w:divBdr>
              <w:divsChild>
                <w:div w:id="492068152">
                  <w:marLeft w:val="0"/>
                  <w:marRight w:val="0"/>
                  <w:marTop w:val="0"/>
                  <w:marBottom w:val="0"/>
                  <w:divBdr>
                    <w:top w:val="none" w:sz="0" w:space="0" w:color="auto"/>
                    <w:left w:val="none" w:sz="0" w:space="0" w:color="auto"/>
                    <w:bottom w:val="none" w:sz="0" w:space="0" w:color="auto"/>
                    <w:right w:val="none" w:sz="0" w:space="0" w:color="auto"/>
                  </w:divBdr>
                  <w:divsChild>
                    <w:div w:id="1846630607">
                      <w:marLeft w:val="0"/>
                      <w:marRight w:val="0"/>
                      <w:marTop w:val="0"/>
                      <w:marBottom w:val="0"/>
                      <w:divBdr>
                        <w:top w:val="none" w:sz="0" w:space="0" w:color="auto"/>
                        <w:left w:val="none" w:sz="0" w:space="0" w:color="auto"/>
                        <w:bottom w:val="none" w:sz="0" w:space="0" w:color="auto"/>
                        <w:right w:val="none" w:sz="0" w:space="0" w:color="auto"/>
                      </w:divBdr>
                      <w:divsChild>
                        <w:div w:id="1507599165">
                          <w:marLeft w:val="0"/>
                          <w:marRight w:val="0"/>
                          <w:marTop w:val="0"/>
                          <w:marBottom w:val="0"/>
                          <w:divBdr>
                            <w:top w:val="none" w:sz="0" w:space="0" w:color="auto"/>
                            <w:left w:val="none" w:sz="0" w:space="0" w:color="auto"/>
                            <w:bottom w:val="none" w:sz="0" w:space="0" w:color="auto"/>
                            <w:right w:val="none" w:sz="0" w:space="0" w:color="auto"/>
                          </w:divBdr>
                          <w:divsChild>
                            <w:div w:id="32309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621810">
                  <w:marLeft w:val="0"/>
                  <w:marRight w:val="0"/>
                  <w:marTop w:val="0"/>
                  <w:marBottom w:val="0"/>
                  <w:divBdr>
                    <w:top w:val="none" w:sz="0" w:space="0" w:color="auto"/>
                    <w:left w:val="none" w:sz="0" w:space="0" w:color="auto"/>
                    <w:bottom w:val="none" w:sz="0" w:space="0" w:color="auto"/>
                    <w:right w:val="none" w:sz="0" w:space="0" w:color="auto"/>
                  </w:divBdr>
                  <w:divsChild>
                    <w:div w:id="300504738">
                      <w:marLeft w:val="0"/>
                      <w:marRight w:val="0"/>
                      <w:marTop w:val="0"/>
                      <w:marBottom w:val="0"/>
                      <w:divBdr>
                        <w:top w:val="none" w:sz="0" w:space="0" w:color="auto"/>
                        <w:left w:val="none" w:sz="0" w:space="0" w:color="auto"/>
                        <w:bottom w:val="none" w:sz="0" w:space="0" w:color="auto"/>
                        <w:right w:val="none" w:sz="0" w:space="0" w:color="auto"/>
                      </w:divBdr>
                      <w:divsChild>
                        <w:div w:id="241647891">
                          <w:marLeft w:val="0"/>
                          <w:marRight w:val="0"/>
                          <w:marTop w:val="0"/>
                          <w:marBottom w:val="0"/>
                          <w:divBdr>
                            <w:top w:val="none" w:sz="0" w:space="0" w:color="auto"/>
                            <w:left w:val="none" w:sz="0" w:space="0" w:color="auto"/>
                            <w:bottom w:val="none" w:sz="0" w:space="0" w:color="auto"/>
                            <w:right w:val="none" w:sz="0" w:space="0" w:color="auto"/>
                          </w:divBdr>
                          <w:divsChild>
                            <w:div w:id="736173889">
                              <w:marLeft w:val="0"/>
                              <w:marRight w:val="0"/>
                              <w:marTop w:val="0"/>
                              <w:marBottom w:val="0"/>
                              <w:divBdr>
                                <w:top w:val="none" w:sz="0" w:space="0" w:color="auto"/>
                                <w:left w:val="none" w:sz="0" w:space="0" w:color="auto"/>
                                <w:bottom w:val="none" w:sz="0" w:space="0" w:color="auto"/>
                                <w:right w:val="none" w:sz="0" w:space="0" w:color="auto"/>
                              </w:divBdr>
                              <w:divsChild>
                                <w:div w:id="726225994">
                                  <w:marLeft w:val="0"/>
                                  <w:marRight w:val="0"/>
                                  <w:marTop w:val="0"/>
                                  <w:marBottom w:val="0"/>
                                  <w:divBdr>
                                    <w:top w:val="single" w:sz="6" w:space="0" w:color="DADADA"/>
                                    <w:left w:val="single" w:sz="6" w:space="0" w:color="DADADA"/>
                                    <w:bottom w:val="single" w:sz="6" w:space="0" w:color="DADADA"/>
                                    <w:right w:val="single" w:sz="6" w:space="0" w:color="DADADA"/>
                                  </w:divBdr>
                                  <w:divsChild>
                                    <w:div w:id="242498272">
                                      <w:marLeft w:val="0"/>
                                      <w:marRight w:val="0"/>
                                      <w:marTop w:val="0"/>
                                      <w:marBottom w:val="0"/>
                                      <w:divBdr>
                                        <w:top w:val="none" w:sz="0" w:space="0" w:color="auto"/>
                                        <w:left w:val="none" w:sz="0" w:space="0" w:color="auto"/>
                                        <w:bottom w:val="none" w:sz="0" w:space="0" w:color="auto"/>
                                        <w:right w:val="none" w:sz="0" w:space="0" w:color="auto"/>
                                      </w:divBdr>
                                      <w:divsChild>
                                        <w:div w:id="1325740077">
                                          <w:marLeft w:val="0"/>
                                          <w:marRight w:val="0"/>
                                          <w:marTop w:val="0"/>
                                          <w:marBottom w:val="0"/>
                                          <w:divBdr>
                                            <w:top w:val="none" w:sz="0" w:space="0" w:color="auto"/>
                                            <w:left w:val="none" w:sz="0" w:space="0" w:color="auto"/>
                                            <w:bottom w:val="none" w:sz="0" w:space="0" w:color="auto"/>
                                            <w:right w:val="none" w:sz="0" w:space="0" w:color="auto"/>
                                          </w:divBdr>
                                          <w:divsChild>
                                            <w:div w:id="429857319">
                                              <w:marLeft w:val="0"/>
                                              <w:marRight w:val="0"/>
                                              <w:marTop w:val="0"/>
                                              <w:marBottom w:val="0"/>
                                              <w:divBdr>
                                                <w:top w:val="none" w:sz="0" w:space="0" w:color="auto"/>
                                                <w:left w:val="none" w:sz="0" w:space="0" w:color="auto"/>
                                                <w:bottom w:val="none" w:sz="0" w:space="0" w:color="auto"/>
                                                <w:right w:val="none" w:sz="0" w:space="0" w:color="auto"/>
                                              </w:divBdr>
                                              <w:divsChild>
                                                <w:div w:id="1778215317">
                                                  <w:marLeft w:val="0"/>
                                                  <w:marRight w:val="0"/>
                                                  <w:marTop w:val="0"/>
                                                  <w:marBottom w:val="0"/>
                                                  <w:divBdr>
                                                    <w:top w:val="none" w:sz="0" w:space="0" w:color="auto"/>
                                                    <w:left w:val="none" w:sz="0" w:space="0" w:color="auto"/>
                                                    <w:bottom w:val="none" w:sz="0" w:space="0" w:color="auto"/>
                                                    <w:right w:val="none" w:sz="0" w:space="0" w:color="auto"/>
                                                  </w:divBdr>
                                                  <w:divsChild>
                                                    <w:div w:id="887911021">
                                                      <w:marLeft w:val="120"/>
                                                      <w:marRight w:val="0"/>
                                                      <w:marTop w:val="0"/>
                                                      <w:marBottom w:val="0"/>
                                                      <w:divBdr>
                                                        <w:top w:val="none" w:sz="0" w:space="0" w:color="auto"/>
                                                        <w:left w:val="none" w:sz="0" w:space="0" w:color="auto"/>
                                                        <w:bottom w:val="none" w:sz="0" w:space="0" w:color="auto"/>
                                                        <w:right w:val="none" w:sz="0" w:space="0" w:color="auto"/>
                                                      </w:divBdr>
                                                      <w:divsChild>
                                                        <w:div w:id="1727100040">
                                                          <w:marLeft w:val="0"/>
                                                          <w:marRight w:val="0"/>
                                                          <w:marTop w:val="0"/>
                                                          <w:marBottom w:val="0"/>
                                                          <w:divBdr>
                                                            <w:top w:val="none" w:sz="0" w:space="0" w:color="auto"/>
                                                            <w:left w:val="none" w:sz="0" w:space="0" w:color="auto"/>
                                                            <w:bottom w:val="none" w:sz="0" w:space="0" w:color="auto"/>
                                                            <w:right w:val="none" w:sz="0" w:space="0" w:color="auto"/>
                                                          </w:divBdr>
                                                          <w:divsChild>
                                                            <w:div w:id="164784638">
                                                              <w:marLeft w:val="0"/>
                                                              <w:marRight w:val="0"/>
                                                              <w:marTop w:val="0"/>
                                                              <w:marBottom w:val="0"/>
                                                              <w:divBdr>
                                                                <w:top w:val="none" w:sz="0" w:space="0" w:color="auto"/>
                                                                <w:left w:val="none" w:sz="0" w:space="0" w:color="auto"/>
                                                                <w:bottom w:val="none" w:sz="0" w:space="0" w:color="auto"/>
                                                                <w:right w:val="none" w:sz="0" w:space="0" w:color="auto"/>
                                                              </w:divBdr>
                                                              <w:divsChild>
                                                                <w:div w:id="811024302">
                                                                  <w:marLeft w:val="0"/>
                                                                  <w:marRight w:val="0"/>
                                                                  <w:marTop w:val="0"/>
                                                                  <w:marBottom w:val="0"/>
                                                                  <w:divBdr>
                                                                    <w:top w:val="none" w:sz="0" w:space="0" w:color="auto"/>
                                                                    <w:left w:val="none" w:sz="0" w:space="0" w:color="auto"/>
                                                                    <w:bottom w:val="none" w:sz="0" w:space="0" w:color="auto"/>
                                                                    <w:right w:val="none" w:sz="0" w:space="0" w:color="auto"/>
                                                                  </w:divBdr>
                                                                  <w:divsChild>
                                                                    <w:div w:id="110161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7650412">
                                          <w:marLeft w:val="0"/>
                                          <w:marRight w:val="0"/>
                                          <w:marTop w:val="0"/>
                                          <w:marBottom w:val="0"/>
                                          <w:divBdr>
                                            <w:top w:val="none" w:sz="0" w:space="0" w:color="auto"/>
                                            <w:left w:val="none" w:sz="0" w:space="0" w:color="auto"/>
                                            <w:bottom w:val="none" w:sz="0" w:space="0" w:color="auto"/>
                                            <w:right w:val="none" w:sz="0" w:space="0" w:color="auto"/>
                                          </w:divBdr>
                                          <w:divsChild>
                                            <w:div w:id="142167512">
                                              <w:marLeft w:val="0"/>
                                              <w:marRight w:val="0"/>
                                              <w:marTop w:val="0"/>
                                              <w:marBottom w:val="0"/>
                                              <w:divBdr>
                                                <w:top w:val="none" w:sz="0" w:space="0" w:color="auto"/>
                                                <w:left w:val="none" w:sz="0" w:space="0" w:color="auto"/>
                                                <w:bottom w:val="none" w:sz="0" w:space="0" w:color="auto"/>
                                                <w:right w:val="none" w:sz="0" w:space="0" w:color="auto"/>
                                              </w:divBdr>
                                              <w:divsChild>
                                                <w:div w:id="1645811357">
                                                  <w:marLeft w:val="0"/>
                                                  <w:marRight w:val="0"/>
                                                  <w:marTop w:val="0"/>
                                                  <w:marBottom w:val="360"/>
                                                  <w:divBdr>
                                                    <w:top w:val="none" w:sz="0" w:space="0" w:color="auto"/>
                                                    <w:left w:val="none" w:sz="0" w:space="0" w:color="auto"/>
                                                    <w:bottom w:val="none" w:sz="0" w:space="0" w:color="auto"/>
                                                    <w:right w:val="none" w:sz="0" w:space="0" w:color="auto"/>
                                                  </w:divBdr>
                                                  <w:divsChild>
                                                    <w:div w:id="309674078">
                                                      <w:marLeft w:val="0"/>
                                                      <w:marRight w:val="0"/>
                                                      <w:marTop w:val="0"/>
                                                      <w:marBottom w:val="0"/>
                                                      <w:divBdr>
                                                        <w:top w:val="none" w:sz="0" w:space="0" w:color="auto"/>
                                                        <w:left w:val="none" w:sz="0" w:space="0" w:color="auto"/>
                                                        <w:bottom w:val="none" w:sz="0" w:space="0" w:color="auto"/>
                                                        <w:right w:val="none" w:sz="0" w:space="0" w:color="auto"/>
                                                      </w:divBdr>
                                                      <w:divsChild>
                                                        <w:div w:id="1687706424">
                                                          <w:marLeft w:val="0"/>
                                                          <w:marRight w:val="0"/>
                                                          <w:marTop w:val="0"/>
                                                          <w:marBottom w:val="0"/>
                                                          <w:divBdr>
                                                            <w:top w:val="none" w:sz="0" w:space="0" w:color="auto"/>
                                                            <w:left w:val="none" w:sz="0" w:space="0" w:color="auto"/>
                                                            <w:bottom w:val="none" w:sz="0" w:space="0" w:color="auto"/>
                                                            <w:right w:val="none" w:sz="0" w:space="0" w:color="auto"/>
                                                          </w:divBdr>
                                                          <w:divsChild>
                                                            <w:div w:id="1179275526">
                                                              <w:marLeft w:val="0"/>
                                                              <w:marRight w:val="360"/>
                                                              <w:marTop w:val="0"/>
                                                              <w:marBottom w:val="0"/>
                                                              <w:divBdr>
                                                                <w:top w:val="none" w:sz="0" w:space="0" w:color="auto"/>
                                                                <w:left w:val="none" w:sz="0" w:space="0" w:color="auto"/>
                                                                <w:bottom w:val="none" w:sz="0" w:space="0" w:color="auto"/>
                                                                <w:right w:val="none" w:sz="0" w:space="0" w:color="auto"/>
                                                              </w:divBdr>
                                                              <w:divsChild>
                                                                <w:div w:id="108706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46130470">
                      <w:marLeft w:val="0"/>
                      <w:marRight w:val="0"/>
                      <w:marTop w:val="0"/>
                      <w:marBottom w:val="0"/>
                      <w:divBdr>
                        <w:top w:val="none" w:sz="0" w:space="0" w:color="auto"/>
                        <w:left w:val="none" w:sz="0" w:space="0" w:color="auto"/>
                        <w:bottom w:val="none" w:sz="0" w:space="0" w:color="auto"/>
                        <w:right w:val="none" w:sz="0" w:space="0" w:color="auto"/>
                      </w:divBdr>
                      <w:divsChild>
                        <w:div w:id="572396266">
                          <w:marLeft w:val="0"/>
                          <w:marRight w:val="0"/>
                          <w:marTop w:val="0"/>
                          <w:marBottom w:val="0"/>
                          <w:divBdr>
                            <w:top w:val="none" w:sz="0" w:space="0" w:color="auto"/>
                            <w:left w:val="none" w:sz="0" w:space="0" w:color="auto"/>
                            <w:bottom w:val="none" w:sz="0" w:space="0" w:color="auto"/>
                            <w:right w:val="none" w:sz="0" w:space="0" w:color="auto"/>
                          </w:divBdr>
                          <w:divsChild>
                            <w:div w:id="968172123">
                              <w:marLeft w:val="0"/>
                              <w:marRight w:val="0"/>
                              <w:marTop w:val="0"/>
                              <w:marBottom w:val="0"/>
                              <w:divBdr>
                                <w:top w:val="none" w:sz="0" w:space="0" w:color="auto"/>
                                <w:left w:val="none" w:sz="0" w:space="0" w:color="auto"/>
                                <w:bottom w:val="none" w:sz="0" w:space="0" w:color="auto"/>
                                <w:right w:val="none" w:sz="0" w:space="0" w:color="auto"/>
                              </w:divBdr>
                              <w:divsChild>
                                <w:div w:id="963192035">
                                  <w:marLeft w:val="0"/>
                                  <w:marRight w:val="0"/>
                                  <w:marTop w:val="0"/>
                                  <w:marBottom w:val="0"/>
                                  <w:divBdr>
                                    <w:top w:val="single" w:sz="6" w:space="0" w:color="DADADA"/>
                                    <w:left w:val="single" w:sz="6" w:space="0" w:color="DADADA"/>
                                    <w:bottom w:val="single" w:sz="6" w:space="0" w:color="DADADA"/>
                                    <w:right w:val="single" w:sz="6" w:space="0" w:color="DADADA"/>
                                  </w:divBdr>
                                  <w:divsChild>
                                    <w:div w:id="1900899027">
                                      <w:marLeft w:val="0"/>
                                      <w:marRight w:val="0"/>
                                      <w:marTop w:val="0"/>
                                      <w:marBottom w:val="0"/>
                                      <w:divBdr>
                                        <w:top w:val="none" w:sz="0" w:space="0" w:color="auto"/>
                                        <w:left w:val="none" w:sz="0" w:space="0" w:color="auto"/>
                                        <w:bottom w:val="none" w:sz="0" w:space="0" w:color="auto"/>
                                        <w:right w:val="none" w:sz="0" w:space="0" w:color="auto"/>
                                      </w:divBdr>
                                      <w:divsChild>
                                        <w:div w:id="1197693367">
                                          <w:marLeft w:val="0"/>
                                          <w:marRight w:val="0"/>
                                          <w:marTop w:val="0"/>
                                          <w:marBottom w:val="0"/>
                                          <w:divBdr>
                                            <w:top w:val="none" w:sz="0" w:space="0" w:color="auto"/>
                                            <w:left w:val="none" w:sz="0" w:space="0" w:color="auto"/>
                                            <w:bottom w:val="none" w:sz="0" w:space="0" w:color="auto"/>
                                            <w:right w:val="none" w:sz="0" w:space="0" w:color="auto"/>
                                          </w:divBdr>
                                          <w:divsChild>
                                            <w:div w:id="1314455844">
                                              <w:marLeft w:val="0"/>
                                              <w:marRight w:val="0"/>
                                              <w:marTop w:val="0"/>
                                              <w:marBottom w:val="0"/>
                                              <w:divBdr>
                                                <w:top w:val="none" w:sz="0" w:space="0" w:color="auto"/>
                                                <w:left w:val="none" w:sz="0" w:space="0" w:color="auto"/>
                                                <w:bottom w:val="none" w:sz="0" w:space="0" w:color="auto"/>
                                                <w:right w:val="none" w:sz="0" w:space="0" w:color="auto"/>
                                              </w:divBdr>
                                              <w:divsChild>
                                                <w:div w:id="1760448079">
                                                  <w:marLeft w:val="0"/>
                                                  <w:marRight w:val="0"/>
                                                  <w:marTop w:val="0"/>
                                                  <w:marBottom w:val="0"/>
                                                  <w:divBdr>
                                                    <w:top w:val="none" w:sz="0" w:space="0" w:color="auto"/>
                                                    <w:left w:val="none" w:sz="0" w:space="0" w:color="auto"/>
                                                    <w:bottom w:val="none" w:sz="0" w:space="0" w:color="auto"/>
                                                    <w:right w:val="none" w:sz="0" w:space="0" w:color="auto"/>
                                                  </w:divBdr>
                                                  <w:divsChild>
                                                    <w:div w:id="421490151">
                                                      <w:marLeft w:val="120"/>
                                                      <w:marRight w:val="0"/>
                                                      <w:marTop w:val="0"/>
                                                      <w:marBottom w:val="0"/>
                                                      <w:divBdr>
                                                        <w:top w:val="none" w:sz="0" w:space="0" w:color="auto"/>
                                                        <w:left w:val="none" w:sz="0" w:space="0" w:color="auto"/>
                                                        <w:bottom w:val="none" w:sz="0" w:space="0" w:color="auto"/>
                                                        <w:right w:val="none" w:sz="0" w:space="0" w:color="auto"/>
                                                      </w:divBdr>
                                                      <w:divsChild>
                                                        <w:div w:id="551845681">
                                                          <w:marLeft w:val="0"/>
                                                          <w:marRight w:val="0"/>
                                                          <w:marTop w:val="0"/>
                                                          <w:marBottom w:val="0"/>
                                                          <w:divBdr>
                                                            <w:top w:val="none" w:sz="0" w:space="0" w:color="auto"/>
                                                            <w:left w:val="none" w:sz="0" w:space="0" w:color="auto"/>
                                                            <w:bottom w:val="none" w:sz="0" w:space="0" w:color="auto"/>
                                                            <w:right w:val="none" w:sz="0" w:space="0" w:color="auto"/>
                                                          </w:divBdr>
                                                          <w:divsChild>
                                                            <w:div w:id="1862741086">
                                                              <w:marLeft w:val="0"/>
                                                              <w:marRight w:val="0"/>
                                                              <w:marTop w:val="0"/>
                                                              <w:marBottom w:val="0"/>
                                                              <w:divBdr>
                                                                <w:top w:val="none" w:sz="0" w:space="0" w:color="auto"/>
                                                                <w:left w:val="none" w:sz="0" w:space="0" w:color="auto"/>
                                                                <w:bottom w:val="none" w:sz="0" w:space="0" w:color="auto"/>
                                                                <w:right w:val="none" w:sz="0" w:space="0" w:color="auto"/>
                                                              </w:divBdr>
                                                              <w:divsChild>
                                                                <w:div w:id="1039354211">
                                                                  <w:marLeft w:val="0"/>
                                                                  <w:marRight w:val="0"/>
                                                                  <w:marTop w:val="0"/>
                                                                  <w:marBottom w:val="0"/>
                                                                  <w:divBdr>
                                                                    <w:top w:val="none" w:sz="0" w:space="0" w:color="auto"/>
                                                                    <w:left w:val="none" w:sz="0" w:space="0" w:color="auto"/>
                                                                    <w:bottom w:val="none" w:sz="0" w:space="0" w:color="auto"/>
                                                                    <w:right w:val="none" w:sz="0" w:space="0" w:color="auto"/>
                                                                  </w:divBdr>
                                                                  <w:divsChild>
                                                                    <w:div w:id="39544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3197255">
                      <w:marLeft w:val="0"/>
                      <w:marRight w:val="0"/>
                      <w:marTop w:val="0"/>
                      <w:marBottom w:val="0"/>
                      <w:divBdr>
                        <w:top w:val="none" w:sz="0" w:space="0" w:color="auto"/>
                        <w:left w:val="none" w:sz="0" w:space="0" w:color="auto"/>
                        <w:bottom w:val="none" w:sz="0" w:space="0" w:color="auto"/>
                        <w:right w:val="none" w:sz="0" w:space="0" w:color="auto"/>
                      </w:divBdr>
                      <w:divsChild>
                        <w:div w:id="2093889822">
                          <w:marLeft w:val="0"/>
                          <w:marRight w:val="0"/>
                          <w:marTop w:val="0"/>
                          <w:marBottom w:val="0"/>
                          <w:divBdr>
                            <w:top w:val="none" w:sz="0" w:space="0" w:color="auto"/>
                            <w:left w:val="none" w:sz="0" w:space="0" w:color="auto"/>
                            <w:bottom w:val="none" w:sz="0" w:space="0" w:color="auto"/>
                            <w:right w:val="none" w:sz="0" w:space="0" w:color="auto"/>
                          </w:divBdr>
                          <w:divsChild>
                            <w:div w:id="1038431285">
                              <w:marLeft w:val="0"/>
                              <w:marRight w:val="0"/>
                              <w:marTop w:val="0"/>
                              <w:marBottom w:val="0"/>
                              <w:divBdr>
                                <w:top w:val="none" w:sz="0" w:space="0" w:color="auto"/>
                                <w:left w:val="none" w:sz="0" w:space="0" w:color="auto"/>
                                <w:bottom w:val="none" w:sz="0" w:space="0" w:color="auto"/>
                                <w:right w:val="none" w:sz="0" w:space="0" w:color="auto"/>
                              </w:divBdr>
                              <w:divsChild>
                                <w:div w:id="835419877">
                                  <w:marLeft w:val="0"/>
                                  <w:marRight w:val="0"/>
                                  <w:marTop w:val="0"/>
                                  <w:marBottom w:val="0"/>
                                  <w:divBdr>
                                    <w:top w:val="single" w:sz="6" w:space="0" w:color="DADADA"/>
                                    <w:left w:val="single" w:sz="6" w:space="0" w:color="DADADA"/>
                                    <w:bottom w:val="single" w:sz="6" w:space="0" w:color="DADADA"/>
                                    <w:right w:val="single" w:sz="6" w:space="0" w:color="DADADA"/>
                                  </w:divBdr>
                                  <w:divsChild>
                                    <w:div w:id="665128685">
                                      <w:marLeft w:val="0"/>
                                      <w:marRight w:val="0"/>
                                      <w:marTop w:val="0"/>
                                      <w:marBottom w:val="0"/>
                                      <w:divBdr>
                                        <w:top w:val="none" w:sz="0" w:space="0" w:color="auto"/>
                                        <w:left w:val="none" w:sz="0" w:space="0" w:color="auto"/>
                                        <w:bottom w:val="none" w:sz="0" w:space="0" w:color="auto"/>
                                        <w:right w:val="none" w:sz="0" w:space="0" w:color="auto"/>
                                      </w:divBdr>
                                      <w:divsChild>
                                        <w:div w:id="88933190">
                                          <w:marLeft w:val="0"/>
                                          <w:marRight w:val="0"/>
                                          <w:marTop w:val="0"/>
                                          <w:marBottom w:val="0"/>
                                          <w:divBdr>
                                            <w:top w:val="none" w:sz="0" w:space="0" w:color="auto"/>
                                            <w:left w:val="none" w:sz="0" w:space="0" w:color="auto"/>
                                            <w:bottom w:val="none" w:sz="0" w:space="0" w:color="auto"/>
                                            <w:right w:val="none" w:sz="0" w:space="0" w:color="auto"/>
                                          </w:divBdr>
                                          <w:divsChild>
                                            <w:div w:id="995760427">
                                              <w:marLeft w:val="0"/>
                                              <w:marRight w:val="0"/>
                                              <w:marTop w:val="0"/>
                                              <w:marBottom w:val="0"/>
                                              <w:divBdr>
                                                <w:top w:val="none" w:sz="0" w:space="0" w:color="auto"/>
                                                <w:left w:val="none" w:sz="0" w:space="0" w:color="auto"/>
                                                <w:bottom w:val="none" w:sz="0" w:space="0" w:color="auto"/>
                                                <w:right w:val="none" w:sz="0" w:space="0" w:color="auto"/>
                                              </w:divBdr>
                                              <w:divsChild>
                                                <w:div w:id="425613486">
                                                  <w:marLeft w:val="0"/>
                                                  <w:marRight w:val="0"/>
                                                  <w:marTop w:val="0"/>
                                                  <w:marBottom w:val="0"/>
                                                  <w:divBdr>
                                                    <w:top w:val="none" w:sz="0" w:space="0" w:color="auto"/>
                                                    <w:left w:val="none" w:sz="0" w:space="0" w:color="auto"/>
                                                    <w:bottom w:val="none" w:sz="0" w:space="0" w:color="auto"/>
                                                    <w:right w:val="none" w:sz="0" w:space="0" w:color="auto"/>
                                                  </w:divBdr>
                                                  <w:divsChild>
                                                    <w:div w:id="1406490227">
                                                      <w:marLeft w:val="120"/>
                                                      <w:marRight w:val="0"/>
                                                      <w:marTop w:val="0"/>
                                                      <w:marBottom w:val="0"/>
                                                      <w:divBdr>
                                                        <w:top w:val="none" w:sz="0" w:space="0" w:color="auto"/>
                                                        <w:left w:val="none" w:sz="0" w:space="0" w:color="auto"/>
                                                        <w:bottom w:val="none" w:sz="0" w:space="0" w:color="auto"/>
                                                        <w:right w:val="none" w:sz="0" w:space="0" w:color="auto"/>
                                                      </w:divBdr>
                                                      <w:divsChild>
                                                        <w:div w:id="1068840552">
                                                          <w:marLeft w:val="0"/>
                                                          <w:marRight w:val="0"/>
                                                          <w:marTop w:val="0"/>
                                                          <w:marBottom w:val="0"/>
                                                          <w:divBdr>
                                                            <w:top w:val="none" w:sz="0" w:space="0" w:color="auto"/>
                                                            <w:left w:val="none" w:sz="0" w:space="0" w:color="auto"/>
                                                            <w:bottom w:val="none" w:sz="0" w:space="0" w:color="auto"/>
                                                            <w:right w:val="none" w:sz="0" w:space="0" w:color="auto"/>
                                                          </w:divBdr>
                                                          <w:divsChild>
                                                            <w:div w:id="556822204">
                                                              <w:marLeft w:val="0"/>
                                                              <w:marRight w:val="0"/>
                                                              <w:marTop w:val="0"/>
                                                              <w:marBottom w:val="0"/>
                                                              <w:divBdr>
                                                                <w:top w:val="none" w:sz="0" w:space="0" w:color="auto"/>
                                                                <w:left w:val="none" w:sz="0" w:space="0" w:color="auto"/>
                                                                <w:bottom w:val="none" w:sz="0" w:space="0" w:color="auto"/>
                                                                <w:right w:val="none" w:sz="0" w:space="0" w:color="auto"/>
                                                              </w:divBdr>
                                                              <w:divsChild>
                                                                <w:div w:id="1336835248">
                                                                  <w:marLeft w:val="0"/>
                                                                  <w:marRight w:val="0"/>
                                                                  <w:marTop w:val="0"/>
                                                                  <w:marBottom w:val="0"/>
                                                                  <w:divBdr>
                                                                    <w:top w:val="none" w:sz="0" w:space="0" w:color="auto"/>
                                                                    <w:left w:val="none" w:sz="0" w:space="0" w:color="auto"/>
                                                                    <w:bottom w:val="none" w:sz="0" w:space="0" w:color="auto"/>
                                                                    <w:right w:val="none" w:sz="0" w:space="0" w:color="auto"/>
                                                                  </w:divBdr>
                                                                  <w:divsChild>
                                                                    <w:div w:id="37428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44708669">
                      <w:marLeft w:val="0"/>
                      <w:marRight w:val="0"/>
                      <w:marTop w:val="0"/>
                      <w:marBottom w:val="0"/>
                      <w:divBdr>
                        <w:top w:val="none" w:sz="0" w:space="0" w:color="auto"/>
                        <w:left w:val="none" w:sz="0" w:space="0" w:color="auto"/>
                        <w:bottom w:val="none" w:sz="0" w:space="0" w:color="auto"/>
                        <w:right w:val="none" w:sz="0" w:space="0" w:color="auto"/>
                      </w:divBdr>
                      <w:divsChild>
                        <w:div w:id="890338278">
                          <w:marLeft w:val="0"/>
                          <w:marRight w:val="0"/>
                          <w:marTop w:val="0"/>
                          <w:marBottom w:val="0"/>
                          <w:divBdr>
                            <w:top w:val="none" w:sz="0" w:space="0" w:color="auto"/>
                            <w:left w:val="none" w:sz="0" w:space="0" w:color="auto"/>
                            <w:bottom w:val="none" w:sz="0" w:space="0" w:color="auto"/>
                            <w:right w:val="none" w:sz="0" w:space="0" w:color="auto"/>
                          </w:divBdr>
                          <w:divsChild>
                            <w:div w:id="1408530679">
                              <w:marLeft w:val="0"/>
                              <w:marRight w:val="0"/>
                              <w:marTop w:val="0"/>
                              <w:marBottom w:val="0"/>
                              <w:divBdr>
                                <w:top w:val="none" w:sz="0" w:space="0" w:color="auto"/>
                                <w:left w:val="none" w:sz="0" w:space="0" w:color="auto"/>
                                <w:bottom w:val="none" w:sz="0" w:space="0" w:color="auto"/>
                                <w:right w:val="none" w:sz="0" w:space="0" w:color="auto"/>
                              </w:divBdr>
                              <w:divsChild>
                                <w:div w:id="618608799">
                                  <w:marLeft w:val="0"/>
                                  <w:marRight w:val="0"/>
                                  <w:marTop w:val="0"/>
                                  <w:marBottom w:val="0"/>
                                  <w:divBdr>
                                    <w:top w:val="single" w:sz="6" w:space="0" w:color="DADADA"/>
                                    <w:left w:val="single" w:sz="6" w:space="0" w:color="DADADA"/>
                                    <w:bottom w:val="single" w:sz="6" w:space="0" w:color="DADADA"/>
                                    <w:right w:val="single" w:sz="6" w:space="0" w:color="DADADA"/>
                                  </w:divBdr>
                                  <w:divsChild>
                                    <w:div w:id="694690839">
                                      <w:marLeft w:val="0"/>
                                      <w:marRight w:val="0"/>
                                      <w:marTop w:val="0"/>
                                      <w:marBottom w:val="0"/>
                                      <w:divBdr>
                                        <w:top w:val="none" w:sz="0" w:space="0" w:color="auto"/>
                                        <w:left w:val="none" w:sz="0" w:space="0" w:color="auto"/>
                                        <w:bottom w:val="none" w:sz="0" w:space="0" w:color="auto"/>
                                        <w:right w:val="none" w:sz="0" w:space="0" w:color="auto"/>
                                      </w:divBdr>
                                      <w:divsChild>
                                        <w:div w:id="9109865">
                                          <w:marLeft w:val="0"/>
                                          <w:marRight w:val="0"/>
                                          <w:marTop w:val="0"/>
                                          <w:marBottom w:val="0"/>
                                          <w:divBdr>
                                            <w:top w:val="none" w:sz="0" w:space="0" w:color="auto"/>
                                            <w:left w:val="none" w:sz="0" w:space="0" w:color="auto"/>
                                            <w:bottom w:val="none" w:sz="0" w:space="0" w:color="auto"/>
                                            <w:right w:val="none" w:sz="0" w:space="0" w:color="auto"/>
                                          </w:divBdr>
                                          <w:divsChild>
                                            <w:div w:id="382365343">
                                              <w:marLeft w:val="0"/>
                                              <w:marRight w:val="0"/>
                                              <w:marTop w:val="0"/>
                                              <w:marBottom w:val="0"/>
                                              <w:divBdr>
                                                <w:top w:val="none" w:sz="0" w:space="0" w:color="auto"/>
                                                <w:left w:val="none" w:sz="0" w:space="0" w:color="auto"/>
                                                <w:bottom w:val="none" w:sz="0" w:space="0" w:color="auto"/>
                                                <w:right w:val="none" w:sz="0" w:space="0" w:color="auto"/>
                                              </w:divBdr>
                                              <w:divsChild>
                                                <w:div w:id="1826509603">
                                                  <w:marLeft w:val="0"/>
                                                  <w:marRight w:val="0"/>
                                                  <w:marTop w:val="0"/>
                                                  <w:marBottom w:val="0"/>
                                                  <w:divBdr>
                                                    <w:top w:val="none" w:sz="0" w:space="0" w:color="auto"/>
                                                    <w:left w:val="none" w:sz="0" w:space="0" w:color="auto"/>
                                                    <w:bottom w:val="none" w:sz="0" w:space="0" w:color="auto"/>
                                                    <w:right w:val="none" w:sz="0" w:space="0" w:color="auto"/>
                                                  </w:divBdr>
                                                  <w:divsChild>
                                                    <w:div w:id="2052724310">
                                                      <w:marLeft w:val="120"/>
                                                      <w:marRight w:val="0"/>
                                                      <w:marTop w:val="0"/>
                                                      <w:marBottom w:val="0"/>
                                                      <w:divBdr>
                                                        <w:top w:val="none" w:sz="0" w:space="0" w:color="auto"/>
                                                        <w:left w:val="none" w:sz="0" w:space="0" w:color="auto"/>
                                                        <w:bottom w:val="none" w:sz="0" w:space="0" w:color="auto"/>
                                                        <w:right w:val="none" w:sz="0" w:space="0" w:color="auto"/>
                                                      </w:divBdr>
                                                      <w:divsChild>
                                                        <w:div w:id="1285768814">
                                                          <w:marLeft w:val="0"/>
                                                          <w:marRight w:val="0"/>
                                                          <w:marTop w:val="0"/>
                                                          <w:marBottom w:val="0"/>
                                                          <w:divBdr>
                                                            <w:top w:val="none" w:sz="0" w:space="0" w:color="auto"/>
                                                            <w:left w:val="none" w:sz="0" w:space="0" w:color="auto"/>
                                                            <w:bottom w:val="none" w:sz="0" w:space="0" w:color="auto"/>
                                                            <w:right w:val="none" w:sz="0" w:space="0" w:color="auto"/>
                                                          </w:divBdr>
                                                          <w:divsChild>
                                                            <w:div w:id="1520043174">
                                                              <w:marLeft w:val="0"/>
                                                              <w:marRight w:val="0"/>
                                                              <w:marTop w:val="0"/>
                                                              <w:marBottom w:val="0"/>
                                                              <w:divBdr>
                                                                <w:top w:val="none" w:sz="0" w:space="0" w:color="auto"/>
                                                                <w:left w:val="none" w:sz="0" w:space="0" w:color="auto"/>
                                                                <w:bottom w:val="none" w:sz="0" w:space="0" w:color="auto"/>
                                                                <w:right w:val="none" w:sz="0" w:space="0" w:color="auto"/>
                                                              </w:divBdr>
                                                              <w:divsChild>
                                                                <w:div w:id="1998260464">
                                                                  <w:marLeft w:val="0"/>
                                                                  <w:marRight w:val="0"/>
                                                                  <w:marTop w:val="0"/>
                                                                  <w:marBottom w:val="0"/>
                                                                  <w:divBdr>
                                                                    <w:top w:val="none" w:sz="0" w:space="0" w:color="auto"/>
                                                                    <w:left w:val="none" w:sz="0" w:space="0" w:color="auto"/>
                                                                    <w:bottom w:val="none" w:sz="0" w:space="0" w:color="auto"/>
                                                                    <w:right w:val="none" w:sz="0" w:space="0" w:color="auto"/>
                                                                  </w:divBdr>
                                                                  <w:divsChild>
                                                                    <w:div w:id="163999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4090382">
                      <w:marLeft w:val="0"/>
                      <w:marRight w:val="0"/>
                      <w:marTop w:val="0"/>
                      <w:marBottom w:val="0"/>
                      <w:divBdr>
                        <w:top w:val="none" w:sz="0" w:space="0" w:color="auto"/>
                        <w:left w:val="none" w:sz="0" w:space="0" w:color="auto"/>
                        <w:bottom w:val="none" w:sz="0" w:space="0" w:color="auto"/>
                        <w:right w:val="none" w:sz="0" w:space="0" w:color="auto"/>
                      </w:divBdr>
                      <w:divsChild>
                        <w:div w:id="1266959194">
                          <w:marLeft w:val="0"/>
                          <w:marRight w:val="0"/>
                          <w:marTop w:val="0"/>
                          <w:marBottom w:val="0"/>
                          <w:divBdr>
                            <w:top w:val="none" w:sz="0" w:space="0" w:color="auto"/>
                            <w:left w:val="none" w:sz="0" w:space="0" w:color="auto"/>
                            <w:bottom w:val="none" w:sz="0" w:space="0" w:color="auto"/>
                            <w:right w:val="none" w:sz="0" w:space="0" w:color="auto"/>
                          </w:divBdr>
                          <w:divsChild>
                            <w:div w:id="456068482">
                              <w:marLeft w:val="0"/>
                              <w:marRight w:val="0"/>
                              <w:marTop w:val="0"/>
                              <w:marBottom w:val="0"/>
                              <w:divBdr>
                                <w:top w:val="none" w:sz="0" w:space="0" w:color="auto"/>
                                <w:left w:val="none" w:sz="0" w:space="0" w:color="auto"/>
                                <w:bottom w:val="none" w:sz="0" w:space="0" w:color="auto"/>
                                <w:right w:val="none" w:sz="0" w:space="0" w:color="auto"/>
                              </w:divBdr>
                              <w:divsChild>
                                <w:div w:id="1258714054">
                                  <w:marLeft w:val="0"/>
                                  <w:marRight w:val="0"/>
                                  <w:marTop w:val="0"/>
                                  <w:marBottom w:val="0"/>
                                  <w:divBdr>
                                    <w:top w:val="single" w:sz="6" w:space="0" w:color="DADADA"/>
                                    <w:left w:val="single" w:sz="6" w:space="0" w:color="DADADA"/>
                                    <w:bottom w:val="single" w:sz="6" w:space="0" w:color="DADADA"/>
                                    <w:right w:val="single" w:sz="6" w:space="0" w:color="DADADA"/>
                                  </w:divBdr>
                                  <w:divsChild>
                                    <w:div w:id="1031103143">
                                      <w:marLeft w:val="0"/>
                                      <w:marRight w:val="0"/>
                                      <w:marTop w:val="0"/>
                                      <w:marBottom w:val="0"/>
                                      <w:divBdr>
                                        <w:top w:val="none" w:sz="0" w:space="0" w:color="auto"/>
                                        <w:left w:val="none" w:sz="0" w:space="0" w:color="auto"/>
                                        <w:bottom w:val="none" w:sz="0" w:space="0" w:color="auto"/>
                                        <w:right w:val="none" w:sz="0" w:space="0" w:color="auto"/>
                                      </w:divBdr>
                                      <w:divsChild>
                                        <w:div w:id="1918249752">
                                          <w:marLeft w:val="0"/>
                                          <w:marRight w:val="0"/>
                                          <w:marTop w:val="0"/>
                                          <w:marBottom w:val="0"/>
                                          <w:divBdr>
                                            <w:top w:val="none" w:sz="0" w:space="0" w:color="auto"/>
                                            <w:left w:val="none" w:sz="0" w:space="0" w:color="auto"/>
                                            <w:bottom w:val="none" w:sz="0" w:space="0" w:color="auto"/>
                                            <w:right w:val="none" w:sz="0" w:space="0" w:color="auto"/>
                                          </w:divBdr>
                                          <w:divsChild>
                                            <w:div w:id="328560130">
                                              <w:marLeft w:val="0"/>
                                              <w:marRight w:val="0"/>
                                              <w:marTop w:val="0"/>
                                              <w:marBottom w:val="0"/>
                                              <w:divBdr>
                                                <w:top w:val="none" w:sz="0" w:space="0" w:color="auto"/>
                                                <w:left w:val="none" w:sz="0" w:space="0" w:color="auto"/>
                                                <w:bottom w:val="none" w:sz="0" w:space="0" w:color="auto"/>
                                                <w:right w:val="none" w:sz="0" w:space="0" w:color="auto"/>
                                              </w:divBdr>
                                              <w:divsChild>
                                                <w:div w:id="1964070882">
                                                  <w:marLeft w:val="0"/>
                                                  <w:marRight w:val="0"/>
                                                  <w:marTop w:val="0"/>
                                                  <w:marBottom w:val="0"/>
                                                  <w:divBdr>
                                                    <w:top w:val="none" w:sz="0" w:space="0" w:color="auto"/>
                                                    <w:left w:val="none" w:sz="0" w:space="0" w:color="auto"/>
                                                    <w:bottom w:val="none" w:sz="0" w:space="0" w:color="auto"/>
                                                    <w:right w:val="none" w:sz="0" w:space="0" w:color="auto"/>
                                                  </w:divBdr>
                                                  <w:divsChild>
                                                    <w:div w:id="1969505648">
                                                      <w:marLeft w:val="120"/>
                                                      <w:marRight w:val="0"/>
                                                      <w:marTop w:val="0"/>
                                                      <w:marBottom w:val="0"/>
                                                      <w:divBdr>
                                                        <w:top w:val="none" w:sz="0" w:space="0" w:color="auto"/>
                                                        <w:left w:val="none" w:sz="0" w:space="0" w:color="auto"/>
                                                        <w:bottom w:val="none" w:sz="0" w:space="0" w:color="auto"/>
                                                        <w:right w:val="none" w:sz="0" w:space="0" w:color="auto"/>
                                                      </w:divBdr>
                                                      <w:divsChild>
                                                        <w:div w:id="1653103081">
                                                          <w:marLeft w:val="0"/>
                                                          <w:marRight w:val="0"/>
                                                          <w:marTop w:val="0"/>
                                                          <w:marBottom w:val="0"/>
                                                          <w:divBdr>
                                                            <w:top w:val="none" w:sz="0" w:space="0" w:color="auto"/>
                                                            <w:left w:val="none" w:sz="0" w:space="0" w:color="auto"/>
                                                            <w:bottom w:val="none" w:sz="0" w:space="0" w:color="auto"/>
                                                            <w:right w:val="none" w:sz="0" w:space="0" w:color="auto"/>
                                                          </w:divBdr>
                                                          <w:divsChild>
                                                            <w:div w:id="720399433">
                                                              <w:marLeft w:val="0"/>
                                                              <w:marRight w:val="0"/>
                                                              <w:marTop w:val="0"/>
                                                              <w:marBottom w:val="0"/>
                                                              <w:divBdr>
                                                                <w:top w:val="none" w:sz="0" w:space="0" w:color="auto"/>
                                                                <w:left w:val="none" w:sz="0" w:space="0" w:color="auto"/>
                                                                <w:bottom w:val="none" w:sz="0" w:space="0" w:color="auto"/>
                                                                <w:right w:val="none" w:sz="0" w:space="0" w:color="auto"/>
                                                              </w:divBdr>
                                                              <w:divsChild>
                                                                <w:div w:id="4982015">
                                                                  <w:marLeft w:val="0"/>
                                                                  <w:marRight w:val="0"/>
                                                                  <w:marTop w:val="0"/>
                                                                  <w:marBottom w:val="0"/>
                                                                  <w:divBdr>
                                                                    <w:top w:val="none" w:sz="0" w:space="0" w:color="auto"/>
                                                                    <w:left w:val="none" w:sz="0" w:space="0" w:color="auto"/>
                                                                    <w:bottom w:val="none" w:sz="0" w:space="0" w:color="auto"/>
                                                                    <w:right w:val="none" w:sz="0" w:space="0" w:color="auto"/>
                                                                  </w:divBdr>
                                                                  <w:divsChild>
                                                                    <w:div w:id="184466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10629184">
                  <w:marLeft w:val="0"/>
                  <w:marRight w:val="0"/>
                  <w:marTop w:val="0"/>
                  <w:marBottom w:val="0"/>
                  <w:divBdr>
                    <w:top w:val="single" w:sz="6" w:space="0" w:color="DADADA"/>
                    <w:left w:val="single" w:sz="6" w:space="0" w:color="DADADA"/>
                    <w:bottom w:val="single" w:sz="6" w:space="0" w:color="DADADA"/>
                    <w:right w:val="single" w:sz="6" w:space="0" w:color="DADADA"/>
                  </w:divBdr>
                  <w:divsChild>
                    <w:div w:id="288897596">
                      <w:marLeft w:val="0"/>
                      <w:marRight w:val="0"/>
                      <w:marTop w:val="0"/>
                      <w:marBottom w:val="0"/>
                      <w:divBdr>
                        <w:top w:val="none" w:sz="0" w:space="0" w:color="auto"/>
                        <w:left w:val="none" w:sz="0" w:space="0" w:color="auto"/>
                        <w:bottom w:val="none" w:sz="0" w:space="0" w:color="auto"/>
                        <w:right w:val="none" w:sz="0" w:space="0" w:color="auto"/>
                      </w:divBdr>
                      <w:divsChild>
                        <w:div w:id="180780909">
                          <w:marLeft w:val="0"/>
                          <w:marRight w:val="0"/>
                          <w:marTop w:val="0"/>
                          <w:marBottom w:val="0"/>
                          <w:divBdr>
                            <w:top w:val="none" w:sz="0" w:space="0" w:color="auto"/>
                            <w:left w:val="none" w:sz="0" w:space="0" w:color="auto"/>
                            <w:bottom w:val="none" w:sz="0" w:space="0" w:color="auto"/>
                            <w:right w:val="none" w:sz="0" w:space="0" w:color="auto"/>
                          </w:divBdr>
                          <w:divsChild>
                            <w:div w:id="580482417">
                              <w:marLeft w:val="0"/>
                              <w:marRight w:val="0"/>
                              <w:marTop w:val="0"/>
                              <w:marBottom w:val="0"/>
                              <w:divBdr>
                                <w:top w:val="none" w:sz="0" w:space="0" w:color="auto"/>
                                <w:left w:val="none" w:sz="0" w:space="0" w:color="auto"/>
                                <w:bottom w:val="none" w:sz="0" w:space="0" w:color="auto"/>
                                <w:right w:val="none" w:sz="0" w:space="0" w:color="auto"/>
                              </w:divBdr>
                              <w:divsChild>
                                <w:div w:id="211044982">
                                  <w:marLeft w:val="0"/>
                                  <w:marRight w:val="0"/>
                                  <w:marTop w:val="120"/>
                                  <w:marBottom w:val="0"/>
                                  <w:divBdr>
                                    <w:top w:val="none" w:sz="0" w:space="0" w:color="auto"/>
                                    <w:left w:val="none" w:sz="0" w:space="0" w:color="auto"/>
                                    <w:bottom w:val="none" w:sz="0" w:space="0" w:color="auto"/>
                                    <w:right w:val="none" w:sz="0" w:space="0" w:color="auto"/>
                                  </w:divBdr>
                                  <w:divsChild>
                                    <w:div w:id="1183206022">
                                      <w:marLeft w:val="0"/>
                                      <w:marRight w:val="0"/>
                                      <w:marTop w:val="0"/>
                                      <w:marBottom w:val="0"/>
                                      <w:divBdr>
                                        <w:top w:val="none" w:sz="0" w:space="0" w:color="auto"/>
                                        <w:left w:val="none" w:sz="0" w:space="0" w:color="auto"/>
                                        <w:bottom w:val="none" w:sz="0" w:space="0" w:color="auto"/>
                                        <w:right w:val="none" w:sz="0" w:space="0" w:color="auto"/>
                                      </w:divBdr>
                                      <w:divsChild>
                                        <w:div w:id="138178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346033">
                          <w:marLeft w:val="0"/>
                          <w:marRight w:val="0"/>
                          <w:marTop w:val="0"/>
                          <w:marBottom w:val="0"/>
                          <w:divBdr>
                            <w:top w:val="none" w:sz="0" w:space="0" w:color="auto"/>
                            <w:left w:val="none" w:sz="0" w:space="0" w:color="auto"/>
                            <w:bottom w:val="none" w:sz="0" w:space="0" w:color="auto"/>
                            <w:right w:val="none" w:sz="0" w:space="0" w:color="auto"/>
                          </w:divBdr>
                          <w:divsChild>
                            <w:div w:id="1440220447">
                              <w:marLeft w:val="0"/>
                              <w:marRight w:val="0"/>
                              <w:marTop w:val="60"/>
                              <w:marBottom w:val="0"/>
                              <w:divBdr>
                                <w:top w:val="none" w:sz="0" w:space="0" w:color="auto"/>
                                <w:left w:val="none" w:sz="0" w:space="0" w:color="auto"/>
                                <w:bottom w:val="none" w:sz="0" w:space="0" w:color="auto"/>
                                <w:right w:val="none" w:sz="0" w:space="0" w:color="auto"/>
                              </w:divBdr>
                              <w:divsChild>
                                <w:div w:id="303707572">
                                  <w:marLeft w:val="0"/>
                                  <w:marRight w:val="0"/>
                                  <w:marTop w:val="0"/>
                                  <w:marBottom w:val="0"/>
                                  <w:divBdr>
                                    <w:top w:val="none" w:sz="0" w:space="0" w:color="auto"/>
                                    <w:left w:val="none" w:sz="0" w:space="0" w:color="auto"/>
                                    <w:bottom w:val="none" w:sz="0" w:space="0" w:color="auto"/>
                                    <w:right w:val="none" w:sz="0" w:space="0" w:color="auto"/>
                                  </w:divBdr>
                                  <w:divsChild>
                                    <w:div w:id="54645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5589203">
              <w:marLeft w:val="0"/>
              <w:marRight w:val="0"/>
              <w:marTop w:val="0"/>
              <w:marBottom w:val="0"/>
              <w:divBdr>
                <w:top w:val="none" w:sz="0" w:space="0" w:color="auto"/>
                <w:left w:val="none" w:sz="0" w:space="0" w:color="auto"/>
                <w:bottom w:val="none" w:sz="0" w:space="0" w:color="auto"/>
                <w:right w:val="none" w:sz="0" w:space="0" w:color="auto"/>
              </w:divBdr>
              <w:divsChild>
                <w:div w:id="71454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590071">
          <w:marLeft w:val="0"/>
          <w:marRight w:val="0"/>
          <w:marTop w:val="0"/>
          <w:marBottom w:val="0"/>
          <w:divBdr>
            <w:top w:val="none" w:sz="0" w:space="0" w:color="auto"/>
            <w:left w:val="none" w:sz="0" w:space="0" w:color="auto"/>
            <w:bottom w:val="none" w:sz="0" w:space="0" w:color="auto"/>
            <w:right w:val="none" w:sz="0" w:space="0" w:color="auto"/>
          </w:divBdr>
          <w:divsChild>
            <w:div w:id="2132627484">
              <w:marLeft w:val="0"/>
              <w:marRight w:val="0"/>
              <w:marTop w:val="0"/>
              <w:marBottom w:val="0"/>
              <w:divBdr>
                <w:top w:val="none" w:sz="0" w:space="0" w:color="auto"/>
                <w:left w:val="none" w:sz="0" w:space="0" w:color="auto"/>
                <w:bottom w:val="none" w:sz="0" w:space="0" w:color="auto"/>
                <w:right w:val="none" w:sz="0" w:space="0" w:color="auto"/>
              </w:divBdr>
              <w:divsChild>
                <w:div w:id="1854413072">
                  <w:marLeft w:val="0"/>
                  <w:marRight w:val="0"/>
                  <w:marTop w:val="0"/>
                  <w:marBottom w:val="0"/>
                  <w:divBdr>
                    <w:top w:val="single" w:sz="6" w:space="0" w:color="DADADA"/>
                    <w:left w:val="single" w:sz="6" w:space="0" w:color="DADADA"/>
                    <w:bottom w:val="single" w:sz="6" w:space="0" w:color="DADADA"/>
                    <w:right w:val="single" w:sz="6" w:space="0" w:color="DADADA"/>
                  </w:divBdr>
                  <w:divsChild>
                    <w:div w:id="786772935">
                      <w:marLeft w:val="0"/>
                      <w:marRight w:val="0"/>
                      <w:marTop w:val="0"/>
                      <w:marBottom w:val="0"/>
                      <w:divBdr>
                        <w:top w:val="none" w:sz="0" w:space="0" w:color="auto"/>
                        <w:left w:val="none" w:sz="0" w:space="0" w:color="auto"/>
                        <w:bottom w:val="none" w:sz="0" w:space="0" w:color="auto"/>
                        <w:right w:val="none" w:sz="0" w:space="0" w:color="auto"/>
                      </w:divBdr>
                      <w:divsChild>
                        <w:div w:id="2069911686">
                          <w:marLeft w:val="0"/>
                          <w:marRight w:val="0"/>
                          <w:marTop w:val="0"/>
                          <w:marBottom w:val="0"/>
                          <w:divBdr>
                            <w:top w:val="none" w:sz="0" w:space="0" w:color="auto"/>
                            <w:left w:val="none" w:sz="0" w:space="0" w:color="auto"/>
                            <w:bottom w:val="none" w:sz="0" w:space="0" w:color="auto"/>
                            <w:right w:val="none" w:sz="0" w:space="0" w:color="auto"/>
                          </w:divBdr>
                          <w:divsChild>
                            <w:div w:id="1687294230">
                              <w:marLeft w:val="0"/>
                              <w:marRight w:val="0"/>
                              <w:marTop w:val="60"/>
                              <w:marBottom w:val="0"/>
                              <w:divBdr>
                                <w:top w:val="none" w:sz="0" w:space="0" w:color="auto"/>
                                <w:left w:val="none" w:sz="0" w:space="0" w:color="auto"/>
                                <w:bottom w:val="none" w:sz="0" w:space="0" w:color="auto"/>
                                <w:right w:val="none" w:sz="0" w:space="0" w:color="auto"/>
                              </w:divBdr>
                              <w:divsChild>
                                <w:div w:id="106221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6389680">
      <w:bodyDiv w:val="1"/>
      <w:marLeft w:val="0"/>
      <w:marRight w:val="0"/>
      <w:marTop w:val="0"/>
      <w:marBottom w:val="0"/>
      <w:divBdr>
        <w:top w:val="none" w:sz="0" w:space="0" w:color="auto"/>
        <w:left w:val="none" w:sz="0" w:space="0" w:color="auto"/>
        <w:bottom w:val="none" w:sz="0" w:space="0" w:color="auto"/>
        <w:right w:val="none" w:sz="0" w:space="0" w:color="auto"/>
      </w:divBdr>
      <w:divsChild>
        <w:div w:id="1132864442">
          <w:marLeft w:val="0"/>
          <w:marRight w:val="0"/>
          <w:marTop w:val="180"/>
          <w:marBottom w:val="240"/>
          <w:divBdr>
            <w:top w:val="none" w:sz="0" w:space="0" w:color="auto"/>
            <w:left w:val="none" w:sz="0" w:space="0" w:color="auto"/>
            <w:bottom w:val="none" w:sz="0" w:space="0" w:color="auto"/>
            <w:right w:val="none" w:sz="0" w:space="0" w:color="auto"/>
          </w:divBdr>
        </w:div>
        <w:div w:id="574628848">
          <w:marLeft w:val="0"/>
          <w:marRight w:val="0"/>
          <w:marTop w:val="180"/>
          <w:marBottom w:val="240"/>
          <w:divBdr>
            <w:top w:val="none" w:sz="0" w:space="0" w:color="auto"/>
            <w:left w:val="none" w:sz="0" w:space="0" w:color="auto"/>
            <w:bottom w:val="none" w:sz="0" w:space="0" w:color="auto"/>
            <w:right w:val="none" w:sz="0" w:space="0" w:color="auto"/>
          </w:divBdr>
        </w:div>
      </w:divsChild>
    </w:div>
    <w:div w:id="1227842160">
      <w:bodyDiv w:val="1"/>
      <w:marLeft w:val="0"/>
      <w:marRight w:val="0"/>
      <w:marTop w:val="0"/>
      <w:marBottom w:val="0"/>
      <w:divBdr>
        <w:top w:val="none" w:sz="0" w:space="0" w:color="auto"/>
        <w:left w:val="none" w:sz="0" w:space="0" w:color="auto"/>
        <w:bottom w:val="none" w:sz="0" w:space="0" w:color="auto"/>
        <w:right w:val="none" w:sz="0" w:space="0" w:color="auto"/>
      </w:divBdr>
      <w:divsChild>
        <w:div w:id="1293438277">
          <w:marLeft w:val="0"/>
          <w:marRight w:val="0"/>
          <w:marTop w:val="180"/>
          <w:marBottom w:val="240"/>
          <w:divBdr>
            <w:top w:val="none" w:sz="0" w:space="0" w:color="auto"/>
            <w:left w:val="none" w:sz="0" w:space="0" w:color="auto"/>
            <w:bottom w:val="none" w:sz="0" w:space="0" w:color="auto"/>
            <w:right w:val="none" w:sz="0" w:space="0" w:color="auto"/>
          </w:divBdr>
        </w:div>
        <w:div w:id="2108770441">
          <w:marLeft w:val="0"/>
          <w:marRight w:val="0"/>
          <w:marTop w:val="180"/>
          <w:marBottom w:val="240"/>
          <w:divBdr>
            <w:top w:val="none" w:sz="0" w:space="0" w:color="auto"/>
            <w:left w:val="none" w:sz="0" w:space="0" w:color="auto"/>
            <w:bottom w:val="none" w:sz="0" w:space="0" w:color="auto"/>
            <w:right w:val="none" w:sz="0" w:space="0" w:color="auto"/>
          </w:divBdr>
        </w:div>
      </w:divsChild>
    </w:div>
    <w:div w:id="1306812336">
      <w:bodyDiv w:val="1"/>
      <w:marLeft w:val="0"/>
      <w:marRight w:val="0"/>
      <w:marTop w:val="0"/>
      <w:marBottom w:val="0"/>
      <w:divBdr>
        <w:top w:val="none" w:sz="0" w:space="0" w:color="auto"/>
        <w:left w:val="none" w:sz="0" w:space="0" w:color="auto"/>
        <w:bottom w:val="none" w:sz="0" w:space="0" w:color="auto"/>
        <w:right w:val="none" w:sz="0" w:space="0" w:color="auto"/>
      </w:divBdr>
      <w:divsChild>
        <w:div w:id="1373309392">
          <w:marLeft w:val="0"/>
          <w:marRight w:val="0"/>
          <w:marTop w:val="360"/>
          <w:marBottom w:val="180"/>
          <w:divBdr>
            <w:top w:val="none" w:sz="0" w:space="0" w:color="auto"/>
            <w:left w:val="none" w:sz="0" w:space="0" w:color="auto"/>
            <w:bottom w:val="none" w:sz="0" w:space="0" w:color="auto"/>
            <w:right w:val="none" w:sz="0" w:space="0" w:color="auto"/>
          </w:divBdr>
        </w:div>
      </w:divsChild>
    </w:div>
    <w:div w:id="1309280510">
      <w:bodyDiv w:val="1"/>
      <w:marLeft w:val="0"/>
      <w:marRight w:val="0"/>
      <w:marTop w:val="0"/>
      <w:marBottom w:val="0"/>
      <w:divBdr>
        <w:top w:val="none" w:sz="0" w:space="0" w:color="auto"/>
        <w:left w:val="none" w:sz="0" w:space="0" w:color="auto"/>
        <w:bottom w:val="none" w:sz="0" w:space="0" w:color="auto"/>
        <w:right w:val="none" w:sz="0" w:space="0" w:color="auto"/>
      </w:divBdr>
      <w:divsChild>
        <w:div w:id="200678099">
          <w:marLeft w:val="0"/>
          <w:marRight w:val="0"/>
          <w:marTop w:val="180"/>
          <w:marBottom w:val="240"/>
          <w:divBdr>
            <w:top w:val="none" w:sz="0" w:space="0" w:color="auto"/>
            <w:left w:val="none" w:sz="0" w:space="0" w:color="auto"/>
            <w:bottom w:val="none" w:sz="0" w:space="0" w:color="auto"/>
            <w:right w:val="none" w:sz="0" w:space="0" w:color="auto"/>
          </w:divBdr>
        </w:div>
        <w:div w:id="363791923">
          <w:marLeft w:val="0"/>
          <w:marRight w:val="0"/>
          <w:marTop w:val="360"/>
          <w:marBottom w:val="180"/>
          <w:divBdr>
            <w:top w:val="none" w:sz="0" w:space="0" w:color="auto"/>
            <w:left w:val="none" w:sz="0" w:space="0" w:color="auto"/>
            <w:bottom w:val="none" w:sz="0" w:space="0" w:color="auto"/>
            <w:right w:val="none" w:sz="0" w:space="0" w:color="auto"/>
          </w:divBdr>
        </w:div>
      </w:divsChild>
    </w:div>
    <w:div w:id="1360545894">
      <w:bodyDiv w:val="1"/>
      <w:marLeft w:val="0"/>
      <w:marRight w:val="0"/>
      <w:marTop w:val="0"/>
      <w:marBottom w:val="0"/>
      <w:divBdr>
        <w:top w:val="none" w:sz="0" w:space="0" w:color="auto"/>
        <w:left w:val="none" w:sz="0" w:space="0" w:color="auto"/>
        <w:bottom w:val="none" w:sz="0" w:space="0" w:color="auto"/>
        <w:right w:val="none" w:sz="0" w:space="0" w:color="auto"/>
      </w:divBdr>
      <w:divsChild>
        <w:div w:id="1231845373">
          <w:marLeft w:val="0"/>
          <w:marRight w:val="0"/>
          <w:marTop w:val="180"/>
          <w:marBottom w:val="240"/>
          <w:divBdr>
            <w:top w:val="none" w:sz="0" w:space="0" w:color="auto"/>
            <w:left w:val="none" w:sz="0" w:space="0" w:color="auto"/>
            <w:bottom w:val="none" w:sz="0" w:space="0" w:color="auto"/>
            <w:right w:val="none" w:sz="0" w:space="0" w:color="auto"/>
          </w:divBdr>
        </w:div>
        <w:div w:id="1298145941">
          <w:marLeft w:val="0"/>
          <w:marRight w:val="0"/>
          <w:marTop w:val="180"/>
          <w:marBottom w:val="240"/>
          <w:divBdr>
            <w:top w:val="none" w:sz="0" w:space="0" w:color="auto"/>
            <w:left w:val="none" w:sz="0" w:space="0" w:color="auto"/>
            <w:bottom w:val="none" w:sz="0" w:space="0" w:color="auto"/>
            <w:right w:val="none" w:sz="0" w:space="0" w:color="auto"/>
          </w:divBdr>
        </w:div>
      </w:divsChild>
    </w:div>
    <w:div w:id="1437094459">
      <w:bodyDiv w:val="1"/>
      <w:marLeft w:val="0"/>
      <w:marRight w:val="0"/>
      <w:marTop w:val="0"/>
      <w:marBottom w:val="0"/>
      <w:divBdr>
        <w:top w:val="none" w:sz="0" w:space="0" w:color="auto"/>
        <w:left w:val="none" w:sz="0" w:space="0" w:color="auto"/>
        <w:bottom w:val="none" w:sz="0" w:space="0" w:color="auto"/>
        <w:right w:val="none" w:sz="0" w:space="0" w:color="auto"/>
      </w:divBdr>
      <w:divsChild>
        <w:div w:id="1261331982">
          <w:marLeft w:val="-3"/>
          <w:marRight w:val="-3"/>
          <w:marTop w:val="0"/>
          <w:marBottom w:val="0"/>
          <w:divBdr>
            <w:top w:val="none" w:sz="0" w:space="0" w:color="auto"/>
            <w:left w:val="none" w:sz="0" w:space="0" w:color="auto"/>
            <w:bottom w:val="none" w:sz="0" w:space="0" w:color="auto"/>
            <w:right w:val="none" w:sz="0" w:space="0" w:color="auto"/>
          </w:divBdr>
          <w:divsChild>
            <w:div w:id="1269970082">
              <w:marLeft w:val="0"/>
              <w:marRight w:val="0"/>
              <w:marTop w:val="0"/>
              <w:marBottom w:val="0"/>
              <w:divBdr>
                <w:top w:val="none" w:sz="0" w:space="0" w:color="auto"/>
                <w:left w:val="none" w:sz="0" w:space="0" w:color="auto"/>
                <w:bottom w:val="none" w:sz="0" w:space="0" w:color="auto"/>
                <w:right w:val="none" w:sz="0" w:space="0" w:color="auto"/>
              </w:divBdr>
              <w:divsChild>
                <w:div w:id="84494239">
                  <w:marLeft w:val="0"/>
                  <w:marRight w:val="0"/>
                  <w:marTop w:val="0"/>
                  <w:marBottom w:val="0"/>
                  <w:divBdr>
                    <w:top w:val="none" w:sz="0" w:space="0" w:color="auto"/>
                    <w:left w:val="none" w:sz="0" w:space="0" w:color="auto"/>
                    <w:bottom w:val="none" w:sz="0" w:space="0" w:color="auto"/>
                    <w:right w:val="none" w:sz="0" w:space="0" w:color="auto"/>
                  </w:divBdr>
                  <w:divsChild>
                    <w:div w:id="418795175">
                      <w:marLeft w:val="0"/>
                      <w:marRight w:val="0"/>
                      <w:marTop w:val="0"/>
                      <w:marBottom w:val="0"/>
                      <w:divBdr>
                        <w:top w:val="none" w:sz="0" w:space="0" w:color="auto"/>
                        <w:left w:val="none" w:sz="0" w:space="0" w:color="auto"/>
                        <w:bottom w:val="none" w:sz="0" w:space="0" w:color="auto"/>
                        <w:right w:val="none" w:sz="0" w:space="0" w:color="auto"/>
                      </w:divBdr>
                      <w:divsChild>
                        <w:div w:id="368529618">
                          <w:marLeft w:val="0"/>
                          <w:marRight w:val="0"/>
                          <w:marTop w:val="0"/>
                          <w:marBottom w:val="0"/>
                          <w:divBdr>
                            <w:top w:val="none" w:sz="0" w:space="0" w:color="auto"/>
                            <w:left w:val="none" w:sz="0" w:space="0" w:color="auto"/>
                            <w:bottom w:val="none" w:sz="0" w:space="0" w:color="auto"/>
                            <w:right w:val="none" w:sz="0" w:space="0" w:color="auto"/>
                          </w:divBdr>
                          <w:divsChild>
                            <w:div w:id="1799450529">
                              <w:marLeft w:val="0"/>
                              <w:marRight w:val="0"/>
                              <w:marTop w:val="0"/>
                              <w:marBottom w:val="0"/>
                              <w:divBdr>
                                <w:top w:val="none" w:sz="0" w:space="0" w:color="auto"/>
                                <w:left w:val="none" w:sz="0" w:space="0" w:color="auto"/>
                                <w:bottom w:val="none" w:sz="0" w:space="0" w:color="auto"/>
                                <w:right w:val="none" w:sz="0" w:space="0" w:color="auto"/>
                              </w:divBdr>
                              <w:divsChild>
                                <w:div w:id="578753179">
                                  <w:marLeft w:val="0"/>
                                  <w:marRight w:val="0"/>
                                  <w:marTop w:val="0"/>
                                  <w:marBottom w:val="0"/>
                                  <w:divBdr>
                                    <w:top w:val="none" w:sz="0" w:space="0" w:color="auto"/>
                                    <w:left w:val="none" w:sz="0" w:space="0" w:color="auto"/>
                                    <w:bottom w:val="none" w:sz="0" w:space="0" w:color="auto"/>
                                    <w:right w:val="none" w:sz="0" w:space="0" w:color="auto"/>
                                  </w:divBdr>
                                  <w:divsChild>
                                    <w:div w:id="1482041701">
                                      <w:marLeft w:val="0"/>
                                      <w:marRight w:val="0"/>
                                      <w:marTop w:val="0"/>
                                      <w:marBottom w:val="0"/>
                                      <w:divBdr>
                                        <w:top w:val="none" w:sz="0" w:space="0" w:color="auto"/>
                                        <w:left w:val="none" w:sz="0" w:space="0" w:color="auto"/>
                                        <w:bottom w:val="none" w:sz="0" w:space="0" w:color="auto"/>
                                        <w:right w:val="none" w:sz="0" w:space="0" w:color="auto"/>
                                      </w:divBdr>
                                      <w:divsChild>
                                        <w:div w:id="226113542">
                                          <w:marLeft w:val="0"/>
                                          <w:marRight w:val="0"/>
                                          <w:marTop w:val="0"/>
                                          <w:marBottom w:val="0"/>
                                          <w:divBdr>
                                            <w:top w:val="none" w:sz="0" w:space="0" w:color="auto"/>
                                            <w:left w:val="none" w:sz="0" w:space="0" w:color="auto"/>
                                            <w:bottom w:val="none" w:sz="0" w:space="0" w:color="auto"/>
                                            <w:right w:val="none" w:sz="0" w:space="0" w:color="auto"/>
                                          </w:divBdr>
                                          <w:divsChild>
                                            <w:div w:id="984042308">
                                              <w:marLeft w:val="0"/>
                                              <w:marRight w:val="246"/>
                                              <w:marTop w:val="0"/>
                                              <w:marBottom w:val="0"/>
                                              <w:divBdr>
                                                <w:top w:val="none" w:sz="0" w:space="0" w:color="auto"/>
                                                <w:left w:val="none" w:sz="0" w:space="0" w:color="auto"/>
                                                <w:bottom w:val="none" w:sz="0" w:space="0" w:color="auto"/>
                                                <w:right w:val="none" w:sz="0" w:space="0" w:color="auto"/>
                                              </w:divBdr>
                                              <w:divsChild>
                                                <w:div w:id="1366128249">
                                                  <w:marLeft w:val="0"/>
                                                  <w:marRight w:val="0"/>
                                                  <w:marTop w:val="0"/>
                                                  <w:marBottom w:val="0"/>
                                                  <w:divBdr>
                                                    <w:top w:val="none" w:sz="0" w:space="0" w:color="auto"/>
                                                    <w:left w:val="none" w:sz="0" w:space="0" w:color="auto"/>
                                                    <w:bottom w:val="none" w:sz="0" w:space="0" w:color="auto"/>
                                                    <w:right w:val="none" w:sz="0" w:space="0" w:color="auto"/>
                                                  </w:divBdr>
                                                  <w:divsChild>
                                                    <w:div w:id="688457133">
                                                      <w:marLeft w:val="0"/>
                                                      <w:marRight w:val="0"/>
                                                      <w:marTop w:val="0"/>
                                                      <w:marBottom w:val="0"/>
                                                      <w:divBdr>
                                                        <w:top w:val="none" w:sz="0" w:space="0" w:color="auto"/>
                                                        <w:left w:val="none" w:sz="0" w:space="0" w:color="auto"/>
                                                        <w:bottom w:val="none" w:sz="0" w:space="0" w:color="auto"/>
                                                        <w:right w:val="none" w:sz="0" w:space="0" w:color="auto"/>
                                                      </w:divBdr>
                                                      <w:divsChild>
                                                        <w:div w:id="158356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091973">
                                              <w:marLeft w:val="0"/>
                                              <w:marRight w:val="0"/>
                                              <w:marTop w:val="0"/>
                                              <w:marBottom w:val="0"/>
                                              <w:divBdr>
                                                <w:top w:val="none" w:sz="0" w:space="0" w:color="auto"/>
                                                <w:left w:val="none" w:sz="0" w:space="0" w:color="auto"/>
                                                <w:bottom w:val="none" w:sz="0" w:space="0" w:color="auto"/>
                                                <w:right w:val="none" w:sz="0" w:space="0" w:color="auto"/>
                                              </w:divBdr>
                                              <w:divsChild>
                                                <w:div w:id="51223333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787512119">
                                      <w:marLeft w:val="0"/>
                                      <w:marRight w:val="0"/>
                                      <w:marTop w:val="0"/>
                                      <w:marBottom w:val="0"/>
                                      <w:divBdr>
                                        <w:top w:val="none" w:sz="0" w:space="0" w:color="auto"/>
                                        <w:left w:val="none" w:sz="0" w:space="0" w:color="auto"/>
                                        <w:bottom w:val="none" w:sz="0" w:space="0" w:color="auto"/>
                                        <w:right w:val="none" w:sz="0" w:space="0" w:color="auto"/>
                                      </w:divBdr>
                                      <w:divsChild>
                                        <w:div w:id="1036731204">
                                          <w:marLeft w:val="0"/>
                                          <w:marRight w:val="0"/>
                                          <w:marTop w:val="0"/>
                                          <w:marBottom w:val="0"/>
                                          <w:divBdr>
                                            <w:top w:val="none" w:sz="0" w:space="0" w:color="auto"/>
                                            <w:left w:val="none" w:sz="0" w:space="0" w:color="auto"/>
                                            <w:bottom w:val="none" w:sz="0" w:space="0" w:color="auto"/>
                                            <w:right w:val="none" w:sz="0" w:space="0" w:color="auto"/>
                                          </w:divBdr>
                                          <w:divsChild>
                                            <w:div w:id="106973100">
                                              <w:marLeft w:val="0"/>
                                              <w:marRight w:val="0"/>
                                              <w:marTop w:val="0"/>
                                              <w:marBottom w:val="0"/>
                                              <w:divBdr>
                                                <w:top w:val="none" w:sz="0" w:space="0" w:color="auto"/>
                                                <w:left w:val="none" w:sz="0" w:space="0" w:color="auto"/>
                                                <w:bottom w:val="none" w:sz="0" w:space="0" w:color="auto"/>
                                                <w:right w:val="none" w:sz="0" w:space="0" w:color="auto"/>
                                              </w:divBdr>
                                              <w:divsChild>
                                                <w:div w:id="2123919038">
                                                  <w:marLeft w:val="0"/>
                                                  <w:marRight w:val="0"/>
                                                  <w:marTop w:val="0"/>
                                                  <w:marBottom w:val="0"/>
                                                  <w:divBdr>
                                                    <w:top w:val="none" w:sz="0" w:space="0" w:color="auto"/>
                                                    <w:left w:val="none" w:sz="0" w:space="0" w:color="auto"/>
                                                    <w:bottom w:val="none" w:sz="0" w:space="0" w:color="auto"/>
                                                    <w:right w:val="none" w:sz="0" w:space="0" w:color="auto"/>
                                                  </w:divBdr>
                                                  <w:divsChild>
                                                    <w:div w:id="706218830">
                                                      <w:marLeft w:val="0"/>
                                                      <w:marRight w:val="0"/>
                                                      <w:marTop w:val="180"/>
                                                      <w:marBottom w:val="240"/>
                                                      <w:divBdr>
                                                        <w:top w:val="none" w:sz="0" w:space="0" w:color="auto"/>
                                                        <w:left w:val="none" w:sz="0" w:space="0" w:color="auto"/>
                                                        <w:bottom w:val="none" w:sz="0" w:space="0" w:color="auto"/>
                                                        <w:right w:val="none" w:sz="0" w:space="0" w:color="auto"/>
                                                      </w:divBdr>
                                                    </w:div>
                                                    <w:div w:id="1052195981">
                                                      <w:marLeft w:val="0"/>
                                                      <w:marRight w:val="0"/>
                                                      <w:marTop w:val="180"/>
                                                      <w:marBottom w:val="240"/>
                                                      <w:divBdr>
                                                        <w:top w:val="none" w:sz="0" w:space="0" w:color="auto"/>
                                                        <w:left w:val="none" w:sz="0" w:space="0" w:color="auto"/>
                                                        <w:bottom w:val="none" w:sz="0" w:space="0" w:color="auto"/>
                                                        <w:right w:val="none" w:sz="0" w:space="0" w:color="auto"/>
                                                      </w:divBdr>
                                                    </w:div>
                                                    <w:div w:id="72163860">
                                                      <w:marLeft w:val="0"/>
                                                      <w:marRight w:val="0"/>
                                                      <w:marTop w:val="360"/>
                                                      <w:marBottom w:val="180"/>
                                                      <w:divBdr>
                                                        <w:top w:val="none" w:sz="0" w:space="0" w:color="auto"/>
                                                        <w:left w:val="none" w:sz="0" w:space="0" w:color="auto"/>
                                                        <w:bottom w:val="none" w:sz="0" w:space="0" w:color="auto"/>
                                                        <w:right w:val="none" w:sz="0" w:space="0" w:color="auto"/>
                                                      </w:divBdr>
                                                    </w:div>
                                                    <w:div w:id="1576738409">
                                                      <w:marLeft w:val="0"/>
                                                      <w:marRight w:val="0"/>
                                                      <w:marTop w:val="180"/>
                                                      <w:marBottom w:val="240"/>
                                                      <w:divBdr>
                                                        <w:top w:val="none" w:sz="0" w:space="0" w:color="auto"/>
                                                        <w:left w:val="none" w:sz="0" w:space="0" w:color="auto"/>
                                                        <w:bottom w:val="none" w:sz="0" w:space="0" w:color="auto"/>
                                                        <w:right w:val="none" w:sz="0" w:space="0" w:color="auto"/>
                                                      </w:divBdr>
                                                    </w:div>
                                                    <w:div w:id="706492176">
                                                      <w:marLeft w:val="0"/>
                                                      <w:marRight w:val="0"/>
                                                      <w:marTop w:val="360"/>
                                                      <w:marBottom w:val="180"/>
                                                      <w:divBdr>
                                                        <w:top w:val="none" w:sz="0" w:space="0" w:color="auto"/>
                                                        <w:left w:val="none" w:sz="0" w:space="0" w:color="auto"/>
                                                        <w:bottom w:val="none" w:sz="0" w:space="0" w:color="auto"/>
                                                        <w:right w:val="none" w:sz="0" w:space="0" w:color="auto"/>
                                                      </w:divBdr>
                                                    </w:div>
                                                    <w:div w:id="1906142794">
                                                      <w:marLeft w:val="0"/>
                                                      <w:marRight w:val="0"/>
                                                      <w:marTop w:val="180"/>
                                                      <w:marBottom w:val="240"/>
                                                      <w:divBdr>
                                                        <w:top w:val="none" w:sz="0" w:space="0" w:color="auto"/>
                                                        <w:left w:val="none" w:sz="0" w:space="0" w:color="auto"/>
                                                        <w:bottom w:val="none" w:sz="0" w:space="0" w:color="auto"/>
                                                        <w:right w:val="none" w:sz="0" w:space="0" w:color="auto"/>
                                                      </w:divBdr>
                                                    </w:div>
                                                    <w:div w:id="1899970284">
                                                      <w:marLeft w:val="0"/>
                                                      <w:marRight w:val="0"/>
                                                      <w:marTop w:val="60"/>
                                                      <w:marBottom w:val="180"/>
                                                      <w:divBdr>
                                                        <w:top w:val="none" w:sz="0" w:space="0" w:color="auto"/>
                                                        <w:left w:val="none" w:sz="0" w:space="0" w:color="auto"/>
                                                        <w:bottom w:val="none" w:sz="0" w:space="0" w:color="auto"/>
                                                        <w:right w:val="none" w:sz="0" w:space="0" w:color="auto"/>
                                                      </w:divBdr>
                                                    </w:div>
                                                    <w:div w:id="93139680">
                                                      <w:marLeft w:val="0"/>
                                                      <w:marRight w:val="0"/>
                                                      <w:marTop w:val="360"/>
                                                      <w:marBottom w:val="180"/>
                                                      <w:divBdr>
                                                        <w:top w:val="none" w:sz="0" w:space="0" w:color="auto"/>
                                                        <w:left w:val="none" w:sz="0" w:space="0" w:color="auto"/>
                                                        <w:bottom w:val="none" w:sz="0" w:space="0" w:color="auto"/>
                                                        <w:right w:val="none" w:sz="0" w:space="0" w:color="auto"/>
                                                      </w:divBdr>
                                                    </w:div>
                                                    <w:div w:id="1609043378">
                                                      <w:marLeft w:val="0"/>
                                                      <w:marRight w:val="0"/>
                                                      <w:marTop w:val="180"/>
                                                      <w:marBottom w:val="240"/>
                                                      <w:divBdr>
                                                        <w:top w:val="none" w:sz="0" w:space="0" w:color="auto"/>
                                                        <w:left w:val="none" w:sz="0" w:space="0" w:color="auto"/>
                                                        <w:bottom w:val="none" w:sz="0" w:space="0" w:color="auto"/>
                                                        <w:right w:val="none" w:sz="0" w:space="0" w:color="auto"/>
                                                      </w:divBdr>
                                                    </w:div>
                                                    <w:div w:id="950817359">
                                                      <w:marLeft w:val="0"/>
                                                      <w:marRight w:val="0"/>
                                                      <w:marTop w:val="360"/>
                                                      <w:marBottom w:val="180"/>
                                                      <w:divBdr>
                                                        <w:top w:val="none" w:sz="0" w:space="0" w:color="auto"/>
                                                        <w:left w:val="none" w:sz="0" w:space="0" w:color="auto"/>
                                                        <w:bottom w:val="none" w:sz="0" w:space="0" w:color="auto"/>
                                                        <w:right w:val="none" w:sz="0" w:space="0" w:color="auto"/>
                                                      </w:divBdr>
                                                    </w:div>
                                                    <w:div w:id="1281259048">
                                                      <w:marLeft w:val="0"/>
                                                      <w:marRight w:val="0"/>
                                                      <w:marTop w:val="180"/>
                                                      <w:marBottom w:val="240"/>
                                                      <w:divBdr>
                                                        <w:top w:val="none" w:sz="0" w:space="0" w:color="auto"/>
                                                        <w:left w:val="none" w:sz="0" w:space="0" w:color="auto"/>
                                                        <w:bottom w:val="none" w:sz="0" w:space="0" w:color="auto"/>
                                                        <w:right w:val="none" w:sz="0" w:space="0" w:color="auto"/>
                                                      </w:divBdr>
                                                    </w:div>
                                                    <w:div w:id="99960634">
                                                      <w:marLeft w:val="0"/>
                                                      <w:marRight w:val="0"/>
                                                      <w:marTop w:val="360"/>
                                                      <w:marBottom w:val="180"/>
                                                      <w:divBdr>
                                                        <w:top w:val="none" w:sz="0" w:space="0" w:color="auto"/>
                                                        <w:left w:val="none" w:sz="0" w:space="0" w:color="auto"/>
                                                        <w:bottom w:val="none" w:sz="0" w:space="0" w:color="auto"/>
                                                        <w:right w:val="none" w:sz="0" w:space="0" w:color="auto"/>
                                                      </w:divBdr>
                                                    </w:div>
                                                    <w:div w:id="145099656">
                                                      <w:marLeft w:val="0"/>
                                                      <w:marRight w:val="0"/>
                                                      <w:marTop w:val="180"/>
                                                      <w:marBottom w:val="240"/>
                                                      <w:divBdr>
                                                        <w:top w:val="none" w:sz="0" w:space="0" w:color="auto"/>
                                                        <w:left w:val="none" w:sz="0" w:space="0" w:color="auto"/>
                                                        <w:bottom w:val="none" w:sz="0" w:space="0" w:color="auto"/>
                                                        <w:right w:val="none" w:sz="0" w:space="0" w:color="auto"/>
                                                      </w:divBdr>
                                                    </w:div>
                                                    <w:div w:id="109327867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209731520">
                                              <w:marLeft w:val="0"/>
                                              <w:marRight w:val="0"/>
                                              <w:marTop w:val="0"/>
                                              <w:marBottom w:val="0"/>
                                              <w:divBdr>
                                                <w:top w:val="none" w:sz="0" w:space="0" w:color="auto"/>
                                                <w:left w:val="none" w:sz="0" w:space="0" w:color="auto"/>
                                                <w:bottom w:val="none" w:sz="0" w:space="0" w:color="auto"/>
                                                <w:right w:val="none" w:sz="0" w:space="0" w:color="auto"/>
                                              </w:divBdr>
                                              <w:divsChild>
                                                <w:div w:id="1369990825">
                                                  <w:marLeft w:val="0"/>
                                                  <w:marRight w:val="0"/>
                                                  <w:marTop w:val="0"/>
                                                  <w:marBottom w:val="0"/>
                                                  <w:divBdr>
                                                    <w:top w:val="none" w:sz="0" w:space="0" w:color="auto"/>
                                                    <w:left w:val="none" w:sz="0" w:space="0" w:color="auto"/>
                                                    <w:bottom w:val="none" w:sz="0" w:space="0" w:color="auto"/>
                                                    <w:right w:val="none" w:sz="0" w:space="0" w:color="auto"/>
                                                  </w:divBdr>
                                                  <w:divsChild>
                                                    <w:div w:id="1237132489">
                                                      <w:marLeft w:val="0"/>
                                                      <w:marRight w:val="0"/>
                                                      <w:marTop w:val="0"/>
                                                      <w:marBottom w:val="0"/>
                                                      <w:divBdr>
                                                        <w:top w:val="none" w:sz="0" w:space="0" w:color="auto"/>
                                                        <w:left w:val="none" w:sz="0" w:space="0" w:color="auto"/>
                                                        <w:bottom w:val="none" w:sz="0" w:space="0" w:color="auto"/>
                                                        <w:right w:val="none" w:sz="0" w:space="0" w:color="auto"/>
                                                      </w:divBdr>
                                                      <w:divsChild>
                                                        <w:div w:id="687490638">
                                                          <w:marLeft w:val="0"/>
                                                          <w:marRight w:val="0"/>
                                                          <w:marTop w:val="0"/>
                                                          <w:marBottom w:val="0"/>
                                                          <w:divBdr>
                                                            <w:top w:val="none" w:sz="0" w:space="0" w:color="auto"/>
                                                            <w:left w:val="none" w:sz="0" w:space="0" w:color="auto"/>
                                                            <w:bottom w:val="none" w:sz="0" w:space="0" w:color="auto"/>
                                                            <w:right w:val="none" w:sz="0" w:space="0" w:color="auto"/>
                                                          </w:divBdr>
                                                          <w:divsChild>
                                                            <w:div w:id="680088897">
                                                              <w:marLeft w:val="0"/>
                                                              <w:marRight w:val="0"/>
                                                              <w:marTop w:val="0"/>
                                                              <w:marBottom w:val="0"/>
                                                              <w:divBdr>
                                                                <w:top w:val="none" w:sz="0" w:space="0" w:color="auto"/>
                                                                <w:left w:val="none" w:sz="0" w:space="0" w:color="auto"/>
                                                                <w:bottom w:val="none" w:sz="0" w:space="0" w:color="auto"/>
                                                                <w:right w:val="none" w:sz="0" w:space="0" w:color="auto"/>
                                                              </w:divBdr>
                                                              <w:divsChild>
                                                                <w:div w:id="993221870">
                                                                  <w:marLeft w:val="0"/>
                                                                  <w:marRight w:val="0"/>
                                                                  <w:marTop w:val="0"/>
                                                                  <w:marBottom w:val="0"/>
                                                                  <w:divBdr>
                                                                    <w:top w:val="none" w:sz="0" w:space="0" w:color="auto"/>
                                                                    <w:left w:val="none" w:sz="0" w:space="0" w:color="auto"/>
                                                                    <w:bottom w:val="none" w:sz="0" w:space="0" w:color="auto"/>
                                                                    <w:right w:val="none" w:sz="0" w:space="0" w:color="auto"/>
                                                                  </w:divBdr>
                                                                </w:div>
                                                              </w:divsChild>
                                                            </w:div>
                                                            <w:div w:id="1436245039">
                                                              <w:marLeft w:val="0"/>
                                                              <w:marRight w:val="0"/>
                                                              <w:marTop w:val="0"/>
                                                              <w:marBottom w:val="0"/>
                                                              <w:divBdr>
                                                                <w:top w:val="none" w:sz="0" w:space="0" w:color="auto"/>
                                                                <w:left w:val="none" w:sz="0" w:space="0" w:color="auto"/>
                                                                <w:bottom w:val="none" w:sz="0" w:space="0" w:color="auto"/>
                                                                <w:right w:val="none" w:sz="0" w:space="0" w:color="auto"/>
                                                              </w:divBdr>
                                                              <w:divsChild>
                                                                <w:div w:id="784353377">
                                                                  <w:marLeft w:val="0"/>
                                                                  <w:marRight w:val="0"/>
                                                                  <w:marTop w:val="0"/>
                                                                  <w:marBottom w:val="0"/>
                                                                  <w:divBdr>
                                                                    <w:top w:val="none" w:sz="0" w:space="0" w:color="auto"/>
                                                                    <w:left w:val="none" w:sz="0" w:space="0" w:color="auto"/>
                                                                    <w:bottom w:val="none" w:sz="0" w:space="0" w:color="auto"/>
                                                                    <w:right w:val="none" w:sz="0" w:space="0" w:color="auto"/>
                                                                  </w:divBdr>
                                                                  <w:divsChild>
                                                                    <w:div w:id="2049330242">
                                                                      <w:marLeft w:val="0"/>
                                                                      <w:marRight w:val="0"/>
                                                                      <w:marTop w:val="0"/>
                                                                      <w:marBottom w:val="0"/>
                                                                      <w:divBdr>
                                                                        <w:top w:val="none" w:sz="0" w:space="0" w:color="auto"/>
                                                                        <w:left w:val="none" w:sz="0" w:space="0" w:color="auto"/>
                                                                        <w:bottom w:val="none" w:sz="0" w:space="0" w:color="auto"/>
                                                                        <w:right w:val="none" w:sz="0" w:space="0" w:color="auto"/>
                                                                      </w:divBdr>
                                                                      <w:divsChild>
                                                                        <w:div w:id="1472791331">
                                                                          <w:marLeft w:val="0"/>
                                                                          <w:marRight w:val="0"/>
                                                                          <w:marTop w:val="0"/>
                                                                          <w:marBottom w:val="0"/>
                                                                          <w:divBdr>
                                                                            <w:top w:val="none" w:sz="0" w:space="0" w:color="auto"/>
                                                                            <w:left w:val="none" w:sz="0" w:space="0" w:color="auto"/>
                                                                            <w:bottom w:val="none" w:sz="0" w:space="0" w:color="auto"/>
                                                                            <w:right w:val="none" w:sz="0" w:space="0" w:color="auto"/>
                                                                          </w:divBdr>
                                                                          <w:divsChild>
                                                                            <w:div w:id="383985297">
                                                                              <w:marLeft w:val="0"/>
                                                                              <w:marRight w:val="0"/>
                                                                              <w:marTop w:val="0"/>
                                                                              <w:marBottom w:val="60"/>
                                                                              <w:divBdr>
                                                                                <w:top w:val="none" w:sz="0" w:space="0" w:color="auto"/>
                                                                                <w:left w:val="none" w:sz="0" w:space="0" w:color="auto"/>
                                                                                <w:bottom w:val="none" w:sz="0" w:space="0" w:color="auto"/>
                                                                                <w:right w:val="none" w:sz="0" w:space="0" w:color="auto"/>
                                                                              </w:divBdr>
                                                                            </w:div>
                                                                            <w:div w:id="605888049">
                                                                              <w:marLeft w:val="0"/>
                                                                              <w:marRight w:val="0"/>
                                                                              <w:marTop w:val="0"/>
                                                                              <w:marBottom w:val="0"/>
                                                                              <w:divBdr>
                                                                                <w:top w:val="none" w:sz="0" w:space="0" w:color="auto"/>
                                                                                <w:left w:val="none" w:sz="0" w:space="0" w:color="auto"/>
                                                                                <w:bottom w:val="none" w:sz="0" w:space="0" w:color="auto"/>
                                                                                <w:right w:val="none" w:sz="0" w:space="0" w:color="auto"/>
                                                                              </w:divBdr>
                                                                            </w:div>
                                                                          </w:divsChild>
                                                                        </w:div>
                                                                        <w:div w:id="1722629471">
                                                                          <w:marLeft w:val="0"/>
                                                                          <w:marRight w:val="0"/>
                                                                          <w:marTop w:val="0"/>
                                                                          <w:marBottom w:val="0"/>
                                                                          <w:divBdr>
                                                                            <w:top w:val="none" w:sz="0" w:space="0" w:color="auto"/>
                                                                            <w:left w:val="none" w:sz="0" w:space="0" w:color="auto"/>
                                                                            <w:bottom w:val="none" w:sz="0" w:space="0" w:color="auto"/>
                                                                            <w:right w:val="none" w:sz="0" w:space="0" w:color="auto"/>
                                                                          </w:divBdr>
                                                                        </w:div>
                                                                      </w:divsChild>
                                                                    </w:div>
                                                                    <w:div w:id="2053966453">
                                                                      <w:marLeft w:val="0"/>
                                                                      <w:marRight w:val="0"/>
                                                                      <w:marTop w:val="0"/>
                                                                      <w:marBottom w:val="0"/>
                                                                      <w:divBdr>
                                                                        <w:top w:val="none" w:sz="0" w:space="0" w:color="auto"/>
                                                                        <w:left w:val="none" w:sz="0" w:space="0" w:color="auto"/>
                                                                        <w:bottom w:val="none" w:sz="0" w:space="0" w:color="auto"/>
                                                                        <w:right w:val="none" w:sz="0" w:space="0" w:color="auto"/>
                                                                      </w:divBdr>
                                                                      <w:divsChild>
                                                                        <w:div w:id="1731996370">
                                                                          <w:marLeft w:val="0"/>
                                                                          <w:marRight w:val="0"/>
                                                                          <w:marTop w:val="0"/>
                                                                          <w:marBottom w:val="0"/>
                                                                          <w:divBdr>
                                                                            <w:top w:val="none" w:sz="0" w:space="0" w:color="auto"/>
                                                                            <w:left w:val="none" w:sz="0" w:space="0" w:color="auto"/>
                                                                            <w:bottom w:val="none" w:sz="0" w:space="0" w:color="auto"/>
                                                                            <w:right w:val="none" w:sz="0" w:space="0" w:color="auto"/>
                                                                          </w:divBdr>
                                                                          <w:divsChild>
                                                                            <w:div w:id="311494169">
                                                                              <w:marLeft w:val="0"/>
                                                                              <w:marRight w:val="0"/>
                                                                              <w:marTop w:val="0"/>
                                                                              <w:marBottom w:val="0"/>
                                                                              <w:divBdr>
                                                                                <w:top w:val="none" w:sz="0" w:space="0" w:color="auto"/>
                                                                                <w:left w:val="none" w:sz="0" w:space="0" w:color="auto"/>
                                                                                <w:bottom w:val="none" w:sz="0" w:space="0" w:color="auto"/>
                                                                                <w:right w:val="none" w:sz="0" w:space="0" w:color="auto"/>
                                                                              </w:divBdr>
                                                                            </w:div>
                                                                          </w:divsChild>
                                                                        </w:div>
                                                                        <w:div w:id="1233542050">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404253881">
                                                              <w:marLeft w:val="0"/>
                                                              <w:marRight w:val="0"/>
                                                              <w:marTop w:val="0"/>
                                                              <w:marBottom w:val="0"/>
                                                              <w:divBdr>
                                                                <w:top w:val="none" w:sz="0" w:space="0" w:color="auto"/>
                                                                <w:left w:val="none" w:sz="0" w:space="0" w:color="auto"/>
                                                                <w:bottom w:val="none" w:sz="0" w:space="0" w:color="auto"/>
                                                                <w:right w:val="none" w:sz="0" w:space="0" w:color="auto"/>
                                                              </w:divBdr>
                                                              <w:divsChild>
                                                                <w:div w:id="213004937">
                                                                  <w:marLeft w:val="0"/>
                                                                  <w:marRight w:val="0"/>
                                                                  <w:marTop w:val="0"/>
                                                                  <w:marBottom w:val="0"/>
                                                                  <w:divBdr>
                                                                    <w:top w:val="none" w:sz="0" w:space="0" w:color="auto"/>
                                                                    <w:left w:val="none" w:sz="0" w:space="0" w:color="auto"/>
                                                                    <w:bottom w:val="none" w:sz="0" w:space="0" w:color="auto"/>
                                                                    <w:right w:val="none" w:sz="0" w:space="0" w:color="auto"/>
                                                                  </w:divBdr>
                                                                  <w:divsChild>
                                                                    <w:div w:id="600144675">
                                                                      <w:marLeft w:val="0"/>
                                                                      <w:marRight w:val="0"/>
                                                                      <w:marTop w:val="0"/>
                                                                      <w:marBottom w:val="0"/>
                                                                      <w:divBdr>
                                                                        <w:top w:val="none" w:sz="0" w:space="0" w:color="auto"/>
                                                                        <w:left w:val="none" w:sz="0" w:space="0" w:color="auto"/>
                                                                        <w:bottom w:val="none" w:sz="0" w:space="0" w:color="auto"/>
                                                                        <w:right w:val="none" w:sz="0" w:space="0" w:color="auto"/>
                                                                      </w:divBdr>
                                                                      <w:divsChild>
                                                                        <w:div w:id="31075736">
                                                                          <w:marLeft w:val="0"/>
                                                                          <w:marRight w:val="0"/>
                                                                          <w:marTop w:val="0"/>
                                                                          <w:marBottom w:val="0"/>
                                                                          <w:divBdr>
                                                                            <w:top w:val="none" w:sz="0" w:space="0" w:color="auto"/>
                                                                            <w:left w:val="none" w:sz="0" w:space="0" w:color="auto"/>
                                                                            <w:bottom w:val="none" w:sz="0" w:space="0" w:color="auto"/>
                                                                            <w:right w:val="none" w:sz="0" w:space="0" w:color="auto"/>
                                                                          </w:divBdr>
                                                                          <w:divsChild>
                                                                            <w:div w:id="730270084">
                                                                              <w:marLeft w:val="0"/>
                                                                              <w:marRight w:val="0"/>
                                                                              <w:marTop w:val="0"/>
                                                                              <w:marBottom w:val="60"/>
                                                                              <w:divBdr>
                                                                                <w:top w:val="none" w:sz="0" w:space="0" w:color="auto"/>
                                                                                <w:left w:val="none" w:sz="0" w:space="0" w:color="auto"/>
                                                                                <w:bottom w:val="none" w:sz="0" w:space="0" w:color="auto"/>
                                                                                <w:right w:val="none" w:sz="0" w:space="0" w:color="auto"/>
                                                                              </w:divBdr>
                                                                            </w:div>
                                                                            <w:div w:id="379325838">
                                                                              <w:marLeft w:val="0"/>
                                                                              <w:marRight w:val="0"/>
                                                                              <w:marTop w:val="0"/>
                                                                              <w:marBottom w:val="0"/>
                                                                              <w:divBdr>
                                                                                <w:top w:val="none" w:sz="0" w:space="0" w:color="auto"/>
                                                                                <w:left w:val="none" w:sz="0" w:space="0" w:color="auto"/>
                                                                                <w:bottom w:val="none" w:sz="0" w:space="0" w:color="auto"/>
                                                                                <w:right w:val="none" w:sz="0" w:space="0" w:color="auto"/>
                                                                              </w:divBdr>
                                                                            </w:div>
                                                                          </w:divsChild>
                                                                        </w:div>
                                                                        <w:div w:id="957294956">
                                                                          <w:marLeft w:val="0"/>
                                                                          <w:marRight w:val="0"/>
                                                                          <w:marTop w:val="0"/>
                                                                          <w:marBottom w:val="0"/>
                                                                          <w:divBdr>
                                                                            <w:top w:val="none" w:sz="0" w:space="0" w:color="auto"/>
                                                                            <w:left w:val="none" w:sz="0" w:space="0" w:color="auto"/>
                                                                            <w:bottom w:val="none" w:sz="0" w:space="0" w:color="auto"/>
                                                                            <w:right w:val="none" w:sz="0" w:space="0" w:color="auto"/>
                                                                          </w:divBdr>
                                                                        </w:div>
                                                                      </w:divsChild>
                                                                    </w:div>
                                                                    <w:div w:id="878473284">
                                                                      <w:marLeft w:val="0"/>
                                                                      <w:marRight w:val="0"/>
                                                                      <w:marTop w:val="0"/>
                                                                      <w:marBottom w:val="0"/>
                                                                      <w:divBdr>
                                                                        <w:top w:val="none" w:sz="0" w:space="0" w:color="auto"/>
                                                                        <w:left w:val="none" w:sz="0" w:space="0" w:color="auto"/>
                                                                        <w:bottom w:val="none" w:sz="0" w:space="0" w:color="auto"/>
                                                                        <w:right w:val="none" w:sz="0" w:space="0" w:color="auto"/>
                                                                      </w:divBdr>
                                                                      <w:divsChild>
                                                                        <w:div w:id="1015109089">
                                                                          <w:marLeft w:val="0"/>
                                                                          <w:marRight w:val="0"/>
                                                                          <w:marTop w:val="0"/>
                                                                          <w:marBottom w:val="0"/>
                                                                          <w:divBdr>
                                                                            <w:top w:val="none" w:sz="0" w:space="0" w:color="auto"/>
                                                                            <w:left w:val="none" w:sz="0" w:space="0" w:color="auto"/>
                                                                            <w:bottom w:val="none" w:sz="0" w:space="0" w:color="auto"/>
                                                                            <w:right w:val="none" w:sz="0" w:space="0" w:color="auto"/>
                                                                          </w:divBdr>
                                                                          <w:divsChild>
                                                                            <w:div w:id="387728560">
                                                                              <w:marLeft w:val="0"/>
                                                                              <w:marRight w:val="0"/>
                                                                              <w:marTop w:val="0"/>
                                                                              <w:marBottom w:val="0"/>
                                                                              <w:divBdr>
                                                                                <w:top w:val="none" w:sz="0" w:space="0" w:color="auto"/>
                                                                                <w:left w:val="none" w:sz="0" w:space="0" w:color="auto"/>
                                                                                <w:bottom w:val="none" w:sz="0" w:space="0" w:color="auto"/>
                                                                                <w:right w:val="none" w:sz="0" w:space="0" w:color="auto"/>
                                                                              </w:divBdr>
                                                                            </w:div>
                                                                          </w:divsChild>
                                                                        </w:div>
                                                                        <w:div w:id="949891557">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925217956">
                                                              <w:marLeft w:val="0"/>
                                                              <w:marRight w:val="0"/>
                                                              <w:marTop w:val="0"/>
                                                              <w:marBottom w:val="0"/>
                                                              <w:divBdr>
                                                                <w:top w:val="none" w:sz="0" w:space="0" w:color="auto"/>
                                                                <w:left w:val="none" w:sz="0" w:space="0" w:color="auto"/>
                                                                <w:bottom w:val="none" w:sz="0" w:space="0" w:color="auto"/>
                                                                <w:right w:val="none" w:sz="0" w:space="0" w:color="auto"/>
                                                              </w:divBdr>
                                                              <w:divsChild>
                                                                <w:div w:id="617418763">
                                                                  <w:marLeft w:val="0"/>
                                                                  <w:marRight w:val="0"/>
                                                                  <w:marTop w:val="0"/>
                                                                  <w:marBottom w:val="0"/>
                                                                  <w:divBdr>
                                                                    <w:top w:val="none" w:sz="0" w:space="0" w:color="auto"/>
                                                                    <w:left w:val="none" w:sz="0" w:space="0" w:color="auto"/>
                                                                    <w:bottom w:val="none" w:sz="0" w:space="0" w:color="auto"/>
                                                                    <w:right w:val="none" w:sz="0" w:space="0" w:color="auto"/>
                                                                  </w:divBdr>
                                                                  <w:divsChild>
                                                                    <w:div w:id="1471364424">
                                                                      <w:marLeft w:val="0"/>
                                                                      <w:marRight w:val="0"/>
                                                                      <w:marTop w:val="0"/>
                                                                      <w:marBottom w:val="0"/>
                                                                      <w:divBdr>
                                                                        <w:top w:val="none" w:sz="0" w:space="0" w:color="auto"/>
                                                                        <w:left w:val="none" w:sz="0" w:space="0" w:color="auto"/>
                                                                        <w:bottom w:val="none" w:sz="0" w:space="0" w:color="auto"/>
                                                                        <w:right w:val="none" w:sz="0" w:space="0" w:color="auto"/>
                                                                      </w:divBdr>
                                                                      <w:divsChild>
                                                                        <w:div w:id="1811239792">
                                                                          <w:marLeft w:val="0"/>
                                                                          <w:marRight w:val="0"/>
                                                                          <w:marTop w:val="0"/>
                                                                          <w:marBottom w:val="0"/>
                                                                          <w:divBdr>
                                                                            <w:top w:val="none" w:sz="0" w:space="0" w:color="auto"/>
                                                                            <w:left w:val="none" w:sz="0" w:space="0" w:color="auto"/>
                                                                            <w:bottom w:val="none" w:sz="0" w:space="0" w:color="auto"/>
                                                                            <w:right w:val="none" w:sz="0" w:space="0" w:color="auto"/>
                                                                          </w:divBdr>
                                                                          <w:divsChild>
                                                                            <w:div w:id="2075397598">
                                                                              <w:marLeft w:val="0"/>
                                                                              <w:marRight w:val="0"/>
                                                                              <w:marTop w:val="0"/>
                                                                              <w:marBottom w:val="60"/>
                                                                              <w:divBdr>
                                                                                <w:top w:val="none" w:sz="0" w:space="0" w:color="auto"/>
                                                                                <w:left w:val="none" w:sz="0" w:space="0" w:color="auto"/>
                                                                                <w:bottom w:val="none" w:sz="0" w:space="0" w:color="auto"/>
                                                                                <w:right w:val="none" w:sz="0" w:space="0" w:color="auto"/>
                                                                              </w:divBdr>
                                                                            </w:div>
                                                                            <w:div w:id="2035880427">
                                                                              <w:marLeft w:val="0"/>
                                                                              <w:marRight w:val="0"/>
                                                                              <w:marTop w:val="0"/>
                                                                              <w:marBottom w:val="0"/>
                                                                              <w:divBdr>
                                                                                <w:top w:val="none" w:sz="0" w:space="0" w:color="auto"/>
                                                                                <w:left w:val="none" w:sz="0" w:space="0" w:color="auto"/>
                                                                                <w:bottom w:val="none" w:sz="0" w:space="0" w:color="auto"/>
                                                                                <w:right w:val="none" w:sz="0" w:space="0" w:color="auto"/>
                                                                              </w:divBdr>
                                                                            </w:div>
                                                                          </w:divsChild>
                                                                        </w:div>
                                                                        <w:div w:id="309284438">
                                                                          <w:marLeft w:val="0"/>
                                                                          <w:marRight w:val="0"/>
                                                                          <w:marTop w:val="0"/>
                                                                          <w:marBottom w:val="0"/>
                                                                          <w:divBdr>
                                                                            <w:top w:val="none" w:sz="0" w:space="0" w:color="auto"/>
                                                                            <w:left w:val="none" w:sz="0" w:space="0" w:color="auto"/>
                                                                            <w:bottom w:val="none" w:sz="0" w:space="0" w:color="auto"/>
                                                                            <w:right w:val="none" w:sz="0" w:space="0" w:color="auto"/>
                                                                          </w:divBdr>
                                                                        </w:div>
                                                                      </w:divsChild>
                                                                    </w:div>
                                                                    <w:div w:id="23022178">
                                                                      <w:marLeft w:val="0"/>
                                                                      <w:marRight w:val="0"/>
                                                                      <w:marTop w:val="0"/>
                                                                      <w:marBottom w:val="0"/>
                                                                      <w:divBdr>
                                                                        <w:top w:val="none" w:sz="0" w:space="0" w:color="auto"/>
                                                                        <w:left w:val="none" w:sz="0" w:space="0" w:color="auto"/>
                                                                        <w:bottom w:val="none" w:sz="0" w:space="0" w:color="auto"/>
                                                                        <w:right w:val="none" w:sz="0" w:space="0" w:color="auto"/>
                                                                      </w:divBdr>
                                                                      <w:divsChild>
                                                                        <w:div w:id="274559751">
                                                                          <w:marLeft w:val="0"/>
                                                                          <w:marRight w:val="0"/>
                                                                          <w:marTop w:val="0"/>
                                                                          <w:marBottom w:val="0"/>
                                                                          <w:divBdr>
                                                                            <w:top w:val="none" w:sz="0" w:space="0" w:color="auto"/>
                                                                            <w:left w:val="none" w:sz="0" w:space="0" w:color="auto"/>
                                                                            <w:bottom w:val="none" w:sz="0" w:space="0" w:color="auto"/>
                                                                            <w:right w:val="none" w:sz="0" w:space="0" w:color="auto"/>
                                                                          </w:divBdr>
                                                                          <w:divsChild>
                                                                            <w:div w:id="203760696">
                                                                              <w:marLeft w:val="0"/>
                                                                              <w:marRight w:val="0"/>
                                                                              <w:marTop w:val="0"/>
                                                                              <w:marBottom w:val="0"/>
                                                                              <w:divBdr>
                                                                                <w:top w:val="none" w:sz="0" w:space="0" w:color="auto"/>
                                                                                <w:left w:val="none" w:sz="0" w:space="0" w:color="auto"/>
                                                                                <w:bottom w:val="none" w:sz="0" w:space="0" w:color="auto"/>
                                                                                <w:right w:val="none" w:sz="0" w:space="0" w:color="auto"/>
                                                                              </w:divBdr>
                                                                            </w:div>
                                                                          </w:divsChild>
                                                                        </w:div>
                                                                        <w:div w:id="1949922739">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423772462">
                                                              <w:marLeft w:val="0"/>
                                                              <w:marRight w:val="0"/>
                                                              <w:marTop w:val="0"/>
                                                              <w:marBottom w:val="0"/>
                                                              <w:divBdr>
                                                                <w:top w:val="none" w:sz="0" w:space="0" w:color="auto"/>
                                                                <w:left w:val="none" w:sz="0" w:space="0" w:color="auto"/>
                                                                <w:bottom w:val="none" w:sz="0" w:space="0" w:color="auto"/>
                                                                <w:right w:val="none" w:sz="0" w:space="0" w:color="auto"/>
                                                              </w:divBdr>
                                                              <w:divsChild>
                                                                <w:div w:id="3462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4471463">
                                  <w:marLeft w:val="0"/>
                                  <w:marRight w:val="0"/>
                                  <w:marTop w:val="450"/>
                                  <w:marBottom w:val="0"/>
                                  <w:divBdr>
                                    <w:top w:val="none" w:sz="0" w:space="0" w:color="auto"/>
                                    <w:left w:val="none" w:sz="0" w:space="0" w:color="auto"/>
                                    <w:bottom w:val="none" w:sz="0" w:space="0" w:color="auto"/>
                                    <w:right w:val="none" w:sz="0" w:space="0" w:color="auto"/>
                                  </w:divBdr>
                                  <w:divsChild>
                                    <w:div w:id="236791293">
                                      <w:marLeft w:val="0"/>
                                      <w:marRight w:val="0"/>
                                      <w:marTop w:val="0"/>
                                      <w:marBottom w:val="0"/>
                                      <w:divBdr>
                                        <w:top w:val="none" w:sz="0" w:space="0" w:color="auto"/>
                                        <w:left w:val="none" w:sz="0" w:space="0" w:color="auto"/>
                                        <w:bottom w:val="none" w:sz="0" w:space="0" w:color="auto"/>
                                        <w:right w:val="none" w:sz="0" w:space="0" w:color="auto"/>
                                      </w:divBdr>
                                      <w:divsChild>
                                        <w:div w:id="770203755">
                                          <w:marLeft w:val="0"/>
                                          <w:marRight w:val="0"/>
                                          <w:marTop w:val="0"/>
                                          <w:marBottom w:val="0"/>
                                          <w:divBdr>
                                            <w:top w:val="none" w:sz="0" w:space="0" w:color="auto"/>
                                            <w:left w:val="none" w:sz="0" w:space="0" w:color="auto"/>
                                            <w:bottom w:val="none" w:sz="0" w:space="0" w:color="auto"/>
                                            <w:right w:val="none" w:sz="0" w:space="0" w:color="auto"/>
                                          </w:divBdr>
                                          <w:divsChild>
                                            <w:div w:id="1697804709">
                                              <w:marLeft w:val="0"/>
                                              <w:marRight w:val="246"/>
                                              <w:marTop w:val="0"/>
                                              <w:marBottom w:val="0"/>
                                              <w:divBdr>
                                                <w:top w:val="none" w:sz="0" w:space="0" w:color="auto"/>
                                                <w:left w:val="none" w:sz="0" w:space="0" w:color="auto"/>
                                                <w:bottom w:val="none" w:sz="0" w:space="0" w:color="auto"/>
                                                <w:right w:val="none" w:sz="0" w:space="0" w:color="auto"/>
                                              </w:divBdr>
                                              <w:divsChild>
                                                <w:div w:id="1608124959">
                                                  <w:marLeft w:val="0"/>
                                                  <w:marRight w:val="0"/>
                                                  <w:marTop w:val="0"/>
                                                  <w:marBottom w:val="0"/>
                                                  <w:divBdr>
                                                    <w:top w:val="none" w:sz="0" w:space="0" w:color="auto"/>
                                                    <w:left w:val="none" w:sz="0" w:space="0" w:color="auto"/>
                                                    <w:bottom w:val="none" w:sz="0" w:space="0" w:color="auto"/>
                                                    <w:right w:val="none" w:sz="0" w:space="0" w:color="auto"/>
                                                  </w:divBdr>
                                                  <w:divsChild>
                                                    <w:div w:id="55858751">
                                                      <w:marLeft w:val="0"/>
                                                      <w:marRight w:val="0"/>
                                                      <w:marTop w:val="0"/>
                                                      <w:marBottom w:val="0"/>
                                                      <w:divBdr>
                                                        <w:top w:val="none" w:sz="0" w:space="0" w:color="auto"/>
                                                        <w:left w:val="none" w:sz="0" w:space="0" w:color="auto"/>
                                                        <w:bottom w:val="none" w:sz="0" w:space="0" w:color="auto"/>
                                                        <w:right w:val="none" w:sz="0" w:space="0" w:color="auto"/>
                                                      </w:divBdr>
                                                      <w:divsChild>
                                                        <w:div w:id="129821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767091">
                                              <w:marLeft w:val="0"/>
                                              <w:marRight w:val="0"/>
                                              <w:marTop w:val="0"/>
                                              <w:marBottom w:val="0"/>
                                              <w:divBdr>
                                                <w:top w:val="none" w:sz="0" w:space="0" w:color="auto"/>
                                                <w:left w:val="none" w:sz="0" w:space="0" w:color="auto"/>
                                                <w:bottom w:val="none" w:sz="0" w:space="0" w:color="auto"/>
                                                <w:right w:val="none" w:sz="0" w:space="0" w:color="auto"/>
                                              </w:divBdr>
                                              <w:divsChild>
                                                <w:div w:id="167899450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434792149">
                                      <w:marLeft w:val="0"/>
                                      <w:marRight w:val="0"/>
                                      <w:marTop w:val="0"/>
                                      <w:marBottom w:val="0"/>
                                      <w:divBdr>
                                        <w:top w:val="none" w:sz="0" w:space="0" w:color="auto"/>
                                        <w:left w:val="none" w:sz="0" w:space="0" w:color="auto"/>
                                        <w:bottom w:val="none" w:sz="0" w:space="0" w:color="auto"/>
                                        <w:right w:val="none" w:sz="0" w:space="0" w:color="auto"/>
                                      </w:divBdr>
                                      <w:divsChild>
                                        <w:div w:id="2143184403">
                                          <w:marLeft w:val="0"/>
                                          <w:marRight w:val="0"/>
                                          <w:marTop w:val="0"/>
                                          <w:marBottom w:val="0"/>
                                          <w:divBdr>
                                            <w:top w:val="none" w:sz="0" w:space="0" w:color="auto"/>
                                            <w:left w:val="none" w:sz="0" w:space="0" w:color="auto"/>
                                            <w:bottom w:val="none" w:sz="0" w:space="0" w:color="auto"/>
                                            <w:right w:val="none" w:sz="0" w:space="0" w:color="auto"/>
                                          </w:divBdr>
                                          <w:divsChild>
                                            <w:div w:id="698697383">
                                              <w:marLeft w:val="0"/>
                                              <w:marRight w:val="0"/>
                                              <w:marTop w:val="0"/>
                                              <w:marBottom w:val="0"/>
                                              <w:divBdr>
                                                <w:top w:val="none" w:sz="0" w:space="0" w:color="auto"/>
                                                <w:left w:val="none" w:sz="0" w:space="0" w:color="auto"/>
                                                <w:bottom w:val="none" w:sz="0" w:space="0" w:color="auto"/>
                                                <w:right w:val="none" w:sz="0" w:space="0" w:color="auto"/>
                                              </w:divBdr>
                                              <w:divsChild>
                                                <w:div w:id="930940532">
                                                  <w:marLeft w:val="0"/>
                                                  <w:marRight w:val="0"/>
                                                  <w:marTop w:val="0"/>
                                                  <w:marBottom w:val="0"/>
                                                  <w:divBdr>
                                                    <w:top w:val="none" w:sz="0" w:space="0" w:color="auto"/>
                                                    <w:left w:val="none" w:sz="0" w:space="0" w:color="auto"/>
                                                    <w:bottom w:val="none" w:sz="0" w:space="0" w:color="auto"/>
                                                    <w:right w:val="none" w:sz="0" w:space="0" w:color="auto"/>
                                                  </w:divBdr>
                                                  <w:divsChild>
                                                    <w:div w:id="1714036467">
                                                      <w:marLeft w:val="0"/>
                                                      <w:marRight w:val="0"/>
                                                      <w:marTop w:val="180"/>
                                                      <w:marBottom w:val="240"/>
                                                      <w:divBdr>
                                                        <w:top w:val="none" w:sz="0" w:space="0" w:color="auto"/>
                                                        <w:left w:val="none" w:sz="0" w:space="0" w:color="auto"/>
                                                        <w:bottom w:val="none" w:sz="0" w:space="0" w:color="auto"/>
                                                        <w:right w:val="none" w:sz="0" w:space="0" w:color="auto"/>
                                                      </w:divBdr>
                                                    </w:div>
                                                    <w:div w:id="1636179993">
                                                      <w:marLeft w:val="0"/>
                                                      <w:marRight w:val="0"/>
                                                      <w:marTop w:val="360"/>
                                                      <w:marBottom w:val="180"/>
                                                      <w:divBdr>
                                                        <w:top w:val="none" w:sz="0" w:space="0" w:color="auto"/>
                                                        <w:left w:val="none" w:sz="0" w:space="0" w:color="auto"/>
                                                        <w:bottom w:val="none" w:sz="0" w:space="0" w:color="auto"/>
                                                        <w:right w:val="none" w:sz="0" w:space="0" w:color="auto"/>
                                                      </w:divBdr>
                                                    </w:div>
                                                    <w:div w:id="1678969786">
                                                      <w:marLeft w:val="0"/>
                                                      <w:marRight w:val="0"/>
                                                      <w:marTop w:val="360"/>
                                                      <w:marBottom w:val="180"/>
                                                      <w:divBdr>
                                                        <w:top w:val="none" w:sz="0" w:space="0" w:color="auto"/>
                                                        <w:left w:val="none" w:sz="0" w:space="0" w:color="auto"/>
                                                        <w:bottom w:val="none" w:sz="0" w:space="0" w:color="auto"/>
                                                        <w:right w:val="none" w:sz="0" w:space="0" w:color="auto"/>
                                                      </w:divBdr>
                                                    </w:div>
                                                    <w:div w:id="1595935653">
                                                      <w:marLeft w:val="0"/>
                                                      <w:marRight w:val="0"/>
                                                      <w:marTop w:val="360"/>
                                                      <w:marBottom w:val="180"/>
                                                      <w:divBdr>
                                                        <w:top w:val="none" w:sz="0" w:space="0" w:color="auto"/>
                                                        <w:left w:val="none" w:sz="0" w:space="0" w:color="auto"/>
                                                        <w:bottom w:val="none" w:sz="0" w:space="0" w:color="auto"/>
                                                        <w:right w:val="none" w:sz="0" w:space="0" w:color="auto"/>
                                                      </w:divBdr>
                                                    </w:div>
                                                    <w:div w:id="647175682">
                                                      <w:marLeft w:val="0"/>
                                                      <w:marRight w:val="0"/>
                                                      <w:marTop w:val="360"/>
                                                      <w:marBottom w:val="180"/>
                                                      <w:divBdr>
                                                        <w:top w:val="none" w:sz="0" w:space="0" w:color="auto"/>
                                                        <w:left w:val="none" w:sz="0" w:space="0" w:color="auto"/>
                                                        <w:bottom w:val="none" w:sz="0" w:space="0" w:color="auto"/>
                                                        <w:right w:val="none" w:sz="0" w:space="0" w:color="auto"/>
                                                      </w:divBdr>
                                                    </w:div>
                                                    <w:div w:id="1447312273">
                                                      <w:marLeft w:val="0"/>
                                                      <w:marRight w:val="0"/>
                                                      <w:marTop w:val="360"/>
                                                      <w:marBottom w:val="180"/>
                                                      <w:divBdr>
                                                        <w:top w:val="none" w:sz="0" w:space="0" w:color="auto"/>
                                                        <w:left w:val="none" w:sz="0" w:space="0" w:color="auto"/>
                                                        <w:bottom w:val="none" w:sz="0" w:space="0" w:color="auto"/>
                                                        <w:right w:val="none" w:sz="0" w:space="0" w:color="auto"/>
                                                      </w:divBdr>
                                                    </w:div>
                                                    <w:div w:id="979768245">
                                                      <w:marLeft w:val="0"/>
                                                      <w:marRight w:val="0"/>
                                                      <w:marTop w:val="360"/>
                                                      <w:marBottom w:val="180"/>
                                                      <w:divBdr>
                                                        <w:top w:val="none" w:sz="0" w:space="0" w:color="auto"/>
                                                        <w:left w:val="none" w:sz="0" w:space="0" w:color="auto"/>
                                                        <w:bottom w:val="none" w:sz="0" w:space="0" w:color="auto"/>
                                                        <w:right w:val="none" w:sz="0" w:space="0" w:color="auto"/>
                                                      </w:divBdr>
                                                    </w:div>
                                                    <w:div w:id="127783494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723601374">
                                              <w:marLeft w:val="0"/>
                                              <w:marRight w:val="0"/>
                                              <w:marTop w:val="0"/>
                                              <w:marBottom w:val="0"/>
                                              <w:divBdr>
                                                <w:top w:val="none" w:sz="0" w:space="0" w:color="auto"/>
                                                <w:left w:val="none" w:sz="0" w:space="0" w:color="auto"/>
                                                <w:bottom w:val="none" w:sz="0" w:space="0" w:color="auto"/>
                                                <w:right w:val="none" w:sz="0" w:space="0" w:color="auto"/>
                                              </w:divBdr>
                                              <w:divsChild>
                                                <w:div w:id="525211876">
                                                  <w:marLeft w:val="0"/>
                                                  <w:marRight w:val="0"/>
                                                  <w:marTop w:val="0"/>
                                                  <w:marBottom w:val="0"/>
                                                  <w:divBdr>
                                                    <w:top w:val="none" w:sz="0" w:space="0" w:color="auto"/>
                                                    <w:left w:val="none" w:sz="0" w:space="0" w:color="auto"/>
                                                    <w:bottom w:val="none" w:sz="0" w:space="0" w:color="auto"/>
                                                    <w:right w:val="none" w:sz="0" w:space="0" w:color="auto"/>
                                                  </w:divBdr>
                                                  <w:divsChild>
                                                    <w:div w:id="1891915316">
                                                      <w:marLeft w:val="0"/>
                                                      <w:marRight w:val="0"/>
                                                      <w:marTop w:val="0"/>
                                                      <w:marBottom w:val="0"/>
                                                      <w:divBdr>
                                                        <w:top w:val="none" w:sz="0" w:space="0" w:color="auto"/>
                                                        <w:left w:val="none" w:sz="0" w:space="0" w:color="auto"/>
                                                        <w:bottom w:val="none" w:sz="0" w:space="0" w:color="auto"/>
                                                        <w:right w:val="none" w:sz="0" w:space="0" w:color="auto"/>
                                                      </w:divBdr>
                                                      <w:divsChild>
                                                        <w:div w:id="1986354212">
                                                          <w:marLeft w:val="0"/>
                                                          <w:marRight w:val="0"/>
                                                          <w:marTop w:val="0"/>
                                                          <w:marBottom w:val="0"/>
                                                          <w:divBdr>
                                                            <w:top w:val="none" w:sz="0" w:space="0" w:color="auto"/>
                                                            <w:left w:val="none" w:sz="0" w:space="0" w:color="auto"/>
                                                            <w:bottom w:val="none" w:sz="0" w:space="0" w:color="auto"/>
                                                            <w:right w:val="none" w:sz="0" w:space="0" w:color="auto"/>
                                                          </w:divBdr>
                                                          <w:divsChild>
                                                            <w:div w:id="1623145923">
                                                              <w:marLeft w:val="0"/>
                                                              <w:marRight w:val="0"/>
                                                              <w:marTop w:val="0"/>
                                                              <w:marBottom w:val="0"/>
                                                              <w:divBdr>
                                                                <w:top w:val="none" w:sz="0" w:space="0" w:color="auto"/>
                                                                <w:left w:val="none" w:sz="0" w:space="0" w:color="auto"/>
                                                                <w:bottom w:val="none" w:sz="0" w:space="0" w:color="auto"/>
                                                                <w:right w:val="none" w:sz="0" w:space="0" w:color="auto"/>
                                                              </w:divBdr>
                                                              <w:divsChild>
                                                                <w:div w:id="46493079">
                                                                  <w:marLeft w:val="0"/>
                                                                  <w:marRight w:val="0"/>
                                                                  <w:marTop w:val="0"/>
                                                                  <w:marBottom w:val="0"/>
                                                                  <w:divBdr>
                                                                    <w:top w:val="none" w:sz="0" w:space="0" w:color="auto"/>
                                                                    <w:left w:val="none" w:sz="0" w:space="0" w:color="auto"/>
                                                                    <w:bottom w:val="none" w:sz="0" w:space="0" w:color="auto"/>
                                                                    <w:right w:val="none" w:sz="0" w:space="0" w:color="auto"/>
                                                                  </w:divBdr>
                                                                </w:div>
                                                              </w:divsChild>
                                                            </w:div>
                                                            <w:div w:id="253518881">
                                                              <w:marLeft w:val="0"/>
                                                              <w:marRight w:val="0"/>
                                                              <w:marTop w:val="0"/>
                                                              <w:marBottom w:val="0"/>
                                                              <w:divBdr>
                                                                <w:top w:val="none" w:sz="0" w:space="0" w:color="auto"/>
                                                                <w:left w:val="none" w:sz="0" w:space="0" w:color="auto"/>
                                                                <w:bottom w:val="none" w:sz="0" w:space="0" w:color="auto"/>
                                                                <w:right w:val="none" w:sz="0" w:space="0" w:color="auto"/>
                                                              </w:divBdr>
                                                              <w:divsChild>
                                                                <w:div w:id="570849312">
                                                                  <w:marLeft w:val="0"/>
                                                                  <w:marRight w:val="0"/>
                                                                  <w:marTop w:val="0"/>
                                                                  <w:marBottom w:val="0"/>
                                                                  <w:divBdr>
                                                                    <w:top w:val="none" w:sz="0" w:space="0" w:color="auto"/>
                                                                    <w:left w:val="none" w:sz="0" w:space="0" w:color="auto"/>
                                                                    <w:bottom w:val="none" w:sz="0" w:space="0" w:color="auto"/>
                                                                    <w:right w:val="none" w:sz="0" w:space="0" w:color="auto"/>
                                                                  </w:divBdr>
                                                                  <w:divsChild>
                                                                    <w:div w:id="1265962862">
                                                                      <w:marLeft w:val="0"/>
                                                                      <w:marRight w:val="0"/>
                                                                      <w:marTop w:val="0"/>
                                                                      <w:marBottom w:val="0"/>
                                                                      <w:divBdr>
                                                                        <w:top w:val="none" w:sz="0" w:space="0" w:color="auto"/>
                                                                        <w:left w:val="none" w:sz="0" w:space="0" w:color="auto"/>
                                                                        <w:bottom w:val="none" w:sz="0" w:space="0" w:color="auto"/>
                                                                        <w:right w:val="none" w:sz="0" w:space="0" w:color="auto"/>
                                                                      </w:divBdr>
                                                                      <w:divsChild>
                                                                        <w:div w:id="2011250962">
                                                                          <w:marLeft w:val="0"/>
                                                                          <w:marRight w:val="0"/>
                                                                          <w:marTop w:val="0"/>
                                                                          <w:marBottom w:val="0"/>
                                                                          <w:divBdr>
                                                                            <w:top w:val="none" w:sz="0" w:space="0" w:color="auto"/>
                                                                            <w:left w:val="none" w:sz="0" w:space="0" w:color="auto"/>
                                                                            <w:bottom w:val="none" w:sz="0" w:space="0" w:color="auto"/>
                                                                            <w:right w:val="none" w:sz="0" w:space="0" w:color="auto"/>
                                                                          </w:divBdr>
                                                                          <w:divsChild>
                                                                            <w:div w:id="271523392">
                                                                              <w:marLeft w:val="0"/>
                                                                              <w:marRight w:val="0"/>
                                                                              <w:marTop w:val="0"/>
                                                                              <w:marBottom w:val="60"/>
                                                                              <w:divBdr>
                                                                                <w:top w:val="none" w:sz="0" w:space="0" w:color="auto"/>
                                                                                <w:left w:val="none" w:sz="0" w:space="0" w:color="auto"/>
                                                                                <w:bottom w:val="none" w:sz="0" w:space="0" w:color="auto"/>
                                                                                <w:right w:val="none" w:sz="0" w:space="0" w:color="auto"/>
                                                                              </w:divBdr>
                                                                            </w:div>
                                                                            <w:div w:id="112288207">
                                                                              <w:marLeft w:val="0"/>
                                                                              <w:marRight w:val="0"/>
                                                                              <w:marTop w:val="0"/>
                                                                              <w:marBottom w:val="0"/>
                                                                              <w:divBdr>
                                                                                <w:top w:val="none" w:sz="0" w:space="0" w:color="auto"/>
                                                                                <w:left w:val="none" w:sz="0" w:space="0" w:color="auto"/>
                                                                                <w:bottom w:val="none" w:sz="0" w:space="0" w:color="auto"/>
                                                                                <w:right w:val="none" w:sz="0" w:space="0" w:color="auto"/>
                                                                              </w:divBdr>
                                                                            </w:div>
                                                                          </w:divsChild>
                                                                        </w:div>
                                                                        <w:div w:id="1833643937">
                                                                          <w:marLeft w:val="0"/>
                                                                          <w:marRight w:val="0"/>
                                                                          <w:marTop w:val="0"/>
                                                                          <w:marBottom w:val="0"/>
                                                                          <w:divBdr>
                                                                            <w:top w:val="none" w:sz="0" w:space="0" w:color="auto"/>
                                                                            <w:left w:val="none" w:sz="0" w:space="0" w:color="auto"/>
                                                                            <w:bottom w:val="none" w:sz="0" w:space="0" w:color="auto"/>
                                                                            <w:right w:val="none" w:sz="0" w:space="0" w:color="auto"/>
                                                                          </w:divBdr>
                                                                        </w:div>
                                                                      </w:divsChild>
                                                                    </w:div>
                                                                    <w:div w:id="1605115964">
                                                                      <w:marLeft w:val="0"/>
                                                                      <w:marRight w:val="0"/>
                                                                      <w:marTop w:val="0"/>
                                                                      <w:marBottom w:val="0"/>
                                                                      <w:divBdr>
                                                                        <w:top w:val="none" w:sz="0" w:space="0" w:color="auto"/>
                                                                        <w:left w:val="none" w:sz="0" w:space="0" w:color="auto"/>
                                                                        <w:bottom w:val="none" w:sz="0" w:space="0" w:color="auto"/>
                                                                        <w:right w:val="none" w:sz="0" w:space="0" w:color="auto"/>
                                                                      </w:divBdr>
                                                                      <w:divsChild>
                                                                        <w:div w:id="1558735566">
                                                                          <w:marLeft w:val="0"/>
                                                                          <w:marRight w:val="0"/>
                                                                          <w:marTop w:val="0"/>
                                                                          <w:marBottom w:val="0"/>
                                                                          <w:divBdr>
                                                                            <w:top w:val="none" w:sz="0" w:space="0" w:color="auto"/>
                                                                            <w:left w:val="none" w:sz="0" w:space="0" w:color="auto"/>
                                                                            <w:bottom w:val="none" w:sz="0" w:space="0" w:color="auto"/>
                                                                            <w:right w:val="none" w:sz="0" w:space="0" w:color="auto"/>
                                                                          </w:divBdr>
                                                                          <w:divsChild>
                                                                            <w:div w:id="1932003371">
                                                                              <w:marLeft w:val="0"/>
                                                                              <w:marRight w:val="0"/>
                                                                              <w:marTop w:val="0"/>
                                                                              <w:marBottom w:val="0"/>
                                                                              <w:divBdr>
                                                                                <w:top w:val="none" w:sz="0" w:space="0" w:color="auto"/>
                                                                                <w:left w:val="none" w:sz="0" w:space="0" w:color="auto"/>
                                                                                <w:bottom w:val="none" w:sz="0" w:space="0" w:color="auto"/>
                                                                                <w:right w:val="none" w:sz="0" w:space="0" w:color="auto"/>
                                                                              </w:divBdr>
                                                                            </w:div>
                                                                          </w:divsChild>
                                                                        </w:div>
                                                                        <w:div w:id="350835704">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63713157">
                                                              <w:marLeft w:val="0"/>
                                                              <w:marRight w:val="0"/>
                                                              <w:marTop w:val="0"/>
                                                              <w:marBottom w:val="0"/>
                                                              <w:divBdr>
                                                                <w:top w:val="none" w:sz="0" w:space="0" w:color="auto"/>
                                                                <w:left w:val="none" w:sz="0" w:space="0" w:color="auto"/>
                                                                <w:bottom w:val="none" w:sz="0" w:space="0" w:color="auto"/>
                                                                <w:right w:val="none" w:sz="0" w:space="0" w:color="auto"/>
                                                              </w:divBdr>
                                                              <w:divsChild>
                                                                <w:div w:id="256718588">
                                                                  <w:marLeft w:val="0"/>
                                                                  <w:marRight w:val="0"/>
                                                                  <w:marTop w:val="0"/>
                                                                  <w:marBottom w:val="0"/>
                                                                  <w:divBdr>
                                                                    <w:top w:val="none" w:sz="0" w:space="0" w:color="auto"/>
                                                                    <w:left w:val="none" w:sz="0" w:space="0" w:color="auto"/>
                                                                    <w:bottom w:val="none" w:sz="0" w:space="0" w:color="auto"/>
                                                                    <w:right w:val="none" w:sz="0" w:space="0" w:color="auto"/>
                                                                  </w:divBdr>
                                                                  <w:divsChild>
                                                                    <w:div w:id="1107120579">
                                                                      <w:marLeft w:val="0"/>
                                                                      <w:marRight w:val="0"/>
                                                                      <w:marTop w:val="0"/>
                                                                      <w:marBottom w:val="0"/>
                                                                      <w:divBdr>
                                                                        <w:top w:val="none" w:sz="0" w:space="0" w:color="auto"/>
                                                                        <w:left w:val="none" w:sz="0" w:space="0" w:color="auto"/>
                                                                        <w:bottom w:val="none" w:sz="0" w:space="0" w:color="auto"/>
                                                                        <w:right w:val="none" w:sz="0" w:space="0" w:color="auto"/>
                                                                      </w:divBdr>
                                                                      <w:divsChild>
                                                                        <w:div w:id="784540856">
                                                                          <w:marLeft w:val="0"/>
                                                                          <w:marRight w:val="0"/>
                                                                          <w:marTop w:val="0"/>
                                                                          <w:marBottom w:val="0"/>
                                                                          <w:divBdr>
                                                                            <w:top w:val="none" w:sz="0" w:space="0" w:color="auto"/>
                                                                            <w:left w:val="none" w:sz="0" w:space="0" w:color="auto"/>
                                                                            <w:bottom w:val="none" w:sz="0" w:space="0" w:color="auto"/>
                                                                            <w:right w:val="none" w:sz="0" w:space="0" w:color="auto"/>
                                                                          </w:divBdr>
                                                                          <w:divsChild>
                                                                            <w:div w:id="2020616755">
                                                                              <w:marLeft w:val="0"/>
                                                                              <w:marRight w:val="0"/>
                                                                              <w:marTop w:val="0"/>
                                                                              <w:marBottom w:val="60"/>
                                                                              <w:divBdr>
                                                                                <w:top w:val="none" w:sz="0" w:space="0" w:color="auto"/>
                                                                                <w:left w:val="none" w:sz="0" w:space="0" w:color="auto"/>
                                                                                <w:bottom w:val="none" w:sz="0" w:space="0" w:color="auto"/>
                                                                                <w:right w:val="none" w:sz="0" w:space="0" w:color="auto"/>
                                                                              </w:divBdr>
                                                                            </w:div>
                                                                            <w:div w:id="1810706917">
                                                                              <w:marLeft w:val="0"/>
                                                                              <w:marRight w:val="0"/>
                                                                              <w:marTop w:val="0"/>
                                                                              <w:marBottom w:val="0"/>
                                                                              <w:divBdr>
                                                                                <w:top w:val="none" w:sz="0" w:space="0" w:color="auto"/>
                                                                                <w:left w:val="none" w:sz="0" w:space="0" w:color="auto"/>
                                                                                <w:bottom w:val="none" w:sz="0" w:space="0" w:color="auto"/>
                                                                                <w:right w:val="none" w:sz="0" w:space="0" w:color="auto"/>
                                                                              </w:divBdr>
                                                                            </w:div>
                                                                          </w:divsChild>
                                                                        </w:div>
                                                                        <w:div w:id="1267225881">
                                                                          <w:marLeft w:val="0"/>
                                                                          <w:marRight w:val="0"/>
                                                                          <w:marTop w:val="0"/>
                                                                          <w:marBottom w:val="0"/>
                                                                          <w:divBdr>
                                                                            <w:top w:val="none" w:sz="0" w:space="0" w:color="auto"/>
                                                                            <w:left w:val="none" w:sz="0" w:space="0" w:color="auto"/>
                                                                            <w:bottom w:val="none" w:sz="0" w:space="0" w:color="auto"/>
                                                                            <w:right w:val="none" w:sz="0" w:space="0" w:color="auto"/>
                                                                          </w:divBdr>
                                                                        </w:div>
                                                                      </w:divsChild>
                                                                    </w:div>
                                                                    <w:div w:id="572157767">
                                                                      <w:marLeft w:val="0"/>
                                                                      <w:marRight w:val="0"/>
                                                                      <w:marTop w:val="0"/>
                                                                      <w:marBottom w:val="0"/>
                                                                      <w:divBdr>
                                                                        <w:top w:val="none" w:sz="0" w:space="0" w:color="auto"/>
                                                                        <w:left w:val="none" w:sz="0" w:space="0" w:color="auto"/>
                                                                        <w:bottom w:val="none" w:sz="0" w:space="0" w:color="auto"/>
                                                                        <w:right w:val="none" w:sz="0" w:space="0" w:color="auto"/>
                                                                      </w:divBdr>
                                                                      <w:divsChild>
                                                                        <w:div w:id="386954441">
                                                                          <w:marLeft w:val="0"/>
                                                                          <w:marRight w:val="0"/>
                                                                          <w:marTop w:val="0"/>
                                                                          <w:marBottom w:val="0"/>
                                                                          <w:divBdr>
                                                                            <w:top w:val="none" w:sz="0" w:space="0" w:color="auto"/>
                                                                            <w:left w:val="none" w:sz="0" w:space="0" w:color="auto"/>
                                                                            <w:bottom w:val="none" w:sz="0" w:space="0" w:color="auto"/>
                                                                            <w:right w:val="none" w:sz="0" w:space="0" w:color="auto"/>
                                                                          </w:divBdr>
                                                                          <w:divsChild>
                                                                            <w:div w:id="986011982">
                                                                              <w:marLeft w:val="0"/>
                                                                              <w:marRight w:val="0"/>
                                                                              <w:marTop w:val="0"/>
                                                                              <w:marBottom w:val="0"/>
                                                                              <w:divBdr>
                                                                                <w:top w:val="none" w:sz="0" w:space="0" w:color="auto"/>
                                                                                <w:left w:val="none" w:sz="0" w:space="0" w:color="auto"/>
                                                                                <w:bottom w:val="none" w:sz="0" w:space="0" w:color="auto"/>
                                                                                <w:right w:val="none" w:sz="0" w:space="0" w:color="auto"/>
                                                                              </w:divBdr>
                                                                            </w:div>
                                                                          </w:divsChild>
                                                                        </w:div>
                                                                        <w:div w:id="1862862242">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991246810">
                                                              <w:marLeft w:val="0"/>
                                                              <w:marRight w:val="0"/>
                                                              <w:marTop w:val="0"/>
                                                              <w:marBottom w:val="0"/>
                                                              <w:divBdr>
                                                                <w:top w:val="none" w:sz="0" w:space="0" w:color="auto"/>
                                                                <w:left w:val="none" w:sz="0" w:space="0" w:color="auto"/>
                                                                <w:bottom w:val="none" w:sz="0" w:space="0" w:color="auto"/>
                                                                <w:right w:val="none" w:sz="0" w:space="0" w:color="auto"/>
                                                              </w:divBdr>
                                                              <w:divsChild>
                                                                <w:div w:id="84153775">
                                                                  <w:marLeft w:val="0"/>
                                                                  <w:marRight w:val="0"/>
                                                                  <w:marTop w:val="0"/>
                                                                  <w:marBottom w:val="0"/>
                                                                  <w:divBdr>
                                                                    <w:top w:val="none" w:sz="0" w:space="0" w:color="auto"/>
                                                                    <w:left w:val="none" w:sz="0" w:space="0" w:color="auto"/>
                                                                    <w:bottom w:val="none" w:sz="0" w:space="0" w:color="auto"/>
                                                                    <w:right w:val="none" w:sz="0" w:space="0" w:color="auto"/>
                                                                  </w:divBdr>
                                                                  <w:divsChild>
                                                                    <w:div w:id="1797524246">
                                                                      <w:marLeft w:val="0"/>
                                                                      <w:marRight w:val="0"/>
                                                                      <w:marTop w:val="0"/>
                                                                      <w:marBottom w:val="0"/>
                                                                      <w:divBdr>
                                                                        <w:top w:val="none" w:sz="0" w:space="0" w:color="auto"/>
                                                                        <w:left w:val="none" w:sz="0" w:space="0" w:color="auto"/>
                                                                        <w:bottom w:val="none" w:sz="0" w:space="0" w:color="auto"/>
                                                                        <w:right w:val="none" w:sz="0" w:space="0" w:color="auto"/>
                                                                      </w:divBdr>
                                                                      <w:divsChild>
                                                                        <w:div w:id="75523201">
                                                                          <w:marLeft w:val="0"/>
                                                                          <w:marRight w:val="0"/>
                                                                          <w:marTop w:val="0"/>
                                                                          <w:marBottom w:val="0"/>
                                                                          <w:divBdr>
                                                                            <w:top w:val="none" w:sz="0" w:space="0" w:color="auto"/>
                                                                            <w:left w:val="none" w:sz="0" w:space="0" w:color="auto"/>
                                                                            <w:bottom w:val="none" w:sz="0" w:space="0" w:color="auto"/>
                                                                            <w:right w:val="none" w:sz="0" w:space="0" w:color="auto"/>
                                                                          </w:divBdr>
                                                                          <w:divsChild>
                                                                            <w:div w:id="1505898180">
                                                                              <w:marLeft w:val="0"/>
                                                                              <w:marRight w:val="0"/>
                                                                              <w:marTop w:val="0"/>
                                                                              <w:marBottom w:val="60"/>
                                                                              <w:divBdr>
                                                                                <w:top w:val="none" w:sz="0" w:space="0" w:color="auto"/>
                                                                                <w:left w:val="none" w:sz="0" w:space="0" w:color="auto"/>
                                                                                <w:bottom w:val="none" w:sz="0" w:space="0" w:color="auto"/>
                                                                                <w:right w:val="none" w:sz="0" w:space="0" w:color="auto"/>
                                                                              </w:divBdr>
                                                                            </w:div>
                                                                            <w:div w:id="422184213">
                                                                              <w:marLeft w:val="0"/>
                                                                              <w:marRight w:val="0"/>
                                                                              <w:marTop w:val="0"/>
                                                                              <w:marBottom w:val="0"/>
                                                                              <w:divBdr>
                                                                                <w:top w:val="none" w:sz="0" w:space="0" w:color="auto"/>
                                                                                <w:left w:val="none" w:sz="0" w:space="0" w:color="auto"/>
                                                                                <w:bottom w:val="none" w:sz="0" w:space="0" w:color="auto"/>
                                                                                <w:right w:val="none" w:sz="0" w:space="0" w:color="auto"/>
                                                                              </w:divBdr>
                                                                            </w:div>
                                                                          </w:divsChild>
                                                                        </w:div>
                                                                        <w:div w:id="1296066413">
                                                                          <w:marLeft w:val="0"/>
                                                                          <w:marRight w:val="0"/>
                                                                          <w:marTop w:val="0"/>
                                                                          <w:marBottom w:val="0"/>
                                                                          <w:divBdr>
                                                                            <w:top w:val="none" w:sz="0" w:space="0" w:color="auto"/>
                                                                            <w:left w:val="none" w:sz="0" w:space="0" w:color="auto"/>
                                                                            <w:bottom w:val="none" w:sz="0" w:space="0" w:color="auto"/>
                                                                            <w:right w:val="none" w:sz="0" w:space="0" w:color="auto"/>
                                                                          </w:divBdr>
                                                                        </w:div>
                                                                      </w:divsChild>
                                                                    </w:div>
                                                                    <w:div w:id="131405332">
                                                                      <w:marLeft w:val="0"/>
                                                                      <w:marRight w:val="0"/>
                                                                      <w:marTop w:val="0"/>
                                                                      <w:marBottom w:val="0"/>
                                                                      <w:divBdr>
                                                                        <w:top w:val="none" w:sz="0" w:space="0" w:color="auto"/>
                                                                        <w:left w:val="none" w:sz="0" w:space="0" w:color="auto"/>
                                                                        <w:bottom w:val="none" w:sz="0" w:space="0" w:color="auto"/>
                                                                        <w:right w:val="none" w:sz="0" w:space="0" w:color="auto"/>
                                                                      </w:divBdr>
                                                                      <w:divsChild>
                                                                        <w:div w:id="929894312">
                                                                          <w:marLeft w:val="0"/>
                                                                          <w:marRight w:val="0"/>
                                                                          <w:marTop w:val="0"/>
                                                                          <w:marBottom w:val="0"/>
                                                                          <w:divBdr>
                                                                            <w:top w:val="none" w:sz="0" w:space="0" w:color="auto"/>
                                                                            <w:left w:val="none" w:sz="0" w:space="0" w:color="auto"/>
                                                                            <w:bottom w:val="none" w:sz="0" w:space="0" w:color="auto"/>
                                                                            <w:right w:val="none" w:sz="0" w:space="0" w:color="auto"/>
                                                                          </w:divBdr>
                                                                          <w:divsChild>
                                                                            <w:div w:id="1527133686">
                                                                              <w:marLeft w:val="0"/>
                                                                              <w:marRight w:val="0"/>
                                                                              <w:marTop w:val="0"/>
                                                                              <w:marBottom w:val="0"/>
                                                                              <w:divBdr>
                                                                                <w:top w:val="none" w:sz="0" w:space="0" w:color="auto"/>
                                                                                <w:left w:val="none" w:sz="0" w:space="0" w:color="auto"/>
                                                                                <w:bottom w:val="none" w:sz="0" w:space="0" w:color="auto"/>
                                                                                <w:right w:val="none" w:sz="0" w:space="0" w:color="auto"/>
                                                                              </w:divBdr>
                                                                            </w:div>
                                                                          </w:divsChild>
                                                                        </w:div>
                                                                        <w:div w:id="991520352">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699574939">
                                                              <w:marLeft w:val="0"/>
                                                              <w:marRight w:val="0"/>
                                                              <w:marTop w:val="0"/>
                                                              <w:marBottom w:val="0"/>
                                                              <w:divBdr>
                                                                <w:top w:val="none" w:sz="0" w:space="0" w:color="auto"/>
                                                                <w:left w:val="none" w:sz="0" w:space="0" w:color="auto"/>
                                                                <w:bottom w:val="none" w:sz="0" w:space="0" w:color="auto"/>
                                                                <w:right w:val="none" w:sz="0" w:space="0" w:color="auto"/>
                                                              </w:divBdr>
                                                              <w:divsChild>
                                                                <w:div w:id="154097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0809271">
                                  <w:marLeft w:val="0"/>
                                  <w:marRight w:val="0"/>
                                  <w:marTop w:val="450"/>
                                  <w:marBottom w:val="0"/>
                                  <w:divBdr>
                                    <w:top w:val="none" w:sz="0" w:space="0" w:color="auto"/>
                                    <w:left w:val="none" w:sz="0" w:space="0" w:color="auto"/>
                                    <w:bottom w:val="none" w:sz="0" w:space="0" w:color="auto"/>
                                    <w:right w:val="none" w:sz="0" w:space="0" w:color="auto"/>
                                  </w:divBdr>
                                  <w:divsChild>
                                    <w:div w:id="443381802">
                                      <w:marLeft w:val="0"/>
                                      <w:marRight w:val="0"/>
                                      <w:marTop w:val="0"/>
                                      <w:marBottom w:val="0"/>
                                      <w:divBdr>
                                        <w:top w:val="none" w:sz="0" w:space="0" w:color="auto"/>
                                        <w:left w:val="none" w:sz="0" w:space="0" w:color="auto"/>
                                        <w:bottom w:val="none" w:sz="0" w:space="0" w:color="auto"/>
                                        <w:right w:val="none" w:sz="0" w:space="0" w:color="auto"/>
                                      </w:divBdr>
                                      <w:divsChild>
                                        <w:div w:id="42533201">
                                          <w:marLeft w:val="0"/>
                                          <w:marRight w:val="0"/>
                                          <w:marTop w:val="0"/>
                                          <w:marBottom w:val="0"/>
                                          <w:divBdr>
                                            <w:top w:val="none" w:sz="0" w:space="0" w:color="auto"/>
                                            <w:left w:val="none" w:sz="0" w:space="0" w:color="auto"/>
                                            <w:bottom w:val="none" w:sz="0" w:space="0" w:color="auto"/>
                                            <w:right w:val="none" w:sz="0" w:space="0" w:color="auto"/>
                                          </w:divBdr>
                                          <w:divsChild>
                                            <w:div w:id="1982270695">
                                              <w:marLeft w:val="0"/>
                                              <w:marRight w:val="2281"/>
                                              <w:marTop w:val="0"/>
                                              <w:marBottom w:val="0"/>
                                              <w:divBdr>
                                                <w:top w:val="none" w:sz="0" w:space="0" w:color="auto"/>
                                                <w:left w:val="none" w:sz="0" w:space="0" w:color="auto"/>
                                                <w:bottom w:val="none" w:sz="0" w:space="0" w:color="auto"/>
                                                <w:right w:val="none" w:sz="0" w:space="0" w:color="auto"/>
                                              </w:divBdr>
                                              <w:divsChild>
                                                <w:div w:id="1335498079">
                                                  <w:marLeft w:val="0"/>
                                                  <w:marRight w:val="0"/>
                                                  <w:marTop w:val="0"/>
                                                  <w:marBottom w:val="0"/>
                                                  <w:divBdr>
                                                    <w:top w:val="none" w:sz="0" w:space="0" w:color="auto"/>
                                                    <w:left w:val="none" w:sz="0" w:space="0" w:color="auto"/>
                                                    <w:bottom w:val="none" w:sz="0" w:space="0" w:color="auto"/>
                                                    <w:right w:val="none" w:sz="0" w:space="0" w:color="auto"/>
                                                  </w:divBdr>
                                                  <w:divsChild>
                                                    <w:div w:id="257568580">
                                                      <w:marLeft w:val="0"/>
                                                      <w:marRight w:val="0"/>
                                                      <w:marTop w:val="0"/>
                                                      <w:marBottom w:val="0"/>
                                                      <w:divBdr>
                                                        <w:top w:val="none" w:sz="0" w:space="0" w:color="auto"/>
                                                        <w:left w:val="none" w:sz="0" w:space="0" w:color="auto"/>
                                                        <w:bottom w:val="none" w:sz="0" w:space="0" w:color="auto"/>
                                                        <w:right w:val="none" w:sz="0" w:space="0" w:color="auto"/>
                                                      </w:divBdr>
                                                      <w:divsChild>
                                                        <w:div w:id="101372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923009">
                                              <w:marLeft w:val="0"/>
                                              <w:marRight w:val="0"/>
                                              <w:marTop w:val="0"/>
                                              <w:marBottom w:val="0"/>
                                              <w:divBdr>
                                                <w:top w:val="none" w:sz="0" w:space="0" w:color="auto"/>
                                                <w:left w:val="none" w:sz="0" w:space="0" w:color="auto"/>
                                                <w:bottom w:val="none" w:sz="0" w:space="0" w:color="auto"/>
                                                <w:right w:val="none" w:sz="0" w:space="0" w:color="auto"/>
                                              </w:divBdr>
                                              <w:divsChild>
                                                <w:div w:id="193084844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297146541">
                                      <w:marLeft w:val="0"/>
                                      <w:marRight w:val="0"/>
                                      <w:marTop w:val="0"/>
                                      <w:marBottom w:val="0"/>
                                      <w:divBdr>
                                        <w:top w:val="none" w:sz="0" w:space="0" w:color="auto"/>
                                        <w:left w:val="none" w:sz="0" w:space="0" w:color="auto"/>
                                        <w:bottom w:val="none" w:sz="0" w:space="0" w:color="auto"/>
                                        <w:right w:val="none" w:sz="0" w:space="0" w:color="auto"/>
                                      </w:divBdr>
                                      <w:divsChild>
                                        <w:div w:id="1231648230">
                                          <w:marLeft w:val="0"/>
                                          <w:marRight w:val="0"/>
                                          <w:marTop w:val="0"/>
                                          <w:marBottom w:val="0"/>
                                          <w:divBdr>
                                            <w:top w:val="none" w:sz="0" w:space="0" w:color="auto"/>
                                            <w:left w:val="none" w:sz="0" w:space="0" w:color="auto"/>
                                            <w:bottom w:val="none" w:sz="0" w:space="0" w:color="auto"/>
                                            <w:right w:val="none" w:sz="0" w:space="0" w:color="auto"/>
                                          </w:divBdr>
                                          <w:divsChild>
                                            <w:div w:id="1160122454">
                                              <w:marLeft w:val="0"/>
                                              <w:marRight w:val="0"/>
                                              <w:marTop w:val="0"/>
                                              <w:marBottom w:val="0"/>
                                              <w:divBdr>
                                                <w:top w:val="none" w:sz="0" w:space="0" w:color="auto"/>
                                                <w:left w:val="none" w:sz="0" w:space="0" w:color="auto"/>
                                                <w:bottom w:val="none" w:sz="0" w:space="0" w:color="auto"/>
                                                <w:right w:val="none" w:sz="0" w:space="0" w:color="auto"/>
                                              </w:divBdr>
                                              <w:divsChild>
                                                <w:div w:id="110826816">
                                                  <w:marLeft w:val="0"/>
                                                  <w:marRight w:val="0"/>
                                                  <w:marTop w:val="0"/>
                                                  <w:marBottom w:val="0"/>
                                                  <w:divBdr>
                                                    <w:top w:val="none" w:sz="0" w:space="0" w:color="auto"/>
                                                    <w:left w:val="none" w:sz="0" w:space="0" w:color="auto"/>
                                                    <w:bottom w:val="none" w:sz="0" w:space="0" w:color="auto"/>
                                                    <w:right w:val="none" w:sz="0" w:space="0" w:color="auto"/>
                                                  </w:divBdr>
                                                  <w:divsChild>
                                                    <w:div w:id="2136680063">
                                                      <w:marLeft w:val="0"/>
                                                      <w:marRight w:val="0"/>
                                                      <w:marTop w:val="180"/>
                                                      <w:marBottom w:val="240"/>
                                                      <w:divBdr>
                                                        <w:top w:val="none" w:sz="0" w:space="0" w:color="auto"/>
                                                        <w:left w:val="none" w:sz="0" w:space="0" w:color="auto"/>
                                                        <w:bottom w:val="none" w:sz="0" w:space="0" w:color="auto"/>
                                                        <w:right w:val="none" w:sz="0" w:space="0" w:color="auto"/>
                                                      </w:divBdr>
                                                    </w:div>
                                                    <w:div w:id="1870408887">
                                                      <w:marLeft w:val="0"/>
                                                      <w:marRight w:val="0"/>
                                                      <w:marTop w:val="180"/>
                                                      <w:marBottom w:val="240"/>
                                                      <w:divBdr>
                                                        <w:top w:val="none" w:sz="0" w:space="0" w:color="auto"/>
                                                        <w:left w:val="none" w:sz="0" w:space="0" w:color="auto"/>
                                                        <w:bottom w:val="none" w:sz="0" w:space="0" w:color="auto"/>
                                                        <w:right w:val="none" w:sz="0" w:space="0" w:color="auto"/>
                                                      </w:divBdr>
                                                    </w:div>
                                                    <w:div w:id="74977791">
                                                      <w:marLeft w:val="0"/>
                                                      <w:marRight w:val="0"/>
                                                      <w:marTop w:val="360"/>
                                                      <w:marBottom w:val="180"/>
                                                      <w:divBdr>
                                                        <w:top w:val="none" w:sz="0" w:space="0" w:color="auto"/>
                                                        <w:left w:val="none" w:sz="0" w:space="0" w:color="auto"/>
                                                        <w:bottom w:val="none" w:sz="0" w:space="0" w:color="auto"/>
                                                        <w:right w:val="none" w:sz="0" w:space="0" w:color="auto"/>
                                                      </w:divBdr>
                                                    </w:div>
                                                    <w:div w:id="1831480693">
                                                      <w:marLeft w:val="0"/>
                                                      <w:marRight w:val="0"/>
                                                      <w:marTop w:val="360"/>
                                                      <w:marBottom w:val="180"/>
                                                      <w:divBdr>
                                                        <w:top w:val="none" w:sz="0" w:space="0" w:color="auto"/>
                                                        <w:left w:val="none" w:sz="0" w:space="0" w:color="auto"/>
                                                        <w:bottom w:val="none" w:sz="0" w:space="0" w:color="auto"/>
                                                        <w:right w:val="none" w:sz="0" w:space="0" w:color="auto"/>
                                                      </w:divBdr>
                                                    </w:div>
                                                    <w:div w:id="49351771">
                                                      <w:marLeft w:val="0"/>
                                                      <w:marRight w:val="0"/>
                                                      <w:marTop w:val="360"/>
                                                      <w:marBottom w:val="180"/>
                                                      <w:divBdr>
                                                        <w:top w:val="none" w:sz="0" w:space="0" w:color="auto"/>
                                                        <w:left w:val="none" w:sz="0" w:space="0" w:color="auto"/>
                                                        <w:bottom w:val="none" w:sz="0" w:space="0" w:color="auto"/>
                                                        <w:right w:val="none" w:sz="0" w:space="0" w:color="auto"/>
                                                      </w:divBdr>
                                                    </w:div>
                                                    <w:div w:id="494036583">
                                                      <w:marLeft w:val="0"/>
                                                      <w:marRight w:val="0"/>
                                                      <w:marTop w:val="360"/>
                                                      <w:marBottom w:val="180"/>
                                                      <w:divBdr>
                                                        <w:top w:val="none" w:sz="0" w:space="0" w:color="auto"/>
                                                        <w:left w:val="none" w:sz="0" w:space="0" w:color="auto"/>
                                                        <w:bottom w:val="none" w:sz="0" w:space="0" w:color="auto"/>
                                                        <w:right w:val="none" w:sz="0" w:space="0" w:color="auto"/>
                                                      </w:divBdr>
                                                    </w:div>
                                                    <w:div w:id="75443284">
                                                      <w:marLeft w:val="0"/>
                                                      <w:marRight w:val="0"/>
                                                      <w:marTop w:val="360"/>
                                                      <w:marBottom w:val="180"/>
                                                      <w:divBdr>
                                                        <w:top w:val="none" w:sz="0" w:space="0" w:color="auto"/>
                                                        <w:left w:val="none" w:sz="0" w:space="0" w:color="auto"/>
                                                        <w:bottom w:val="none" w:sz="0" w:space="0" w:color="auto"/>
                                                        <w:right w:val="none" w:sz="0" w:space="0" w:color="auto"/>
                                                      </w:divBdr>
                                                    </w:div>
                                                    <w:div w:id="315498415">
                                                      <w:marLeft w:val="0"/>
                                                      <w:marRight w:val="0"/>
                                                      <w:marTop w:val="360"/>
                                                      <w:marBottom w:val="180"/>
                                                      <w:divBdr>
                                                        <w:top w:val="none" w:sz="0" w:space="0" w:color="auto"/>
                                                        <w:left w:val="none" w:sz="0" w:space="0" w:color="auto"/>
                                                        <w:bottom w:val="none" w:sz="0" w:space="0" w:color="auto"/>
                                                        <w:right w:val="none" w:sz="0" w:space="0" w:color="auto"/>
                                                      </w:divBdr>
                                                    </w:div>
                                                    <w:div w:id="973174341">
                                                      <w:marLeft w:val="0"/>
                                                      <w:marRight w:val="0"/>
                                                      <w:marTop w:val="360"/>
                                                      <w:marBottom w:val="180"/>
                                                      <w:divBdr>
                                                        <w:top w:val="none" w:sz="0" w:space="0" w:color="auto"/>
                                                        <w:left w:val="none" w:sz="0" w:space="0" w:color="auto"/>
                                                        <w:bottom w:val="none" w:sz="0" w:space="0" w:color="auto"/>
                                                        <w:right w:val="none" w:sz="0" w:space="0" w:color="auto"/>
                                                      </w:divBdr>
                                                    </w:div>
                                                    <w:div w:id="40522215">
                                                      <w:marLeft w:val="0"/>
                                                      <w:marRight w:val="0"/>
                                                      <w:marTop w:val="360"/>
                                                      <w:marBottom w:val="180"/>
                                                      <w:divBdr>
                                                        <w:top w:val="none" w:sz="0" w:space="0" w:color="auto"/>
                                                        <w:left w:val="none" w:sz="0" w:space="0" w:color="auto"/>
                                                        <w:bottom w:val="none" w:sz="0" w:space="0" w:color="auto"/>
                                                        <w:right w:val="none" w:sz="0" w:space="0" w:color="auto"/>
                                                      </w:divBdr>
                                                    </w:div>
                                                    <w:div w:id="636955795">
                                                      <w:marLeft w:val="0"/>
                                                      <w:marRight w:val="0"/>
                                                      <w:marTop w:val="360"/>
                                                      <w:marBottom w:val="180"/>
                                                      <w:divBdr>
                                                        <w:top w:val="none" w:sz="0" w:space="0" w:color="auto"/>
                                                        <w:left w:val="none" w:sz="0" w:space="0" w:color="auto"/>
                                                        <w:bottom w:val="none" w:sz="0" w:space="0" w:color="auto"/>
                                                        <w:right w:val="none" w:sz="0" w:space="0" w:color="auto"/>
                                                      </w:divBdr>
                                                    </w:div>
                                                    <w:div w:id="747460064">
                                                      <w:marLeft w:val="0"/>
                                                      <w:marRight w:val="0"/>
                                                      <w:marTop w:val="360"/>
                                                      <w:marBottom w:val="180"/>
                                                      <w:divBdr>
                                                        <w:top w:val="none" w:sz="0" w:space="0" w:color="auto"/>
                                                        <w:left w:val="none" w:sz="0" w:space="0" w:color="auto"/>
                                                        <w:bottom w:val="none" w:sz="0" w:space="0" w:color="auto"/>
                                                        <w:right w:val="none" w:sz="0" w:space="0" w:color="auto"/>
                                                      </w:divBdr>
                                                    </w:div>
                                                    <w:div w:id="609435422">
                                                      <w:marLeft w:val="0"/>
                                                      <w:marRight w:val="0"/>
                                                      <w:marTop w:val="360"/>
                                                      <w:marBottom w:val="180"/>
                                                      <w:divBdr>
                                                        <w:top w:val="none" w:sz="0" w:space="0" w:color="auto"/>
                                                        <w:left w:val="none" w:sz="0" w:space="0" w:color="auto"/>
                                                        <w:bottom w:val="none" w:sz="0" w:space="0" w:color="auto"/>
                                                        <w:right w:val="none" w:sz="0" w:space="0" w:color="auto"/>
                                                      </w:divBdr>
                                                    </w:div>
                                                    <w:div w:id="902445775">
                                                      <w:marLeft w:val="0"/>
                                                      <w:marRight w:val="0"/>
                                                      <w:marTop w:val="360"/>
                                                      <w:marBottom w:val="180"/>
                                                      <w:divBdr>
                                                        <w:top w:val="none" w:sz="0" w:space="0" w:color="auto"/>
                                                        <w:left w:val="none" w:sz="0" w:space="0" w:color="auto"/>
                                                        <w:bottom w:val="none" w:sz="0" w:space="0" w:color="auto"/>
                                                        <w:right w:val="none" w:sz="0" w:space="0" w:color="auto"/>
                                                      </w:divBdr>
                                                    </w:div>
                                                    <w:div w:id="212272315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817335602">
                                  <w:marLeft w:val="0"/>
                                  <w:marRight w:val="0"/>
                                  <w:marTop w:val="450"/>
                                  <w:marBottom w:val="0"/>
                                  <w:divBdr>
                                    <w:top w:val="none" w:sz="0" w:space="0" w:color="auto"/>
                                    <w:left w:val="none" w:sz="0" w:space="0" w:color="auto"/>
                                    <w:bottom w:val="none" w:sz="0" w:space="0" w:color="auto"/>
                                    <w:right w:val="none" w:sz="0" w:space="0" w:color="auto"/>
                                  </w:divBdr>
                                  <w:divsChild>
                                    <w:div w:id="1577663681">
                                      <w:marLeft w:val="0"/>
                                      <w:marRight w:val="0"/>
                                      <w:marTop w:val="0"/>
                                      <w:marBottom w:val="0"/>
                                      <w:divBdr>
                                        <w:top w:val="none" w:sz="0" w:space="0" w:color="auto"/>
                                        <w:left w:val="none" w:sz="0" w:space="0" w:color="auto"/>
                                        <w:bottom w:val="none" w:sz="0" w:space="0" w:color="auto"/>
                                        <w:right w:val="none" w:sz="0" w:space="0" w:color="auto"/>
                                      </w:divBdr>
                                      <w:divsChild>
                                        <w:div w:id="95487305">
                                          <w:marLeft w:val="0"/>
                                          <w:marRight w:val="0"/>
                                          <w:marTop w:val="0"/>
                                          <w:marBottom w:val="0"/>
                                          <w:divBdr>
                                            <w:top w:val="none" w:sz="0" w:space="0" w:color="auto"/>
                                            <w:left w:val="none" w:sz="0" w:space="0" w:color="auto"/>
                                            <w:bottom w:val="none" w:sz="0" w:space="0" w:color="auto"/>
                                            <w:right w:val="none" w:sz="0" w:space="0" w:color="auto"/>
                                          </w:divBdr>
                                          <w:divsChild>
                                            <w:div w:id="707340648">
                                              <w:marLeft w:val="0"/>
                                              <w:marRight w:val="5766"/>
                                              <w:marTop w:val="0"/>
                                              <w:marBottom w:val="0"/>
                                              <w:divBdr>
                                                <w:top w:val="none" w:sz="0" w:space="0" w:color="auto"/>
                                                <w:left w:val="none" w:sz="0" w:space="0" w:color="auto"/>
                                                <w:bottom w:val="none" w:sz="0" w:space="0" w:color="auto"/>
                                                <w:right w:val="none" w:sz="0" w:space="0" w:color="auto"/>
                                              </w:divBdr>
                                              <w:divsChild>
                                                <w:div w:id="358242344">
                                                  <w:marLeft w:val="0"/>
                                                  <w:marRight w:val="0"/>
                                                  <w:marTop w:val="0"/>
                                                  <w:marBottom w:val="0"/>
                                                  <w:divBdr>
                                                    <w:top w:val="none" w:sz="0" w:space="0" w:color="auto"/>
                                                    <w:left w:val="none" w:sz="0" w:space="0" w:color="auto"/>
                                                    <w:bottom w:val="none" w:sz="0" w:space="0" w:color="auto"/>
                                                    <w:right w:val="none" w:sz="0" w:space="0" w:color="auto"/>
                                                  </w:divBdr>
                                                  <w:divsChild>
                                                    <w:div w:id="125977038">
                                                      <w:marLeft w:val="0"/>
                                                      <w:marRight w:val="0"/>
                                                      <w:marTop w:val="0"/>
                                                      <w:marBottom w:val="0"/>
                                                      <w:divBdr>
                                                        <w:top w:val="none" w:sz="0" w:space="0" w:color="auto"/>
                                                        <w:left w:val="none" w:sz="0" w:space="0" w:color="auto"/>
                                                        <w:bottom w:val="none" w:sz="0" w:space="0" w:color="auto"/>
                                                        <w:right w:val="none" w:sz="0" w:space="0" w:color="auto"/>
                                                      </w:divBdr>
                                                      <w:divsChild>
                                                        <w:div w:id="9822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691232">
                                              <w:marLeft w:val="0"/>
                                              <w:marRight w:val="0"/>
                                              <w:marTop w:val="0"/>
                                              <w:marBottom w:val="0"/>
                                              <w:divBdr>
                                                <w:top w:val="none" w:sz="0" w:space="0" w:color="auto"/>
                                                <w:left w:val="none" w:sz="0" w:space="0" w:color="auto"/>
                                                <w:bottom w:val="none" w:sz="0" w:space="0" w:color="auto"/>
                                                <w:right w:val="none" w:sz="0" w:space="0" w:color="auto"/>
                                              </w:divBdr>
                                              <w:divsChild>
                                                <w:div w:id="20534146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311639672">
                                      <w:marLeft w:val="0"/>
                                      <w:marRight w:val="0"/>
                                      <w:marTop w:val="0"/>
                                      <w:marBottom w:val="0"/>
                                      <w:divBdr>
                                        <w:top w:val="none" w:sz="0" w:space="0" w:color="auto"/>
                                        <w:left w:val="none" w:sz="0" w:space="0" w:color="auto"/>
                                        <w:bottom w:val="none" w:sz="0" w:space="0" w:color="auto"/>
                                        <w:right w:val="none" w:sz="0" w:space="0" w:color="auto"/>
                                      </w:divBdr>
                                      <w:divsChild>
                                        <w:div w:id="1862082908">
                                          <w:marLeft w:val="0"/>
                                          <w:marRight w:val="0"/>
                                          <w:marTop w:val="0"/>
                                          <w:marBottom w:val="0"/>
                                          <w:divBdr>
                                            <w:top w:val="none" w:sz="0" w:space="0" w:color="auto"/>
                                            <w:left w:val="none" w:sz="0" w:space="0" w:color="auto"/>
                                            <w:bottom w:val="none" w:sz="0" w:space="0" w:color="auto"/>
                                            <w:right w:val="none" w:sz="0" w:space="0" w:color="auto"/>
                                          </w:divBdr>
                                          <w:divsChild>
                                            <w:div w:id="1209075815">
                                              <w:marLeft w:val="0"/>
                                              <w:marRight w:val="0"/>
                                              <w:marTop w:val="0"/>
                                              <w:marBottom w:val="0"/>
                                              <w:divBdr>
                                                <w:top w:val="none" w:sz="0" w:space="0" w:color="auto"/>
                                                <w:left w:val="none" w:sz="0" w:space="0" w:color="auto"/>
                                                <w:bottom w:val="none" w:sz="0" w:space="0" w:color="auto"/>
                                                <w:right w:val="none" w:sz="0" w:space="0" w:color="auto"/>
                                              </w:divBdr>
                                              <w:divsChild>
                                                <w:div w:id="306863626">
                                                  <w:marLeft w:val="0"/>
                                                  <w:marRight w:val="0"/>
                                                  <w:marTop w:val="0"/>
                                                  <w:marBottom w:val="0"/>
                                                  <w:divBdr>
                                                    <w:top w:val="none" w:sz="0" w:space="0" w:color="auto"/>
                                                    <w:left w:val="none" w:sz="0" w:space="0" w:color="auto"/>
                                                    <w:bottom w:val="none" w:sz="0" w:space="0" w:color="auto"/>
                                                    <w:right w:val="none" w:sz="0" w:space="0" w:color="auto"/>
                                                  </w:divBdr>
                                                  <w:divsChild>
                                                    <w:div w:id="1195970574">
                                                      <w:marLeft w:val="0"/>
                                                      <w:marRight w:val="0"/>
                                                      <w:marTop w:val="180"/>
                                                      <w:marBottom w:val="240"/>
                                                      <w:divBdr>
                                                        <w:top w:val="none" w:sz="0" w:space="0" w:color="auto"/>
                                                        <w:left w:val="none" w:sz="0" w:space="0" w:color="auto"/>
                                                        <w:bottom w:val="none" w:sz="0" w:space="0" w:color="auto"/>
                                                        <w:right w:val="none" w:sz="0" w:space="0" w:color="auto"/>
                                                      </w:divBdr>
                                                    </w:div>
                                                    <w:div w:id="1832870927">
                                                      <w:marLeft w:val="0"/>
                                                      <w:marRight w:val="0"/>
                                                      <w:marTop w:val="180"/>
                                                      <w:marBottom w:val="240"/>
                                                      <w:divBdr>
                                                        <w:top w:val="none" w:sz="0" w:space="0" w:color="auto"/>
                                                        <w:left w:val="none" w:sz="0" w:space="0" w:color="auto"/>
                                                        <w:bottom w:val="none" w:sz="0" w:space="0" w:color="auto"/>
                                                        <w:right w:val="none" w:sz="0" w:space="0" w:color="auto"/>
                                                      </w:divBdr>
                                                    </w:div>
                                                    <w:div w:id="164227212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260181901">
                                  <w:marLeft w:val="0"/>
                                  <w:marRight w:val="0"/>
                                  <w:marTop w:val="450"/>
                                  <w:marBottom w:val="0"/>
                                  <w:divBdr>
                                    <w:top w:val="none" w:sz="0" w:space="0" w:color="auto"/>
                                    <w:left w:val="none" w:sz="0" w:space="0" w:color="auto"/>
                                    <w:bottom w:val="none" w:sz="0" w:space="0" w:color="auto"/>
                                    <w:right w:val="none" w:sz="0" w:space="0" w:color="auto"/>
                                  </w:divBdr>
                                  <w:divsChild>
                                    <w:div w:id="1761943964">
                                      <w:marLeft w:val="0"/>
                                      <w:marRight w:val="0"/>
                                      <w:marTop w:val="0"/>
                                      <w:marBottom w:val="0"/>
                                      <w:divBdr>
                                        <w:top w:val="none" w:sz="0" w:space="0" w:color="auto"/>
                                        <w:left w:val="none" w:sz="0" w:space="0" w:color="auto"/>
                                        <w:bottom w:val="none" w:sz="0" w:space="0" w:color="auto"/>
                                        <w:right w:val="none" w:sz="0" w:space="0" w:color="auto"/>
                                      </w:divBdr>
                                      <w:divsChild>
                                        <w:div w:id="1378092532">
                                          <w:marLeft w:val="0"/>
                                          <w:marRight w:val="0"/>
                                          <w:marTop w:val="0"/>
                                          <w:marBottom w:val="0"/>
                                          <w:divBdr>
                                            <w:top w:val="none" w:sz="0" w:space="0" w:color="auto"/>
                                            <w:left w:val="none" w:sz="0" w:space="0" w:color="auto"/>
                                            <w:bottom w:val="none" w:sz="0" w:space="0" w:color="auto"/>
                                            <w:right w:val="none" w:sz="0" w:space="0" w:color="auto"/>
                                          </w:divBdr>
                                          <w:divsChild>
                                            <w:div w:id="372312501">
                                              <w:marLeft w:val="0"/>
                                              <w:marRight w:val="246"/>
                                              <w:marTop w:val="0"/>
                                              <w:marBottom w:val="0"/>
                                              <w:divBdr>
                                                <w:top w:val="none" w:sz="0" w:space="0" w:color="auto"/>
                                                <w:left w:val="none" w:sz="0" w:space="0" w:color="auto"/>
                                                <w:bottom w:val="none" w:sz="0" w:space="0" w:color="auto"/>
                                                <w:right w:val="none" w:sz="0" w:space="0" w:color="auto"/>
                                              </w:divBdr>
                                              <w:divsChild>
                                                <w:div w:id="603536716">
                                                  <w:marLeft w:val="0"/>
                                                  <w:marRight w:val="0"/>
                                                  <w:marTop w:val="0"/>
                                                  <w:marBottom w:val="0"/>
                                                  <w:divBdr>
                                                    <w:top w:val="none" w:sz="0" w:space="0" w:color="auto"/>
                                                    <w:left w:val="none" w:sz="0" w:space="0" w:color="auto"/>
                                                    <w:bottom w:val="none" w:sz="0" w:space="0" w:color="auto"/>
                                                    <w:right w:val="none" w:sz="0" w:space="0" w:color="auto"/>
                                                  </w:divBdr>
                                                  <w:divsChild>
                                                    <w:div w:id="693266323">
                                                      <w:marLeft w:val="0"/>
                                                      <w:marRight w:val="0"/>
                                                      <w:marTop w:val="0"/>
                                                      <w:marBottom w:val="0"/>
                                                      <w:divBdr>
                                                        <w:top w:val="none" w:sz="0" w:space="0" w:color="auto"/>
                                                        <w:left w:val="none" w:sz="0" w:space="0" w:color="auto"/>
                                                        <w:bottom w:val="none" w:sz="0" w:space="0" w:color="auto"/>
                                                        <w:right w:val="none" w:sz="0" w:space="0" w:color="auto"/>
                                                      </w:divBdr>
                                                      <w:divsChild>
                                                        <w:div w:id="91548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780074">
                                              <w:marLeft w:val="0"/>
                                              <w:marRight w:val="0"/>
                                              <w:marTop w:val="0"/>
                                              <w:marBottom w:val="0"/>
                                              <w:divBdr>
                                                <w:top w:val="none" w:sz="0" w:space="0" w:color="auto"/>
                                                <w:left w:val="none" w:sz="0" w:space="0" w:color="auto"/>
                                                <w:bottom w:val="none" w:sz="0" w:space="0" w:color="auto"/>
                                                <w:right w:val="none" w:sz="0" w:space="0" w:color="auto"/>
                                              </w:divBdr>
                                              <w:divsChild>
                                                <w:div w:id="175527476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712922642">
                                      <w:marLeft w:val="0"/>
                                      <w:marRight w:val="0"/>
                                      <w:marTop w:val="0"/>
                                      <w:marBottom w:val="0"/>
                                      <w:divBdr>
                                        <w:top w:val="none" w:sz="0" w:space="0" w:color="auto"/>
                                        <w:left w:val="none" w:sz="0" w:space="0" w:color="auto"/>
                                        <w:bottom w:val="none" w:sz="0" w:space="0" w:color="auto"/>
                                        <w:right w:val="none" w:sz="0" w:space="0" w:color="auto"/>
                                      </w:divBdr>
                                      <w:divsChild>
                                        <w:div w:id="736368679">
                                          <w:marLeft w:val="0"/>
                                          <w:marRight w:val="0"/>
                                          <w:marTop w:val="0"/>
                                          <w:marBottom w:val="0"/>
                                          <w:divBdr>
                                            <w:top w:val="none" w:sz="0" w:space="0" w:color="auto"/>
                                            <w:left w:val="none" w:sz="0" w:space="0" w:color="auto"/>
                                            <w:bottom w:val="none" w:sz="0" w:space="0" w:color="auto"/>
                                            <w:right w:val="none" w:sz="0" w:space="0" w:color="auto"/>
                                          </w:divBdr>
                                          <w:divsChild>
                                            <w:div w:id="1072309525">
                                              <w:marLeft w:val="0"/>
                                              <w:marRight w:val="0"/>
                                              <w:marTop w:val="0"/>
                                              <w:marBottom w:val="0"/>
                                              <w:divBdr>
                                                <w:top w:val="none" w:sz="0" w:space="0" w:color="auto"/>
                                                <w:left w:val="none" w:sz="0" w:space="0" w:color="auto"/>
                                                <w:bottom w:val="none" w:sz="0" w:space="0" w:color="auto"/>
                                                <w:right w:val="none" w:sz="0" w:space="0" w:color="auto"/>
                                              </w:divBdr>
                                              <w:divsChild>
                                                <w:div w:id="1842235655">
                                                  <w:marLeft w:val="0"/>
                                                  <w:marRight w:val="0"/>
                                                  <w:marTop w:val="0"/>
                                                  <w:marBottom w:val="0"/>
                                                  <w:divBdr>
                                                    <w:top w:val="none" w:sz="0" w:space="0" w:color="auto"/>
                                                    <w:left w:val="none" w:sz="0" w:space="0" w:color="auto"/>
                                                    <w:bottom w:val="none" w:sz="0" w:space="0" w:color="auto"/>
                                                    <w:right w:val="none" w:sz="0" w:space="0" w:color="auto"/>
                                                  </w:divBdr>
                                                  <w:divsChild>
                                                    <w:div w:id="1917323505">
                                                      <w:marLeft w:val="0"/>
                                                      <w:marRight w:val="0"/>
                                                      <w:marTop w:val="180"/>
                                                      <w:marBottom w:val="240"/>
                                                      <w:divBdr>
                                                        <w:top w:val="none" w:sz="0" w:space="0" w:color="auto"/>
                                                        <w:left w:val="none" w:sz="0" w:space="0" w:color="auto"/>
                                                        <w:bottom w:val="none" w:sz="0" w:space="0" w:color="auto"/>
                                                        <w:right w:val="none" w:sz="0" w:space="0" w:color="auto"/>
                                                      </w:divBdr>
                                                    </w:div>
                                                    <w:div w:id="261648096">
                                                      <w:marLeft w:val="0"/>
                                                      <w:marRight w:val="0"/>
                                                      <w:marTop w:val="180"/>
                                                      <w:marBottom w:val="240"/>
                                                      <w:divBdr>
                                                        <w:top w:val="none" w:sz="0" w:space="0" w:color="auto"/>
                                                        <w:left w:val="none" w:sz="0" w:space="0" w:color="auto"/>
                                                        <w:bottom w:val="none" w:sz="0" w:space="0" w:color="auto"/>
                                                        <w:right w:val="none" w:sz="0" w:space="0" w:color="auto"/>
                                                      </w:divBdr>
                                                    </w:div>
                                                    <w:div w:id="863590895">
                                                      <w:marLeft w:val="0"/>
                                                      <w:marRight w:val="0"/>
                                                      <w:marTop w:val="180"/>
                                                      <w:marBottom w:val="240"/>
                                                      <w:divBdr>
                                                        <w:top w:val="none" w:sz="0" w:space="0" w:color="auto"/>
                                                        <w:left w:val="none" w:sz="0" w:space="0" w:color="auto"/>
                                                        <w:bottom w:val="none" w:sz="0" w:space="0" w:color="auto"/>
                                                        <w:right w:val="none" w:sz="0" w:space="0" w:color="auto"/>
                                                      </w:divBdr>
                                                    </w:div>
                                                    <w:div w:id="1174102290">
                                                      <w:marLeft w:val="0"/>
                                                      <w:marRight w:val="0"/>
                                                      <w:marTop w:val="360"/>
                                                      <w:marBottom w:val="180"/>
                                                      <w:divBdr>
                                                        <w:top w:val="none" w:sz="0" w:space="0" w:color="auto"/>
                                                        <w:left w:val="none" w:sz="0" w:space="0" w:color="auto"/>
                                                        <w:bottom w:val="none" w:sz="0" w:space="0" w:color="auto"/>
                                                        <w:right w:val="none" w:sz="0" w:space="0" w:color="auto"/>
                                                      </w:divBdr>
                                                    </w:div>
                                                    <w:div w:id="524904402">
                                                      <w:marLeft w:val="0"/>
                                                      <w:marRight w:val="0"/>
                                                      <w:marTop w:val="360"/>
                                                      <w:marBottom w:val="180"/>
                                                      <w:divBdr>
                                                        <w:top w:val="none" w:sz="0" w:space="0" w:color="auto"/>
                                                        <w:left w:val="none" w:sz="0" w:space="0" w:color="auto"/>
                                                        <w:bottom w:val="none" w:sz="0" w:space="0" w:color="auto"/>
                                                        <w:right w:val="none" w:sz="0" w:space="0" w:color="auto"/>
                                                      </w:divBdr>
                                                    </w:div>
                                                    <w:div w:id="275866052">
                                                      <w:marLeft w:val="0"/>
                                                      <w:marRight w:val="0"/>
                                                      <w:marTop w:val="360"/>
                                                      <w:marBottom w:val="180"/>
                                                      <w:divBdr>
                                                        <w:top w:val="none" w:sz="0" w:space="0" w:color="auto"/>
                                                        <w:left w:val="none" w:sz="0" w:space="0" w:color="auto"/>
                                                        <w:bottom w:val="none" w:sz="0" w:space="0" w:color="auto"/>
                                                        <w:right w:val="none" w:sz="0" w:space="0" w:color="auto"/>
                                                      </w:divBdr>
                                                    </w:div>
                                                    <w:div w:id="693455881">
                                                      <w:marLeft w:val="0"/>
                                                      <w:marRight w:val="0"/>
                                                      <w:marTop w:val="360"/>
                                                      <w:marBottom w:val="180"/>
                                                      <w:divBdr>
                                                        <w:top w:val="none" w:sz="0" w:space="0" w:color="auto"/>
                                                        <w:left w:val="none" w:sz="0" w:space="0" w:color="auto"/>
                                                        <w:bottom w:val="none" w:sz="0" w:space="0" w:color="auto"/>
                                                        <w:right w:val="none" w:sz="0" w:space="0" w:color="auto"/>
                                                      </w:divBdr>
                                                    </w:div>
                                                    <w:div w:id="2022312031">
                                                      <w:marLeft w:val="0"/>
                                                      <w:marRight w:val="0"/>
                                                      <w:marTop w:val="360"/>
                                                      <w:marBottom w:val="180"/>
                                                      <w:divBdr>
                                                        <w:top w:val="none" w:sz="0" w:space="0" w:color="auto"/>
                                                        <w:left w:val="none" w:sz="0" w:space="0" w:color="auto"/>
                                                        <w:bottom w:val="none" w:sz="0" w:space="0" w:color="auto"/>
                                                        <w:right w:val="none" w:sz="0" w:space="0" w:color="auto"/>
                                                      </w:divBdr>
                                                    </w:div>
                                                    <w:div w:id="1808862214">
                                                      <w:marLeft w:val="0"/>
                                                      <w:marRight w:val="0"/>
                                                      <w:marTop w:val="360"/>
                                                      <w:marBottom w:val="180"/>
                                                      <w:divBdr>
                                                        <w:top w:val="none" w:sz="0" w:space="0" w:color="auto"/>
                                                        <w:left w:val="none" w:sz="0" w:space="0" w:color="auto"/>
                                                        <w:bottom w:val="none" w:sz="0" w:space="0" w:color="auto"/>
                                                        <w:right w:val="none" w:sz="0" w:space="0" w:color="auto"/>
                                                      </w:divBdr>
                                                    </w:div>
                                                    <w:div w:id="136187868">
                                                      <w:marLeft w:val="0"/>
                                                      <w:marRight w:val="0"/>
                                                      <w:marTop w:val="360"/>
                                                      <w:marBottom w:val="180"/>
                                                      <w:divBdr>
                                                        <w:top w:val="none" w:sz="0" w:space="0" w:color="auto"/>
                                                        <w:left w:val="none" w:sz="0" w:space="0" w:color="auto"/>
                                                        <w:bottom w:val="none" w:sz="0" w:space="0" w:color="auto"/>
                                                        <w:right w:val="none" w:sz="0" w:space="0" w:color="auto"/>
                                                      </w:divBdr>
                                                    </w:div>
                                                    <w:div w:id="339162598">
                                                      <w:marLeft w:val="0"/>
                                                      <w:marRight w:val="0"/>
                                                      <w:marTop w:val="360"/>
                                                      <w:marBottom w:val="180"/>
                                                      <w:divBdr>
                                                        <w:top w:val="none" w:sz="0" w:space="0" w:color="auto"/>
                                                        <w:left w:val="none" w:sz="0" w:space="0" w:color="auto"/>
                                                        <w:bottom w:val="none" w:sz="0" w:space="0" w:color="auto"/>
                                                        <w:right w:val="none" w:sz="0" w:space="0" w:color="auto"/>
                                                      </w:divBdr>
                                                    </w:div>
                                                    <w:div w:id="1040711935">
                                                      <w:marLeft w:val="0"/>
                                                      <w:marRight w:val="0"/>
                                                      <w:marTop w:val="360"/>
                                                      <w:marBottom w:val="180"/>
                                                      <w:divBdr>
                                                        <w:top w:val="none" w:sz="0" w:space="0" w:color="auto"/>
                                                        <w:left w:val="none" w:sz="0" w:space="0" w:color="auto"/>
                                                        <w:bottom w:val="none" w:sz="0" w:space="0" w:color="auto"/>
                                                        <w:right w:val="none" w:sz="0" w:space="0" w:color="auto"/>
                                                      </w:divBdr>
                                                    </w:div>
                                                    <w:div w:id="1258369105">
                                                      <w:marLeft w:val="0"/>
                                                      <w:marRight w:val="0"/>
                                                      <w:marTop w:val="360"/>
                                                      <w:marBottom w:val="180"/>
                                                      <w:divBdr>
                                                        <w:top w:val="none" w:sz="0" w:space="0" w:color="auto"/>
                                                        <w:left w:val="none" w:sz="0" w:space="0" w:color="auto"/>
                                                        <w:bottom w:val="none" w:sz="0" w:space="0" w:color="auto"/>
                                                        <w:right w:val="none" w:sz="0" w:space="0" w:color="auto"/>
                                                      </w:divBdr>
                                                    </w:div>
                                                    <w:div w:id="2016180522">
                                                      <w:marLeft w:val="0"/>
                                                      <w:marRight w:val="0"/>
                                                      <w:marTop w:val="360"/>
                                                      <w:marBottom w:val="180"/>
                                                      <w:divBdr>
                                                        <w:top w:val="none" w:sz="0" w:space="0" w:color="auto"/>
                                                        <w:left w:val="none" w:sz="0" w:space="0" w:color="auto"/>
                                                        <w:bottom w:val="none" w:sz="0" w:space="0" w:color="auto"/>
                                                        <w:right w:val="none" w:sz="0" w:space="0" w:color="auto"/>
                                                      </w:divBdr>
                                                    </w:div>
                                                    <w:div w:id="1344287004">
                                                      <w:marLeft w:val="0"/>
                                                      <w:marRight w:val="0"/>
                                                      <w:marTop w:val="360"/>
                                                      <w:marBottom w:val="180"/>
                                                      <w:divBdr>
                                                        <w:top w:val="none" w:sz="0" w:space="0" w:color="auto"/>
                                                        <w:left w:val="none" w:sz="0" w:space="0" w:color="auto"/>
                                                        <w:bottom w:val="none" w:sz="0" w:space="0" w:color="auto"/>
                                                        <w:right w:val="none" w:sz="0" w:space="0" w:color="auto"/>
                                                      </w:divBdr>
                                                    </w:div>
                                                    <w:div w:id="435247747">
                                                      <w:marLeft w:val="0"/>
                                                      <w:marRight w:val="0"/>
                                                      <w:marTop w:val="180"/>
                                                      <w:marBottom w:val="240"/>
                                                      <w:divBdr>
                                                        <w:top w:val="none" w:sz="0" w:space="0" w:color="auto"/>
                                                        <w:left w:val="none" w:sz="0" w:space="0" w:color="auto"/>
                                                        <w:bottom w:val="none" w:sz="0" w:space="0" w:color="auto"/>
                                                        <w:right w:val="none" w:sz="0" w:space="0" w:color="auto"/>
                                                      </w:divBdr>
                                                    </w:div>
                                                    <w:div w:id="205160842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958486481">
                                  <w:marLeft w:val="0"/>
                                  <w:marRight w:val="0"/>
                                  <w:marTop w:val="450"/>
                                  <w:marBottom w:val="0"/>
                                  <w:divBdr>
                                    <w:top w:val="none" w:sz="0" w:space="0" w:color="auto"/>
                                    <w:left w:val="none" w:sz="0" w:space="0" w:color="auto"/>
                                    <w:bottom w:val="none" w:sz="0" w:space="0" w:color="auto"/>
                                    <w:right w:val="none" w:sz="0" w:space="0" w:color="auto"/>
                                  </w:divBdr>
                                  <w:divsChild>
                                    <w:div w:id="950168442">
                                      <w:marLeft w:val="0"/>
                                      <w:marRight w:val="0"/>
                                      <w:marTop w:val="0"/>
                                      <w:marBottom w:val="0"/>
                                      <w:divBdr>
                                        <w:top w:val="none" w:sz="0" w:space="0" w:color="auto"/>
                                        <w:left w:val="none" w:sz="0" w:space="0" w:color="auto"/>
                                        <w:bottom w:val="none" w:sz="0" w:space="0" w:color="auto"/>
                                        <w:right w:val="none" w:sz="0" w:space="0" w:color="auto"/>
                                      </w:divBdr>
                                      <w:divsChild>
                                        <w:div w:id="1257061635">
                                          <w:marLeft w:val="0"/>
                                          <w:marRight w:val="0"/>
                                          <w:marTop w:val="0"/>
                                          <w:marBottom w:val="0"/>
                                          <w:divBdr>
                                            <w:top w:val="none" w:sz="0" w:space="0" w:color="auto"/>
                                            <w:left w:val="none" w:sz="0" w:space="0" w:color="auto"/>
                                            <w:bottom w:val="none" w:sz="0" w:space="0" w:color="auto"/>
                                            <w:right w:val="none" w:sz="0" w:space="0" w:color="auto"/>
                                          </w:divBdr>
                                          <w:divsChild>
                                            <w:div w:id="742683289">
                                              <w:marLeft w:val="0"/>
                                              <w:marRight w:val="1395"/>
                                              <w:marTop w:val="0"/>
                                              <w:marBottom w:val="0"/>
                                              <w:divBdr>
                                                <w:top w:val="none" w:sz="0" w:space="0" w:color="auto"/>
                                                <w:left w:val="none" w:sz="0" w:space="0" w:color="auto"/>
                                                <w:bottom w:val="none" w:sz="0" w:space="0" w:color="auto"/>
                                                <w:right w:val="none" w:sz="0" w:space="0" w:color="auto"/>
                                              </w:divBdr>
                                              <w:divsChild>
                                                <w:div w:id="975600256">
                                                  <w:marLeft w:val="0"/>
                                                  <w:marRight w:val="0"/>
                                                  <w:marTop w:val="0"/>
                                                  <w:marBottom w:val="0"/>
                                                  <w:divBdr>
                                                    <w:top w:val="none" w:sz="0" w:space="0" w:color="auto"/>
                                                    <w:left w:val="none" w:sz="0" w:space="0" w:color="auto"/>
                                                    <w:bottom w:val="none" w:sz="0" w:space="0" w:color="auto"/>
                                                    <w:right w:val="none" w:sz="0" w:space="0" w:color="auto"/>
                                                  </w:divBdr>
                                                  <w:divsChild>
                                                    <w:div w:id="1548834253">
                                                      <w:marLeft w:val="0"/>
                                                      <w:marRight w:val="0"/>
                                                      <w:marTop w:val="0"/>
                                                      <w:marBottom w:val="0"/>
                                                      <w:divBdr>
                                                        <w:top w:val="none" w:sz="0" w:space="0" w:color="auto"/>
                                                        <w:left w:val="none" w:sz="0" w:space="0" w:color="auto"/>
                                                        <w:bottom w:val="none" w:sz="0" w:space="0" w:color="auto"/>
                                                        <w:right w:val="none" w:sz="0" w:space="0" w:color="auto"/>
                                                      </w:divBdr>
                                                      <w:divsChild>
                                                        <w:div w:id="41170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922246">
                                              <w:marLeft w:val="0"/>
                                              <w:marRight w:val="0"/>
                                              <w:marTop w:val="0"/>
                                              <w:marBottom w:val="0"/>
                                              <w:divBdr>
                                                <w:top w:val="none" w:sz="0" w:space="0" w:color="auto"/>
                                                <w:left w:val="none" w:sz="0" w:space="0" w:color="auto"/>
                                                <w:bottom w:val="none" w:sz="0" w:space="0" w:color="auto"/>
                                                <w:right w:val="none" w:sz="0" w:space="0" w:color="auto"/>
                                              </w:divBdr>
                                              <w:divsChild>
                                                <w:div w:id="3416547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215777553">
                                      <w:marLeft w:val="0"/>
                                      <w:marRight w:val="0"/>
                                      <w:marTop w:val="0"/>
                                      <w:marBottom w:val="0"/>
                                      <w:divBdr>
                                        <w:top w:val="none" w:sz="0" w:space="0" w:color="auto"/>
                                        <w:left w:val="none" w:sz="0" w:space="0" w:color="auto"/>
                                        <w:bottom w:val="none" w:sz="0" w:space="0" w:color="auto"/>
                                        <w:right w:val="none" w:sz="0" w:space="0" w:color="auto"/>
                                      </w:divBdr>
                                      <w:divsChild>
                                        <w:div w:id="89477191">
                                          <w:marLeft w:val="0"/>
                                          <w:marRight w:val="0"/>
                                          <w:marTop w:val="0"/>
                                          <w:marBottom w:val="0"/>
                                          <w:divBdr>
                                            <w:top w:val="none" w:sz="0" w:space="0" w:color="auto"/>
                                            <w:left w:val="none" w:sz="0" w:space="0" w:color="auto"/>
                                            <w:bottom w:val="none" w:sz="0" w:space="0" w:color="auto"/>
                                            <w:right w:val="none" w:sz="0" w:space="0" w:color="auto"/>
                                          </w:divBdr>
                                          <w:divsChild>
                                            <w:div w:id="2128231021">
                                              <w:marLeft w:val="0"/>
                                              <w:marRight w:val="0"/>
                                              <w:marTop w:val="0"/>
                                              <w:marBottom w:val="0"/>
                                              <w:divBdr>
                                                <w:top w:val="none" w:sz="0" w:space="0" w:color="auto"/>
                                                <w:left w:val="none" w:sz="0" w:space="0" w:color="auto"/>
                                                <w:bottom w:val="none" w:sz="0" w:space="0" w:color="auto"/>
                                                <w:right w:val="none" w:sz="0" w:space="0" w:color="auto"/>
                                              </w:divBdr>
                                              <w:divsChild>
                                                <w:div w:id="202056346">
                                                  <w:marLeft w:val="0"/>
                                                  <w:marRight w:val="0"/>
                                                  <w:marTop w:val="0"/>
                                                  <w:marBottom w:val="0"/>
                                                  <w:divBdr>
                                                    <w:top w:val="none" w:sz="0" w:space="0" w:color="auto"/>
                                                    <w:left w:val="none" w:sz="0" w:space="0" w:color="auto"/>
                                                    <w:bottom w:val="none" w:sz="0" w:space="0" w:color="auto"/>
                                                    <w:right w:val="none" w:sz="0" w:space="0" w:color="auto"/>
                                                  </w:divBdr>
                                                  <w:divsChild>
                                                    <w:div w:id="1629774686">
                                                      <w:marLeft w:val="0"/>
                                                      <w:marRight w:val="0"/>
                                                      <w:marTop w:val="180"/>
                                                      <w:marBottom w:val="240"/>
                                                      <w:divBdr>
                                                        <w:top w:val="none" w:sz="0" w:space="0" w:color="auto"/>
                                                        <w:left w:val="none" w:sz="0" w:space="0" w:color="auto"/>
                                                        <w:bottom w:val="none" w:sz="0" w:space="0" w:color="auto"/>
                                                        <w:right w:val="none" w:sz="0" w:space="0" w:color="auto"/>
                                                      </w:divBdr>
                                                    </w:div>
                                                    <w:div w:id="1142691793">
                                                      <w:marLeft w:val="0"/>
                                                      <w:marRight w:val="0"/>
                                                      <w:marTop w:val="180"/>
                                                      <w:marBottom w:val="240"/>
                                                      <w:divBdr>
                                                        <w:top w:val="none" w:sz="0" w:space="0" w:color="auto"/>
                                                        <w:left w:val="none" w:sz="0" w:space="0" w:color="auto"/>
                                                        <w:bottom w:val="none" w:sz="0" w:space="0" w:color="auto"/>
                                                        <w:right w:val="none" w:sz="0" w:space="0" w:color="auto"/>
                                                      </w:divBdr>
                                                    </w:div>
                                                    <w:div w:id="1197740454">
                                                      <w:marLeft w:val="0"/>
                                                      <w:marRight w:val="0"/>
                                                      <w:marTop w:val="360"/>
                                                      <w:marBottom w:val="180"/>
                                                      <w:divBdr>
                                                        <w:top w:val="none" w:sz="0" w:space="0" w:color="auto"/>
                                                        <w:left w:val="none" w:sz="0" w:space="0" w:color="auto"/>
                                                        <w:bottom w:val="none" w:sz="0" w:space="0" w:color="auto"/>
                                                        <w:right w:val="none" w:sz="0" w:space="0" w:color="auto"/>
                                                      </w:divBdr>
                                                    </w:div>
                                                    <w:div w:id="1434401062">
                                                      <w:marLeft w:val="0"/>
                                                      <w:marRight w:val="0"/>
                                                      <w:marTop w:val="360"/>
                                                      <w:marBottom w:val="180"/>
                                                      <w:divBdr>
                                                        <w:top w:val="none" w:sz="0" w:space="0" w:color="auto"/>
                                                        <w:left w:val="none" w:sz="0" w:space="0" w:color="auto"/>
                                                        <w:bottom w:val="none" w:sz="0" w:space="0" w:color="auto"/>
                                                        <w:right w:val="none" w:sz="0" w:space="0" w:color="auto"/>
                                                      </w:divBdr>
                                                    </w:div>
                                                    <w:div w:id="121354056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699887283">
                                  <w:marLeft w:val="0"/>
                                  <w:marRight w:val="0"/>
                                  <w:marTop w:val="450"/>
                                  <w:marBottom w:val="0"/>
                                  <w:divBdr>
                                    <w:top w:val="none" w:sz="0" w:space="0" w:color="auto"/>
                                    <w:left w:val="none" w:sz="0" w:space="0" w:color="auto"/>
                                    <w:bottom w:val="none" w:sz="0" w:space="0" w:color="auto"/>
                                    <w:right w:val="none" w:sz="0" w:space="0" w:color="auto"/>
                                  </w:divBdr>
                                  <w:divsChild>
                                    <w:div w:id="1410031486">
                                      <w:marLeft w:val="0"/>
                                      <w:marRight w:val="0"/>
                                      <w:marTop w:val="0"/>
                                      <w:marBottom w:val="0"/>
                                      <w:divBdr>
                                        <w:top w:val="none" w:sz="0" w:space="0" w:color="auto"/>
                                        <w:left w:val="none" w:sz="0" w:space="0" w:color="auto"/>
                                        <w:bottom w:val="none" w:sz="0" w:space="0" w:color="auto"/>
                                        <w:right w:val="none" w:sz="0" w:space="0" w:color="auto"/>
                                      </w:divBdr>
                                      <w:divsChild>
                                        <w:div w:id="1738357079">
                                          <w:marLeft w:val="0"/>
                                          <w:marRight w:val="0"/>
                                          <w:marTop w:val="0"/>
                                          <w:marBottom w:val="0"/>
                                          <w:divBdr>
                                            <w:top w:val="none" w:sz="0" w:space="0" w:color="auto"/>
                                            <w:left w:val="none" w:sz="0" w:space="0" w:color="auto"/>
                                            <w:bottom w:val="none" w:sz="0" w:space="0" w:color="auto"/>
                                            <w:right w:val="none" w:sz="0" w:space="0" w:color="auto"/>
                                          </w:divBdr>
                                          <w:divsChild>
                                            <w:div w:id="436100700">
                                              <w:marLeft w:val="0"/>
                                              <w:marRight w:val="246"/>
                                              <w:marTop w:val="0"/>
                                              <w:marBottom w:val="0"/>
                                              <w:divBdr>
                                                <w:top w:val="none" w:sz="0" w:space="0" w:color="auto"/>
                                                <w:left w:val="none" w:sz="0" w:space="0" w:color="auto"/>
                                                <w:bottom w:val="none" w:sz="0" w:space="0" w:color="auto"/>
                                                <w:right w:val="none" w:sz="0" w:space="0" w:color="auto"/>
                                              </w:divBdr>
                                              <w:divsChild>
                                                <w:div w:id="1402606340">
                                                  <w:marLeft w:val="0"/>
                                                  <w:marRight w:val="0"/>
                                                  <w:marTop w:val="0"/>
                                                  <w:marBottom w:val="0"/>
                                                  <w:divBdr>
                                                    <w:top w:val="none" w:sz="0" w:space="0" w:color="auto"/>
                                                    <w:left w:val="none" w:sz="0" w:space="0" w:color="auto"/>
                                                    <w:bottom w:val="none" w:sz="0" w:space="0" w:color="auto"/>
                                                    <w:right w:val="none" w:sz="0" w:space="0" w:color="auto"/>
                                                  </w:divBdr>
                                                  <w:divsChild>
                                                    <w:div w:id="1514294883">
                                                      <w:marLeft w:val="0"/>
                                                      <w:marRight w:val="0"/>
                                                      <w:marTop w:val="0"/>
                                                      <w:marBottom w:val="0"/>
                                                      <w:divBdr>
                                                        <w:top w:val="none" w:sz="0" w:space="0" w:color="auto"/>
                                                        <w:left w:val="none" w:sz="0" w:space="0" w:color="auto"/>
                                                        <w:bottom w:val="none" w:sz="0" w:space="0" w:color="auto"/>
                                                        <w:right w:val="none" w:sz="0" w:space="0" w:color="auto"/>
                                                      </w:divBdr>
                                                      <w:divsChild>
                                                        <w:div w:id="182022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320482">
                                              <w:marLeft w:val="0"/>
                                              <w:marRight w:val="0"/>
                                              <w:marTop w:val="0"/>
                                              <w:marBottom w:val="0"/>
                                              <w:divBdr>
                                                <w:top w:val="none" w:sz="0" w:space="0" w:color="auto"/>
                                                <w:left w:val="none" w:sz="0" w:space="0" w:color="auto"/>
                                                <w:bottom w:val="none" w:sz="0" w:space="0" w:color="auto"/>
                                                <w:right w:val="none" w:sz="0" w:space="0" w:color="auto"/>
                                              </w:divBdr>
                                              <w:divsChild>
                                                <w:div w:id="31838767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886409236">
                                      <w:marLeft w:val="0"/>
                                      <w:marRight w:val="0"/>
                                      <w:marTop w:val="0"/>
                                      <w:marBottom w:val="0"/>
                                      <w:divBdr>
                                        <w:top w:val="none" w:sz="0" w:space="0" w:color="auto"/>
                                        <w:left w:val="none" w:sz="0" w:space="0" w:color="auto"/>
                                        <w:bottom w:val="none" w:sz="0" w:space="0" w:color="auto"/>
                                        <w:right w:val="none" w:sz="0" w:space="0" w:color="auto"/>
                                      </w:divBdr>
                                      <w:divsChild>
                                        <w:div w:id="1514686101">
                                          <w:marLeft w:val="0"/>
                                          <w:marRight w:val="0"/>
                                          <w:marTop w:val="0"/>
                                          <w:marBottom w:val="0"/>
                                          <w:divBdr>
                                            <w:top w:val="none" w:sz="0" w:space="0" w:color="auto"/>
                                            <w:left w:val="none" w:sz="0" w:space="0" w:color="auto"/>
                                            <w:bottom w:val="none" w:sz="0" w:space="0" w:color="auto"/>
                                            <w:right w:val="none" w:sz="0" w:space="0" w:color="auto"/>
                                          </w:divBdr>
                                          <w:divsChild>
                                            <w:div w:id="336494396">
                                              <w:marLeft w:val="0"/>
                                              <w:marRight w:val="0"/>
                                              <w:marTop w:val="0"/>
                                              <w:marBottom w:val="0"/>
                                              <w:divBdr>
                                                <w:top w:val="none" w:sz="0" w:space="0" w:color="auto"/>
                                                <w:left w:val="none" w:sz="0" w:space="0" w:color="auto"/>
                                                <w:bottom w:val="none" w:sz="0" w:space="0" w:color="auto"/>
                                                <w:right w:val="none" w:sz="0" w:space="0" w:color="auto"/>
                                              </w:divBdr>
                                              <w:divsChild>
                                                <w:div w:id="1920483640">
                                                  <w:marLeft w:val="0"/>
                                                  <w:marRight w:val="0"/>
                                                  <w:marTop w:val="0"/>
                                                  <w:marBottom w:val="0"/>
                                                  <w:divBdr>
                                                    <w:top w:val="none" w:sz="0" w:space="0" w:color="auto"/>
                                                    <w:left w:val="none" w:sz="0" w:space="0" w:color="auto"/>
                                                    <w:bottom w:val="none" w:sz="0" w:space="0" w:color="auto"/>
                                                    <w:right w:val="none" w:sz="0" w:space="0" w:color="auto"/>
                                                  </w:divBdr>
                                                  <w:divsChild>
                                                    <w:div w:id="272708263">
                                                      <w:marLeft w:val="0"/>
                                                      <w:marRight w:val="0"/>
                                                      <w:marTop w:val="180"/>
                                                      <w:marBottom w:val="240"/>
                                                      <w:divBdr>
                                                        <w:top w:val="none" w:sz="0" w:space="0" w:color="auto"/>
                                                        <w:left w:val="none" w:sz="0" w:space="0" w:color="auto"/>
                                                        <w:bottom w:val="none" w:sz="0" w:space="0" w:color="auto"/>
                                                        <w:right w:val="none" w:sz="0" w:space="0" w:color="auto"/>
                                                      </w:divBdr>
                                                    </w:div>
                                                    <w:div w:id="1352146515">
                                                      <w:marLeft w:val="0"/>
                                                      <w:marRight w:val="0"/>
                                                      <w:marTop w:val="180"/>
                                                      <w:marBottom w:val="240"/>
                                                      <w:divBdr>
                                                        <w:top w:val="none" w:sz="0" w:space="0" w:color="auto"/>
                                                        <w:left w:val="none" w:sz="0" w:space="0" w:color="auto"/>
                                                        <w:bottom w:val="none" w:sz="0" w:space="0" w:color="auto"/>
                                                        <w:right w:val="none" w:sz="0" w:space="0" w:color="auto"/>
                                                      </w:divBdr>
                                                    </w:div>
                                                    <w:div w:id="1795363626">
                                                      <w:marLeft w:val="0"/>
                                                      <w:marRight w:val="0"/>
                                                      <w:marTop w:val="360"/>
                                                      <w:marBottom w:val="180"/>
                                                      <w:divBdr>
                                                        <w:top w:val="none" w:sz="0" w:space="0" w:color="auto"/>
                                                        <w:left w:val="none" w:sz="0" w:space="0" w:color="auto"/>
                                                        <w:bottom w:val="none" w:sz="0" w:space="0" w:color="auto"/>
                                                        <w:right w:val="none" w:sz="0" w:space="0" w:color="auto"/>
                                                      </w:divBdr>
                                                    </w:div>
                                                    <w:div w:id="1042634241">
                                                      <w:marLeft w:val="0"/>
                                                      <w:marRight w:val="0"/>
                                                      <w:marTop w:val="360"/>
                                                      <w:marBottom w:val="180"/>
                                                      <w:divBdr>
                                                        <w:top w:val="none" w:sz="0" w:space="0" w:color="auto"/>
                                                        <w:left w:val="none" w:sz="0" w:space="0" w:color="auto"/>
                                                        <w:bottom w:val="none" w:sz="0" w:space="0" w:color="auto"/>
                                                        <w:right w:val="none" w:sz="0" w:space="0" w:color="auto"/>
                                                      </w:divBdr>
                                                    </w:div>
                                                    <w:div w:id="603079484">
                                                      <w:marLeft w:val="0"/>
                                                      <w:marRight w:val="0"/>
                                                      <w:marTop w:val="360"/>
                                                      <w:marBottom w:val="180"/>
                                                      <w:divBdr>
                                                        <w:top w:val="none" w:sz="0" w:space="0" w:color="auto"/>
                                                        <w:left w:val="none" w:sz="0" w:space="0" w:color="auto"/>
                                                        <w:bottom w:val="none" w:sz="0" w:space="0" w:color="auto"/>
                                                        <w:right w:val="none" w:sz="0" w:space="0" w:color="auto"/>
                                                      </w:divBdr>
                                                    </w:div>
                                                    <w:div w:id="876771439">
                                                      <w:marLeft w:val="0"/>
                                                      <w:marRight w:val="0"/>
                                                      <w:marTop w:val="360"/>
                                                      <w:marBottom w:val="180"/>
                                                      <w:divBdr>
                                                        <w:top w:val="none" w:sz="0" w:space="0" w:color="auto"/>
                                                        <w:left w:val="none" w:sz="0" w:space="0" w:color="auto"/>
                                                        <w:bottom w:val="none" w:sz="0" w:space="0" w:color="auto"/>
                                                        <w:right w:val="none" w:sz="0" w:space="0" w:color="auto"/>
                                                      </w:divBdr>
                                                    </w:div>
                                                    <w:div w:id="1672757321">
                                                      <w:marLeft w:val="0"/>
                                                      <w:marRight w:val="0"/>
                                                      <w:marTop w:val="360"/>
                                                      <w:marBottom w:val="180"/>
                                                      <w:divBdr>
                                                        <w:top w:val="none" w:sz="0" w:space="0" w:color="auto"/>
                                                        <w:left w:val="none" w:sz="0" w:space="0" w:color="auto"/>
                                                        <w:bottom w:val="none" w:sz="0" w:space="0" w:color="auto"/>
                                                        <w:right w:val="none" w:sz="0" w:space="0" w:color="auto"/>
                                                      </w:divBdr>
                                                    </w:div>
                                                    <w:div w:id="1877497411">
                                                      <w:marLeft w:val="0"/>
                                                      <w:marRight w:val="0"/>
                                                      <w:marTop w:val="360"/>
                                                      <w:marBottom w:val="180"/>
                                                      <w:divBdr>
                                                        <w:top w:val="none" w:sz="0" w:space="0" w:color="auto"/>
                                                        <w:left w:val="none" w:sz="0" w:space="0" w:color="auto"/>
                                                        <w:bottom w:val="none" w:sz="0" w:space="0" w:color="auto"/>
                                                        <w:right w:val="none" w:sz="0" w:space="0" w:color="auto"/>
                                                      </w:divBdr>
                                                    </w:div>
                                                    <w:div w:id="367531679">
                                                      <w:marLeft w:val="0"/>
                                                      <w:marRight w:val="0"/>
                                                      <w:marTop w:val="360"/>
                                                      <w:marBottom w:val="180"/>
                                                      <w:divBdr>
                                                        <w:top w:val="none" w:sz="0" w:space="0" w:color="auto"/>
                                                        <w:left w:val="none" w:sz="0" w:space="0" w:color="auto"/>
                                                        <w:bottom w:val="none" w:sz="0" w:space="0" w:color="auto"/>
                                                        <w:right w:val="none" w:sz="0" w:space="0" w:color="auto"/>
                                                      </w:divBdr>
                                                    </w:div>
                                                    <w:div w:id="1084568377">
                                                      <w:marLeft w:val="0"/>
                                                      <w:marRight w:val="0"/>
                                                      <w:marTop w:val="360"/>
                                                      <w:marBottom w:val="180"/>
                                                      <w:divBdr>
                                                        <w:top w:val="none" w:sz="0" w:space="0" w:color="auto"/>
                                                        <w:left w:val="none" w:sz="0" w:space="0" w:color="auto"/>
                                                        <w:bottom w:val="none" w:sz="0" w:space="0" w:color="auto"/>
                                                        <w:right w:val="none" w:sz="0" w:space="0" w:color="auto"/>
                                                      </w:divBdr>
                                                    </w:div>
                                                    <w:div w:id="711461641">
                                                      <w:marLeft w:val="0"/>
                                                      <w:marRight w:val="0"/>
                                                      <w:marTop w:val="360"/>
                                                      <w:marBottom w:val="180"/>
                                                      <w:divBdr>
                                                        <w:top w:val="none" w:sz="0" w:space="0" w:color="auto"/>
                                                        <w:left w:val="none" w:sz="0" w:space="0" w:color="auto"/>
                                                        <w:bottom w:val="none" w:sz="0" w:space="0" w:color="auto"/>
                                                        <w:right w:val="none" w:sz="0" w:space="0" w:color="auto"/>
                                                      </w:divBdr>
                                                    </w:div>
                                                    <w:div w:id="1152328982">
                                                      <w:marLeft w:val="0"/>
                                                      <w:marRight w:val="0"/>
                                                      <w:marTop w:val="360"/>
                                                      <w:marBottom w:val="180"/>
                                                      <w:divBdr>
                                                        <w:top w:val="none" w:sz="0" w:space="0" w:color="auto"/>
                                                        <w:left w:val="none" w:sz="0" w:space="0" w:color="auto"/>
                                                        <w:bottom w:val="none" w:sz="0" w:space="0" w:color="auto"/>
                                                        <w:right w:val="none" w:sz="0" w:space="0" w:color="auto"/>
                                                      </w:divBdr>
                                                    </w:div>
                                                    <w:div w:id="2001736802">
                                                      <w:marLeft w:val="0"/>
                                                      <w:marRight w:val="0"/>
                                                      <w:marTop w:val="360"/>
                                                      <w:marBottom w:val="180"/>
                                                      <w:divBdr>
                                                        <w:top w:val="none" w:sz="0" w:space="0" w:color="auto"/>
                                                        <w:left w:val="none" w:sz="0" w:space="0" w:color="auto"/>
                                                        <w:bottom w:val="none" w:sz="0" w:space="0" w:color="auto"/>
                                                        <w:right w:val="none" w:sz="0" w:space="0" w:color="auto"/>
                                                      </w:divBdr>
                                                    </w:div>
                                                    <w:div w:id="482894454">
                                                      <w:marLeft w:val="0"/>
                                                      <w:marRight w:val="0"/>
                                                      <w:marTop w:val="360"/>
                                                      <w:marBottom w:val="180"/>
                                                      <w:divBdr>
                                                        <w:top w:val="none" w:sz="0" w:space="0" w:color="auto"/>
                                                        <w:left w:val="none" w:sz="0" w:space="0" w:color="auto"/>
                                                        <w:bottom w:val="none" w:sz="0" w:space="0" w:color="auto"/>
                                                        <w:right w:val="none" w:sz="0" w:space="0" w:color="auto"/>
                                                      </w:divBdr>
                                                    </w:div>
                                                    <w:div w:id="594617">
                                                      <w:marLeft w:val="0"/>
                                                      <w:marRight w:val="0"/>
                                                      <w:marTop w:val="180"/>
                                                      <w:marBottom w:val="240"/>
                                                      <w:divBdr>
                                                        <w:top w:val="none" w:sz="0" w:space="0" w:color="auto"/>
                                                        <w:left w:val="none" w:sz="0" w:space="0" w:color="auto"/>
                                                        <w:bottom w:val="none" w:sz="0" w:space="0" w:color="auto"/>
                                                        <w:right w:val="none" w:sz="0" w:space="0" w:color="auto"/>
                                                      </w:divBdr>
                                                    </w:div>
                                                    <w:div w:id="1118524454">
                                                      <w:marLeft w:val="0"/>
                                                      <w:marRight w:val="0"/>
                                                      <w:marTop w:val="360"/>
                                                      <w:marBottom w:val="180"/>
                                                      <w:divBdr>
                                                        <w:top w:val="none" w:sz="0" w:space="0" w:color="auto"/>
                                                        <w:left w:val="none" w:sz="0" w:space="0" w:color="auto"/>
                                                        <w:bottom w:val="none" w:sz="0" w:space="0" w:color="auto"/>
                                                        <w:right w:val="none" w:sz="0" w:space="0" w:color="auto"/>
                                                      </w:divBdr>
                                                    </w:div>
                                                    <w:div w:id="1663705101">
                                                      <w:marLeft w:val="0"/>
                                                      <w:marRight w:val="0"/>
                                                      <w:marTop w:val="360"/>
                                                      <w:marBottom w:val="180"/>
                                                      <w:divBdr>
                                                        <w:top w:val="none" w:sz="0" w:space="0" w:color="auto"/>
                                                        <w:left w:val="none" w:sz="0" w:space="0" w:color="auto"/>
                                                        <w:bottom w:val="none" w:sz="0" w:space="0" w:color="auto"/>
                                                        <w:right w:val="none" w:sz="0" w:space="0" w:color="auto"/>
                                                      </w:divBdr>
                                                    </w:div>
                                                    <w:div w:id="109402734">
                                                      <w:marLeft w:val="0"/>
                                                      <w:marRight w:val="0"/>
                                                      <w:marTop w:val="360"/>
                                                      <w:marBottom w:val="180"/>
                                                      <w:divBdr>
                                                        <w:top w:val="none" w:sz="0" w:space="0" w:color="auto"/>
                                                        <w:left w:val="none" w:sz="0" w:space="0" w:color="auto"/>
                                                        <w:bottom w:val="none" w:sz="0" w:space="0" w:color="auto"/>
                                                        <w:right w:val="none" w:sz="0" w:space="0" w:color="auto"/>
                                                      </w:divBdr>
                                                    </w:div>
                                                    <w:div w:id="2115243869">
                                                      <w:marLeft w:val="0"/>
                                                      <w:marRight w:val="0"/>
                                                      <w:marTop w:val="180"/>
                                                      <w:marBottom w:val="240"/>
                                                      <w:divBdr>
                                                        <w:top w:val="none" w:sz="0" w:space="0" w:color="auto"/>
                                                        <w:left w:val="none" w:sz="0" w:space="0" w:color="auto"/>
                                                        <w:bottom w:val="none" w:sz="0" w:space="0" w:color="auto"/>
                                                        <w:right w:val="none" w:sz="0" w:space="0" w:color="auto"/>
                                                      </w:divBdr>
                                                    </w:div>
                                                    <w:div w:id="206571473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889873783">
                                  <w:marLeft w:val="0"/>
                                  <w:marRight w:val="0"/>
                                  <w:marTop w:val="450"/>
                                  <w:marBottom w:val="0"/>
                                  <w:divBdr>
                                    <w:top w:val="none" w:sz="0" w:space="0" w:color="auto"/>
                                    <w:left w:val="none" w:sz="0" w:space="0" w:color="auto"/>
                                    <w:bottom w:val="none" w:sz="0" w:space="0" w:color="auto"/>
                                    <w:right w:val="none" w:sz="0" w:space="0" w:color="auto"/>
                                  </w:divBdr>
                                  <w:divsChild>
                                    <w:div w:id="4669707">
                                      <w:marLeft w:val="0"/>
                                      <w:marRight w:val="0"/>
                                      <w:marTop w:val="0"/>
                                      <w:marBottom w:val="0"/>
                                      <w:divBdr>
                                        <w:top w:val="none" w:sz="0" w:space="0" w:color="auto"/>
                                        <w:left w:val="none" w:sz="0" w:space="0" w:color="auto"/>
                                        <w:bottom w:val="none" w:sz="0" w:space="0" w:color="auto"/>
                                        <w:right w:val="none" w:sz="0" w:space="0" w:color="auto"/>
                                      </w:divBdr>
                                      <w:divsChild>
                                        <w:div w:id="1541430569">
                                          <w:marLeft w:val="0"/>
                                          <w:marRight w:val="0"/>
                                          <w:marTop w:val="0"/>
                                          <w:marBottom w:val="0"/>
                                          <w:divBdr>
                                            <w:top w:val="none" w:sz="0" w:space="0" w:color="auto"/>
                                            <w:left w:val="none" w:sz="0" w:space="0" w:color="auto"/>
                                            <w:bottom w:val="none" w:sz="0" w:space="0" w:color="auto"/>
                                            <w:right w:val="none" w:sz="0" w:space="0" w:color="auto"/>
                                          </w:divBdr>
                                          <w:divsChild>
                                            <w:div w:id="1309214369">
                                              <w:marLeft w:val="0"/>
                                              <w:marRight w:val="246"/>
                                              <w:marTop w:val="0"/>
                                              <w:marBottom w:val="0"/>
                                              <w:divBdr>
                                                <w:top w:val="none" w:sz="0" w:space="0" w:color="auto"/>
                                                <w:left w:val="none" w:sz="0" w:space="0" w:color="auto"/>
                                                <w:bottom w:val="none" w:sz="0" w:space="0" w:color="auto"/>
                                                <w:right w:val="none" w:sz="0" w:space="0" w:color="auto"/>
                                              </w:divBdr>
                                              <w:divsChild>
                                                <w:div w:id="63726568">
                                                  <w:marLeft w:val="0"/>
                                                  <w:marRight w:val="0"/>
                                                  <w:marTop w:val="0"/>
                                                  <w:marBottom w:val="0"/>
                                                  <w:divBdr>
                                                    <w:top w:val="none" w:sz="0" w:space="0" w:color="auto"/>
                                                    <w:left w:val="none" w:sz="0" w:space="0" w:color="auto"/>
                                                    <w:bottom w:val="none" w:sz="0" w:space="0" w:color="auto"/>
                                                    <w:right w:val="none" w:sz="0" w:space="0" w:color="auto"/>
                                                  </w:divBdr>
                                                  <w:divsChild>
                                                    <w:div w:id="399181264">
                                                      <w:marLeft w:val="0"/>
                                                      <w:marRight w:val="0"/>
                                                      <w:marTop w:val="0"/>
                                                      <w:marBottom w:val="0"/>
                                                      <w:divBdr>
                                                        <w:top w:val="none" w:sz="0" w:space="0" w:color="auto"/>
                                                        <w:left w:val="none" w:sz="0" w:space="0" w:color="auto"/>
                                                        <w:bottom w:val="none" w:sz="0" w:space="0" w:color="auto"/>
                                                        <w:right w:val="none" w:sz="0" w:space="0" w:color="auto"/>
                                                      </w:divBdr>
                                                      <w:divsChild>
                                                        <w:div w:id="83056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398585">
                                              <w:marLeft w:val="0"/>
                                              <w:marRight w:val="0"/>
                                              <w:marTop w:val="0"/>
                                              <w:marBottom w:val="0"/>
                                              <w:divBdr>
                                                <w:top w:val="none" w:sz="0" w:space="0" w:color="auto"/>
                                                <w:left w:val="none" w:sz="0" w:space="0" w:color="auto"/>
                                                <w:bottom w:val="none" w:sz="0" w:space="0" w:color="auto"/>
                                                <w:right w:val="none" w:sz="0" w:space="0" w:color="auto"/>
                                              </w:divBdr>
                                              <w:divsChild>
                                                <w:div w:id="131282614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555577916">
                                      <w:marLeft w:val="0"/>
                                      <w:marRight w:val="0"/>
                                      <w:marTop w:val="0"/>
                                      <w:marBottom w:val="0"/>
                                      <w:divBdr>
                                        <w:top w:val="none" w:sz="0" w:space="0" w:color="auto"/>
                                        <w:left w:val="none" w:sz="0" w:space="0" w:color="auto"/>
                                        <w:bottom w:val="none" w:sz="0" w:space="0" w:color="auto"/>
                                        <w:right w:val="none" w:sz="0" w:space="0" w:color="auto"/>
                                      </w:divBdr>
                                      <w:divsChild>
                                        <w:div w:id="788545326">
                                          <w:marLeft w:val="0"/>
                                          <w:marRight w:val="0"/>
                                          <w:marTop w:val="0"/>
                                          <w:marBottom w:val="0"/>
                                          <w:divBdr>
                                            <w:top w:val="none" w:sz="0" w:space="0" w:color="auto"/>
                                            <w:left w:val="none" w:sz="0" w:space="0" w:color="auto"/>
                                            <w:bottom w:val="none" w:sz="0" w:space="0" w:color="auto"/>
                                            <w:right w:val="none" w:sz="0" w:space="0" w:color="auto"/>
                                          </w:divBdr>
                                          <w:divsChild>
                                            <w:div w:id="191311530">
                                              <w:marLeft w:val="0"/>
                                              <w:marRight w:val="0"/>
                                              <w:marTop w:val="0"/>
                                              <w:marBottom w:val="0"/>
                                              <w:divBdr>
                                                <w:top w:val="none" w:sz="0" w:space="0" w:color="auto"/>
                                                <w:left w:val="none" w:sz="0" w:space="0" w:color="auto"/>
                                                <w:bottom w:val="none" w:sz="0" w:space="0" w:color="auto"/>
                                                <w:right w:val="none" w:sz="0" w:space="0" w:color="auto"/>
                                              </w:divBdr>
                                              <w:divsChild>
                                                <w:div w:id="1852526454">
                                                  <w:marLeft w:val="0"/>
                                                  <w:marRight w:val="0"/>
                                                  <w:marTop w:val="0"/>
                                                  <w:marBottom w:val="0"/>
                                                  <w:divBdr>
                                                    <w:top w:val="none" w:sz="0" w:space="0" w:color="auto"/>
                                                    <w:left w:val="none" w:sz="0" w:space="0" w:color="auto"/>
                                                    <w:bottom w:val="none" w:sz="0" w:space="0" w:color="auto"/>
                                                    <w:right w:val="none" w:sz="0" w:space="0" w:color="auto"/>
                                                  </w:divBdr>
                                                  <w:divsChild>
                                                    <w:div w:id="1495729537">
                                                      <w:marLeft w:val="0"/>
                                                      <w:marRight w:val="0"/>
                                                      <w:marTop w:val="180"/>
                                                      <w:marBottom w:val="240"/>
                                                      <w:divBdr>
                                                        <w:top w:val="none" w:sz="0" w:space="0" w:color="auto"/>
                                                        <w:left w:val="none" w:sz="0" w:space="0" w:color="auto"/>
                                                        <w:bottom w:val="none" w:sz="0" w:space="0" w:color="auto"/>
                                                        <w:right w:val="none" w:sz="0" w:space="0" w:color="auto"/>
                                                      </w:divBdr>
                                                    </w:div>
                                                    <w:div w:id="901720683">
                                                      <w:marLeft w:val="0"/>
                                                      <w:marRight w:val="0"/>
                                                      <w:marTop w:val="180"/>
                                                      <w:marBottom w:val="240"/>
                                                      <w:divBdr>
                                                        <w:top w:val="none" w:sz="0" w:space="0" w:color="auto"/>
                                                        <w:left w:val="none" w:sz="0" w:space="0" w:color="auto"/>
                                                        <w:bottom w:val="none" w:sz="0" w:space="0" w:color="auto"/>
                                                        <w:right w:val="none" w:sz="0" w:space="0" w:color="auto"/>
                                                      </w:divBdr>
                                                    </w:div>
                                                    <w:div w:id="1706559535">
                                                      <w:marLeft w:val="0"/>
                                                      <w:marRight w:val="0"/>
                                                      <w:marTop w:val="360"/>
                                                      <w:marBottom w:val="180"/>
                                                      <w:divBdr>
                                                        <w:top w:val="none" w:sz="0" w:space="0" w:color="auto"/>
                                                        <w:left w:val="none" w:sz="0" w:space="0" w:color="auto"/>
                                                        <w:bottom w:val="none" w:sz="0" w:space="0" w:color="auto"/>
                                                        <w:right w:val="none" w:sz="0" w:space="0" w:color="auto"/>
                                                      </w:divBdr>
                                                    </w:div>
                                                    <w:div w:id="1825850852">
                                                      <w:marLeft w:val="0"/>
                                                      <w:marRight w:val="0"/>
                                                      <w:marTop w:val="180"/>
                                                      <w:marBottom w:val="240"/>
                                                      <w:divBdr>
                                                        <w:top w:val="none" w:sz="0" w:space="0" w:color="auto"/>
                                                        <w:left w:val="none" w:sz="0" w:space="0" w:color="auto"/>
                                                        <w:bottom w:val="none" w:sz="0" w:space="0" w:color="auto"/>
                                                        <w:right w:val="none" w:sz="0" w:space="0" w:color="auto"/>
                                                      </w:divBdr>
                                                    </w:div>
                                                    <w:div w:id="1773042426">
                                                      <w:marLeft w:val="0"/>
                                                      <w:marRight w:val="0"/>
                                                      <w:marTop w:val="360"/>
                                                      <w:marBottom w:val="180"/>
                                                      <w:divBdr>
                                                        <w:top w:val="none" w:sz="0" w:space="0" w:color="auto"/>
                                                        <w:left w:val="none" w:sz="0" w:space="0" w:color="auto"/>
                                                        <w:bottom w:val="none" w:sz="0" w:space="0" w:color="auto"/>
                                                        <w:right w:val="none" w:sz="0" w:space="0" w:color="auto"/>
                                                      </w:divBdr>
                                                    </w:div>
                                                    <w:div w:id="1895508095">
                                                      <w:marLeft w:val="0"/>
                                                      <w:marRight w:val="0"/>
                                                      <w:marTop w:val="360"/>
                                                      <w:marBottom w:val="180"/>
                                                      <w:divBdr>
                                                        <w:top w:val="none" w:sz="0" w:space="0" w:color="auto"/>
                                                        <w:left w:val="none" w:sz="0" w:space="0" w:color="auto"/>
                                                        <w:bottom w:val="none" w:sz="0" w:space="0" w:color="auto"/>
                                                        <w:right w:val="none" w:sz="0" w:space="0" w:color="auto"/>
                                                      </w:divBdr>
                                                    </w:div>
                                                    <w:div w:id="567763652">
                                                      <w:marLeft w:val="0"/>
                                                      <w:marRight w:val="0"/>
                                                      <w:marTop w:val="360"/>
                                                      <w:marBottom w:val="180"/>
                                                      <w:divBdr>
                                                        <w:top w:val="none" w:sz="0" w:space="0" w:color="auto"/>
                                                        <w:left w:val="none" w:sz="0" w:space="0" w:color="auto"/>
                                                        <w:bottom w:val="none" w:sz="0" w:space="0" w:color="auto"/>
                                                        <w:right w:val="none" w:sz="0" w:space="0" w:color="auto"/>
                                                      </w:divBdr>
                                                    </w:div>
                                                    <w:div w:id="491483618">
                                                      <w:marLeft w:val="0"/>
                                                      <w:marRight w:val="0"/>
                                                      <w:marTop w:val="360"/>
                                                      <w:marBottom w:val="180"/>
                                                      <w:divBdr>
                                                        <w:top w:val="none" w:sz="0" w:space="0" w:color="auto"/>
                                                        <w:left w:val="none" w:sz="0" w:space="0" w:color="auto"/>
                                                        <w:bottom w:val="none" w:sz="0" w:space="0" w:color="auto"/>
                                                        <w:right w:val="none" w:sz="0" w:space="0" w:color="auto"/>
                                                      </w:divBdr>
                                                    </w:div>
                                                    <w:div w:id="959458080">
                                                      <w:marLeft w:val="0"/>
                                                      <w:marRight w:val="0"/>
                                                      <w:marTop w:val="360"/>
                                                      <w:marBottom w:val="180"/>
                                                      <w:divBdr>
                                                        <w:top w:val="none" w:sz="0" w:space="0" w:color="auto"/>
                                                        <w:left w:val="none" w:sz="0" w:space="0" w:color="auto"/>
                                                        <w:bottom w:val="none" w:sz="0" w:space="0" w:color="auto"/>
                                                        <w:right w:val="none" w:sz="0" w:space="0" w:color="auto"/>
                                                      </w:divBdr>
                                                    </w:div>
                                                    <w:div w:id="86848522">
                                                      <w:marLeft w:val="0"/>
                                                      <w:marRight w:val="0"/>
                                                      <w:marTop w:val="180"/>
                                                      <w:marBottom w:val="240"/>
                                                      <w:divBdr>
                                                        <w:top w:val="none" w:sz="0" w:space="0" w:color="auto"/>
                                                        <w:left w:val="none" w:sz="0" w:space="0" w:color="auto"/>
                                                        <w:bottom w:val="none" w:sz="0" w:space="0" w:color="auto"/>
                                                        <w:right w:val="none" w:sz="0" w:space="0" w:color="auto"/>
                                                      </w:divBdr>
                                                    </w:div>
                                                    <w:div w:id="1497921661">
                                                      <w:marLeft w:val="0"/>
                                                      <w:marRight w:val="0"/>
                                                      <w:marTop w:val="180"/>
                                                      <w:marBottom w:val="240"/>
                                                      <w:divBdr>
                                                        <w:top w:val="none" w:sz="0" w:space="0" w:color="auto"/>
                                                        <w:left w:val="none" w:sz="0" w:space="0" w:color="auto"/>
                                                        <w:bottom w:val="none" w:sz="0" w:space="0" w:color="auto"/>
                                                        <w:right w:val="none" w:sz="0" w:space="0" w:color="auto"/>
                                                      </w:divBdr>
                                                    </w:div>
                                                    <w:div w:id="24781556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277524124">
                                              <w:marLeft w:val="0"/>
                                              <w:marRight w:val="0"/>
                                              <w:marTop w:val="0"/>
                                              <w:marBottom w:val="0"/>
                                              <w:divBdr>
                                                <w:top w:val="none" w:sz="0" w:space="0" w:color="auto"/>
                                                <w:left w:val="none" w:sz="0" w:space="0" w:color="auto"/>
                                                <w:bottom w:val="none" w:sz="0" w:space="0" w:color="auto"/>
                                                <w:right w:val="none" w:sz="0" w:space="0" w:color="auto"/>
                                              </w:divBdr>
                                              <w:divsChild>
                                                <w:div w:id="1294171203">
                                                  <w:marLeft w:val="0"/>
                                                  <w:marRight w:val="0"/>
                                                  <w:marTop w:val="0"/>
                                                  <w:marBottom w:val="0"/>
                                                  <w:divBdr>
                                                    <w:top w:val="none" w:sz="0" w:space="0" w:color="auto"/>
                                                    <w:left w:val="none" w:sz="0" w:space="0" w:color="auto"/>
                                                    <w:bottom w:val="none" w:sz="0" w:space="0" w:color="auto"/>
                                                    <w:right w:val="none" w:sz="0" w:space="0" w:color="auto"/>
                                                  </w:divBdr>
                                                  <w:divsChild>
                                                    <w:div w:id="217056719">
                                                      <w:marLeft w:val="0"/>
                                                      <w:marRight w:val="0"/>
                                                      <w:marTop w:val="0"/>
                                                      <w:marBottom w:val="0"/>
                                                      <w:divBdr>
                                                        <w:top w:val="none" w:sz="0" w:space="0" w:color="auto"/>
                                                        <w:left w:val="none" w:sz="0" w:space="0" w:color="auto"/>
                                                        <w:bottom w:val="none" w:sz="0" w:space="0" w:color="auto"/>
                                                        <w:right w:val="none" w:sz="0" w:space="0" w:color="auto"/>
                                                      </w:divBdr>
                                                      <w:divsChild>
                                                        <w:div w:id="1584952195">
                                                          <w:marLeft w:val="0"/>
                                                          <w:marRight w:val="0"/>
                                                          <w:marTop w:val="0"/>
                                                          <w:marBottom w:val="0"/>
                                                          <w:divBdr>
                                                            <w:top w:val="none" w:sz="0" w:space="0" w:color="auto"/>
                                                            <w:left w:val="none" w:sz="0" w:space="0" w:color="auto"/>
                                                            <w:bottom w:val="none" w:sz="0" w:space="0" w:color="auto"/>
                                                            <w:right w:val="none" w:sz="0" w:space="0" w:color="auto"/>
                                                          </w:divBdr>
                                                          <w:divsChild>
                                                            <w:div w:id="2106996983">
                                                              <w:marLeft w:val="0"/>
                                                              <w:marRight w:val="0"/>
                                                              <w:marTop w:val="0"/>
                                                              <w:marBottom w:val="0"/>
                                                              <w:divBdr>
                                                                <w:top w:val="none" w:sz="0" w:space="0" w:color="auto"/>
                                                                <w:left w:val="none" w:sz="0" w:space="0" w:color="auto"/>
                                                                <w:bottom w:val="none" w:sz="0" w:space="0" w:color="auto"/>
                                                                <w:right w:val="none" w:sz="0" w:space="0" w:color="auto"/>
                                                              </w:divBdr>
                                                              <w:divsChild>
                                                                <w:div w:id="1222062290">
                                                                  <w:marLeft w:val="0"/>
                                                                  <w:marRight w:val="0"/>
                                                                  <w:marTop w:val="0"/>
                                                                  <w:marBottom w:val="0"/>
                                                                  <w:divBdr>
                                                                    <w:top w:val="none" w:sz="0" w:space="0" w:color="auto"/>
                                                                    <w:left w:val="none" w:sz="0" w:space="0" w:color="auto"/>
                                                                    <w:bottom w:val="none" w:sz="0" w:space="0" w:color="auto"/>
                                                                    <w:right w:val="none" w:sz="0" w:space="0" w:color="auto"/>
                                                                  </w:divBdr>
                                                                </w:div>
                                                              </w:divsChild>
                                                            </w:div>
                                                            <w:div w:id="1920872305">
                                                              <w:marLeft w:val="0"/>
                                                              <w:marRight w:val="0"/>
                                                              <w:marTop w:val="0"/>
                                                              <w:marBottom w:val="0"/>
                                                              <w:divBdr>
                                                                <w:top w:val="none" w:sz="0" w:space="0" w:color="auto"/>
                                                                <w:left w:val="none" w:sz="0" w:space="0" w:color="auto"/>
                                                                <w:bottom w:val="none" w:sz="0" w:space="0" w:color="auto"/>
                                                                <w:right w:val="none" w:sz="0" w:space="0" w:color="auto"/>
                                                              </w:divBdr>
                                                              <w:divsChild>
                                                                <w:div w:id="1255551689">
                                                                  <w:marLeft w:val="0"/>
                                                                  <w:marRight w:val="0"/>
                                                                  <w:marTop w:val="0"/>
                                                                  <w:marBottom w:val="0"/>
                                                                  <w:divBdr>
                                                                    <w:top w:val="none" w:sz="0" w:space="0" w:color="auto"/>
                                                                    <w:left w:val="none" w:sz="0" w:space="0" w:color="auto"/>
                                                                    <w:bottom w:val="none" w:sz="0" w:space="0" w:color="auto"/>
                                                                    <w:right w:val="none" w:sz="0" w:space="0" w:color="auto"/>
                                                                  </w:divBdr>
                                                                  <w:divsChild>
                                                                    <w:div w:id="1530491813">
                                                                      <w:marLeft w:val="0"/>
                                                                      <w:marRight w:val="0"/>
                                                                      <w:marTop w:val="0"/>
                                                                      <w:marBottom w:val="0"/>
                                                                      <w:divBdr>
                                                                        <w:top w:val="none" w:sz="0" w:space="0" w:color="auto"/>
                                                                        <w:left w:val="none" w:sz="0" w:space="0" w:color="auto"/>
                                                                        <w:bottom w:val="none" w:sz="0" w:space="0" w:color="auto"/>
                                                                        <w:right w:val="none" w:sz="0" w:space="0" w:color="auto"/>
                                                                      </w:divBdr>
                                                                      <w:divsChild>
                                                                        <w:div w:id="1470633295">
                                                                          <w:marLeft w:val="0"/>
                                                                          <w:marRight w:val="0"/>
                                                                          <w:marTop w:val="0"/>
                                                                          <w:marBottom w:val="0"/>
                                                                          <w:divBdr>
                                                                            <w:top w:val="none" w:sz="0" w:space="0" w:color="auto"/>
                                                                            <w:left w:val="none" w:sz="0" w:space="0" w:color="auto"/>
                                                                            <w:bottom w:val="none" w:sz="0" w:space="0" w:color="auto"/>
                                                                            <w:right w:val="none" w:sz="0" w:space="0" w:color="auto"/>
                                                                          </w:divBdr>
                                                                          <w:divsChild>
                                                                            <w:div w:id="971515865">
                                                                              <w:marLeft w:val="0"/>
                                                                              <w:marRight w:val="0"/>
                                                                              <w:marTop w:val="0"/>
                                                                              <w:marBottom w:val="60"/>
                                                                              <w:divBdr>
                                                                                <w:top w:val="none" w:sz="0" w:space="0" w:color="auto"/>
                                                                                <w:left w:val="none" w:sz="0" w:space="0" w:color="auto"/>
                                                                                <w:bottom w:val="none" w:sz="0" w:space="0" w:color="auto"/>
                                                                                <w:right w:val="none" w:sz="0" w:space="0" w:color="auto"/>
                                                                              </w:divBdr>
                                                                            </w:div>
                                                                            <w:div w:id="1080755689">
                                                                              <w:marLeft w:val="0"/>
                                                                              <w:marRight w:val="0"/>
                                                                              <w:marTop w:val="0"/>
                                                                              <w:marBottom w:val="0"/>
                                                                              <w:divBdr>
                                                                                <w:top w:val="none" w:sz="0" w:space="0" w:color="auto"/>
                                                                                <w:left w:val="none" w:sz="0" w:space="0" w:color="auto"/>
                                                                                <w:bottom w:val="none" w:sz="0" w:space="0" w:color="auto"/>
                                                                                <w:right w:val="none" w:sz="0" w:space="0" w:color="auto"/>
                                                                              </w:divBdr>
                                                                            </w:div>
                                                                          </w:divsChild>
                                                                        </w:div>
                                                                        <w:div w:id="2145544305">
                                                                          <w:marLeft w:val="0"/>
                                                                          <w:marRight w:val="0"/>
                                                                          <w:marTop w:val="0"/>
                                                                          <w:marBottom w:val="0"/>
                                                                          <w:divBdr>
                                                                            <w:top w:val="none" w:sz="0" w:space="0" w:color="auto"/>
                                                                            <w:left w:val="none" w:sz="0" w:space="0" w:color="auto"/>
                                                                            <w:bottom w:val="none" w:sz="0" w:space="0" w:color="auto"/>
                                                                            <w:right w:val="none" w:sz="0" w:space="0" w:color="auto"/>
                                                                          </w:divBdr>
                                                                        </w:div>
                                                                      </w:divsChild>
                                                                    </w:div>
                                                                    <w:div w:id="472908982">
                                                                      <w:marLeft w:val="0"/>
                                                                      <w:marRight w:val="0"/>
                                                                      <w:marTop w:val="0"/>
                                                                      <w:marBottom w:val="0"/>
                                                                      <w:divBdr>
                                                                        <w:top w:val="none" w:sz="0" w:space="0" w:color="auto"/>
                                                                        <w:left w:val="none" w:sz="0" w:space="0" w:color="auto"/>
                                                                        <w:bottom w:val="none" w:sz="0" w:space="0" w:color="auto"/>
                                                                        <w:right w:val="none" w:sz="0" w:space="0" w:color="auto"/>
                                                                      </w:divBdr>
                                                                      <w:divsChild>
                                                                        <w:div w:id="966744448">
                                                                          <w:marLeft w:val="0"/>
                                                                          <w:marRight w:val="0"/>
                                                                          <w:marTop w:val="0"/>
                                                                          <w:marBottom w:val="0"/>
                                                                          <w:divBdr>
                                                                            <w:top w:val="none" w:sz="0" w:space="0" w:color="auto"/>
                                                                            <w:left w:val="none" w:sz="0" w:space="0" w:color="auto"/>
                                                                            <w:bottom w:val="none" w:sz="0" w:space="0" w:color="auto"/>
                                                                            <w:right w:val="none" w:sz="0" w:space="0" w:color="auto"/>
                                                                          </w:divBdr>
                                                                          <w:divsChild>
                                                                            <w:div w:id="845746615">
                                                                              <w:marLeft w:val="0"/>
                                                                              <w:marRight w:val="0"/>
                                                                              <w:marTop w:val="0"/>
                                                                              <w:marBottom w:val="0"/>
                                                                              <w:divBdr>
                                                                                <w:top w:val="none" w:sz="0" w:space="0" w:color="auto"/>
                                                                                <w:left w:val="none" w:sz="0" w:space="0" w:color="auto"/>
                                                                                <w:bottom w:val="none" w:sz="0" w:space="0" w:color="auto"/>
                                                                                <w:right w:val="none" w:sz="0" w:space="0" w:color="auto"/>
                                                                              </w:divBdr>
                                                                            </w:div>
                                                                          </w:divsChild>
                                                                        </w:div>
                                                                        <w:div w:id="577247394">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891887131">
                                                              <w:marLeft w:val="0"/>
                                                              <w:marRight w:val="0"/>
                                                              <w:marTop w:val="0"/>
                                                              <w:marBottom w:val="0"/>
                                                              <w:divBdr>
                                                                <w:top w:val="none" w:sz="0" w:space="0" w:color="auto"/>
                                                                <w:left w:val="none" w:sz="0" w:space="0" w:color="auto"/>
                                                                <w:bottom w:val="none" w:sz="0" w:space="0" w:color="auto"/>
                                                                <w:right w:val="none" w:sz="0" w:space="0" w:color="auto"/>
                                                              </w:divBdr>
                                                              <w:divsChild>
                                                                <w:div w:id="1849321070">
                                                                  <w:marLeft w:val="0"/>
                                                                  <w:marRight w:val="0"/>
                                                                  <w:marTop w:val="0"/>
                                                                  <w:marBottom w:val="0"/>
                                                                  <w:divBdr>
                                                                    <w:top w:val="none" w:sz="0" w:space="0" w:color="auto"/>
                                                                    <w:left w:val="none" w:sz="0" w:space="0" w:color="auto"/>
                                                                    <w:bottom w:val="none" w:sz="0" w:space="0" w:color="auto"/>
                                                                    <w:right w:val="none" w:sz="0" w:space="0" w:color="auto"/>
                                                                  </w:divBdr>
                                                                  <w:divsChild>
                                                                    <w:div w:id="1545022942">
                                                                      <w:marLeft w:val="0"/>
                                                                      <w:marRight w:val="0"/>
                                                                      <w:marTop w:val="0"/>
                                                                      <w:marBottom w:val="0"/>
                                                                      <w:divBdr>
                                                                        <w:top w:val="none" w:sz="0" w:space="0" w:color="auto"/>
                                                                        <w:left w:val="none" w:sz="0" w:space="0" w:color="auto"/>
                                                                        <w:bottom w:val="none" w:sz="0" w:space="0" w:color="auto"/>
                                                                        <w:right w:val="none" w:sz="0" w:space="0" w:color="auto"/>
                                                                      </w:divBdr>
                                                                      <w:divsChild>
                                                                        <w:div w:id="2132551926">
                                                                          <w:marLeft w:val="0"/>
                                                                          <w:marRight w:val="0"/>
                                                                          <w:marTop w:val="0"/>
                                                                          <w:marBottom w:val="0"/>
                                                                          <w:divBdr>
                                                                            <w:top w:val="none" w:sz="0" w:space="0" w:color="auto"/>
                                                                            <w:left w:val="none" w:sz="0" w:space="0" w:color="auto"/>
                                                                            <w:bottom w:val="none" w:sz="0" w:space="0" w:color="auto"/>
                                                                            <w:right w:val="none" w:sz="0" w:space="0" w:color="auto"/>
                                                                          </w:divBdr>
                                                                          <w:divsChild>
                                                                            <w:div w:id="389155898">
                                                                              <w:marLeft w:val="0"/>
                                                                              <w:marRight w:val="0"/>
                                                                              <w:marTop w:val="0"/>
                                                                              <w:marBottom w:val="60"/>
                                                                              <w:divBdr>
                                                                                <w:top w:val="none" w:sz="0" w:space="0" w:color="auto"/>
                                                                                <w:left w:val="none" w:sz="0" w:space="0" w:color="auto"/>
                                                                                <w:bottom w:val="none" w:sz="0" w:space="0" w:color="auto"/>
                                                                                <w:right w:val="none" w:sz="0" w:space="0" w:color="auto"/>
                                                                              </w:divBdr>
                                                                            </w:div>
                                                                            <w:div w:id="504170206">
                                                                              <w:marLeft w:val="0"/>
                                                                              <w:marRight w:val="0"/>
                                                                              <w:marTop w:val="0"/>
                                                                              <w:marBottom w:val="0"/>
                                                                              <w:divBdr>
                                                                                <w:top w:val="none" w:sz="0" w:space="0" w:color="auto"/>
                                                                                <w:left w:val="none" w:sz="0" w:space="0" w:color="auto"/>
                                                                                <w:bottom w:val="none" w:sz="0" w:space="0" w:color="auto"/>
                                                                                <w:right w:val="none" w:sz="0" w:space="0" w:color="auto"/>
                                                                              </w:divBdr>
                                                                            </w:div>
                                                                          </w:divsChild>
                                                                        </w:div>
                                                                        <w:div w:id="1930893252">
                                                                          <w:marLeft w:val="0"/>
                                                                          <w:marRight w:val="0"/>
                                                                          <w:marTop w:val="0"/>
                                                                          <w:marBottom w:val="0"/>
                                                                          <w:divBdr>
                                                                            <w:top w:val="none" w:sz="0" w:space="0" w:color="auto"/>
                                                                            <w:left w:val="none" w:sz="0" w:space="0" w:color="auto"/>
                                                                            <w:bottom w:val="none" w:sz="0" w:space="0" w:color="auto"/>
                                                                            <w:right w:val="none" w:sz="0" w:space="0" w:color="auto"/>
                                                                          </w:divBdr>
                                                                        </w:div>
                                                                      </w:divsChild>
                                                                    </w:div>
                                                                    <w:div w:id="1997762347">
                                                                      <w:marLeft w:val="0"/>
                                                                      <w:marRight w:val="0"/>
                                                                      <w:marTop w:val="0"/>
                                                                      <w:marBottom w:val="0"/>
                                                                      <w:divBdr>
                                                                        <w:top w:val="none" w:sz="0" w:space="0" w:color="auto"/>
                                                                        <w:left w:val="none" w:sz="0" w:space="0" w:color="auto"/>
                                                                        <w:bottom w:val="none" w:sz="0" w:space="0" w:color="auto"/>
                                                                        <w:right w:val="none" w:sz="0" w:space="0" w:color="auto"/>
                                                                      </w:divBdr>
                                                                      <w:divsChild>
                                                                        <w:div w:id="1394083153">
                                                                          <w:marLeft w:val="0"/>
                                                                          <w:marRight w:val="0"/>
                                                                          <w:marTop w:val="0"/>
                                                                          <w:marBottom w:val="0"/>
                                                                          <w:divBdr>
                                                                            <w:top w:val="none" w:sz="0" w:space="0" w:color="auto"/>
                                                                            <w:left w:val="none" w:sz="0" w:space="0" w:color="auto"/>
                                                                            <w:bottom w:val="none" w:sz="0" w:space="0" w:color="auto"/>
                                                                            <w:right w:val="none" w:sz="0" w:space="0" w:color="auto"/>
                                                                          </w:divBdr>
                                                                          <w:divsChild>
                                                                            <w:div w:id="797333299">
                                                                              <w:marLeft w:val="0"/>
                                                                              <w:marRight w:val="0"/>
                                                                              <w:marTop w:val="0"/>
                                                                              <w:marBottom w:val="0"/>
                                                                              <w:divBdr>
                                                                                <w:top w:val="none" w:sz="0" w:space="0" w:color="auto"/>
                                                                                <w:left w:val="none" w:sz="0" w:space="0" w:color="auto"/>
                                                                                <w:bottom w:val="none" w:sz="0" w:space="0" w:color="auto"/>
                                                                                <w:right w:val="none" w:sz="0" w:space="0" w:color="auto"/>
                                                                              </w:divBdr>
                                                                            </w:div>
                                                                          </w:divsChild>
                                                                        </w:div>
                                                                        <w:div w:id="1895893646">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787306777">
                                                              <w:marLeft w:val="0"/>
                                                              <w:marRight w:val="0"/>
                                                              <w:marTop w:val="0"/>
                                                              <w:marBottom w:val="0"/>
                                                              <w:divBdr>
                                                                <w:top w:val="none" w:sz="0" w:space="0" w:color="auto"/>
                                                                <w:left w:val="none" w:sz="0" w:space="0" w:color="auto"/>
                                                                <w:bottom w:val="none" w:sz="0" w:space="0" w:color="auto"/>
                                                                <w:right w:val="none" w:sz="0" w:space="0" w:color="auto"/>
                                                              </w:divBdr>
                                                              <w:divsChild>
                                                                <w:div w:id="566302531">
                                                                  <w:marLeft w:val="0"/>
                                                                  <w:marRight w:val="0"/>
                                                                  <w:marTop w:val="0"/>
                                                                  <w:marBottom w:val="0"/>
                                                                  <w:divBdr>
                                                                    <w:top w:val="none" w:sz="0" w:space="0" w:color="auto"/>
                                                                    <w:left w:val="none" w:sz="0" w:space="0" w:color="auto"/>
                                                                    <w:bottom w:val="none" w:sz="0" w:space="0" w:color="auto"/>
                                                                    <w:right w:val="none" w:sz="0" w:space="0" w:color="auto"/>
                                                                  </w:divBdr>
                                                                  <w:divsChild>
                                                                    <w:div w:id="1407802196">
                                                                      <w:marLeft w:val="0"/>
                                                                      <w:marRight w:val="0"/>
                                                                      <w:marTop w:val="0"/>
                                                                      <w:marBottom w:val="0"/>
                                                                      <w:divBdr>
                                                                        <w:top w:val="none" w:sz="0" w:space="0" w:color="auto"/>
                                                                        <w:left w:val="none" w:sz="0" w:space="0" w:color="auto"/>
                                                                        <w:bottom w:val="none" w:sz="0" w:space="0" w:color="auto"/>
                                                                        <w:right w:val="none" w:sz="0" w:space="0" w:color="auto"/>
                                                                      </w:divBdr>
                                                                      <w:divsChild>
                                                                        <w:div w:id="1183974552">
                                                                          <w:marLeft w:val="0"/>
                                                                          <w:marRight w:val="0"/>
                                                                          <w:marTop w:val="0"/>
                                                                          <w:marBottom w:val="0"/>
                                                                          <w:divBdr>
                                                                            <w:top w:val="none" w:sz="0" w:space="0" w:color="auto"/>
                                                                            <w:left w:val="none" w:sz="0" w:space="0" w:color="auto"/>
                                                                            <w:bottom w:val="none" w:sz="0" w:space="0" w:color="auto"/>
                                                                            <w:right w:val="none" w:sz="0" w:space="0" w:color="auto"/>
                                                                          </w:divBdr>
                                                                          <w:divsChild>
                                                                            <w:div w:id="2064785998">
                                                                              <w:marLeft w:val="0"/>
                                                                              <w:marRight w:val="0"/>
                                                                              <w:marTop w:val="0"/>
                                                                              <w:marBottom w:val="60"/>
                                                                              <w:divBdr>
                                                                                <w:top w:val="none" w:sz="0" w:space="0" w:color="auto"/>
                                                                                <w:left w:val="none" w:sz="0" w:space="0" w:color="auto"/>
                                                                                <w:bottom w:val="none" w:sz="0" w:space="0" w:color="auto"/>
                                                                                <w:right w:val="none" w:sz="0" w:space="0" w:color="auto"/>
                                                                              </w:divBdr>
                                                                            </w:div>
                                                                            <w:div w:id="20814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811045">
                                                                      <w:marLeft w:val="0"/>
                                                                      <w:marRight w:val="0"/>
                                                                      <w:marTop w:val="0"/>
                                                                      <w:marBottom w:val="0"/>
                                                                      <w:divBdr>
                                                                        <w:top w:val="none" w:sz="0" w:space="0" w:color="auto"/>
                                                                        <w:left w:val="none" w:sz="0" w:space="0" w:color="auto"/>
                                                                        <w:bottom w:val="none" w:sz="0" w:space="0" w:color="auto"/>
                                                                        <w:right w:val="none" w:sz="0" w:space="0" w:color="auto"/>
                                                                      </w:divBdr>
                                                                      <w:divsChild>
                                                                        <w:div w:id="1707019193">
                                                                          <w:marLeft w:val="0"/>
                                                                          <w:marRight w:val="0"/>
                                                                          <w:marTop w:val="0"/>
                                                                          <w:marBottom w:val="0"/>
                                                                          <w:divBdr>
                                                                            <w:top w:val="none" w:sz="0" w:space="0" w:color="auto"/>
                                                                            <w:left w:val="none" w:sz="0" w:space="0" w:color="auto"/>
                                                                            <w:bottom w:val="none" w:sz="0" w:space="0" w:color="auto"/>
                                                                            <w:right w:val="none" w:sz="0" w:space="0" w:color="auto"/>
                                                                          </w:divBdr>
                                                                          <w:divsChild>
                                                                            <w:div w:id="1415275833">
                                                                              <w:marLeft w:val="0"/>
                                                                              <w:marRight w:val="0"/>
                                                                              <w:marTop w:val="0"/>
                                                                              <w:marBottom w:val="0"/>
                                                                              <w:divBdr>
                                                                                <w:top w:val="none" w:sz="0" w:space="0" w:color="auto"/>
                                                                                <w:left w:val="none" w:sz="0" w:space="0" w:color="auto"/>
                                                                                <w:bottom w:val="none" w:sz="0" w:space="0" w:color="auto"/>
                                                                                <w:right w:val="none" w:sz="0" w:space="0" w:color="auto"/>
                                                                              </w:divBdr>
                                                                            </w:div>
                                                                          </w:divsChild>
                                                                        </w:div>
                                                                        <w:div w:id="1085567004">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909659254">
                                                              <w:marLeft w:val="0"/>
                                                              <w:marRight w:val="0"/>
                                                              <w:marTop w:val="0"/>
                                                              <w:marBottom w:val="0"/>
                                                              <w:divBdr>
                                                                <w:top w:val="none" w:sz="0" w:space="0" w:color="auto"/>
                                                                <w:left w:val="none" w:sz="0" w:space="0" w:color="auto"/>
                                                                <w:bottom w:val="none" w:sz="0" w:space="0" w:color="auto"/>
                                                                <w:right w:val="none" w:sz="0" w:space="0" w:color="auto"/>
                                                              </w:divBdr>
                                                              <w:divsChild>
                                                                <w:div w:id="29336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0863262">
                                  <w:marLeft w:val="0"/>
                                  <w:marRight w:val="0"/>
                                  <w:marTop w:val="450"/>
                                  <w:marBottom w:val="0"/>
                                  <w:divBdr>
                                    <w:top w:val="none" w:sz="0" w:space="0" w:color="auto"/>
                                    <w:left w:val="none" w:sz="0" w:space="0" w:color="auto"/>
                                    <w:bottom w:val="none" w:sz="0" w:space="0" w:color="auto"/>
                                    <w:right w:val="none" w:sz="0" w:space="0" w:color="auto"/>
                                  </w:divBdr>
                                  <w:divsChild>
                                    <w:div w:id="847670214">
                                      <w:marLeft w:val="0"/>
                                      <w:marRight w:val="0"/>
                                      <w:marTop w:val="0"/>
                                      <w:marBottom w:val="0"/>
                                      <w:divBdr>
                                        <w:top w:val="none" w:sz="0" w:space="0" w:color="auto"/>
                                        <w:left w:val="none" w:sz="0" w:space="0" w:color="auto"/>
                                        <w:bottom w:val="none" w:sz="0" w:space="0" w:color="auto"/>
                                        <w:right w:val="none" w:sz="0" w:space="0" w:color="auto"/>
                                      </w:divBdr>
                                      <w:divsChild>
                                        <w:div w:id="1736973672">
                                          <w:marLeft w:val="0"/>
                                          <w:marRight w:val="0"/>
                                          <w:marTop w:val="0"/>
                                          <w:marBottom w:val="0"/>
                                          <w:divBdr>
                                            <w:top w:val="none" w:sz="0" w:space="0" w:color="auto"/>
                                            <w:left w:val="none" w:sz="0" w:space="0" w:color="auto"/>
                                            <w:bottom w:val="none" w:sz="0" w:space="0" w:color="auto"/>
                                            <w:right w:val="none" w:sz="0" w:space="0" w:color="auto"/>
                                          </w:divBdr>
                                          <w:divsChild>
                                            <w:div w:id="41295452">
                                              <w:marLeft w:val="0"/>
                                              <w:marRight w:val="4546"/>
                                              <w:marTop w:val="0"/>
                                              <w:marBottom w:val="0"/>
                                              <w:divBdr>
                                                <w:top w:val="none" w:sz="0" w:space="0" w:color="auto"/>
                                                <w:left w:val="none" w:sz="0" w:space="0" w:color="auto"/>
                                                <w:bottom w:val="none" w:sz="0" w:space="0" w:color="auto"/>
                                                <w:right w:val="none" w:sz="0" w:space="0" w:color="auto"/>
                                              </w:divBdr>
                                              <w:divsChild>
                                                <w:div w:id="1100292906">
                                                  <w:marLeft w:val="0"/>
                                                  <w:marRight w:val="0"/>
                                                  <w:marTop w:val="0"/>
                                                  <w:marBottom w:val="0"/>
                                                  <w:divBdr>
                                                    <w:top w:val="none" w:sz="0" w:space="0" w:color="auto"/>
                                                    <w:left w:val="none" w:sz="0" w:space="0" w:color="auto"/>
                                                    <w:bottom w:val="none" w:sz="0" w:space="0" w:color="auto"/>
                                                    <w:right w:val="none" w:sz="0" w:space="0" w:color="auto"/>
                                                  </w:divBdr>
                                                  <w:divsChild>
                                                    <w:div w:id="93331460">
                                                      <w:marLeft w:val="0"/>
                                                      <w:marRight w:val="0"/>
                                                      <w:marTop w:val="0"/>
                                                      <w:marBottom w:val="0"/>
                                                      <w:divBdr>
                                                        <w:top w:val="none" w:sz="0" w:space="0" w:color="auto"/>
                                                        <w:left w:val="none" w:sz="0" w:space="0" w:color="auto"/>
                                                        <w:bottom w:val="none" w:sz="0" w:space="0" w:color="auto"/>
                                                        <w:right w:val="none" w:sz="0" w:space="0" w:color="auto"/>
                                                      </w:divBdr>
                                                      <w:divsChild>
                                                        <w:div w:id="10080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585051">
                                              <w:marLeft w:val="0"/>
                                              <w:marRight w:val="0"/>
                                              <w:marTop w:val="0"/>
                                              <w:marBottom w:val="0"/>
                                              <w:divBdr>
                                                <w:top w:val="none" w:sz="0" w:space="0" w:color="auto"/>
                                                <w:left w:val="none" w:sz="0" w:space="0" w:color="auto"/>
                                                <w:bottom w:val="none" w:sz="0" w:space="0" w:color="auto"/>
                                                <w:right w:val="none" w:sz="0" w:space="0" w:color="auto"/>
                                              </w:divBdr>
                                              <w:divsChild>
                                                <w:div w:id="121021933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476458048">
                                      <w:marLeft w:val="0"/>
                                      <w:marRight w:val="0"/>
                                      <w:marTop w:val="0"/>
                                      <w:marBottom w:val="0"/>
                                      <w:divBdr>
                                        <w:top w:val="none" w:sz="0" w:space="0" w:color="auto"/>
                                        <w:left w:val="none" w:sz="0" w:space="0" w:color="auto"/>
                                        <w:bottom w:val="none" w:sz="0" w:space="0" w:color="auto"/>
                                        <w:right w:val="none" w:sz="0" w:space="0" w:color="auto"/>
                                      </w:divBdr>
                                      <w:divsChild>
                                        <w:div w:id="378675757">
                                          <w:marLeft w:val="0"/>
                                          <w:marRight w:val="0"/>
                                          <w:marTop w:val="0"/>
                                          <w:marBottom w:val="0"/>
                                          <w:divBdr>
                                            <w:top w:val="none" w:sz="0" w:space="0" w:color="auto"/>
                                            <w:left w:val="none" w:sz="0" w:space="0" w:color="auto"/>
                                            <w:bottom w:val="none" w:sz="0" w:space="0" w:color="auto"/>
                                            <w:right w:val="none" w:sz="0" w:space="0" w:color="auto"/>
                                          </w:divBdr>
                                          <w:divsChild>
                                            <w:div w:id="1153643547">
                                              <w:marLeft w:val="0"/>
                                              <w:marRight w:val="0"/>
                                              <w:marTop w:val="0"/>
                                              <w:marBottom w:val="0"/>
                                              <w:divBdr>
                                                <w:top w:val="none" w:sz="0" w:space="0" w:color="auto"/>
                                                <w:left w:val="none" w:sz="0" w:space="0" w:color="auto"/>
                                                <w:bottom w:val="none" w:sz="0" w:space="0" w:color="auto"/>
                                                <w:right w:val="none" w:sz="0" w:space="0" w:color="auto"/>
                                              </w:divBdr>
                                              <w:divsChild>
                                                <w:div w:id="50232404">
                                                  <w:marLeft w:val="0"/>
                                                  <w:marRight w:val="0"/>
                                                  <w:marTop w:val="0"/>
                                                  <w:marBottom w:val="0"/>
                                                  <w:divBdr>
                                                    <w:top w:val="none" w:sz="0" w:space="0" w:color="auto"/>
                                                    <w:left w:val="none" w:sz="0" w:space="0" w:color="auto"/>
                                                    <w:bottom w:val="none" w:sz="0" w:space="0" w:color="auto"/>
                                                    <w:right w:val="none" w:sz="0" w:space="0" w:color="auto"/>
                                                  </w:divBdr>
                                                  <w:divsChild>
                                                    <w:div w:id="645747499">
                                                      <w:marLeft w:val="0"/>
                                                      <w:marRight w:val="0"/>
                                                      <w:marTop w:val="180"/>
                                                      <w:marBottom w:val="240"/>
                                                      <w:divBdr>
                                                        <w:top w:val="none" w:sz="0" w:space="0" w:color="auto"/>
                                                        <w:left w:val="none" w:sz="0" w:space="0" w:color="auto"/>
                                                        <w:bottom w:val="none" w:sz="0" w:space="0" w:color="auto"/>
                                                        <w:right w:val="none" w:sz="0" w:space="0" w:color="auto"/>
                                                      </w:divBdr>
                                                    </w:div>
                                                    <w:div w:id="710958799">
                                                      <w:marLeft w:val="0"/>
                                                      <w:marRight w:val="0"/>
                                                      <w:marTop w:val="180"/>
                                                      <w:marBottom w:val="240"/>
                                                      <w:divBdr>
                                                        <w:top w:val="none" w:sz="0" w:space="0" w:color="auto"/>
                                                        <w:left w:val="none" w:sz="0" w:space="0" w:color="auto"/>
                                                        <w:bottom w:val="none" w:sz="0" w:space="0" w:color="auto"/>
                                                        <w:right w:val="none" w:sz="0" w:space="0" w:color="auto"/>
                                                      </w:divBdr>
                                                    </w:div>
                                                    <w:div w:id="30967987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820611970">
                                  <w:marLeft w:val="0"/>
                                  <w:marRight w:val="0"/>
                                  <w:marTop w:val="450"/>
                                  <w:marBottom w:val="0"/>
                                  <w:divBdr>
                                    <w:top w:val="none" w:sz="0" w:space="0" w:color="auto"/>
                                    <w:left w:val="none" w:sz="0" w:space="0" w:color="auto"/>
                                    <w:bottom w:val="none" w:sz="0" w:space="0" w:color="auto"/>
                                    <w:right w:val="none" w:sz="0" w:space="0" w:color="auto"/>
                                  </w:divBdr>
                                  <w:divsChild>
                                    <w:div w:id="896864557">
                                      <w:marLeft w:val="0"/>
                                      <w:marRight w:val="0"/>
                                      <w:marTop w:val="0"/>
                                      <w:marBottom w:val="0"/>
                                      <w:divBdr>
                                        <w:top w:val="none" w:sz="0" w:space="0" w:color="auto"/>
                                        <w:left w:val="none" w:sz="0" w:space="0" w:color="auto"/>
                                        <w:bottom w:val="none" w:sz="0" w:space="0" w:color="auto"/>
                                        <w:right w:val="none" w:sz="0" w:space="0" w:color="auto"/>
                                      </w:divBdr>
                                      <w:divsChild>
                                        <w:div w:id="738596310">
                                          <w:marLeft w:val="0"/>
                                          <w:marRight w:val="0"/>
                                          <w:marTop w:val="0"/>
                                          <w:marBottom w:val="0"/>
                                          <w:divBdr>
                                            <w:top w:val="none" w:sz="0" w:space="0" w:color="auto"/>
                                            <w:left w:val="none" w:sz="0" w:space="0" w:color="auto"/>
                                            <w:bottom w:val="none" w:sz="0" w:space="0" w:color="auto"/>
                                            <w:right w:val="none" w:sz="0" w:space="0" w:color="auto"/>
                                          </w:divBdr>
                                          <w:divsChild>
                                            <w:div w:id="923995348">
                                              <w:marLeft w:val="0"/>
                                              <w:marRight w:val="6424"/>
                                              <w:marTop w:val="0"/>
                                              <w:marBottom w:val="0"/>
                                              <w:divBdr>
                                                <w:top w:val="none" w:sz="0" w:space="0" w:color="auto"/>
                                                <w:left w:val="none" w:sz="0" w:space="0" w:color="auto"/>
                                                <w:bottom w:val="none" w:sz="0" w:space="0" w:color="auto"/>
                                                <w:right w:val="none" w:sz="0" w:space="0" w:color="auto"/>
                                              </w:divBdr>
                                              <w:divsChild>
                                                <w:div w:id="854617050">
                                                  <w:marLeft w:val="0"/>
                                                  <w:marRight w:val="0"/>
                                                  <w:marTop w:val="0"/>
                                                  <w:marBottom w:val="0"/>
                                                  <w:divBdr>
                                                    <w:top w:val="none" w:sz="0" w:space="0" w:color="auto"/>
                                                    <w:left w:val="none" w:sz="0" w:space="0" w:color="auto"/>
                                                    <w:bottom w:val="none" w:sz="0" w:space="0" w:color="auto"/>
                                                    <w:right w:val="none" w:sz="0" w:space="0" w:color="auto"/>
                                                  </w:divBdr>
                                                  <w:divsChild>
                                                    <w:div w:id="1845315086">
                                                      <w:marLeft w:val="0"/>
                                                      <w:marRight w:val="0"/>
                                                      <w:marTop w:val="0"/>
                                                      <w:marBottom w:val="0"/>
                                                      <w:divBdr>
                                                        <w:top w:val="none" w:sz="0" w:space="0" w:color="auto"/>
                                                        <w:left w:val="none" w:sz="0" w:space="0" w:color="auto"/>
                                                        <w:bottom w:val="none" w:sz="0" w:space="0" w:color="auto"/>
                                                        <w:right w:val="none" w:sz="0" w:space="0" w:color="auto"/>
                                                      </w:divBdr>
                                                      <w:divsChild>
                                                        <w:div w:id="102894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911353">
                                              <w:marLeft w:val="0"/>
                                              <w:marRight w:val="0"/>
                                              <w:marTop w:val="0"/>
                                              <w:marBottom w:val="0"/>
                                              <w:divBdr>
                                                <w:top w:val="none" w:sz="0" w:space="0" w:color="auto"/>
                                                <w:left w:val="none" w:sz="0" w:space="0" w:color="auto"/>
                                                <w:bottom w:val="none" w:sz="0" w:space="0" w:color="auto"/>
                                                <w:right w:val="none" w:sz="0" w:space="0" w:color="auto"/>
                                              </w:divBdr>
                                              <w:divsChild>
                                                <w:div w:id="105692956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422605996">
                                      <w:marLeft w:val="0"/>
                                      <w:marRight w:val="0"/>
                                      <w:marTop w:val="0"/>
                                      <w:marBottom w:val="0"/>
                                      <w:divBdr>
                                        <w:top w:val="none" w:sz="0" w:space="0" w:color="auto"/>
                                        <w:left w:val="none" w:sz="0" w:space="0" w:color="auto"/>
                                        <w:bottom w:val="none" w:sz="0" w:space="0" w:color="auto"/>
                                        <w:right w:val="none" w:sz="0" w:space="0" w:color="auto"/>
                                      </w:divBdr>
                                      <w:divsChild>
                                        <w:div w:id="1764179214">
                                          <w:marLeft w:val="0"/>
                                          <w:marRight w:val="0"/>
                                          <w:marTop w:val="0"/>
                                          <w:marBottom w:val="0"/>
                                          <w:divBdr>
                                            <w:top w:val="none" w:sz="0" w:space="0" w:color="auto"/>
                                            <w:left w:val="none" w:sz="0" w:space="0" w:color="auto"/>
                                            <w:bottom w:val="none" w:sz="0" w:space="0" w:color="auto"/>
                                            <w:right w:val="none" w:sz="0" w:space="0" w:color="auto"/>
                                          </w:divBdr>
                                          <w:divsChild>
                                            <w:div w:id="567424293">
                                              <w:marLeft w:val="0"/>
                                              <w:marRight w:val="0"/>
                                              <w:marTop w:val="0"/>
                                              <w:marBottom w:val="0"/>
                                              <w:divBdr>
                                                <w:top w:val="none" w:sz="0" w:space="0" w:color="auto"/>
                                                <w:left w:val="none" w:sz="0" w:space="0" w:color="auto"/>
                                                <w:bottom w:val="none" w:sz="0" w:space="0" w:color="auto"/>
                                                <w:right w:val="none" w:sz="0" w:space="0" w:color="auto"/>
                                              </w:divBdr>
                                              <w:divsChild>
                                                <w:div w:id="667055143">
                                                  <w:marLeft w:val="0"/>
                                                  <w:marRight w:val="0"/>
                                                  <w:marTop w:val="0"/>
                                                  <w:marBottom w:val="0"/>
                                                  <w:divBdr>
                                                    <w:top w:val="none" w:sz="0" w:space="0" w:color="auto"/>
                                                    <w:left w:val="none" w:sz="0" w:space="0" w:color="auto"/>
                                                    <w:bottom w:val="none" w:sz="0" w:space="0" w:color="auto"/>
                                                    <w:right w:val="none" w:sz="0" w:space="0" w:color="auto"/>
                                                  </w:divBdr>
                                                  <w:divsChild>
                                                    <w:div w:id="2049600720">
                                                      <w:marLeft w:val="0"/>
                                                      <w:marRight w:val="0"/>
                                                      <w:marTop w:val="180"/>
                                                      <w:marBottom w:val="240"/>
                                                      <w:divBdr>
                                                        <w:top w:val="none" w:sz="0" w:space="0" w:color="auto"/>
                                                        <w:left w:val="none" w:sz="0" w:space="0" w:color="auto"/>
                                                        <w:bottom w:val="none" w:sz="0" w:space="0" w:color="auto"/>
                                                        <w:right w:val="none" w:sz="0" w:space="0" w:color="auto"/>
                                                      </w:divBdr>
                                                    </w:div>
                                                    <w:div w:id="714547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339505654">
                                  <w:marLeft w:val="0"/>
                                  <w:marRight w:val="0"/>
                                  <w:marTop w:val="450"/>
                                  <w:marBottom w:val="0"/>
                                  <w:divBdr>
                                    <w:top w:val="none" w:sz="0" w:space="0" w:color="auto"/>
                                    <w:left w:val="none" w:sz="0" w:space="0" w:color="auto"/>
                                    <w:bottom w:val="none" w:sz="0" w:space="0" w:color="auto"/>
                                    <w:right w:val="none" w:sz="0" w:space="0" w:color="auto"/>
                                  </w:divBdr>
                                  <w:divsChild>
                                    <w:div w:id="707491419">
                                      <w:marLeft w:val="0"/>
                                      <w:marRight w:val="0"/>
                                      <w:marTop w:val="0"/>
                                      <w:marBottom w:val="0"/>
                                      <w:divBdr>
                                        <w:top w:val="none" w:sz="0" w:space="0" w:color="auto"/>
                                        <w:left w:val="none" w:sz="0" w:space="0" w:color="auto"/>
                                        <w:bottom w:val="none" w:sz="0" w:space="0" w:color="auto"/>
                                        <w:right w:val="none" w:sz="0" w:space="0" w:color="auto"/>
                                      </w:divBdr>
                                      <w:divsChild>
                                        <w:div w:id="1203403202">
                                          <w:marLeft w:val="0"/>
                                          <w:marRight w:val="0"/>
                                          <w:marTop w:val="0"/>
                                          <w:marBottom w:val="0"/>
                                          <w:divBdr>
                                            <w:top w:val="none" w:sz="0" w:space="0" w:color="auto"/>
                                            <w:left w:val="none" w:sz="0" w:space="0" w:color="auto"/>
                                            <w:bottom w:val="none" w:sz="0" w:space="0" w:color="auto"/>
                                            <w:right w:val="none" w:sz="0" w:space="0" w:color="auto"/>
                                          </w:divBdr>
                                          <w:divsChild>
                                            <w:div w:id="413476805">
                                              <w:marLeft w:val="0"/>
                                              <w:marRight w:val="6399"/>
                                              <w:marTop w:val="0"/>
                                              <w:marBottom w:val="0"/>
                                              <w:divBdr>
                                                <w:top w:val="none" w:sz="0" w:space="0" w:color="auto"/>
                                                <w:left w:val="none" w:sz="0" w:space="0" w:color="auto"/>
                                                <w:bottom w:val="none" w:sz="0" w:space="0" w:color="auto"/>
                                                <w:right w:val="none" w:sz="0" w:space="0" w:color="auto"/>
                                              </w:divBdr>
                                              <w:divsChild>
                                                <w:div w:id="1613243378">
                                                  <w:marLeft w:val="0"/>
                                                  <w:marRight w:val="0"/>
                                                  <w:marTop w:val="0"/>
                                                  <w:marBottom w:val="0"/>
                                                  <w:divBdr>
                                                    <w:top w:val="none" w:sz="0" w:space="0" w:color="auto"/>
                                                    <w:left w:val="none" w:sz="0" w:space="0" w:color="auto"/>
                                                    <w:bottom w:val="none" w:sz="0" w:space="0" w:color="auto"/>
                                                    <w:right w:val="none" w:sz="0" w:space="0" w:color="auto"/>
                                                  </w:divBdr>
                                                  <w:divsChild>
                                                    <w:div w:id="170070760">
                                                      <w:marLeft w:val="0"/>
                                                      <w:marRight w:val="0"/>
                                                      <w:marTop w:val="0"/>
                                                      <w:marBottom w:val="0"/>
                                                      <w:divBdr>
                                                        <w:top w:val="none" w:sz="0" w:space="0" w:color="auto"/>
                                                        <w:left w:val="none" w:sz="0" w:space="0" w:color="auto"/>
                                                        <w:bottom w:val="none" w:sz="0" w:space="0" w:color="auto"/>
                                                        <w:right w:val="none" w:sz="0" w:space="0" w:color="auto"/>
                                                      </w:divBdr>
                                                      <w:divsChild>
                                                        <w:div w:id="10573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125853">
                                              <w:marLeft w:val="0"/>
                                              <w:marRight w:val="0"/>
                                              <w:marTop w:val="0"/>
                                              <w:marBottom w:val="0"/>
                                              <w:divBdr>
                                                <w:top w:val="none" w:sz="0" w:space="0" w:color="auto"/>
                                                <w:left w:val="none" w:sz="0" w:space="0" w:color="auto"/>
                                                <w:bottom w:val="none" w:sz="0" w:space="0" w:color="auto"/>
                                                <w:right w:val="none" w:sz="0" w:space="0" w:color="auto"/>
                                              </w:divBdr>
                                              <w:divsChild>
                                                <w:div w:id="134925605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485248136">
                                      <w:marLeft w:val="0"/>
                                      <w:marRight w:val="0"/>
                                      <w:marTop w:val="0"/>
                                      <w:marBottom w:val="0"/>
                                      <w:divBdr>
                                        <w:top w:val="none" w:sz="0" w:space="0" w:color="auto"/>
                                        <w:left w:val="none" w:sz="0" w:space="0" w:color="auto"/>
                                        <w:bottom w:val="none" w:sz="0" w:space="0" w:color="auto"/>
                                        <w:right w:val="none" w:sz="0" w:space="0" w:color="auto"/>
                                      </w:divBdr>
                                      <w:divsChild>
                                        <w:div w:id="1202549438">
                                          <w:marLeft w:val="0"/>
                                          <w:marRight w:val="0"/>
                                          <w:marTop w:val="0"/>
                                          <w:marBottom w:val="0"/>
                                          <w:divBdr>
                                            <w:top w:val="none" w:sz="0" w:space="0" w:color="auto"/>
                                            <w:left w:val="none" w:sz="0" w:space="0" w:color="auto"/>
                                            <w:bottom w:val="none" w:sz="0" w:space="0" w:color="auto"/>
                                            <w:right w:val="none" w:sz="0" w:space="0" w:color="auto"/>
                                          </w:divBdr>
                                          <w:divsChild>
                                            <w:div w:id="2039352583">
                                              <w:marLeft w:val="0"/>
                                              <w:marRight w:val="0"/>
                                              <w:marTop w:val="0"/>
                                              <w:marBottom w:val="0"/>
                                              <w:divBdr>
                                                <w:top w:val="none" w:sz="0" w:space="0" w:color="auto"/>
                                                <w:left w:val="none" w:sz="0" w:space="0" w:color="auto"/>
                                                <w:bottom w:val="none" w:sz="0" w:space="0" w:color="auto"/>
                                                <w:right w:val="none" w:sz="0" w:space="0" w:color="auto"/>
                                              </w:divBdr>
                                              <w:divsChild>
                                                <w:div w:id="1768575899">
                                                  <w:marLeft w:val="0"/>
                                                  <w:marRight w:val="0"/>
                                                  <w:marTop w:val="0"/>
                                                  <w:marBottom w:val="0"/>
                                                  <w:divBdr>
                                                    <w:top w:val="none" w:sz="0" w:space="0" w:color="auto"/>
                                                    <w:left w:val="none" w:sz="0" w:space="0" w:color="auto"/>
                                                    <w:bottom w:val="none" w:sz="0" w:space="0" w:color="auto"/>
                                                    <w:right w:val="none" w:sz="0" w:space="0" w:color="auto"/>
                                                  </w:divBdr>
                                                  <w:divsChild>
                                                    <w:div w:id="813253248">
                                                      <w:marLeft w:val="0"/>
                                                      <w:marRight w:val="0"/>
                                                      <w:marTop w:val="180"/>
                                                      <w:marBottom w:val="240"/>
                                                      <w:divBdr>
                                                        <w:top w:val="none" w:sz="0" w:space="0" w:color="auto"/>
                                                        <w:left w:val="none" w:sz="0" w:space="0" w:color="auto"/>
                                                        <w:bottom w:val="none" w:sz="0" w:space="0" w:color="auto"/>
                                                        <w:right w:val="none" w:sz="0" w:space="0" w:color="auto"/>
                                                      </w:divBdr>
                                                    </w:div>
                                                    <w:div w:id="1073627643">
                                                      <w:marLeft w:val="0"/>
                                                      <w:marRight w:val="0"/>
                                                      <w:marTop w:val="180"/>
                                                      <w:marBottom w:val="240"/>
                                                      <w:divBdr>
                                                        <w:top w:val="none" w:sz="0" w:space="0" w:color="auto"/>
                                                        <w:left w:val="none" w:sz="0" w:space="0" w:color="auto"/>
                                                        <w:bottom w:val="none" w:sz="0" w:space="0" w:color="auto"/>
                                                        <w:right w:val="none" w:sz="0" w:space="0" w:color="auto"/>
                                                      </w:divBdr>
                                                    </w:div>
                                                    <w:div w:id="162014188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538126353">
                                  <w:marLeft w:val="0"/>
                                  <w:marRight w:val="0"/>
                                  <w:marTop w:val="450"/>
                                  <w:marBottom w:val="0"/>
                                  <w:divBdr>
                                    <w:top w:val="none" w:sz="0" w:space="0" w:color="auto"/>
                                    <w:left w:val="none" w:sz="0" w:space="0" w:color="auto"/>
                                    <w:bottom w:val="none" w:sz="0" w:space="0" w:color="auto"/>
                                    <w:right w:val="none" w:sz="0" w:space="0" w:color="auto"/>
                                  </w:divBdr>
                                  <w:divsChild>
                                    <w:div w:id="1675915025">
                                      <w:marLeft w:val="0"/>
                                      <w:marRight w:val="0"/>
                                      <w:marTop w:val="0"/>
                                      <w:marBottom w:val="0"/>
                                      <w:divBdr>
                                        <w:top w:val="none" w:sz="0" w:space="0" w:color="auto"/>
                                        <w:left w:val="none" w:sz="0" w:space="0" w:color="auto"/>
                                        <w:bottom w:val="none" w:sz="0" w:space="0" w:color="auto"/>
                                        <w:right w:val="none" w:sz="0" w:space="0" w:color="auto"/>
                                      </w:divBdr>
                                      <w:divsChild>
                                        <w:div w:id="1769345515">
                                          <w:marLeft w:val="0"/>
                                          <w:marRight w:val="0"/>
                                          <w:marTop w:val="0"/>
                                          <w:marBottom w:val="0"/>
                                          <w:divBdr>
                                            <w:top w:val="none" w:sz="0" w:space="0" w:color="auto"/>
                                            <w:left w:val="none" w:sz="0" w:space="0" w:color="auto"/>
                                            <w:bottom w:val="none" w:sz="0" w:space="0" w:color="auto"/>
                                            <w:right w:val="none" w:sz="0" w:space="0" w:color="auto"/>
                                          </w:divBdr>
                                          <w:divsChild>
                                            <w:div w:id="1215317852">
                                              <w:marLeft w:val="0"/>
                                              <w:marRight w:val="5163"/>
                                              <w:marTop w:val="0"/>
                                              <w:marBottom w:val="0"/>
                                              <w:divBdr>
                                                <w:top w:val="none" w:sz="0" w:space="0" w:color="auto"/>
                                                <w:left w:val="none" w:sz="0" w:space="0" w:color="auto"/>
                                                <w:bottom w:val="none" w:sz="0" w:space="0" w:color="auto"/>
                                                <w:right w:val="none" w:sz="0" w:space="0" w:color="auto"/>
                                              </w:divBdr>
                                              <w:divsChild>
                                                <w:div w:id="1420058679">
                                                  <w:marLeft w:val="0"/>
                                                  <w:marRight w:val="0"/>
                                                  <w:marTop w:val="0"/>
                                                  <w:marBottom w:val="0"/>
                                                  <w:divBdr>
                                                    <w:top w:val="none" w:sz="0" w:space="0" w:color="auto"/>
                                                    <w:left w:val="none" w:sz="0" w:space="0" w:color="auto"/>
                                                    <w:bottom w:val="none" w:sz="0" w:space="0" w:color="auto"/>
                                                    <w:right w:val="none" w:sz="0" w:space="0" w:color="auto"/>
                                                  </w:divBdr>
                                                  <w:divsChild>
                                                    <w:div w:id="661351981">
                                                      <w:marLeft w:val="0"/>
                                                      <w:marRight w:val="0"/>
                                                      <w:marTop w:val="0"/>
                                                      <w:marBottom w:val="0"/>
                                                      <w:divBdr>
                                                        <w:top w:val="none" w:sz="0" w:space="0" w:color="auto"/>
                                                        <w:left w:val="none" w:sz="0" w:space="0" w:color="auto"/>
                                                        <w:bottom w:val="none" w:sz="0" w:space="0" w:color="auto"/>
                                                        <w:right w:val="none" w:sz="0" w:space="0" w:color="auto"/>
                                                      </w:divBdr>
                                                      <w:divsChild>
                                                        <w:div w:id="63074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226122">
                                              <w:marLeft w:val="0"/>
                                              <w:marRight w:val="0"/>
                                              <w:marTop w:val="0"/>
                                              <w:marBottom w:val="0"/>
                                              <w:divBdr>
                                                <w:top w:val="none" w:sz="0" w:space="0" w:color="auto"/>
                                                <w:left w:val="none" w:sz="0" w:space="0" w:color="auto"/>
                                                <w:bottom w:val="none" w:sz="0" w:space="0" w:color="auto"/>
                                                <w:right w:val="none" w:sz="0" w:space="0" w:color="auto"/>
                                              </w:divBdr>
                                              <w:divsChild>
                                                <w:div w:id="94438710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21829794">
                                      <w:marLeft w:val="0"/>
                                      <w:marRight w:val="0"/>
                                      <w:marTop w:val="0"/>
                                      <w:marBottom w:val="0"/>
                                      <w:divBdr>
                                        <w:top w:val="none" w:sz="0" w:space="0" w:color="auto"/>
                                        <w:left w:val="none" w:sz="0" w:space="0" w:color="auto"/>
                                        <w:bottom w:val="none" w:sz="0" w:space="0" w:color="auto"/>
                                        <w:right w:val="none" w:sz="0" w:space="0" w:color="auto"/>
                                      </w:divBdr>
                                      <w:divsChild>
                                        <w:div w:id="761950890">
                                          <w:marLeft w:val="0"/>
                                          <w:marRight w:val="0"/>
                                          <w:marTop w:val="0"/>
                                          <w:marBottom w:val="0"/>
                                          <w:divBdr>
                                            <w:top w:val="none" w:sz="0" w:space="0" w:color="auto"/>
                                            <w:left w:val="none" w:sz="0" w:space="0" w:color="auto"/>
                                            <w:bottom w:val="none" w:sz="0" w:space="0" w:color="auto"/>
                                            <w:right w:val="none" w:sz="0" w:space="0" w:color="auto"/>
                                          </w:divBdr>
                                          <w:divsChild>
                                            <w:div w:id="1713387748">
                                              <w:marLeft w:val="0"/>
                                              <w:marRight w:val="0"/>
                                              <w:marTop w:val="0"/>
                                              <w:marBottom w:val="0"/>
                                              <w:divBdr>
                                                <w:top w:val="none" w:sz="0" w:space="0" w:color="auto"/>
                                                <w:left w:val="none" w:sz="0" w:space="0" w:color="auto"/>
                                                <w:bottom w:val="none" w:sz="0" w:space="0" w:color="auto"/>
                                                <w:right w:val="none" w:sz="0" w:space="0" w:color="auto"/>
                                              </w:divBdr>
                                              <w:divsChild>
                                                <w:div w:id="1772819413">
                                                  <w:marLeft w:val="0"/>
                                                  <w:marRight w:val="0"/>
                                                  <w:marTop w:val="0"/>
                                                  <w:marBottom w:val="0"/>
                                                  <w:divBdr>
                                                    <w:top w:val="none" w:sz="0" w:space="0" w:color="auto"/>
                                                    <w:left w:val="none" w:sz="0" w:space="0" w:color="auto"/>
                                                    <w:bottom w:val="none" w:sz="0" w:space="0" w:color="auto"/>
                                                    <w:right w:val="none" w:sz="0" w:space="0" w:color="auto"/>
                                                  </w:divBdr>
                                                  <w:divsChild>
                                                    <w:div w:id="334192526">
                                                      <w:marLeft w:val="0"/>
                                                      <w:marRight w:val="0"/>
                                                      <w:marTop w:val="180"/>
                                                      <w:marBottom w:val="240"/>
                                                      <w:divBdr>
                                                        <w:top w:val="none" w:sz="0" w:space="0" w:color="auto"/>
                                                        <w:left w:val="none" w:sz="0" w:space="0" w:color="auto"/>
                                                        <w:bottom w:val="none" w:sz="0" w:space="0" w:color="auto"/>
                                                        <w:right w:val="none" w:sz="0" w:space="0" w:color="auto"/>
                                                      </w:divBdr>
                                                    </w:div>
                                                    <w:div w:id="1882940533">
                                                      <w:marLeft w:val="0"/>
                                                      <w:marRight w:val="0"/>
                                                      <w:marTop w:val="180"/>
                                                      <w:marBottom w:val="240"/>
                                                      <w:divBdr>
                                                        <w:top w:val="none" w:sz="0" w:space="0" w:color="auto"/>
                                                        <w:left w:val="none" w:sz="0" w:space="0" w:color="auto"/>
                                                        <w:bottom w:val="none" w:sz="0" w:space="0" w:color="auto"/>
                                                        <w:right w:val="none" w:sz="0" w:space="0" w:color="auto"/>
                                                      </w:divBdr>
                                                    </w:div>
                                                    <w:div w:id="208321457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651910206">
                                  <w:marLeft w:val="0"/>
                                  <w:marRight w:val="0"/>
                                  <w:marTop w:val="450"/>
                                  <w:marBottom w:val="0"/>
                                  <w:divBdr>
                                    <w:top w:val="none" w:sz="0" w:space="0" w:color="auto"/>
                                    <w:left w:val="none" w:sz="0" w:space="0" w:color="auto"/>
                                    <w:bottom w:val="none" w:sz="0" w:space="0" w:color="auto"/>
                                    <w:right w:val="none" w:sz="0" w:space="0" w:color="auto"/>
                                  </w:divBdr>
                                  <w:divsChild>
                                    <w:div w:id="1168524304">
                                      <w:marLeft w:val="0"/>
                                      <w:marRight w:val="0"/>
                                      <w:marTop w:val="0"/>
                                      <w:marBottom w:val="0"/>
                                      <w:divBdr>
                                        <w:top w:val="none" w:sz="0" w:space="0" w:color="auto"/>
                                        <w:left w:val="none" w:sz="0" w:space="0" w:color="auto"/>
                                        <w:bottom w:val="none" w:sz="0" w:space="0" w:color="auto"/>
                                        <w:right w:val="none" w:sz="0" w:space="0" w:color="auto"/>
                                      </w:divBdr>
                                      <w:divsChild>
                                        <w:div w:id="891385169">
                                          <w:marLeft w:val="0"/>
                                          <w:marRight w:val="0"/>
                                          <w:marTop w:val="0"/>
                                          <w:marBottom w:val="0"/>
                                          <w:divBdr>
                                            <w:top w:val="none" w:sz="0" w:space="0" w:color="auto"/>
                                            <w:left w:val="none" w:sz="0" w:space="0" w:color="auto"/>
                                            <w:bottom w:val="none" w:sz="0" w:space="0" w:color="auto"/>
                                            <w:right w:val="none" w:sz="0" w:space="0" w:color="auto"/>
                                          </w:divBdr>
                                          <w:divsChild>
                                            <w:div w:id="630018691">
                                              <w:marLeft w:val="0"/>
                                              <w:marRight w:val="246"/>
                                              <w:marTop w:val="0"/>
                                              <w:marBottom w:val="0"/>
                                              <w:divBdr>
                                                <w:top w:val="none" w:sz="0" w:space="0" w:color="auto"/>
                                                <w:left w:val="none" w:sz="0" w:space="0" w:color="auto"/>
                                                <w:bottom w:val="none" w:sz="0" w:space="0" w:color="auto"/>
                                                <w:right w:val="none" w:sz="0" w:space="0" w:color="auto"/>
                                              </w:divBdr>
                                              <w:divsChild>
                                                <w:div w:id="1495533079">
                                                  <w:marLeft w:val="0"/>
                                                  <w:marRight w:val="0"/>
                                                  <w:marTop w:val="0"/>
                                                  <w:marBottom w:val="0"/>
                                                  <w:divBdr>
                                                    <w:top w:val="none" w:sz="0" w:space="0" w:color="auto"/>
                                                    <w:left w:val="none" w:sz="0" w:space="0" w:color="auto"/>
                                                    <w:bottom w:val="none" w:sz="0" w:space="0" w:color="auto"/>
                                                    <w:right w:val="none" w:sz="0" w:space="0" w:color="auto"/>
                                                  </w:divBdr>
                                                  <w:divsChild>
                                                    <w:div w:id="362363840">
                                                      <w:marLeft w:val="0"/>
                                                      <w:marRight w:val="0"/>
                                                      <w:marTop w:val="0"/>
                                                      <w:marBottom w:val="0"/>
                                                      <w:divBdr>
                                                        <w:top w:val="none" w:sz="0" w:space="0" w:color="auto"/>
                                                        <w:left w:val="none" w:sz="0" w:space="0" w:color="auto"/>
                                                        <w:bottom w:val="none" w:sz="0" w:space="0" w:color="auto"/>
                                                        <w:right w:val="none" w:sz="0" w:space="0" w:color="auto"/>
                                                      </w:divBdr>
                                                      <w:divsChild>
                                                        <w:div w:id="273438877">
                                                          <w:marLeft w:val="0"/>
                                                          <w:marRight w:val="0"/>
                                                          <w:marTop w:val="0"/>
                                                          <w:marBottom w:val="0"/>
                                                          <w:divBdr>
                                                            <w:top w:val="none" w:sz="0" w:space="0" w:color="auto"/>
                                                            <w:left w:val="none" w:sz="0" w:space="0" w:color="auto"/>
                                                            <w:bottom w:val="none" w:sz="0" w:space="0" w:color="auto"/>
                                                            <w:right w:val="none" w:sz="0" w:space="0" w:color="auto"/>
                                                          </w:divBdr>
                                                          <w:divsChild>
                                                            <w:div w:id="1279995741">
                                                              <w:marLeft w:val="0"/>
                                                              <w:marRight w:val="0"/>
                                                              <w:marTop w:val="0"/>
                                                              <w:marBottom w:val="0"/>
                                                              <w:divBdr>
                                                                <w:top w:val="none" w:sz="0" w:space="0" w:color="auto"/>
                                                                <w:left w:val="none" w:sz="0" w:space="0" w:color="auto"/>
                                                                <w:bottom w:val="none" w:sz="0" w:space="0" w:color="auto"/>
                                                                <w:right w:val="none" w:sz="0" w:space="0" w:color="auto"/>
                                                              </w:divBdr>
                                                              <w:divsChild>
                                                                <w:div w:id="50613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5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092041">
                                              <w:marLeft w:val="0"/>
                                              <w:marRight w:val="0"/>
                                              <w:marTop w:val="0"/>
                                              <w:marBottom w:val="0"/>
                                              <w:divBdr>
                                                <w:top w:val="none" w:sz="0" w:space="0" w:color="auto"/>
                                                <w:left w:val="none" w:sz="0" w:space="0" w:color="auto"/>
                                                <w:bottom w:val="none" w:sz="0" w:space="0" w:color="auto"/>
                                                <w:right w:val="none" w:sz="0" w:space="0" w:color="auto"/>
                                              </w:divBdr>
                                              <w:divsChild>
                                                <w:div w:id="43721589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748696274">
                                      <w:marLeft w:val="0"/>
                                      <w:marRight w:val="0"/>
                                      <w:marTop w:val="0"/>
                                      <w:marBottom w:val="0"/>
                                      <w:divBdr>
                                        <w:top w:val="none" w:sz="0" w:space="0" w:color="auto"/>
                                        <w:left w:val="none" w:sz="0" w:space="0" w:color="auto"/>
                                        <w:bottom w:val="none" w:sz="0" w:space="0" w:color="auto"/>
                                        <w:right w:val="none" w:sz="0" w:space="0" w:color="auto"/>
                                      </w:divBdr>
                                      <w:divsChild>
                                        <w:div w:id="515850346">
                                          <w:marLeft w:val="0"/>
                                          <w:marRight w:val="0"/>
                                          <w:marTop w:val="0"/>
                                          <w:marBottom w:val="0"/>
                                          <w:divBdr>
                                            <w:top w:val="none" w:sz="0" w:space="0" w:color="auto"/>
                                            <w:left w:val="none" w:sz="0" w:space="0" w:color="auto"/>
                                            <w:bottom w:val="none" w:sz="0" w:space="0" w:color="auto"/>
                                            <w:right w:val="none" w:sz="0" w:space="0" w:color="auto"/>
                                          </w:divBdr>
                                          <w:divsChild>
                                            <w:div w:id="1394088088">
                                              <w:marLeft w:val="0"/>
                                              <w:marRight w:val="0"/>
                                              <w:marTop w:val="0"/>
                                              <w:marBottom w:val="0"/>
                                              <w:divBdr>
                                                <w:top w:val="none" w:sz="0" w:space="0" w:color="auto"/>
                                                <w:left w:val="none" w:sz="0" w:space="0" w:color="auto"/>
                                                <w:bottom w:val="none" w:sz="0" w:space="0" w:color="auto"/>
                                                <w:right w:val="none" w:sz="0" w:space="0" w:color="auto"/>
                                              </w:divBdr>
                                              <w:divsChild>
                                                <w:div w:id="927890379">
                                                  <w:marLeft w:val="0"/>
                                                  <w:marRight w:val="0"/>
                                                  <w:marTop w:val="0"/>
                                                  <w:marBottom w:val="0"/>
                                                  <w:divBdr>
                                                    <w:top w:val="none" w:sz="0" w:space="0" w:color="auto"/>
                                                    <w:left w:val="none" w:sz="0" w:space="0" w:color="auto"/>
                                                    <w:bottom w:val="none" w:sz="0" w:space="0" w:color="auto"/>
                                                    <w:right w:val="none" w:sz="0" w:space="0" w:color="auto"/>
                                                  </w:divBdr>
                                                  <w:divsChild>
                                                    <w:div w:id="667758508">
                                                      <w:marLeft w:val="0"/>
                                                      <w:marRight w:val="0"/>
                                                      <w:marTop w:val="180"/>
                                                      <w:marBottom w:val="240"/>
                                                      <w:divBdr>
                                                        <w:top w:val="none" w:sz="0" w:space="0" w:color="auto"/>
                                                        <w:left w:val="none" w:sz="0" w:space="0" w:color="auto"/>
                                                        <w:bottom w:val="none" w:sz="0" w:space="0" w:color="auto"/>
                                                        <w:right w:val="none" w:sz="0" w:space="0" w:color="auto"/>
                                                      </w:divBdr>
                                                    </w:div>
                                                    <w:div w:id="2119107213">
                                                      <w:marLeft w:val="0"/>
                                                      <w:marRight w:val="0"/>
                                                      <w:marTop w:val="360"/>
                                                      <w:marBottom w:val="180"/>
                                                      <w:divBdr>
                                                        <w:top w:val="none" w:sz="0" w:space="0" w:color="auto"/>
                                                        <w:left w:val="none" w:sz="0" w:space="0" w:color="auto"/>
                                                        <w:bottom w:val="none" w:sz="0" w:space="0" w:color="auto"/>
                                                        <w:right w:val="none" w:sz="0" w:space="0" w:color="auto"/>
                                                      </w:divBdr>
                                                    </w:div>
                                                    <w:div w:id="1779788801">
                                                      <w:marLeft w:val="0"/>
                                                      <w:marRight w:val="0"/>
                                                      <w:marTop w:val="180"/>
                                                      <w:marBottom w:val="240"/>
                                                      <w:divBdr>
                                                        <w:top w:val="none" w:sz="0" w:space="0" w:color="auto"/>
                                                        <w:left w:val="none" w:sz="0" w:space="0" w:color="auto"/>
                                                        <w:bottom w:val="none" w:sz="0" w:space="0" w:color="auto"/>
                                                        <w:right w:val="none" w:sz="0" w:space="0" w:color="auto"/>
                                                      </w:divBdr>
                                                    </w:div>
                                                    <w:div w:id="11343448">
                                                      <w:marLeft w:val="0"/>
                                                      <w:marRight w:val="0"/>
                                                      <w:marTop w:val="180"/>
                                                      <w:marBottom w:val="240"/>
                                                      <w:divBdr>
                                                        <w:top w:val="none" w:sz="0" w:space="0" w:color="auto"/>
                                                        <w:left w:val="none" w:sz="0" w:space="0" w:color="auto"/>
                                                        <w:bottom w:val="none" w:sz="0" w:space="0" w:color="auto"/>
                                                        <w:right w:val="none" w:sz="0" w:space="0" w:color="auto"/>
                                                      </w:divBdr>
                                                    </w:div>
                                                    <w:div w:id="988166261">
                                                      <w:marLeft w:val="0"/>
                                                      <w:marRight w:val="0"/>
                                                      <w:marTop w:val="180"/>
                                                      <w:marBottom w:val="240"/>
                                                      <w:divBdr>
                                                        <w:top w:val="none" w:sz="0" w:space="0" w:color="auto"/>
                                                        <w:left w:val="none" w:sz="0" w:space="0" w:color="auto"/>
                                                        <w:bottom w:val="none" w:sz="0" w:space="0" w:color="auto"/>
                                                        <w:right w:val="none" w:sz="0" w:space="0" w:color="auto"/>
                                                      </w:divBdr>
                                                    </w:div>
                                                    <w:div w:id="1984503665">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645623213">
                                  <w:marLeft w:val="0"/>
                                  <w:marRight w:val="0"/>
                                  <w:marTop w:val="450"/>
                                  <w:marBottom w:val="0"/>
                                  <w:divBdr>
                                    <w:top w:val="none" w:sz="0" w:space="0" w:color="auto"/>
                                    <w:left w:val="none" w:sz="0" w:space="0" w:color="auto"/>
                                    <w:bottom w:val="none" w:sz="0" w:space="0" w:color="auto"/>
                                    <w:right w:val="none" w:sz="0" w:space="0" w:color="auto"/>
                                  </w:divBdr>
                                  <w:divsChild>
                                    <w:div w:id="59980433">
                                      <w:marLeft w:val="0"/>
                                      <w:marRight w:val="0"/>
                                      <w:marTop w:val="0"/>
                                      <w:marBottom w:val="0"/>
                                      <w:divBdr>
                                        <w:top w:val="none" w:sz="0" w:space="0" w:color="auto"/>
                                        <w:left w:val="none" w:sz="0" w:space="0" w:color="auto"/>
                                        <w:bottom w:val="none" w:sz="0" w:space="0" w:color="auto"/>
                                        <w:right w:val="none" w:sz="0" w:space="0" w:color="auto"/>
                                      </w:divBdr>
                                      <w:divsChild>
                                        <w:div w:id="395011242">
                                          <w:marLeft w:val="0"/>
                                          <w:marRight w:val="0"/>
                                          <w:marTop w:val="0"/>
                                          <w:marBottom w:val="0"/>
                                          <w:divBdr>
                                            <w:top w:val="none" w:sz="0" w:space="0" w:color="auto"/>
                                            <w:left w:val="none" w:sz="0" w:space="0" w:color="auto"/>
                                            <w:bottom w:val="none" w:sz="0" w:space="0" w:color="auto"/>
                                            <w:right w:val="none" w:sz="0" w:space="0" w:color="auto"/>
                                          </w:divBdr>
                                          <w:divsChild>
                                            <w:div w:id="643657712">
                                              <w:marLeft w:val="0"/>
                                              <w:marRight w:val="1845"/>
                                              <w:marTop w:val="0"/>
                                              <w:marBottom w:val="0"/>
                                              <w:divBdr>
                                                <w:top w:val="none" w:sz="0" w:space="0" w:color="auto"/>
                                                <w:left w:val="none" w:sz="0" w:space="0" w:color="auto"/>
                                                <w:bottom w:val="none" w:sz="0" w:space="0" w:color="auto"/>
                                                <w:right w:val="none" w:sz="0" w:space="0" w:color="auto"/>
                                              </w:divBdr>
                                              <w:divsChild>
                                                <w:div w:id="632174867">
                                                  <w:marLeft w:val="0"/>
                                                  <w:marRight w:val="0"/>
                                                  <w:marTop w:val="0"/>
                                                  <w:marBottom w:val="0"/>
                                                  <w:divBdr>
                                                    <w:top w:val="none" w:sz="0" w:space="0" w:color="auto"/>
                                                    <w:left w:val="none" w:sz="0" w:space="0" w:color="auto"/>
                                                    <w:bottom w:val="none" w:sz="0" w:space="0" w:color="auto"/>
                                                    <w:right w:val="none" w:sz="0" w:space="0" w:color="auto"/>
                                                  </w:divBdr>
                                                  <w:divsChild>
                                                    <w:div w:id="69499163">
                                                      <w:marLeft w:val="0"/>
                                                      <w:marRight w:val="0"/>
                                                      <w:marTop w:val="0"/>
                                                      <w:marBottom w:val="0"/>
                                                      <w:divBdr>
                                                        <w:top w:val="none" w:sz="0" w:space="0" w:color="auto"/>
                                                        <w:left w:val="none" w:sz="0" w:space="0" w:color="auto"/>
                                                        <w:bottom w:val="none" w:sz="0" w:space="0" w:color="auto"/>
                                                        <w:right w:val="none" w:sz="0" w:space="0" w:color="auto"/>
                                                      </w:divBdr>
                                                      <w:divsChild>
                                                        <w:div w:id="841579268">
                                                          <w:marLeft w:val="0"/>
                                                          <w:marRight w:val="0"/>
                                                          <w:marTop w:val="0"/>
                                                          <w:marBottom w:val="0"/>
                                                          <w:divBdr>
                                                            <w:top w:val="none" w:sz="0" w:space="0" w:color="auto"/>
                                                            <w:left w:val="none" w:sz="0" w:space="0" w:color="auto"/>
                                                            <w:bottom w:val="none" w:sz="0" w:space="0" w:color="auto"/>
                                                            <w:right w:val="none" w:sz="0" w:space="0" w:color="auto"/>
                                                          </w:divBdr>
                                                          <w:divsChild>
                                                            <w:div w:id="1824809992">
                                                              <w:marLeft w:val="0"/>
                                                              <w:marRight w:val="0"/>
                                                              <w:marTop w:val="0"/>
                                                              <w:marBottom w:val="0"/>
                                                              <w:divBdr>
                                                                <w:top w:val="none" w:sz="0" w:space="0" w:color="auto"/>
                                                                <w:left w:val="none" w:sz="0" w:space="0" w:color="auto"/>
                                                                <w:bottom w:val="none" w:sz="0" w:space="0" w:color="auto"/>
                                                                <w:right w:val="none" w:sz="0" w:space="0" w:color="auto"/>
                                                              </w:divBdr>
                                                              <w:divsChild>
                                                                <w:div w:id="124225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24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678808">
                                              <w:marLeft w:val="0"/>
                                              <w:marRight w:val="0"/>
                                              <w:marTop w:val="0"/>
                                              <w:marBottom w:val="0"/>
                                              <w:divBdr>
                                                <w:top w:val="none" w:sz="0" w:space="0" w:color="auto"/>
                                                <w:left w:val="none" w:sz="0" w:space="0" w:color="auto"/>
                                                <w:bottom w:val="none" w:sz="0" w:space="0" w:color="auto"/>
                                                <w:right w:val="none" w:sz="0" w:space="0" w:color="auto"/>
                                              </w:divBdr>
                                              <w:divsChild>
                                                <w:div w:id="5513174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987975965">
                                      <w:marLeft w:val="0"/>
                                      <w:marRight w:val="0"/>
                                      <w:marTop w:val="0"/>
                                      <w:marBottom w:val="0"/>
                                      <w:divBdr>
                                        <w:top w:val="none" w:sz="0" w:space="0" w:color="auto"/>
                                        <w:left w:val="none" w:sz="0" w:space="0" w:color="auto"/>
                                        <w:bottom w:val="none" w:sz="0" w:space="0" w:color="auto"/>
                                        <w:right w:val="none" w:sz="0" w:space="0" w:color="auto"/>
                                      </w:divBdr>
                                      <w:divsChild>
                                        <w:div w:id="2128620480">
                                          <w:marLeft w:val="0"/>
                                          <w:marRight w:val="0"/>
                                          <w:marTop w:val="0"/>
                                          <w:marBottom w:val="0"/>
                                          <w:divBdr>
                                            <w:top w:val="none" w:sz="0" w:space="0" w:color="auto"/>
                                            <w:left w:val="none" w:sz="0" w:space="0" w:color="auto"/>
                                            <w:bottom w:val="none" w:sz="0" w:space="0" w:color="auto"/>
                                            <w:right w:val="none" w:sz="0" w:space="0" w:color="auto"/>
                                          </w:divBdr>
                                          <w:divsChild>
                                            <w:div w:id="1984767659">
                                              <w:marLeft w:val="0"/>
                                              <w:marRight w:val="0"/>
                                              <w:marTop w:val="0"/>
                                              <w:marBottom w:val="0"/>
                                              <w:divBdr>
                                                <w:top w:val="none" w:sz="0" w:space="0" w:color="auto"/>
                                                <w:left w:val="none" w:sz="0" w:space="0" w:color="auto"/>
                                                <w:bottom w:val="none" w:sz="0" w:space="0" w:color="auto"/>
                                                <w:right w:val="none" w:sz="0" w:space="0" w:color="auto"/>
                                              </w:divBdr>
                                              <w:divsChild>
                                                <w:div w:id="1920745756">
                                                  <w:marLeft w:val="0"/>
                                                  <w:marRight w:val="0"/>
                                                  <w:marTop w:val="0"/>
                                                  <w:marBottom w:val="0"/>
                                                  <w:divBdr>
                                                    <w:top w:val="none" w:sz="0" w:space="0" w:color="auto"/>
                                                    <w:left w:val="none" w:sz="0" w:space="0" w:color="auto"/>
                                                    <w:bottom w:val="none" w:sz="0" w:space="0" w:color="auto"/>
                                                    <w:right w:val="none" w:sz="0" w:space="0" w:color="auto"/>
                                                  </w:divBdr>
                                                  <w:divsChild>
                                                    <w:div w:id="1606887285">
                                                      <w:marLeft w:val="0"/>
                                                      <w:marRight w:val="0"/>
                                                      <w:marTop w:val="180"/>
                                                      <w:marBottom w:val="240"/>
                                                      <w:divBdr>
                                                        <w:top w:val="none" w:sz="0" w:space="0" w:color="auto"/>
                                                        <w:left w:val="none" w:sz="0" w:space="0" w:color="auto"/>
                                                        <w:bottom w:val="none" w:sz="0" w:space="0" w:color="auto"/>
                                                        <w:right w:val="none" w:sz="0" w:space="0" w:color="auto"/>
                                                      </w:divBdr>
                                                    </w:div>
                                                    <w:div w:id="1339583065">
                                                      <w:marLeft w:val="0"/>
                                                      <w:marRight w:val="0"/>
                                                      <w:marTop w:val="360"/>
                                                      <w:marBottom w:val="180"/>
                                                      <w:divBdr>
                                                        <w:top w:val="none" w:sz="0" w:space="0" w:color="auto"/>
                                                        <w:left w:val="none" w:sz="0" w:space="0" w:color="auto"/>
                                                        <w:bottom w:val="none" w:sz="0" w:space="0" w:color="auto"/>
                                                        <w:right w:val="none" w:sz="0" w:space="0" w:color="auto"/>
                                                      </w:divBdr>
                                                    </w:div>
                                                    <w:div w:id="111827082">
                                                      <w:marLeft w:val="0"/>
                                                      <w:marRight w:val="0"/>
                                                      <w:marTop w:val="180"/>
                                                      <w:marBottom w:val="240"/>
                                                      <w:divBdr>
                                                        <w:top w:val="none" w:sz="0" w:space="0" w:color="auto"/>
                                                        <w:left w:val="none" w:sz="0" w:space="0" w:color="auto"/>
                                                        <w:bottom w:val="none" w:sz="0" w:space="0" w:color="auto"/>
                                                        <w:right w:val="none" w:sz="0" w:space="0" w:color="auto"/>
                                                      </w:divBdr>
                                                    </w:div>
                                                    <w:div w:id="1172261249">
                                                      <w:marLeft w:val="0"/>
                                                      <w:marRight w:val="0"/>
                                                      <w:marTop w:val="180"/>
                                                      <w:marBottom w:val="240"/>
                                                      <w:divBdr>
                                                        <w:top w:val="none" w:sz="0" w:space="0" w:color="auto"/>
                                                        <w:left w:val="none" w:sz="0" w:space="0" w:color="auto"/>
                                                        <w:bottom w:val="none" w:sz="0" w:space="0" w:color="auto"/>
                                                        <w:right w:val="none" w:sz="0" w:space="0" w:color="auto"/>
                                                      </w:divBdr>
                                                    </w:div>
                                                    <w:div w:id="1896504524">
                                                      <w:marLeft w:val="0"/>
                                                      <w:marRight w:val="0"/>
                                                      <w:marTop w:val="180"/>
                                                      <w:marBottom w:val="240"/>
                                                      <w:divBdr>
                                                        <w:top w:val="none" w:sz="0" w:space="0" w:color="auto"/>
                                                        <w:left w:val="none" w:sz="0" w:space="0" w:color="auto"/>
                                                        <w:bottom w:val="none" w:sz="0" w:space="0" w:color="auto"/>
                                                        <w:right w:val="none" w:sz="0" w:space="0" w:color="auto"/>
                                                      </w:divBdr>
                                                    </w:div>
                                                    <w:div w:id="36459890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763497391">
                                  <w:marLeft w:val="0"/>
                                  <w:marRight w:val="0"/>
                                  <w:marTop w:val="450"/>
                                  <w:marBottom w:val="0"/>
                                  <w:divBdr>
                                    <w:top w:val="none" w:sz="0" w:space="0" w:color="auto"/>
                                    <w:left w:val="none" w:sz="0" w:space="0" w:color="auto"/>
                                    <w:bottom w:val="none" w:sz="0" w:space="0" w:color="auto"/>
                                    <w:right w:val="none" w:sz="0" w:space="0" w:color="auto"/>
                                  </w:divBdr>
                                  <w:divsChild>
                                    <w:div w:id="260573900">
                                      <w:marLeft w:val="0"/>
                                      <w:marRight w:val="0"/>
                                      <w:marTop w:val="0"/>
                                      <w:marBottom w:val="0"/>
                                      <w:divBdr>
                                        <w:top w:val="none" w:sz="0" w:space="0" w:color="auto"/>
                                        <w:left w:val="none" w:sz="0" w:space="0" w:color="auto"/>
                                        <w:bottom w:val="none" w:sz="0" w:space="0" w:color="auto"/>
                                        <w:right w:val="none" w:sz="0" w:space="0" w:color="auto"/>
                                      </w:divBdr>
                                      <w:divsChild>
                                        <w:div w:id="529222832">
                                          <w:marLeft w:val="0"/>
                                          <w:marRight w:val="0"/>
                                          <w:marTop w:val="0"/>
                                          <w:marBottom w:val="0"/>
                                          <w:divBdr>
                                            <w:top w:val="none" w:sz="0" w:space="0" w:color="auto"/>
                                            <w:left w:val="none" w:sz="0" w:space="0" w:color="auto"/>
                                            <w:bottom w:val="none" w:sz="0" w:space="0" w:color="auto"/>
                                            <w:right w:val="none" w:sz="0" w:space="0" w:color="auto"/>
                                          </w:divBdr>
                                          <w:divsChild>
                                            <w:div w:id="1321884795">
                                              <w:marLeft w:val="0"/>
                                              <w:marRight w:val="246"/>
                                              <w:marTop w:val="0"/>
                                              <w:marBottom w:val="0"/>
                                              <w:divBdr>
                                                <w:top w:val="none" w:sz="0" w:space="0" w:color="auto"/>
                                                <w:left w:val="none" w:sz="0" w:space="0" w:color="auto"/>
                                                <w:bottom w:val="none" w:sz="0" w:space="0" w:color="auto"/>
                                                <w:right w:val="none" w:sz="0" w:space="0" w:color="auto"/>
                                              </w:divBdr>
                                              <w:divsChild>
                                                <w:div w:id="1351686334">
                                                  <w:marLeft w:val="0"/>
                                                  <w:marRight w:val="0"/>
                                                  <w:marTop w:val="0"/>
                                                  <w:marBottom w:val="0"/>
                                                  <w:divBdr>
                                                    <w:top w:val="none" w:sz="0" w:space="0" w:color="auto"/>
                                                    <w:left w:val="none" w:sz="0" w:space="0" w:color="auto"/>
                                                    <w:bottom w:val="none" w:sz="0" w:space="0" w:color="auto"/>
                                                    <w:right w:val="none" w:sz="0" w:space="0" w:color="auto"/>
                                                  </w:divBdr>
                                                  <w:divsChild>
                                                    <w:div w:id="114060121">
                                                      <w:marLeft w:val="0"/>
                                                      <w:marRight w:val="0"/>
                                                      <w:marTop w:val="0"/>
                                                      <w:marBottom w:val="0"/>
                                                      <w:divBdr>
                                                        <w:top w:val="none" w:sz="0" w:space="0" w:color="auto"/>
                                                        <w:left w:val="none" w:sz="0" w:space="0" w:color="auto"/>
                                                        <w:bottom w:val="none" w:sz="0" w:space="0" w:color="auto"/>
                                                        <w:right w:val="none" w:sz="0" w:space="0" w:color="auto"/>
                                                      </w:divBdr>
                                                      <w:divsChild>
                                                        <w:div w:id="1564366325">
                                                          <w:marLeft w:val="0"/>
                                                          <w:marRight w:val="0"/>
                                                          <w:marTop w:val="0"/>
                                                          <w:marBottom w:val="0"/>
                                                          <w:divBdr>
                                                            <w:top w:val="none" w:sz="0" w:space="0" w:color="auto"/>
                                                            <w:left w:val="none" w:sz="0" w:space="0" w:color="auto"/>
                                                            <w:bottom w:val="none" w:sz="0" w:space="0" w:color="auto"/>
                                                            <w:right w:val="none" w:sz="0" w:space="0" w:color="auto"/>
                                                          </w:divBdr>
                                                          <w:divsChild>
                                                            <w:div w:id="675425616">
                                                              <w:marLeft w:val="0"/>
                                                              <w:marRight w:val="0"/>
                                                              <w:marTop w:val="0"/>
                                                              <w:marBottom w:val="0"/>
                                                              <w:divBdr>
                                                                <w:top w:val="none" w:sz="0" w:space="0" w:color="auto"/>
                                                                <w:left w:val="none" w:sz="0" w:space="0" w:color="auto"/>
                                                                <w:bottom w:val="none" w:sz="0" w:space="0" w:color="auto"/>
                                                                <w:right w:val="none" w:sz="0" w:space="0" w:color="auto"/>
                                                              </w:divBdr>
                                                              <w:divsChild>
                                                                <w:div w:id="65615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644684">
                                              <w:marLeft w:val="0"/>
                                              <w:marRight w:val="0"/>
                                              <w:marTop w:val="0"/>
                                              <w:marBottom w:val="0"/>
                                              <w:divBdr>
                                                <w:top w:val="none" w:sz="0" w:space="0" w:color="auto"/>
                                                <w:left w:val="none" w:sz="0" w:space="0" w:color="auto"/>
                                                <w:bottom w:val="none" w:sz="0" w:space="0" w:color="auto"/>
                                                <w:right w:val="none" w:sz="0" w:space="0" w:color="auto"/>
                                              </w:divBdr>
                                              <w:divsChild>
                                                <w:div w:id="194904231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892763734">
                                      <w:marLeft w:val="0"/>
                                      <w:marRight w:val="0"/>
                                      <w:marTop w:val="0"/>
                                      <w:marBottom w:val="0"/>
                                      <w:divBdr>
                                        <w:top w:val="none" w:sz="0" w:space="0" w:color="auto"/>
                                        <w:left w:val="none" w:sz="0" w:space="0" w:color="auto"/>
                                        <w:bottom w:val="none" w:sz="0" w:space="0" w:color="auto"/>
                                        <w:right w:val="none" w:sz="0" w:space="0" w:color="auto"/>
                                      </w:divBdr>
                                      <w:divsChild>
                                        <w:div w:id="1037589300">
                                          <w:marLeft w:val="0"/>
                                          <w:marRight w:val="0"/>
                                          <w:marTop w:val="0"/>
                                          <w:marBottom w:val="0"/>
                                          <w:divBdr>
                                            <w:top w:val="none" w:sz="0" w:space="0" w:color="auto"/>
                                            <w:left w:val="none" w:sz="0" w:space="0" w:color="auto"/>
                                            <w:bottom w:val="none" w:sz="0" w:space="0" w:color="auto"/>
                                            <w:right w:val="none" w:sz="0" w:space="0" w:color="auto"/>
                                          </w:divBdr>
                                          <w:divsChild>
                                            <w:div w:id="849295239">
                                              <w:marLeft w:val="0"/>
                                              <w:marRight w:val="0"/>
                                              <w:marTop w:val="0"/>
                                              <w:marBottom w:val="0"/>
                                              <w:divBdr>
                                                <w:top w:val="none" w:sz="0" w:space="0" w:color="auto"/>
                                                <w:left w:val="none" w:sz="0" w:space="0" w:color="auto"/>
                                                <w:bottom w:val="none" w:sz="0" w:space="0" w:color="auto"/>
                                                <w:right w:val="none" w:sz="0" w:space="0" w:color="auto"/>
                                              </w:divBdr>
                                              <w:divsChild>
                                                <w:div w:id="1235899593">
                                                  <w:marLeft w:val="0"/>
                                                  <w:marRight w:val="0"/>
                                                  <w:marTop w:val="0"/>
                                                  <w:marBottom w:val="0"/>
                                                  <w:divBdr>
                                                    <w:top w:val="none" w:sz="0" w:space="0" w:color="auto"/>
                                                    <w:left w:val="none" w:sz="0" w:space="0" w:color="auto"/>
                                                    <w:bottom w:val="none" w:sz="0" w:space="0" w:color="auto"/>
                                                    <w:right w:val="none" w:sz="0" w:space="0" w:color="auto"/>
                                                  </w:divBdr>
                                                  <w:divsChild>
                                                    <w:div w:id="1043557455">
                                                      <w:marLeft w:val="0"/>
                                                      <w:marRight w:val="0"/>
                                                      <w:marTop w:val="180"/>
                                                      <w:marBottom w:val="240"/>
                                                      <w:divBdr>
                                                        <w:top w:val="none" w:sz="0" w:space="0" w:color="auto"/>
                                                        <w:left w:val="none" w:sz="0" w:space="0" w:color="auto"/>
                                                        <w:bottom w:val="none" w:sz="0" w:space="0" w:color="auto"/>
                                                        <w:right w:val="none" w:sz="0" w:space="0" w:color="auto"/>
                                                      </w:divBdr>
                                                    </w:div>
                                                    <w:div w:id="858930421">
                                                      <w:marLeft w:val="0"/>
                                                      <w:marRight w:val="0"/>
                                                      <w:marTop w:val="360"/>
                                                      <w:marBottom w:val="180"/>
                                                      <w:divBdr>
                                                        <w:top w:val="none" w:sz="0" w:space="0" w:color="auto"/>
                                                        <w:left w:val="none" w:sz="0" w:space="0" w:color="auto"/>
                                                        <w:bottom w:val="none" w:sz="0" w:space="0" w:color="auto"/>
                                                        <w:right w:val="none" w:sz="0" w:space="0" w:color="auto"/>
                                                      </w:divBdr>
                                                    </w:div>
                                                    <w:div w:id="525142995">
                                                      <w:marLeft w:val="0"/>
                                                      <w:marRight w:val="0"/>
                                                      <w:marTop w:val="180"/>
                                                      <w:marBottom w:val="240"/>
                                                      <w:divBdr>
                                                        <w:top w:val="none" w:sz="0" w:space="0" w:color="auto"/>
                                                        <w:left w:val="none" w:sz="0" w:space="0" w:color="auto"/>
                                                        <w:bottom w:val="none" w:sz="0" w:space="0" w:color="auto"/>
                                                        <w:right w:val="none" w:sz="0" w:space="0" w:color="auto"/>
                                                      </w:divBdr>
                                                    </w:div>
                                                    <w:div w:id="490952857">
                                                      <w:marLeft w:val="0"/>
                                                      <w:marRight w:val="0"/>
                                                      <w:marTop w:val="360"/>
                                                      <w:marBottom w:val="180"/>
                                                      <w:divBdr>
                                                        <w:top w:val="none" w:sz="0" w:space="0" w:color="auto"/>
                                                        <w:left w:val="none" w:sz="0" w:space="0" w:color="auto"/>
                                                        <w:bottom w:val="none" w:sz="0" w:space="0" w:color="auto"/>
                                                        <w:right w:val="none" w:sz="0" w:space="0" w:color="auto"/>
                                                      </w:divBdr>
                                                    </w:div>
                                                    <w:div w:id="1307278070">
                                                      <w:marLeft w:val="0"/>
                                                      <w:marRight w:val="0"/>
                                                      <w:marTop w:val="360"/>
                                                      <w:marBottom w:val="180"/>
                                                      <w:divBdr>
                                                        <w:top w:val="none" w:sz="0" w:space="0" w:color="auto"/>
                                                        <w:left w:val="none" w:sz="0" w:space="0" w:color="auto"/>
                                                        <w:bottom w:val="none" w:sz="0" w:space="0" w:color="auto"/>
                                                        <w:right w:val="none" w:sz="0" w:space="0" w:color="auto"/>
                                                      </w:divBdr>
                                                    </w:div>
                                                    <w:div w:id="614290579">
                                                      <w:marLeft w:val="0"/>
                                                      <w:marRight w:val="0"/>
                                                      <w:marTop w:val="360"/>
                                                      <w:marBottom w:val="180"/>
                                                      <w:divBdr>
                                                        <w:top w:val="none" w:sz="0" w:space="0" w:color="auto"/>
                                                        <w:left w:val="none" w:sz="0" w:space="0" w:color="auto"/>
                                                        <w:bottom w:val="none" w:sz="0" w:space="0" w:color="auto"/>
                                                        <w:right w:val="none" w:sz="0" w:space="0" w:color="auto"/>
                                                      </w:divBdr>
                                                    </w:div>
                                                    <w:div w:id="584845602">
                                                      <w:marLeft w:val="0"/>
                                                      <w:marRight w:val="0"/>
                                                      <w:marTop w:val="360"/>
                                                      <w:marBottom w:val="180"/>
                                                      <w:divBdr>
                                                        <w:top w:val="none" w:sz="0" w:space="0" w:color="auto"/>
                                                        <w:left w:val="none" w:sz="0" w:space="0" w:color="auto"/>
                                                        <w:bottom w:val="none" w:sz="0" w:space="0" w:color="auto"/>
                                                        <w:right w:val="none" w:sz="0" w:space="0" w:color="auto"/>
                                                      </w:divBdr>
                                                    </w:div>
                                                    <w:div w:id="1604338785">
                                                      <w:marLeft w:val="0"/>
                                                      <w:marRight w:val="0"/>
                                                      <w:marTop w:val="180"/>
                                                      <w:marBottom w:val="240"/>
                                                      <w:divBdr>
                                                        <w:top w:val="none" w:sz="0" w:space="0" w:color="auto"/>
                                                        <w:left w:val="none" w:sz="0" w:space="0" w:color="auto"/>
                                                        <w:bottom w:val="none" w:sz="0" w:space="0" w:color="auto"/>
                                                        <w:right w:val="none" w:sz="0" w:space="0" w:color="auto"/>
                                                      </w:divBdr>
                                                    </w:div>
                                                    <w:div w:id="646397894">
                                                      <w:marLeft w:val="0"/>
                                                      <w:marRight w:val="0"/>
                                                      <w:marTop w:val="360"/>
                                                      <w:marBottom w:val="180"/>
                                                      <w:divBdr>
                                                        <w:top w:val="none" w:sz="0" w:space="0" w:color="auto"/>
                                                        <w:left w:val="none" w:sz="0" w:space="0" w:color="auto"/>
                                                        <w:bottom w:val="none" w:sz="0" w:space="0" w:color="auto"/>
                                                        <w:right w:val="none" w:sz="0" w:space="0" w:color="auto"/>
                                                      </w:divBdr>
                                                    </w:div>
                                                    <w:div w:id="420108741">
                                                      <w:marLeft w:val="0"/>
                                                      <w:marRight w:val="0"/>
                                                      <w:marTop w:val="180"/>
                                                      <w:marBottom w:val="240"/>
                                                      <w:divBdr>
                                                        <w:top w:val="none" w:sz="0" w:space="0" w:color="auto"/>
                                                        <w:left w:val="none" w:sz="0" w:space="0" w:color="auto"/>
                                                        <w:bottom w:val="none" w:sz="0" w:space="0" w:color="auto"/>
                                                        <w:right w:val="none" w:sz="0" w:space="0" w:color="auto"/>
                                                      </w:divBdr>
                                                    </w:div>
                                                    <w:div w:id="459809021">
                                                      <w:marLeft w:val="0"/>
                                                      <w:marRight w:val="0"/>
                                                      <w:marTop w:val="180"/>
                                                      <w:marBottom w:val="240"/>
                                                      <w:divBdr>
                                                        <w:top w:val="none" w:sz="0" w:space="0" w:color="auto"/>
                                                        <w:left w:val="none" w:sz="0" w:space="0" w:color="auto"/>
                                                        <w:bottom w:val="none" w:sz="0" w:space="0" w:color="auto"/>
                                                        <w:right w:val="none" w:sz="0" w:space="0" w:color="auto"/>
                                                      </w:divBdr>
                                                    </w:div>
                                                    <w:div w:id="16509956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189375700">
                                  <w:marLeft w:val="0"/>
                                  <w:marRight w:val="0"/>
                                  <w:marTop w:val="450"/>
                                  <w:marBottom w:val="0"/>
                                  <w:divBdr>
                                    <w:top w:val="none" w:sz="0" w:space="0" w:color="auto"/>
                                    <w:left w:val="none" w:sz="0" w:space="0" w:color="auto"/>
                                    <w:bottom w:val="none" w:sz="0" w:space="0" w:color="auto"/>
                                    <w:right w:val="none" w:sz="0" w:space="0" w:color="auto"/>
                                  </w:divBdr>
                                  <w:divsChild>
                                    <w:div w:id="959068106">
                                      <w:marLeft w:val="0"/>
                                      <w:marRight w:val="0"/>
                                      <w:marTop w:val="0"/>
                                      <w:marBottom w:val="0"/>
                                      <w:divBdr>
                                        <w:top w:val="none" w:sz="0" w:space="0" w:color="auto"/>
                                        <w:left w:val="none" w:sz="0" w:space="0" w:color="auto"/>
                                        <w:bottom w:val="none" w:sz="0" w:space="0" w:color="auto"/>
                                        <w:right w:val="none" w:sz="0" w:space="0" w:color="auto"/>
                                      </w:divBdr>
                                      <w:divsChild>
                                        <w:div w:id="39482134">
                                          <w:marLeft w:val="0"/>
                                          <w:marRight w:val="0"/>
                                          <w:marTop w:val="0"/>
                                          <w:marBottom w:val="0"/>
                                          <w:divBdr>
                                            <w:top w:val="none" w:sz="0" w:space="0" w:color="auto"/>
                                            <w:left w:val="none" w:sz="0" w:space="0" w:color="auto"/>
                                            <w:bottom w:val="none" w:sz="0" w:space="0" w:color="auto"/>
                                            <w:right w:val="none" w:sz="0" w:space="0" w:color="auto"/>
                                          </w:divBdr>
                                          <w:divsChild>
                                            <w:div w:id="2073845470">
                                              <w:marLeft w:val="0"/>
                                              <w:marRight w:val="1492"/>
                                              <w:marTop w:val="0"/>
                                              <w:marBottom w:val="0"/>
                                              <w:divBdr>
                                                <w:top w:val="none" w:sz="0" w:space="0" w:color="auto"/>
                                                <w:left w:val="none" w:sz="0" w:space="0" w:color="auto"/>
                                                <w:bottom w:val="none" w:sz="0" w:space="0" w:color="auto"/>
                                                <w:right w:val="none" w:sz="0" w:space="0" w:color="auto"/>
                                              </w:divBdr>
                                              <w:divsChild>
                                                <w:div w:id="947471418">
                                                  <w:marLeft w:val="0"/>
                                                  <w:marRight w:val="0"/>
                                                  <w:marTop w:val="0"/>
                                                  <w:marBottom w:val="0"/>
                                                  <w:divBdr>
                                                    <w:top w:val="none" w:sz="0" w:space="0" w:color="auto"/>
                                                    <w:left w:val="none" w:sz="0" w:space="0" w:color="auto"/>
                                                    <w:bottom w:val="none" w:sz="0" w:space="0" w:color="auto"/>
                                                    <w:right w:val="none" w:sz="0" w:space="0" w:color="auto"/>
                                                  </w:divBdr>
                                                  <w:divsChild>
                                                    <w:div w:id="1423068273">
                                                      <w:marLeft w:val="0"/>
                                                      <w:marRight w:val="0"/>
                                                      <w:marTop w:val="0"/>
                                                      <w:marBottom w:val="0"/>
                                                      <w:divBdr>
                                                        <w:top w:val="none" w:sz="0" w:space="0" w:color="auto"/>
                                                        <w:left w:val="none" w:sz="0" w:space="0" w:color="auto"/>
                                                        <w:bottom w:val="none" w:sz="0" w:space="0" w:color="auto"/>
                                                        <w:right w:val="none" w:sz="0" w:space="0" w:color="auto"/>
                                                      </w:divBdr>
                                                      <w:divsChild>
                                                        <w:div w:id="135241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249737">
                                              <w:marLeft w:val="0"/>
                                              <w:marRight w:val="0"/>
                                              <w:marTop w:val="0"/>
                                              <w:marBottom w:val="0"/>
                                              <w:divBdr>
                                                <w:top w:val="none" w:sz="0" w:space="0" w:color="auto"/>
                                                <w:left w:val="none" w:sz="0" w:space="0" w:color="auto"/>
                                                <w:bottom w:val="none" w:sz="0" w:space="0" w:color="auto"/>
                                                <w:right w:val="none" w:sz="0" w:space="0" w:color="auto"/>
                                              </w:divBdr>
                                              <w:divsChild>
                                                <w:div w:id="28312368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707370595">
                                      <w:marLeft w:val="0"/>
                                      <w:marRight w:val="0"/>
                                      <w:marTop w:val="0"/>
                                      <w:marBottom w:val="0"/>
                                      <w:divBdr>
                                        <w:top w:val="none" w:sz="0" w:space="0" w:color="auto"/>
                                        <w:left w:val="none" w:sz="0" w:space="0" w:color="auto"/>
                                        <w:bottom w:val="none" w:sz="0" w:space="0" w:color="auto"/>
                                        <w:right w:val="none" w:sz="0" w:space="0" w:color="auto"/>
                                      </w:divBdr>
                                      <w:divsChild>
                                        <w:div w:id="530343909">
                                          <w:marLeft w:val="0"/>
                                          <w:marRight w:val="0"/>
                                          <w:marTop w:val="0"/>
                                          <w:marBottom w:val="0"/>
                                          <w:divBdr>
                                            <w:top w:val="none" w:sz="0" w:space="0" w:color="auto"/>
                                            <w:left w:val="none" w:sz="0" w:space="0" w:color="auto"/>
                                            <w:bottom w:val="none" w:sz="0" w:space="0" w:color="auto"/>
                                            <w:right w:val="none" w:sz="0" w:space="0" w:color="auto"/>
                                          </w:divBdr>
                                          <w:divsChild>
                                            <w:div w:id="530147806">
                                              <w:marLeft w:val="0"/>
                                              <w:marRight w:val="0"/>
                                              <w:marTop w:val="0"/>
                                              <w:marBottom w:val="0"/>
                                              <w:divBdr>
                                                <w:top w:val="none" w:sz="0" w:space="0" w:color="auto"/>
                                                <w:left w:val="none" w:sz="0" w:space="0" w:color="auto"/>
                                                <w:bottom w:val="none" w:sz="0" w:space="0" w:color="auto"/>
                                                <w:right w:val="none" w:sz="0" w:space="0" w:color="auto"/>
                                              </w:divBdr>
                                              <w:divsChild>
                                                <w:div w:id="1542404408">
                                                  <w:marLeft w:val="0"/>
                                                  <w:marRight w:val="0"/>
                                                  <w:marTop w:val="0"/>
                                                  <w:marBottom w:val="0"/>
                                                  <w:divBdr>
                                                    <w:top w:val="none" w:sz="0" w:space="0" w:color="auto"/>
                                                    <w:left w:val="none" w:sz="0" w:space="0" w:color="auto"/>
                                                    <w:bottom w:val="none" w:sz="0" w:space="0" w:color="auto"/>
                                                    <w:right w:val="none" w:sz="0" w:space="0" w:color="auto"/>
                                                  </w:divBdr>
                                                  <w:divsChild>
                                                    <w:div w:id="1622763953">
                                                      <w:marLeft w:val="0"/>
                                                      <w:marRight w:val="0"/>
                                                      <w:marTop w:val="180"/>
                                                      <w:marBottom w:val="240"/>
                                                      <w:divBdr>
                                                        <w:top w:val="none" w:sz="0" w:space="0" w:color="auto"/>
                                                        <w:left w:val="none" w:sz="0" w:space="0" w:color="auto"/>
                                                        <w:bottom w:val="none" w:sz="0" w:space="0" w:color="auto"/>
                                                        <w:right w:val="none" w:sz="0" w:space="0" w:color="auto"/>
                                                      </w:divBdr>
                                                    </w:div>
                                                    <w:div w:id="1235706652">
                                                      <w:marLeft w:val="0"/>
                                                      <w:marRight w:val="0"/>
                                                      <w:marTop w:val="180"/>
                                                      <w:marBottom w:val="240"/>
                                                      <w:divBdr>
                                                        <w:top w:val="none" w:sz="0" w:space="0" w:color="auto"/>
                                                        <w:left w:val="none" w:sz="0" w:space="0" w:color="auto"/>
                                                        <w:bottom w:val="none" w:sz="0" w:space="0" w:color="auto"/>
                                                        <w:right w:val="none" w:sz="0" w:space="0" w:color="auto"/>
                                                      </w:divBdr>
                                                    </w:div>
                                                    <w:div w:id="1179781071">
                                                      <w:marLeft w:val="0"/>
                                                      <w:marRight w:val="0"/>
                                                      <w:marTop w:val="360"/>
                                                      <w:marBottom w:val="180"/>
                                                      <w:divBdr>
                                                        <w:top w:val="none" w:sz="0" w:space="0" w:color="auto"/>
                                                        <w:left w:val="none" w:sz="0" w:space="0" w:color="auto"/>
                                                        <w:bottom w:val="none" w:sz="0" w:space="0" w:color="auto"/>
                                                        <w:right w:val="none" w:sz="0" w:space="0" w:color="auto"/>
                                                      </w:divBdr>
                                                    </w:div>
                                                    <w:div w:id="561645794">
                                                      <w:marLeft w:val="0"/>
                                                      <w:marRight w:val="0"/>
                                                      <w:marTop w:val="180"/>
                                                      <w:marBottom w:val="240"/>
                                                      <w:divBdr>
                                                        <w:top w:val="none" w:sz="0" w:space="0" w:color="auto"/>
                                                        <w:left w:val="none" w:sz="0" w:space="0" w:color="auto"/>
                                                        <w:bottom w:val="none" w:sz="0" w:space="0" w:color="auto"/>
                                                        <w:right w:val="none" w:sz="0" w:space="0" w:color="auto"/>
                                                      </w:divBdr>
                                                    </w:div>
                                                    <w:div w:id="1215191298">
                                                      <w:marLeft w:val="0"/>
                                                      <w:marRight w:val="0"/>
                                                      <w:marTop w:val="180"/>
                                                      <w:marBottom w:val="240"/>
                                                      <w:divBdr>
                                                        <w:top w:val="none" w:sz="0" w:space="0" w:color="auto"/>
                                                        <w:left w:val="none" w:sz="0" w:space="0" w:color="auto"/>
                                                        <w:bottom w:val="none" w:sz="0" w:space="0" w:color="auto"/>
                                                        <w:right w:val="none" w:sz="0" w:space="0" w:color="auto"/>
                                                      </w:divBdr>
                                                    </w:div>
                                                    <w:div w:id="1111435068">
                                                      <w:marLeft w:val="0"/>
                                                      <w:marRight w:val="0"/>
                                                      <w:marTop w:val="180"/>
                                                      <w:marBottom w:val="240"/>
                                                      <w:divBdr>
                                                        <w:top w:val="none" w:sz="0" w:space="0" w:color="auto"/>
                                                        <w:left w:val="none" w:sz="0" w:space="0" w:color="auto"/>
                                                        <w:bottom w:val="none" w:sz="0" w:space="0" w:color="auto"/>
                                                        <w:right w:val="none" w:sz="0" w:space="0" w:color="auto"/>
                                                      </w:divBdr>
                                                    </w:div>
                                                    <w:div w:id="717632368">
                                                      <w:marLeft w:val="0"/>
                                                      <w:marRight w:val="0"/>
                                                      <w:marTop w:val="180"/>
                                                      <w:marBottom w:val="240"/>
                                                      <w:divBdr>
                                                        <w:top w:val="none" w:sz="0" w:space="0" w:color="auto"/>
                                                        <w:left w:val="none" w:sz="0" w:space="0" w:color="auto"/>
                                                        <w:bottom w:val="none" w:sz="0" w:space="0" w:color="auto"/>
                                                        <w:right w:val="none" w:sz="0" w:space="0" w:color="auto"/>
                                                      </w:divBdr>
                                                    </w:div>
                                                    <w:div w:id="1946158626">
                                                      <w:marLeft w:val="0"/>
                                                      <w:marRight w:val="0"/>
                                                      <w:marTop w:val="180"/>
                                                      <w:marBottom w:val="240"/>
                                                      <w:divBdr>
                                                        <w:top w:val="none" w:sz="0" w:space="0" w:color="auto"/>
                                                        <w:left w:val="none" w:sz="0" w:space="0" w:color="auto"/>
                                                        <w:bottom w:val="none" w:sz="0" w:space="0" w:color="auto"/>
                                                        <w:right w:val="none" w:sz="0" w:space="0" w:color="auto"/>
                                                      </w:divBdr>
                                                    </w:div>
                                                    <w:div w:id="112246087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571700148">
                                  <w:marLeft w:val="0"/>
                                  <w:marRight w:val="0"/>
                                  <w:marTop w:val="450"/>
                                  <w:marBottom w:val="0"/>
                                  <w:divBdr>
                                    <w:top w:val="none" w:sz="0" w:space="0" w:color="auto"/>
                                    <w:left w:val="none" w:sz="0" w:space="0" w:color="auto"/>
                                    <w:bottom w:val="none" w:sz="0" w:space="0" w:color="auto"/>
                                    <w:right w:val="none" w:sz="0" w:space="0" w:color="auto"/>
                                  </w:divBdr>
                                  <w:divsChild>
                                    <w:div w:id="898901738">
                                      <w:marLeft w:val="0"/>
                                      <w:marRight w:val="0"/>
                                      <w:marTop w:val="0"/>
                                      <w:marBottom w:val="0"/>
                                      <w:divBdr>
                                        <w:top w:val="none" w:sz="0" w:space="0" w:color="auto"/>
                                        <w:left w:val="none" w:sz="0" w:space="0" w:color="auto"/>
                                        <w:bottom w:val="none" w:sz="0" w:space="0" w:color="auto"/>
                                        <w:right w:val="none" w:sz="0" w:space="0" w:color="auto"/>
                                      </w:divBdr>
                                      <w:divsChild>
                                        <w:div w:id="1724940158">
                                          <w:marLeft w:val="0"/>
                                          <w:marRight w:val="0"/>
                                          <w:marTop w:val="0"/>
                                          <w:marBottom w:val="0"/>
                                          <w:divBdr>
                                            <w:top w:val="none" w:sz="0" w:space="0" w:color="auto"/>
                                            <w:left w:val="none" w:sz="0" w:space="0" w:color="auto"/>
                                            <w:bottom w:val="none" w:sz="0" w:space="0" w:color="auto"/>
                                            <w:right w:val="none" w:sz="0" w:space="0" w:color="auto"/>
                                          </w:divBdr>
                                          <w:divsChild>
                                            <w:div w:id="716516044">
                                              <w:marLeft w:val="0"/>
                                              <w:marRight w:val="1903"/>
                                              <w:marTop w:val="0"/>
                                              <w:marBottom w:val="0"/>
                                              <w:divBdr>
                                                <w:top w:val="none" w:sz="0" w:space="0" w:color="auto"/>
                                                <w:left w:val="none" w:sz="0" w:space="0" w:color="auto"/>
                                                <w:bottom w:val="none" w:sz="0" w:space="0" w:color="auto"/>
                                                <w:right w:val="none" w:sz="0" w:space="0" w:color="auto"/>
                                              </w:divBdr>
                                              <w:divsChild>
                                                <w:div w:id="142890475">
                                                  <w:marLeft w:val="0"/>
                                                  <w:marRight w:val="0"/>
                                                  <w:marTop w:val="0"/>
                                                  <w:marBottom w:val="0"/>
                                                  <w:divBdr>
                                                    <w:top w:val="none" w:sz="0" w:space="0" w:color="auto"/>
                                                    <w:left w:val="none" w:sz="0" w:space="0" w:color="auto"/>
                                                    <w:bottom w:val="none" w:sz="0" w:space="0" w:color="auto"/>
                                                    <w:right w:val="none" w:sz="0" w:space="0" w:color="auto"/>
                                                  </w:divBdr>
                                                  <w:divsChild>
                                                    <w:div w:id="1079255349">
                                                      <w:marLeft w:val="0"/>
                                                      <w:marRight w:val="0"/>
                                                      <w:marTop w:val="0"/>
                                                      <w:marBottom w:val="0"/>
                                                      <w:divBdr>
                                                        <w:top w:val="none" w:sz="0" w:space="0" w:color="auto"/>
                                                        <w:left w:val="none" w:sz="0" w:space="0" w:color="auto"/>
                                                        <w:bottom w:val="none" w:sz="0" w:space="0" w:color="auto"/>
                                                        <w:right w:val="none" w:sz="0" w:space="0" w:color="auto"/>
                                                      </w:divBdr>
                                                      <w:divsChild>
                                                        <w:div w:id="191065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541009">
                                              <w:marLeft w:val="0"/>
                                              <w:marRight w:val="0"/>
                                              <w:marTop w:val="0"/>
                                              <w:marBottom w:val="0"/>
                                              <w:divBdr>
                                                <w:top w:val="none" w:sz="0" w:space="0" w:color="auto"/>
                                                <w:left w:val="none" w:sz="0" w:space="0" w:color="auto"/>
                                                <w:bottom w:val="none" w:sz="0" w:space="0" w:color="auto"/>
                                                <w:right w:val="none" w:sz="0" w:space="0" w:color="auto"/>
                                              </w:divBdr>
                                              <w:divsChild>
                                                <w:div w:id="185795935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024749874">
                                      <w:marLeft w:val="0"/>
                                      <w:marRight w:val="0"/>
                                      <w:marTop w:val="0"/>
                                      <w:marBottom w:val="0"/>
                                      <w:divBdr>
                                        <w:top w:val="none" w:sz="0" w:space="0" w:color="auto"/>
                                        <w:left w:val="none" w:sz="0" w:space="0" w:color="auto"/>
                                        <w:bottom w:val="none" w:sz="0" w:space="0" w:color="auto"/>
                                        <w:right w:val="none" w:sz="0" w:space="0" w:color="auto"/>
                                      </w:divBdr>
                                      <w:divsChild>
                                        <w:div w:id="1341468607">
                                          <w:marLeft w:val="0"/>
                                          <w:marRight w:val="0"/>
                                          <w:marTop w:val="0"/>
                                          <w:marBottom w:val="0"/>
                                          <w:divBdr>
                                            <w:top w:val="none" w:sz="0" w:space="0" w:color="auto"/>
                                            <w:left w:val="none" w:sz="0" w:space="0" w:color="auto"/>
                                            <w:bottom w:val="none" w:sz="0" w:space="0" w:color="auto"/>
                                            <w:right w:val="none" w:sz="0" w:space="0" w:color="auto"/>
                                          </w:divBdr>
                                          <w:divsChild>
                                            <w:div w:id="139811168">
                                              <w:marLeft w:val="0"/>
                                              <w:marRight w:val="0"/>
                                              <w:marTop w:val="0"/>
                                              <w:marBottom w:val="0"/>
                                              <w:divBdr>
                                                <w:top w:val="none" w:sz="0" w:space="0" w:color="auto"/>
                                                <w:left w:val="none" w:sz="0" w:space="0" w:color="auto"/>
                                                <w:bottom w:val="none" w:sz="0" w:space="0" w:color="auto"/>
                                                <w:right w:val="none" w:sz="0" w:space="0" w:color="auto"/>
                                              </w:divBdr>
                                              <w:divsChild>
                                                <w:div w:id="997924873">
                                                  <w:marLeft w:val="0"/>
                                                  <w:marRight w:val="0"/>
                                                  <w:marTop w:val="0"/>
                                                  <w:marBottom w:val="0"/>
                                                  <w:divBdr>
                                                    <w:top w:val="none" w:sz="0" w:space="0" w:color="auto"/>
                                                    <w:left w:val="none" w:sz="0" w:space="0" w:color="auto"/>
                                                    <w:bottom w:val="none" w:sz="0" w:space="0" w:color="auto"/>
                                                    <w:right w:val="none" w:sz="0" w:space="0" w:color="auto"/>
                                                  </w:divBdr>
                                                  <w:divsChild>
                                                    <w:div w:id="1877961265">
                                                      <w:marLeft w:val="0"/>
                                                      <w:marRight w:val="0"/>
                                                      <w:marTop w:val="180"/>
                                                      <w:marBottom w:val="240"/>
                                                      <w:divBdr>
                                                        <w:top w:val="none" w:sz="0" w:space="0" w:color="auto"/>
                                                        <w:left w:val="none" w:sz="0" w:space="0" w:color="auto"/>
                                                        <w:bottom w:val="none" w:sz="0" w:space="0" w:color="auto"/>
                                                        <w:right w:val="none" w:sz="0" w:space="0" w:color="auto"/>
                                                      </w:divBdr>
                                                    </w:div>
                                                    <w:div w:id="2004701695">
                                                      <w:marLeft w:val="0"/>
                                                      <w:marRight w:val="0"/>
                                                      <w:marTop w:val="360"/>
                                                      <w:marBottom w:val="180"/>
                                                      <w:divBdr>
                                                        <w:top w:val="none" w:sz="0" w:space="0" w:color="auto"/>
                                                        <w:left w:val="none" w:sz="0" w:space="0" w:color="auto"/>
                                                        <w:bottom w:val="none" w:sz="0" w:space="0" w:color="auto"/>
                                                        <w:right w:val="none" w:sz="0" w:space="0" w:color="auto"/>
                                                      </w:divBdr>
                                                    </w:div>
                                                    <w:div w:id="995449079">
                                                      <w:marLeft w:val="0"/>
                                                      <w:marRight w:val="0"/>
                                                      <w:marTop w:val="180"/>
                                                      <w:marBottom w:val="240"/>
                                                      <w:divBdr>
                                                        <w:top w:val="none" w:sz="0" w:space="0" w:color="auto"/>
                                                        <w:left w:val="none" w:sz="0" w:space="0" w:color="auto"/>
                                                        <w:bottom w:val="none" w:sz="0" w:space="0" w:color="auto"/>
                                                        <w:right w:val="none" w:sz="0" w:space="0" w:color="auto"/>
                                                      </w:divBdr>
                                                    </w:div>
                                                    <w:div w:id="659845772">
                                                      <w:marLeft w:val="0"/>
                                                      <w:marRight w:val="0"/>
                                                      <w:marTop w:val="180"/>
                                                      <w:marBottom w:val="240"/>
                                                      <w:divBdr>
                                                        <w:top w:val="none" w:sz="0" w:space="0" w:color="auto"/>
                                                        <w:left w:val="none" w:sz="0" w:space="0" w:color="auto"/>
                                                        <w:bottom w:val="none" w:sz="0" w:space="0" w:color="auto"/>
                                                        <w:right w:val="none" w:sz="0" w:space="0" w:color="auto"/>
                                                      </w:divBdr>
                                                    </w:div>
                                                    <w:div w:id="35666946">
                                                      <w:marLeft w:val="0"/>
                                                      <w:marRight w:val="0"/>
                                                      <w:marTop w:val="180"/>
                                                      <w:marBottom w:val="240"/>
                                                      <w:divBdr>
                                                        <w:top w:val="none" w:sz="0" w:space="0" w:color="auto"/>
                                                        <w:left w:val="none" w:sz="0" w:space="0" w:color="auto"/>
                                                        <w:bottom w:val="none" w:sz="0" w:space="0" w:color="auto"/>
                                                        <w:right w:val="none" w:sz="0" w:space="0" w:color="auto"/>
                                                      </w:divBdr>
                                                    </w:div>
                                                    <w:div w:id="1025718416">
                                                      <w:marLeft w:val="0"/>
                                                      <w:marRight w:val="0"/>
                                                      <w:marTop w:val="180"/>
                                                      <w:marBottom w:val="240"/>
                                                      <w:divBdr>
                                                        <w:top w:val="none" w:sz="0" w:space="0" w:color="auto"/>
                                                        <w:left w:val="none" w:sz="0" w:space="0" w:color="auto"/>
                                                        <w:bottom w:val="none" w:sz="0" w:space="0" w:color="auto"/>
                                                        <w:right w:val="none" w:sz="0" w:space="0" w:color="auto"/>
                                                      </w:divBdr>
                                                    </w:div>
                                                    <w:div w:id="39547487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782309537">
                                  <w:marLeft w:val="0"/>
                                  <w:marRight w:val="0"/>
                                  <w:marTop w:val="450"/>
                                  <w:marBottom w:val="0"/>
                                  <w:divBdr>
                                    <w:top w:val="none" w:sz="0" w:space="0" w:color="auto"/>
                                    <w:left w:val="none" w:sz="0" w:space="0" w:color="auto"/>
                                    <w:bottom w:val="none" w:sz="0" w:space="0" w:color="auto"/>
                                    <w:right w:val="none" w:sz="0" w:space="0" w:color="auto"/>
                                  </w:divBdr>
                                  <w:divsChild>
                                    <w:div w:id="956063925">
                                      <w:marLeft w:val="0"/>
                                      <w:marRight w:val="0"/>
                                      <w:marTop w:val="0"/>
                                      <w:marBottom w:val="0"/>
                                      <w:divBdr>
                                        <w:top w:val="none" w:sz="0" w:space="0" w:color="auto"/>
                                        <w:left w:val="none" w:sz="0" w:space="0" w:color="auto"/>
                                        <w:bottom w:val="none" w:sz="0" w:space="0" w:color="auto"/>
                                        <w:right w:val="none" w:sz="0" w:space="0" w:color="auto"/>
                                      </w:divBdr>
                                      <w:divsChild>
                                        <w:div w:id="579291656">
                                          <w:marLeft w:val="0"/>
                                          <w:marRight w:val="0"/>
                                          <w:marTop w:val="0"/>
                                          <w:marBottom w:val="0"/>
                                          <w:divBdr>
                                            <w:top w:val="none" w:sz="0" w:space="0" w:color="auto"/>
                                            <w:left w:val="none" w:sz="0" w:space="0" w:color="auto"/>
                                            <w:bottom w:val="none" w:sz="0" w:space="0" w:color="auto"/>
                                            <w:right w:val="none" w:sz="0" w:space="0" w:color="auto"/>
                                          </w:divBdr>
                                          <w:divsChild>
                                            <w:div w:id="914977941">
                                              <w:marLeft w:val="0"/>
                                              <w:marRight w:val="3620"/>
                                              <w:marTop w:val="0"/>
                                              <w:marBottom w:val="0"/>
                                              <w:divBdr>
                                                <w:top w:val="none" w:sz="0" w:space="0" w:color="auto"/>
                                                <w:left w:val="none" w:sz="0" w:space="0" w:color="auto"/>
                                                <w:bottom w:val="none" w:sz="0" w:space="0" w:color="auto"/>
                                                <w:right w:val="none" w:sz="0" w:space="0" w:color="auto"/>
                                              </w:divBdr>
                                              <w:divsChild>
                                                <w:div w:id="1243181025">
                                                  <w:marLeft w:val="0"/>
                                                  <w:marRight w:val="0"/>
                                                  <w:marTop w:val="0"/>
                                                  <w:marBottom w:val="0"/>
                                                  <w:divBdr>
                                                    <w:top w:val="none" w:sz="0" w:space="0" w:color="auto"/>
                                                    <w:left w:val="none" w:sz="0" w:space="0" w:color="auto"/>
                                                    <w:bottom w:val="none" w:sz="0" w:space="0" w:color="auto"/>
                                                    <w:right w:val="none" w:sz="0" w:space="0" w:color="auto"/>
                                                  </w:divBdr>
                                                  <w:divsChild>
                                                    <w:div w:id="896360089">
                                                      <w:marLeft w:val="0"/>
                                                      <w:marRight w:val="0"/>
                                                      <w:marTop w:val="0"/>
                                                      <w:marBottom w:val="0"/>
                                                      <w:divBdr>
                                                        <w:top w:val="none" w:sz="0" w:space="0" w:color="auto"/>
                                                        <w:left w:val="none" w:sz="0" w:space="0" w:color="auto"/>
                                                        <w:bottom w:val="none" w:sz="0" w:space="0" w:color="auto"/>
                                                        <w:right w:val="none" w:sz="0" w:space="0" w:color="auto"/>
                                                      </w:divBdr>
                                                      <w:divsChild>
                                                        <w:div w:id="1194071754">
                                                          <w:marLeft w:val="0"/>
                                                          <w:marRight w:val="0"/>
                                                          <w:marTop w:val="0"/>
                                                          <w:marBottom w:val="0"/>
                                                          <w:divBdr>
                                                            <w:top w:val="none" w:sz="0" w:space="0" w:color="auto"/>
                                                            <w:left w:val="none" w:sz="0" w:space="0" w:color="auto"/>
                                                            <w:bottom w:val="none" w:sz="0" w:space="0" w:color="auto"/>
                                                            <w:right w:val="none" w:sz="0" w:space="0" w:color="auto"/>
                                                          </w:divBdr>
                                                          <w:divsChild>
                                                            <w:div w:id="80569439">
                                                              <w:marLeft w:val="0"/>
                                                              <w:marRight w:val="0"/>
                                                              <w:marTop w:val="0"/>
                                                              <w:marBottom w:val="0"/>
                                                              <w:divBdr>
                                                                <w:top w:val="none" w:sz="0" w:space="0" w:color="auto"/>
                                                                <w:left w:val="none" w:sz="0" w:space="0" w:color="auto"/>
                                                                <w:bottom w:val="none" w:sz="0" w:space="0" w:color="auto"/>
                                                                <w:right w:val="none" w:sz="0" w:space="0" w:color="auto"/>
                                                              </w:divBdr>
                                                              <w:divsChild>
                                                                <w:div w:id="159528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81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46012">
                                              <w:marLeft w:val="0"/>
                                              <w:marRight w:val="0"/>
                                              <w:marTop w:val="0"/>
                                              <w:marBottom w:val="0"/>
                                              <w:divBdr>
                                                <w:top w:val="none" w:sz="0" w:space="0" w:color="auto"/>
                                                <w:left w:val="none" w:sz="0" w:space="0" w:color="auto"/>
                                                <w:bottom w:val="none" w:sz="0" w:space="0" w:color="auto"/>
                                                <w:right w:val="none" w:sz="0" w:space="0" w:color="auto"/>
                                              </w:divBdr>
                                              <w:divsChild>
                                                <w:div w:id="52586839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05468194">
                                      <w:marLeft w:val="0"/>
                                      <w:marRight w:val="0"/>
                                      <w:marTop w:val="0"/>
                                      <w:marBottom w:val="0"/>
                                      <w:divBdr>
                                        <w:top w:val="none" w:sz="0" w:space="0" w:color="auto"/>
                                        <w:left w:val="none" w:sz="0" w:space="0" w:color="auto"/>
                                        <w:bottom w:val="none" w:sz="0" w:space="0" w:color="auto"/>
                                        <w:right w:val="none" w:sz="0" w:space="0" w:color="auto"/>
                                      </w:divBdr>
                                      <w:divsChild>
                                        <w:div w:id="1672290223">
                                          <w:marLeft w:val="0"/>
                                          <w:marRight w:val="0"/>
                                          <w:marTop w:val="0"/>
                                          <w:marBottom w:val="0"/>
                                          <w:divBdr>
                                            <w:top w:val="none" w:sz="0" w:space="0" w:color="auto"/>
                                            <w:left w:val="none" w:sz="0" w:space="0" w:color="auto"/>
                                            <w:bottom w:val="none" w:sz="0" w:space="0" w:color="auto"/>
                                            <w:right w:val="none" w:sz="0" w:space="0" w:color="auto"/>
                                          </w:divBdr>
                                          <w:divsChild>
                                            <w:div w:id="362486985">
                                              <w:marLeft w:val="0"/>
                                              <w:marRight w:val="0"/>
                                              <w:marTop w:val="0"/>
                                              <w:marBottom w:val="0"/>
                                              <w:divBdr>
                                                <w:top w:val="none" w:sz="0" w:space="0" w:color="auto"/>
                                                <w:left w:val="none" w:sz="0" w:space="0" w:color="auto"/>
                                                <w:bottom w:val="none" w:sz="0" w:space="0" w:color="auto"/>
                                                <w:right w:val="none" w:sz="0" w:space="0" w:color="auto"/>
                                              </w:divBdr>
                                              <w:divsChild>
                                                <w:div w:id="107360103">
                                                  <w:marLeft w:val="0"/>
                                                  <w:marRight w:val="0"/>
                                                  <w:marTop w:val="0"/>
                                                  <w:marBottom w:val="0"/>
                                                  <w:divBdr>
                                                    <w:top w:val="none" w:sz="0" w:space="0" w:color="auto"/>
                                                    <w:left w:val="none" w:sz="0" w:space="0" w:color="auto"/>
                                                    <w:bottom w:val="none" w:sz="0" w:space="0" w:color="auto"/>
                                                    <w:right w:val="none" w:sz="0" w:space="0" w:color="auto"/>
                                                  </w:divBdr>
                                                  <w:divsChild>
                                                    <w:div w:id="493568181">
                                                      <w:marLeft w:val="0"/>
                                                      <w:marRight w:val="0"/>
                                                      <w:marTop w:val="180"/>
                                                      <w:marBottom w:val="240"/>
                                                      <w:divBdr>
                                                        <w:top w:val="none" w:sz="0" w:space="0" w:color="auto"/>
                                                        <w:left w:val="none" w:sz="0" w:space="0" w:color="auto"/>
                                                        <w:bottom w:val="none" w:sz="0" w:space="0" w:color="auto"/>
                                                        <w:right w:val="none" w:sz="0" w:space="0" w:color="auto"/>
                                                      </w:divBdr>
                                                    </w:div>
                                                    <w:div w:id="2000307400">
                                                      <w:marLeft w:val="0"/>
                                                      <w:marRight w:val="0"/>
                                                      <w:marTop w:val="360"/>
                                                      <w:marBottom w:val="180"/>
                                                      <w:divBdr>
                                                        <w:top w:val="none" w:sz="0" w:space="0" w:color="auto"/>
                                                        <w:left w:val="none" w:sz="0" w:space="0" w:color="auto"/>
                                                        <w:bottom w:val="none" w:sz="0" w:space="0" w:color="auto"/>
                                                        <w:right w:val="none" w:sz="0" w:space="0" w:color="auto"/>
                                                      </w:divBdr>
                                                    </w:div>
                                                    <w:div w:id="1508976822">
                                                      <w:marLeft w:val="0"/>
                                                      <w:marRight w:val="0"/>
                                                      <w:marTop w:val="180"/>
                                                      <w:marBottom w:val="240"/>
                                                      <w:divBdr>
                                                        <w:top w:val="none" w:sz="0" w:space="0" w:color="auto"/>
                                                        <w:left w:val="none" w:sz="0" w:space="0" w:color="auto"/>
                                                        <w:bottom w:val="none" w:sz="0" w:space="0" w:color="auto"/>
                                                        <w:right w:val="none" w:sz="0" w:space="0" w:color="auto"/>
                                                      </w:divBdr>
                                                    </w:div>
                                                    <w:div w:id="1569420812">
                                                      <w:marLeft w:val="0"/>
                                                      <w:marRight w:val="0"/>
                                                      <w:marTop w:val="180"/>
                                                      <w:marBottom w:val="240"/>
                                                      <w:divBdr>
                                                        <w:top w:val="none" w:sz="0" w:space="0" w:color="auto"/>
                                                        <w:left w:val="none" w:sz="0" w:space="0" w:color="auto"/>
                                                        <w:bottom w:val="none" w:sz="0" w:space="0" w:color="auto"/>
                                                        <w:right w:val="none" w:sz="0" w:space="0" w:color="auto"/>
                                                      </w:divBdr>
                                                    </w:div>
                                                    <w:div w:id="1427000648">
                                                      <w:marLeft w:val="0"/>
                                                      <w:marRight w:val="0"/>
                                                      <w:marTop w:val="180"/>
                                                      <w:marBottom w:val="240"/>
                                                      <w:divBdr>
                                                        <w:top w:val="none" w:sz="0" w:space="0" w:color="auto"/>
                                                        <w:left w:val="none" w:sz="0" w:space="0" w:color="auto"/>
                                                        <w:bottom w:val="none" w:sz="0" w:space="0" w:color="auto"/>
                                                        <w:right w:val="none" w:sz="0" w:space="0" w:color="auto"/>
                                                      </w:divBdr>
                                                    </w:div>
                                                    <w:div w:id="1725837450">
                                                      <w:marLeft w:val="0"/>
                                                      <w:marRight w:val="0"/>
                                                      <w:marTop w:val="180"/>
                                                      <w:marBottom w:val="240"/>
                                                      <w:divBdr>
                                                        <w:top w:val="none" w:sz="0" w:space="0" w:color="auto"/>
                                                        <w:left w:val="none" w:sz="0" w:space="0" w:color="auto"/>
                                                        <w:bottom w:val="none" w:sz="0" w:space="0" w:color="auto"/>
                                                        <w:right w:val="none" w:sz="0" w:space="0" w:color="auto"/>
                                                      </w:divBdr>
                                                    </w:div>
                                                    <w:div w:id="926577909">
                                                      <w:marLeft w:val="0"/>
                                                      <w:marRight w:val="0"/>
                                                      <w:marTop w:val="180"/>
                                                      <w:marBottom w:val="240"/>
                                                      <w:divBdr>
                                                        <w:top w:val="none" w:sz="0" w:space="0" w:color="auto"/>
                                                        <w:left w:val="none" w:sz="0" w:space="0" w:color="auto"/>
                                                        <w:bottom w:val="none" w:sz="0" w:space="0" w:color="auto"/>
                                                        <w:right w:val="none" w:sz="0" w:space="0" w:color="auto"/>
                                                      </w:divBdr>
                                                    </w:div>
                                                    <w:div w:id="41185781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163862866">
                                  <w:marLeft w:val="0"/>
                                  <w:marRight w:val="0"/>
                                  <w:marTop w:val="450"/>
                                  <w:marBottom w:val="0"/>
                                  <w:divBdr>
                                    <w:top w:val="none" w:sz="0" w:space="0" w:color="auto"/>
                                    <w:left w:val="none" w:sz="0" w:space="0" w:color="auto"/>
                                    <w:bottom w:val="none" w:sz="0" w:space="0" w:color="auto"/>
                                    <w:right w:val="none" w:sz="0" w:space="0" w:color="auto"/>
                                  </w:divBdr>
                                  <w:divsChild>
                                    <w:div w:id="1447889243">
                                      <w:marLeft w:val="0"/>
                                      <w:marRight w:val="0"/>
                                      <w:marTop w:val="0"/>
                                      <w:marBottom w:val="0"/>
                                      <w:divBdr>
                                        <w:top w:val="none" w:sz="0" w:space="0" w:color="auto"/>
                                        <w:left w:val="none" w:sz="0" w:space="0" w:color="auto"/>
                                        <w:bottom w:val="none" w:sz="0" w:space="0" w:color="auto"/>
                                        <w:right w:val="none" w:sz="0" w:space="0" w:color="auto"/>
                                      </w:divBdr>
                                      <w:divsChild>
                                        <w:div w:id="907500940">
                                          <w:marLeft w:val="0"/>
                                          <w:marRight w:val="0"/>
                                          <w:marTop w:val="0"/>
                                          <w:marBottom w:val="0"/>
                                          <w:divBdr>
                                            <w:top w:val="none" w:sz="0" w:space="0" w:color="auto"/>
                                            <w:left w:val="none" w:sz="0" w:space="0" w:color="auto"/>
                                            <w:bottom w:val="none" w:sz="0" w:space="0" w:color="auto"/>
                                            <w:right w:val="none" w:sz="0" w:space="0" w:color="auto"/>
                                          </w:divBdr>
                                          <w:divsChild>
                                            <w:div w:id="841429739">
                                              <w:marLeft w:val="0"/>
                                              <w:marRight w:val="246"/>
                                              <w:marTop w:val="0"/>
                                              <w:marBottom w:val="0"/>
                                              <w:divBdr>
                                                <w:top w:val="none" w:sz="0" w:space="0" w:color="auto"/>
                                                <w:left w:val="none" w:sz="0" w:space="0" w:color="auto"/>
                                                <w:bottom w:val="none" w:sz="0" w:space="0" w:color="auto"/>
                                                <w:right w:val="none" w:sz="0" w:space="0" w:color="auto"/>
                                              </w:divBdr>
                                              <w:divsChild>
                                                <w:div w:id="1887914197">
                                                  <w:marLeft w:val="0"/>
                                                  <w:marRight w:val="0"/>
                                                  <w:marTop w:val="0"/>
                                                  <w:marBottom w:val="0"/>
                                                  <w:divBdr>
                                                    <w:top w:val="none" w:sz="0" w:space="0" w:color="auto"/>
                                                    <w:left w:val="none" w:sz="0" w:space="0" w:color="auto"/>
                                                    <w:bottom w:val="none" w:sz="0" w:space="0" w:color="auto"/>
                                                    <w:right w:val="none" w:sz="0" w:space="0" w:color="auto"/>
                                                  </w:divBdr>
                                                  <w:divsChild>
                                                    <w:div w:id="1569879341">
                                                      <w:marLeft w:val="0"/>
                                                      <w:marRight w:val="0"/>
                                                      <w:marTop w:val="0"/>
                                                      <w:marBottom w:val="0"/>
                                                      <w:divBdr>
                                                        <w:top w:val="none" w:sz="0" w:space="0" w:color="auto"/>
                                                        <w:left w:val="none" w:sz="0" w:space="0" w:color="auto"/>
                                                        <w:bottom w:val="none" w:sz="0" w:space="0" w:color="auto"/>
                                                        <w:right w:val="none" w:sz="0" w:space="0" w:color="auto"/>
                                                      </w:divBdr>
                                                      <w:divsChild>
                                                        <w:div w:id="1002853215">
                                                          <w:marLeft w:val="0"/>
                                                          <w:marRight w:val="0"/>
                                                          <w:marTop w:val="0"/>
                                                          <w:marBottom w:val="0"/>
                                                          <w:divBdr>
                                                            <w:top w:val="none" w:sz="0" w:space="0" w:color="auto"/>
                                                            <w:left w:val="none" w:sz="0" w:space="0" w:color="auto"/>
                                                            <w:bottom w:val="none" w:sz="0" w:space="0" w:color="auto"/>
                                                            <w:right w:val="none" w:sz="0" w:space="0" w:color="auto"/>
                                                          </w:divBdr>
                                                          <w:divsChild>
                                                            <w:div w:id="1039553023">
                                                              <w:marLeft w:val="0"/>
                                                              <w:marRight w:val="0"/>
                                                              <w:marTop w:val="0"/>
                                                              <w:marBottom w:val="0"/>
                                                              <w:divBdr>
                                                                <w:top w:val="none" w:sz="0" w:space="0" w:color="auto"/>
                                                                <w:left w:val="none" w:sz="0" w:space="0" w:color="auto"/>
                                                                <w:bottom w:val="none" w:sz="0" w:space="0" w:color="auto"/>
                                                                <w:right w:val="none" w:sz="0" w:space="0" w:color="auto"/>
                                                              </w:divBdr>
                                                              <w:divsChild>
                                                                <w:div w:id="171588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50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482750">
                                              <w:marLeft w:val="0"/>
                                              <w:marRight w:val="0"/>
                                              <w:marTop w:val="0"/>
                                              <w:marBottom w:val="0"/>
                                              <w:divBdr>
                                                <w:top w:val="none" w:sz="0" w:space="0" w:color="auto"/>
                                                <w:left w:val="none" w:sz="0" w:space="0" w:color="auto"/>
                                                <w:bottom w:val="none" w:sz="0" w:space="0" w:color="auto"/>
                                                <w:right w:val="none" w:sz="0" w:space="0" w:color="auto"/>
                                              </w:divBdr>
                                              <w:divsChild>
                                                <w:div w:id="209578248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401098599">
                                      <w:marLeft w:val="0"/>
                                      <w:marRight w:val="0"/>
                                      <w:marTop w:val="0"/>
                                      <w:marBottom w:val="0"/>
                                      <w:divBdr>
                                        <w:top w:val="none" w:sz="0" w:space="0" w:color="auto"/>
                                        <w:left w:val="none" w:sz="0" w:space="0" w:color="auto"/>
                                        <w:bottom w:val="none" w:sz="0" w:space="0" w:color="auto"/>
                                        <w:right w:val="none" w:sz="0" w:space="0" w:color="auto"/>
                                      </w:divBdr>
                                      <w:divsChild>
                                        <w:div w:id="122120320">
                                          <w:marLeft w:val="0"/>
                                          <w:marRight w:val="0"/>
                                          <w:marTop w:val="0"/>
                                          <w:marBottom w:val="0"/>
                                          <w:divBdr>
                                            <w:top w:val="none" w:sz="0" w:space="0" w:color="auto"/>
                                            <w:left w:val="none" w:sz="0" w:space="0" w:color="auto"/>
                                            <w:bottom w:val="none" w:sz="0" w:space="0" w:color="auto"/>
                                            <w:right w:val="none" w:sz="0" w:space="0" w:color="auto"/>
                                          </w:divBdr>
                                          <w:divsChild>
                                            <w:div w:id="1914965977">
                                              <w:marLeft w:val="0"/>
                                              <w:marRight w:val="0"/>
                                              <w:marTop w:val="0"/>
                                              <w:marBottom w:val="0"/>
                                              <w:divBdr>
                                                <w:top w:val="none" w:sz="0" w:space="0" w:color="auto"/>
                                                <w:left w:val="none" w:sz="0" w:space="0" w:color="auto"/>
                                                <w:bottom w:val="none" w:sz="0" w:space="0" w:color="auto"/>
                                                <w:right w:val="none" w:sz="0" w:space="0" w:color="auto"/>
                                              </w:divBdr>
                                              <w:divsChild>
                                                <w:div w:id="345837382">
                                                  <w:marLeft w:val="0"/>
                                                  <w:marRight w:val="0"/>
                                                  <w:marTop w:val="0"/>
                                                  <w:marBottom w:val="0"/>
                                                  <w:divBdr>
                                                    <w:top w:val="none" w:sz="0" w:space="0" w:color="auto"/>
                                                    <w:left w:val="none" w:sz="0" w:space="0" w:color="auto"/>
                                                    <w:bottom w:val="none" w:sz="0" w:space="0" w:color="auto"/>
                                                    <w:right w:val="none" w:sz="0" w:space="0" w:color="auto"/>
                                                  </w:divBdr>
                                                  <w:divsChild>
                                                    <w:div w:id="40591583">
                                                      <w:marLeft w:val="0"/>
                                                      <w:marRight w:val="0"/>
                                                      <w:marTop w:val="180"/>
                                                      <w:marBottom w:val="240"/>
                                                      <w:divBdr>
                                                        <w:top w:val="none" w:sz="0" w:space="0" w:color="auto"/>
                                                        <w:left w:val="none" w:sz="0" w:space="0" w:color="auto"/>
                                                        <w:bottom w:val="none" w:sz="0" w:space="0" w:color="auto"/>
                                                        <w:right w:val="none" w:sz="0" w:space="0" w:color="auto"/>
                                                      </w:divBdr>
                                                    </w:div>
                                                    <w:div w:id="35472532">
                                                      <w:marLeft w:val="0"/>
                                                      <w:marRight w:val="0"/>
                                                      <w:marTop w:val="180"/>
                                                      <w:marBottom w:val="240"/>
                                                      <w:divBdr>
                                                        <w:top w:val="none" w:sz="0" w:space="0" w:color="auto"/>
                                                        <w:left w:val="none" w:sz="0" w:space="0" w:color="auto"/>
                                                        <w:bottom w:val="none" w:sz="0" w:space="0" w:color="auto"/>
                                                        <w:right w:val="none" w:sz="0" w:space="0" w:color="auto"/>
                                                      </w:divBdr>
                                                    </w:div>
                                                    <w:div w:id="1962687589">
                                                      <w:marLeft w:val="0"/>
                                                      <w:marRight w:val="0"/>
                                                      <w:marTop w:val="360"/>
                                                      <w:marBottom w:val="180"/>
                                                      <w:divBdr>
                                                        <w:top w:val="none" w:sz="0" w:space="0" w:color="auto"/>
                                                        <w:left w:val="none" w:sz="0" w:space="0" w:color="auto"/>
                                                        <w:bottom w:val="none" w:sz="0" w:space="0" w:color="auto"/>
                                                        <w:right w:val="none" w:sz="0" w:space="0" w:color="auto"/>
                                                      </w:divBdr>
                                                    </w:div>
                                                    <w:div w:id="226500362">
                                                      <w:marLeft w:val="0"/>
                                                      <w:marRight w:val="0"/>
                                                      <w:marTop w:val="180"/>
                                                      <w:marBottom w:val="240"/>
                                                      <w:divBdr>
                                                        <w:top w:val="none" w:sz="0" w:space="0" w:color="auto"/>
                                                        <w:left w:val="none" w:sz="0" w:space="0" w:color="auto"/>
                                                        <w:bottom w:val="none" w:sz="0" w:space="0" w:color="auto"/>
                                                        <w:right w:val="none" w:sz="0" w:space="0" w:color="auto"/>
                                                      </w:divBdr>
                                                    </w:div>
                                                    <w:div w:id="1522553721">
                                                      <w:marLeft w:val="0"/>
                                                      <w:marRight w:val="0"/>
                                                      <w:marTop w:val="180"/>
                                                      <w:marBottom w:val="240"/>
                                                      <w:divBdr>
                                                        <w:top w:val="none" w:sz="0" w:space="0" w:color="auto"/>
                                                        <w:left w:val="none" w:sz="0" w:space="0" w:color="auto"/>
                                                        <w:bottom w:val="none" w:sz="0" w:space="0" w:color="auto"/>
                                                        <w:right w:val="none" w:sz="0" w:space="0" w:color="auto"/>
                                                      </w:divBdr>
                                                    </w:div>
                                                    <w:div w:id="1469126119">
                                                      <w:marLeft w:val="0"/>
                                                      <w:marRight w:val="0"/>
                                                      <w:marTop w:val="180"/>
                                                      <w:marBottom w:val="240"/>
                                                      <w:divBdr>
                                                        <w:top w:val="none" w:sz="0" w:space="0" w:color="auto"/>
                                                        <w:left w:val="none" w:sz="0" w:space="0" w:color="auto"/>
                                                        <w:bottom w:val="none" w:sz="0" w:space="0" w:color="auto"/>
                                                        <w:right w:val="none" w:sz="0" w:space="0" w:color="auto"/>
                                                      </w:divBdr>
                                                    </w:div>
                                                    <w:div w:id="1339114084">
                                                      <w:marLeft w:val="0"/>
                                                      <w:marRight w:val="0"/>
                                                      <w:marTop w:val="180"/>
                                                      <w:marBottom w:val="240"/>
                                                      <w:divBdr>
                                                        <w:top w:val="none" w:sz="0" w:space="0" w:color="auto"/>
                                                        <w:left w:val="none" w:sz="0" w:space="0" w:color="auto"/>
                                                        <w:bottom w:val="none" w:sz="0" w:space="0" w:color="auto"/>
                                                        <w:right w:val="none" w:sz="0" w:space="0" w:color="auto"/>
                                                      </w:divBdr>
                                                    </w:div>
                                                    <w:div w:id="405038288">
                                                      <w:marLeft w:val="0"/>
                                                      <w:marRight w:val="0"/>
                                                      <w:marTop w:val="180"/>
                                                      <w:marBottom w:val="240"/>
                                                      <w:divBdr>
                                                        <w:top w:val="none" w:sz="0" w:space="0" w:color="auto"/>
                                                        <w:left w:val="none" w:sz="0" w:space="0" w:color="auto"/>
                                                        <w:bottom w:val="none" w:sz="0" w:space="0" w:color="auto"/>
                                                        <w:right w:val="none" w:sz="0" w:space="0" w:color="auto"/>
                                                      </w:divBdr>
                                                    </w:div>
                                                    <w:div w:id="38510749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600190170">
                                  <w:marLeft w:val="0"/>
                                  <w:marRight w:val="0"/>
                                  <w:marTop w:val="450"/>
                                  <w:marBottom w:val="0"/>
                                  <w:divBdr>
                                    <w:top w:val="none" w:sz="0" w:space="0" w:color="auto"/>
                                    <w:left w:val="none" w:sz="0" w:space="0" w:color="auto"/>
                                    <w:bottom w:val="none" w:sz="0" w:space="0" w:color="auto"/>
                                    <w:right w:val="none" w:sz="0" w:space="0" w:color="auto"/>
                                  </w:divBdr>
                                  <w:divsChild>
                                    <w:div w:id="250239089">
                                      <w:marLeft w:val="0"/>
                                      <w:marRight w:val="0"/>
                                      <w:marTop w:val="0"/>
                                      <w:marBottom w:val="0"/>
                                      <w:divBdr>
                                        <w:top w:val="none" w:sz="0" w:space="0" w:color="auto"/>
                                        <w:left w:val="none" w:sz="0" w:space="0" w:color="auto"/>
                                        <w:bottom w:val="none" w:sz="0" w:space="0" w:color="auto"/>
                                        <w:right w:val="none" w:sz="0" w:space="0" w:color="auto"/>
                                      </w:divBdr>
                                      <w:divsChild>
                                        <w:div w:id="2011062746">
                                          <w:marLeft w:val="0"/>
                                          <w:marRight w:val="0"/>
                                          <w:marTop w:val="0"/>
                                          <w:marBottom w:val="0"/>
                                          <w:divBdr>
                                            <w:top w:val="none" w:sz="0" w:space="0" w:color="auto"/>
                                            <w:left w:val="none" w:sz="0" w:space="0" w:color="auto"/>
                                            <w:bottom w:val="none" w:sz="0" w:space="0" w:color="auto"/>
                                            <w:right w:val="none" w:sz="0" w:space="0" w:color="auto"/>
                                          </w:divBdr>
                                          <w:divsChild>
                                            <w:div w:id="1422482068">
                                              <w:marLeft w:val="0"/>
                                              <w:marRight w:val="246"/>
                                              <w:marTop w:val="0"/>
                                              <w:marBottom w:val="0"/>
                                              <w:divBdr>
                                                <w:top w:val="none" w:sz="0" w:space="0" w:color="auto"/>
                                                <w:left w:val="none" w:sz="0" w:space="0" w:color="auto"/>
                                                <w:bottom w:val="none" w:sz="0" w:space="0" w:color="auto"/>
                                                <w:right w:val="none" w:sz="0" w:space="0" w:color="auto"/>
                                              </w:divBdr>
                                              <w:divsChild>
                                                <w:div w:id="1357152017">
                                                  <w:marLeft w:val="0"/>
                                                  <w:marRight w:val="0"/>
                                                  <w:marTop w:val="0"/>
                                                  <w:marBottom w:val="0"/>
                                                  <w:divBdr>
                                                    <w:top w:val="none" w:sz="0" w:space="0" w:color="auto"/>
                                                    <w:left w:val="none" w:sz="0" w:space="0" w:color="auto"/>
                                                    <w:bottom w:val="none" w:sz="0" w:space="0" w:color="auto"/>
                                                    <w:right w:val="none" w:sz="0" w:space="0" w:color="auto"/>
                                                  </w:divBdr>
                                                  <w:divsChild>
                                                    <w:div w:id="465658849">
                                                      <w:marLeft w:val="0"/>
                                                      <w:marRight w:val="0"/>
                                                      <w:marTop w:val="0"/>
                                                      <w:marBottom w:val="0"/>
                                                      <w:divBdr>
                                                        <w:top w:val="none" w:sz="0" w:space="0" w:color="auto"/>
                                                        <w:left w:val="none" w:sz="0" w:space="0" w:color="auto"/>
                                                        <w:bottom w:val="none" w:sz="0" w:space="0" w:color="auto"/>
                                                        <w:right w:val="none" w:sz="0" w:space="0" w:color="auto"/>
                                                      </w:divBdr>
                                                      <w:divsChild>
                                                        <w:div w:id="1234510684">
                                                          <w:marLeft w:val="0"/>
                                                          <w:marRight w:val="0"/>
                                                          <w:marTop w:val="0"/>
                                                          <w:marBottom w:val="0"/>
                                                          <w:divBdr>
                                                            <w:top w:val="none" w:sz="0" w:space="0" w:color="auto"/>
                                                            <w:left w:val="none" w:sz="0" w:space="0" w:color="auto"/>
                                                            <w:bottom w:val="none" w:sz="0" w:space="0" w:color="auto"/>
                                                            <w:right w:val="none" w:sz="0" w:space="0" w:color="auto"/>
                                                          </w:divBdr>
                                                          <w:divsChild>
                                                            <w:div w:id="1182864277">
                                                              <w:marLeft w:val="0"/>
                                                              <w:marRight w:val="0"/>
                                                              <w:marTop w:val="0"/>
                                                              <w:marBottom w:val="0"/>
                                                              <w:divBdr>
                                                                <w:top w:val="none" w:sz="0" w:space="0" w:color="auto"/>
                                                                <w:left w:val="none" w:sz="0" w:space="0" w:color="auto"/>
                                                                <w:bottom w:val="none" w:sz="0" w:space="0" w:color="auto"/>
                                                                <w:right w:val="none" w:sz="0" w:space="0" w:color="auto"/>
                                                              </w:divBdr>
                                                              <w:divsChild>
                                                                <w:div w:id="1404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81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245986">
                                              <w:marLeft w:val="0"/>
                                              <w:marRight w:val="0"/>
                                              <w:marTop w:val="0"/>
                                              <w:marBottom w:val="0"/>
                                              <w:divBdr>
                                                <w:top w:val="none" w:sz="0" w:space="0" w:color="auto"/>
                                                <w:left w:val="none" w:sz="0" w:space="0" w:color="auto"/>
                                                <w:bottom w:val="none" w:sz="0" w:space="0" w:color="auto"/>
                                                <w:right w:val="none" w:sz="0" w:space="0" w:color="auto"/>
                                              </w:divBdr>
                                              <w:divsChild>
                                                <w:div w:id="211874544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720325369">
                                      <w:marLeft w:val="0"/>
                                      <w:marRight w:val="0"/>
                                      <w:marTop w:val="0"/>
                                      <w:marBottom w:val="0"/>
                                      <w:divBdr>
                                        <w:top w:val="none" w:sz="0" w:space="0" w:color="auto"/>
                                        <w:left w:val="none" w:sz="0" w:space="0" w:color="auto"/>
                                        <w:bottom w:val="none" w:sz="0" w:space="0" w:color="auto"/>
                                        <w:right w:val="none" w:sz="0" w:space="0" w:color="auto"/>
                                      </w:divBdr>
                                      <w:divsChild>
                                        <w:div w:id="1984505805">
                                          <w:marLeft w:val="0"/>
                                          <w:marRight w:val="0"/>
                                          <w:marTop w:val="0"/>
                                          <w:marBottom w:val="0"/>
                                          <w:divBdr>
                                            <w:top w:val="none" w:sz="0" w:space="0" w:color="auto"/>
                                            <w:left w:val="none" w:sz="0" w:space="0" w:color="auto"/>
                                            <w:bottom w:val="none" w:sz="0" w:space="0" w:color="auto"/>
                                            <w:right w:val="none" w:sz="0" w:space="0" w:color="auto"/>
                                          </w:divBdr>
                                          <w:divsChild>
                                            <w:div w:id="1185360048">
                                              <w:marLeft w:val="0"/>
                                              <w:marRight w:val="0"/>
                                              <w:marTop w:val="0"/>
                                              <w:marBottom w:val="0"/>
                                              <w:divBdr>
                                                <w:top w:val="none" w:sz="0" w:space="0" w:color="auto"/>
                                                <w:left w:val="none" w:sz="0" w:space="0" w:color="auto"/>
                                                <w:bottom w:val="none" w:sz="0" w:space="0" w:color="auto"/>
                                                <w:right w:val="none" w:sz="0" w:space="0" w:color="auto"/>
                                              </w:divBdr>
                                              <w:divsChild>
                                                <w:div w:id="693070577">
                                                  <w:marLeft w:val="0"/>
                                                  <w:marRight w:val="0"/>
                                                  <w:marTop w:val="0"/>
                                                  <w:marBottom w:val="0"/>
                                                  <w:divBdr>
                                                    <w:top w:val="none" w:sz="0" w:space="0" w:color="auto"/>
                                                    <w:left w:val="none" w:sz="0" w:space="0" w:color="auto"/>
                                                    <w:bottom w:val="none" w:sz="0" w:space="0" w:color="auto"/>
                                                    <w:right w:val="none" w:sz="0" w:space="0" w:color="auto"/>
                                                  </w:divBdr>
                                                  <w:divsChild>
                                                    <w:div w:id="72507374">
                                                      <w:marLeft w:val="0"/>
                                                      <w:marRight w:val="0"/>
                                                      <w:marTop w:val="180"/>
                                                      <w:marBottom w:val="240"/>
                                                      <w:divBdr>
                                                        <w:top w:val="none" w:sz="0" w:space="0" w:color="auto"/>
                                                        <w:left w:val="none" w:sz="0" w:space="0" w:color="auto"/>
                                                        <w:bottom w:val="none" w:sz="0" w:space="0" w:color="auto"/>
                                                        <w:right w:val="none" w:sz="0" w:space="0" w:color="auto"/>
                                                      </w:divBdr>
                                                    </w:div>
                                                    <w:div w:id="1653172320">
                                                      <w:marLeft w:val="0"/>
                                                      <w:marRight w:val="0"/>
                                                      <w:marTop w:val="180"/>
                                                      <w:marBottom w:val="240"/>
                                                      <w:divBdr>
                                                        <w:top w:val="none" w:sz="0" w:space="0" w:color="auto"/>
                                                        <w:left w:val="none" w:sz="0" w:space="0" w:color="auto"/>
                                                        <w:bottom w:val="none" w:sz="0" w:space="0" w:color="auto"/>
                                                        <w:right w:val="none" w:sz="0" w:space="0" w:color="auto"/>
                                                      </w:divBdr>
                                                    </w:div>
                                                    <w:div w:id="1025668746">
                                                      <w:marLeft w:val="0"/>
                                                      <w:marRight w:val="0"/>
                                                      <w:marTop w:val="180"/>
                                                      <w:marBottom w:val="240"/>
                                                      <w:divBdr>
                                                        <w:top w:val="none" w:sz="0" w:space="0" w:color="auto"/>
                                                        <w:left w:val="none" w:sz="0" w:space="0" w:color="auto"/>
                                                        <w:bottom w:val="none" w:sz="0" w:space="0" w:color="auto"/>
                                                        <w:right w:val="none" w:sz="0" w:space="0" w:color="auto"/>
                                                      </w:divBdr>
                                                    </w:div>
                                                    <w:div w:id="92742705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773792523">
                                  <w:marLeft w:val="0"/>
                                  <w:marRight w:val="0"/>
                                  <w:marTop w:val="450"/>
                                  <w:marBottom w:val="0"/>
                                  <w:divBdr>
                                    <w:top w:val="none" w:sz="0" w:space="0" w:color="auto"/>
                                    <w:left w:val="none" w:sz="0" w:space="0" w:color="auto"/>
                                    <w:bottom w:val="none" w:sz="0" w:space="0" w:color="auto"/>
                                    <w:right w:val="none" w:sz="0" w:space="0" w:color="auto"/>
                                  </w:divBdr>
                                  <w:divsChild>
                                    <w:div w:id="632060744">
                                      <w:marLeft w:val="0"/>
                                      <w:marRight w:val="0"/>
                                      <w:marTop w:val="0"/>
                                      <w:marBottom w:val="0"/>
                                      <w:divBdr>
                                        <w:top w:val="none" w:sz="0" w:space="0" w:color="auto"/>
                                        <w:left w:val="none" w:sz="0" w:space="0" w:color="auto"/>
                                        <w:bottom w:val="none" w:sz="0" w:space="0" w:color="auto"/>
                                        <w:right w:val="none" w:sz="0" w:space="0" w:color="auto"/>
                                      </w:divBdr>
                                      <w:divsChild>
                                        <w:div w:id="1112280746">
                                          <w:marLeft w:val="0"/>
                                          <w:marRight w:val="0"/>
                                          <w:marTop w:val="0"/>
                                          <w:marBottom w:val="0"/>
                                          <w:divBdr>
                                            <w:top w:val="none" w:sz="0" w:space="0" w:color="auto"/>
                                            <w:left w:val="none" w:sz="0" w:space="0" w:color="auto"/>
                                            <w:bottom w:val="none" w:sz="0" w:space="0" w:color="auto"/>
                                            <w:right w:val="none" w:sz="0" w:space="0" w:color="auto"/>
                                          </w:divBdr>
                                          <w:divsChild>
                                            <w:div w:id="1630277449">
                                              <w:marLeft w:val="0"/>
                                              <w:marRight w:val="1820"/>
                                              <w:marTop w:val="0"/>
                                              <w:marBottom w:val="0"/>
                                              <w:divBdr>
                                                <w:top w:val="none" w:sz="0" w:space="0" w:color="auto"/>
                                                <w:left w:val="none" w:sz="0" w:space="0" w:color="auto"/>
                                                <w:bottom w:val="none" w:sz="0" w:space="0" w:color="auto"/>
                                                <w:right w:val="none" w:sz="0" w:space="0" w:color="auto"/>
                                              </w:divBdr>
                                              <w:divsChild>
                                                <w:div w:id="427698141">
                                                  <w:marLeft w:val="0"/>
                                                  <w:marRight w:val="0"/>
                                                  <w:marTop w:val="0"/>
                                                  <w:marBottom w:val="0"/>
                                                  <w:divBdr>
                                                    <w:top w:val="none" w:sz="0" w:space="0" w:color="auto"/>
                                                    <w:left w:val="none" w:sz="0" w:space="0" w:color="auto"/>
                                                    <w:bottom w:val="none" w:sz="0" w:space="0" w:color="auto"/>
                                                    <w:right w:val="none" w:sz="0" w:space="0" w:color="auto"/>
                                                  </w:divBdr>
                                                  <w:divsChild>
                                                    <w:div w:id="947589362">
                                                      <w:marLeft w:val="0"/>
                                                      <w:marRight w:val="0"/>
                                                      <w:marTop w:val="0"/>
                                                      <w:marBottom w:val="0"/>
                                                      <w:divBdr>
                                                        <w:top w:val="none" w:sz="0" w:space="0" w:color="auto"/>
                                                        <w:left w:val="none" w:sz="0" w:space="0" w:color="auto"/>
                                                        <w:bottom w:val="none" w:sz="0" w:space="0" w:color="auto"/>
                                                        <w:right w:val="none" w:sz="0" w:space="0" w:color="auto"/>
                                                      </w:divBdr>
                                                      <w:divsChild>
                                                        <w:div w:id="1987855076">
                                                          <w:marLeft w:val="0"/>
                                                          <w:marRight w:val="0"/>
                                                          <w:marTop w:val="0"/>
                                                          <w:marBottom w:val="0"/>
                                                          <w:divBdr>
                                                            <w:top w:val="none" w:sz="0" w:space="0" w:color="auto"/>
                                                            <w:left w:val="none" w:sz="0" w:space="0" w:color="auto"/>
                                                            <w:bottom w:val="none" w:sz="0" w:space="0" w:color="auto"/>
                                                            <w:right w:val="none" w:sz="0" w:space="0" w:color="auto"/>
                                                          </w:divBdr>
                                                          <w:divsChild>
                                                            <w:div w:id="691615264">
                                                              <w:marLeft w:val="0"/>
                                                              <w:marRight w:val="0"/>
                                                              <w:marTop w:val="0"/>
                                                              <w:marBottom w:val="0"/>
                                                              <w:divBdr>
                                                                <w:top w:val="none" w:sz="0" w:space="0" w:color="auto"/>
                                                                <w:left w:val="none" w:sz="0" w:space="0" w:color="auto"/>
                                                                <w:bottom w:val="none" w:sz="0" w:space="0" w:color="auto"/>
                                                                <w:right w:val="none" w:sz="0" w:space="0" w:color="auto"/>
                                                              </w:divBdr>
                                                              <w:divsChild>
                                                                <w:div w:id="72144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5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35271">
                                              <w:marLeft w:val="0"/>
                                              <w:marRight w:val="0"/>
                                              <w:marTop w:val="0"/>
                                              <w:marBottom w:val="0"/>
                                              <w:divBdr>
                                                <w:top w:val="none" w:sz="0" w:space="0" w:color="auto"/>
                                                <w:left w:val="none" w:sz="0" w:space="0" w:color="auto"/>
                                                <w:bottom w:val="none" w:sz="0" w:space="0" w:color="auto"/>
                                                <w:right w:val="none" w:sz="0" w:space="0" w:color="auto"/>
                                              </w:divBdr>
                                              <w:divsChild>
                                                <w:div w:id="181012717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314212206">
                                      <w:marLeft w:val="0"/>
                                      <w:marRight w:val="0"/>
                                      <w:marTop w:val="0"/>
                                      <w:marBottom w:val="0"/>
                                      <w:divBdr>
                                        <w:top w:val="none" w:sz="0" w:space="0" w:color="auto"/>
                                        <w:left w:val="none" w:sz="0" w:space="0" w:color="auto"/>
                                        <w:bottom w:val="none" w:sz="0" w:space="0" w:color="auto"/>
                                        <w:right w:val="none" w:sz="0" w:space="0" w:color="auto"/>
                                      </w:divBdr>
                                      <w:divsChild>
                                        <w:div w:id="859320669">
                                          <w:marLeft w:val="0"/>
                                          <w:marRight w:val="0"/>
                                          <w:marTop w:val="0"/>
                                          <w:marBottom w:val="0"/>
                                          <w:divBdr>
                                            <w:top w:val="none" w:sz="0" w:space="0" w:color="auto"/>
                                            <w:left w:val="none" w:sz="0" w:space="0" w:color="auto"/>
                                            <w:bottom w:val="none" w:sz="0" w:space="0" w:color="auto"/>
                                            <w:right w:val="none" w:sz="0" w:space="0" w:color="auto"/>
                                          </w:divBdr>
                                          <w:divsChild>
                                            <w:div w:id="1920094408">
                                              <w:marLeft w:val="0"/>
                                              <w:marRight w:val="0"/>
                                              <w:marTop w:val="0"/>
                                              <w:marBottom w:val="0"/>
                                              <w:divBdr>
                                                <w:top w:val="none" w:sz="0" w:space="0" w:color="auto"/>
                                                <w:left w:val="none" w:sz="0" w:space="0" w:color="auto"/>
                                                <w:bottom w:val="none" w:sz="0" w:space="0" w:color="auto"/>
                                                <w:right w:val="none" w:sz="0" w:space="0" w:color="auto"/>
                                              </w:divBdr>
                                              <w:divsChild>
                                                <w:div w:id="1689256346">
                                                  <w:marLeft w:val="0"/>
                                                  <w:marRight w:val="0"/>
                                                  <w:marTop w:val="0"/>
                                                  <w:marBottom w:val="0"/>
                                                  <w:divBdr>
                                                    <w:top w:val="none" w:sz="0" w:space="0" w:color="auto"/>
                                                    <w:left w:val="none" w:sz="0" w:space="0" w:color="auto"/>
                                                    <w:bottom w:val="none" w:sz="0" w:space="0" w:color="auto"/>
                                                    <w:right w:val="none" w:sz="0" w:space="0" w:color="auto"/>
                                                  </w:divBdr>
                                                  <w:divsChild>
                                                    <w:div w:id="878588985">
                                                      <w:marLeft w:val="0"/>
                                                      <w:marRight w:val="0"/>
                                                      <w:marTop w:val="180"/>
                                                      <w:marBottom w:val="240"/>
                                                      <w:divBdr>
                                                        <w:top w:val="none" w:sz="0" w:space="0" w:color="auto"/>
                                                        <w:left w:val="none" w:sz="0" w:space="0" w:color="auto"/>
                                                        <w:bottom w:val="none" w:sz="0" w:space="0" w:color="auto"/>
                                                        <w:right w:val="none" w:sz="0" w:space="0" w:color="auto"/>
                                                      </w:divBdr>
                                                    </w:div>
                                                    <w:div w:id="307395876">
                                                      <w:marLeft w:val="0"/>
                                                      <w:marRight w:val="0"/>
                                                      <w:marTop w:val="180"/>
                                                      <w:marBottom w:val="240"/>
                                                      <w:divBdr>
                                                        <w:top w:val="none" w:sz="0" w:space="0" w:color="auto"/>
                                                        <w:left w:val="none" w:sz="0" w:space="0" w:color="auto"/>
                                                        <w:bottom w:val="none" w:sz="0" w:space="0" w:color="auto"/>
                                                        <w:right w:val="none" w:sz="0" w:space="0" w:color="auto"/>
                                                      </w:divBdr>
                                                    </w:div>
                                                    <w:div w:id="1900626893">
                                                      <w:marLeft w:val="0"/>
                                                      <w:marRight w:val="0"/>
                                                      <w:marTop w:val="180"/>
                                                      <w:marBottom w:val="240"/>
                                                      <w:divBdr>
                                                        <w:top w:val="none" w:sz="0" w:space="0" w:color="auto"/>
                                                        <w:left w:val="none" w:sz="0" w:space="0" w:color="auto"/>
                                                        <w:bottom w:val="none" w:sz="0" w:space="0" w:color="auto"/>
                                                        <w:right w:val="none" w:sz="0" w:space="0" w:color="auto"/>
                                                      </w:divBdr>
                                                    </w:div>
                                                    <w:div w:id="81935060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518346228">
                                  <w:marLeft w:val="0"/>
                                  <w:marRight w:val="0"/>
                                  <w:marTop w:val="450"/>
                                  <w:marBottom w:val="0"/>
                                  <w:divBdr>
                                    <w:top w:val="none" w:sz="0" w:space="0" w:color="auto"/>
                                    <w:left w:val="none" w:sz="0" w:space="0" w:color="auto"/>
                                    <w:bottom w:val="none" w:sz="0" w:space="0" w:color="auto"/>
                                    <w:right w:val="none" w:sz="0" w:space="0" w:color="auto"/>
                                  </w:divBdr>
                                  <w:divsChild>
                                    <w:div w:id="1907766764">
                                      <w:marLeft w:val="0"/>
                                      <w:marRight w:val="0"/>
                                      <w:marTop w:val="0"/>
                                      <w:marBottom w:val="0"/>
                                      <w:divBdr>
                                        <w:top w:val="none" w:sz="0" w:space="0" w:color="auto"/>
                                        <w:left w:val="none" w:sz="0" w:space="0" w:color="auto"/>
                                        <w:bottom w:val="none" w:sz="0" w:space="0" w:color="auto"/>
                                        <w:right w:val="none" w:sz="0" w:space="0" w:color="auto"/>
                                      </w:divBdr>
                                      <w:divsChild>
                                        <w:div w:id="2024359130">
                                          <w:marLeft w:val="0"/>
                                          <w:marRight w:val="0"/>
                                          <w:marTop w:val="0"/>
                                          <w:marBottom w:val="0"/>
                                          <w:divBdr>
                                            <w:top w:val="none" w:sz="0" w:space="0" w:color="auto"/>
                                            <w:left w:val="none" w:sz="0" w:space="0" w:color="auto"/>
                                            <w:bottom w:val="none" w:sz="0" w:space="0" w:color="auto"/>
                                            <w:right w:val="none" w:sz="0" w:space="0" w:color="auto"/>
                                          </w:divBdr>
                                          <w:divsChild>
                                            <w:div w:id="12849674">
                                              <w:marLeft w:val="0"/>
                                              <w:marRight w:val="3360"/>
                                              <w:marTop w:val="0"/>
                                              <w:marBottom w:val="0"/>
                                              <w:divBdr>
                                                <w:top w:val="none" w:sz="0" w:space="0" w:color="auto"/>
                                                <w:left w:val="none" w:sz="0" w:space="0" w:color="auto"/>
                                                <w:bottom w:val="none" w:sz="0" w:space="0" w:color="auto"/>
                                                <w:right w:val="none" w:sz="0" w:space="0" w:color="auto"/>
                                              </w:divBdr>
                                              <w:divsChild>
                                                <w:div w:id="1196968828">
                                                  <w:marLeft w:val="0"/>
                                                  <w:marRight w:val="0"/>
                                                  <w:marTop w:val="0"/>
                                                  <w:marBottom w:val="0"/>
                                                  <w:divBdr>
                                                    <w:top w:val="none" w:sz="0" w:space="0" w:color="auto"/>
                                                    <w:left w:val="none" w:sz="0" w:space="0" w:color="auto"/>
                                                    <w:bottom w:val="none" w:sz="0" w:space="0" w:color="auto"/>
                                                    <w:right w:val="none" w:sz="0" w:space="0" w:color="auto"/>
                                                  </w:divBdr>
                                                  <w:divsChild>
                                                    <w:div w:id="618679433">
                                                      <w:marLeft w:val="0"/>
                                                      <w:marRight w:val="0"/>
                                                      <w:marTop w:val="0"/>
                                                      <w:marBottom w:val="0"/>
                                                      <w:divBdr>
                                                        <w:top w:val="none" w:sz="0" w:space="0" w:color="auto"/>
                                                        <w:left w:val="none" w:sz="0" w:space="0" w:color="auto"/>
                                                        <w:bottom w:val="none" w:sz="0" w:space="0" w:color="auto"/>
                                                        <w:right w:val="none" w:sz="0" w:space="0" w:color="auto"/>
                                                      </w:divBdr>
                                                      <w:divsChild>
                                                        <w:div w:id="496767525">
                                                          <w:marLeft w:val="0"/>
                                                          <w:marRight w:val="0"/>
                                                          <w:marTop w:val="0"/>
                                                          <w:marBottom w:val="0"/>
                                                          <w:divBdr>
                                                            <w:top w:val="none" w:sz="0" w:space="0" w:color="auto"/>
                                                            <w:left w:val="none" w:sz="0" w:space="0" w:color="auto"/>
                                                            <w:bottom w:val="none" w:sz="0" w:space="0" w:color="auto"/>
                                                            <w:right w:val="none" w:sz="0" w:space="0" w:color="auto"/>
                                                          </w:divBdr>
                                                          <w:divsChild>
                                                            <w:div w:id="1700424462">
                                                              <w:marLeft w:val="0"/>
                                                              <w:marRight w:val="0"/>
                                                              <w:marTop w:val="0"/>
                                                              <w:marBottom w:val="0"/>
                                                              <w:divBdr>
                                                                <w:top w:val="none" w:sz="0" w:space="0" w:color="auto"/>
                                                                <w:left w:val="none" w:sz="0" w:space="0" w:color="auto"/>
                                                                <w:bottom w:val="none" w:sz="0" w:space="0" w:color="auto"/>
                                                                <w:right w:val="none" w:sz="0" w:space="0" w:color="auto"/>
                                                              </w:divBdr>
                                                              <w:divsChild>
                                                                <w:div w:id="161895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49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865177">
                                              <w:marLeft w:val="0"/>
                                              <w:marRight w:val="0"/>
                                              <w:marTop w:val="0"/>
                                              <w:marBottom w:val="0"/>
                                              <w:divBdr>
                                                <w:top w:val="none" w:sz="0" w:space="0" w:color="auto"/>
                                                <w:left w:val="none" w:sz="0" w:space="0" w:color="auto"/>
                                                <w:bottom w:val="none" w:sz="0" w:space="0" w:color="auto"/>
                                                <w:right w:val="none" w:sz="0" w:space="0" w:color="auto"/>
                                              </w:divBdr>
                                              <w:divsChild>
                                                <w:div w:id="60962343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96414715">
                                      <w:marLeft w:val="0"/>
                                      <w:marRight w:val="0"/>
                                      <w:marTop w:val="0"/>
                                      <w:marBottom w:val="0"/>
                                      <w:divBdr>
                                        <w:top w:val="none" w:sz="0" w:space="0" w:color="auto"/>
                                        <w:left w:val="none" w:sz="0" w:space="0" w:color="auto"/>
                                        <w:bottom w:val="none" w:sz="0" w:space="0" w:color="auto"/>
                                        <w:right w:val="none" w:sz="0" w:space="0" w:color="auto"/>
                                      </w:divBdr>
                                      <w:divsChild>
                                        <w:div w:id="1513570342">
                                          <w:marLeft w:val="0"/>
                                          <w:marRight w:val="0"/>
                                          <w:marTop w:val="0"/>
                                          <w:marBottom w:val="0"/>
                                          <w:divBdr>
                                            <w:top w:val="none" w:sz="0" w:space="0" w:color="auto"/>
                                            <w:left w:val="none" w:sz="0" w:space="0" w:color="auto"/>
                                            <w:bottom w:val="none" w:sz="0" w:space="0" w:color="auto"/>
                                            <w:right w:val="none" w:sz="0" w:space="0" w:color="auto"/>
                                          </w:divBdr>
                                          <w:divsChild>
                                            <w:div w:id="2586915">
                                              <w:marLeft w:val="0"/>
                                              <w:marRight w:val="0"/>
                                              <w:marTop w:val="0"/>
                                              <w:marBottom w:val="0"/>
                                              <w:divBdr>
                                                <w:top w:val="none" w:sz="0" w:space="0" w:color="auto"/>
                                                <w:left w:val="none" w:sz="0" w:space="0" w:color="auto"/>
                                                <w:bottom w:val="none" w:sz="0" w:space="0" w:color="auto"/>
                                                <w:right w:val="none" w:sz="0" w:space="0" w:color="auto"/>
                                              </w:divBdr>
                                              <w:divsChild>
                                                <w:div w:id="1784807551">
                                                  <w:marLeft w:val="0"/>
                                                  <w:marRight w:val="0"/>
                                                  <w:marTop w:val="0"/>
                                                  <w:marBottom w:val="0"/>
                                                  <w:divBdr>
                                                    <w:top w:val="none" w:sz="0" w:space="0" w:color="auto"/>
                                                    <w:left w:val="none" w:sz="0" w:space="0" w:color="auto"/>
                                                    <w:bottom w:val="none" w:sz="0" w:space="0" w:color="auto"/>
                                                    <w:right w:val="none" w:sz="0" w:space="0" w:color="auto"/>
                                                  </w:divBdr>
                                                  <w:divsChild>
                                                    <w:div w:id="1088111641">
                                                      <w:marLeft w:val="0"/>
                                                      <w:marRight w:val="0"/>
                                                      <w:marTop w:val="180"/>
                                                      <w:marBottom w:val="240"/>
                                                      <w:divBdr>
                                                        <w:top w:val="none" w:sz="0" w:space="0" w:color="auto"/>
                                                        <w:left w:val="none" w:sz="0" w:space="0" w:color="auto"/>
                                                        <w:bottom w:val="none" w:sz="0" w:space="0" w:color="auto"/>
                                                        <w:right w:val="none" w:sz="0" w:space="0" w:color="auto"/>
                                                      </w:divBdr>
                                                    </w:div>
                                                    <w:div w:id="561795538">
                                                      <w:marLeft w:val="0"/>
                                                      <w:marRight w:val="0"/>
                                                      <w:marTop w:val="180"/>
                                                      <w:marBottom w:val="240"/>
                                                      <w:divBdr>
                                                        <w:top w:val="none" w:sz="0" w:space="0" w:color="auto"/>
                                                        <w:left w:val="none" w:sz="0" w:space="0" w:color="auto"/>
                                                        <w:bottom w:val="none" w:sz="0" w:space="0" w:color="auto"/>
                                                        <w:right w:val="none" w:sz="0" w:space="0" w:color="auto"/>
                                                      </w:divBdr>
                                                    </w:div>
                                                    <w:div w:id="1570649520">
                                                      <w:marLeft w:val="0"/>
                                                      <w:marRight w:val="0"/>
                                                      <w:marTop w:val="180"/>
                                                      <w:marBottom w:val="240"/>
                                                      <w:divBdr>
                                                        <w:top w:val="none" w:sz="0" w:space="0" w:color="auto"/>
                                                        <w:left w:val="none" w:sz="0" w:space="0" w:color="auto"/>
                                                        <w:bottom w:val="none" w:sz="0" w:space="0" w:color="auto"/>
                                                        <w:right w:val="none" w:sz="0" w:space="0" w:color="auto"/>
                                                      </w:divBdr>
                                                    </w:div>
                                                    <w:div w:id="704257237">
                                                      <w:marLeft w:val="0"/>
                                                      <w:marRight w:val="0"/>
                                                      <w:marTop w:val="180"/>
                                                      <w:marBottom w:val="240"/>
                                                      <w:divBdr>
                                                        <w:top w:val="none" w:sz="0" w:space="0" w:color="auto"/>
                                                        <w:left w:val="none" w:sz="0" w:space="0" w:color="auto"/>
                                                        <w:bottom w:val="none" w:sz="0" w:space="0" w:color="auto"/>
                                                        <w:right w:val="none" w:sz="0" w:space="0" w:color="auto"/>
                                                      </w:divBdr>
                                                    </w:div>
                                                    <w:div w:id="1247955105">
                                                      <w:marLeft w:val="0"/>
                                                      <w:marRight w:val="0"/>
                                                      <w:marTop w:val="0"/>
                                                      <w:marBottom w:val="0"/>
                                                      <w:divBdr>
                                                        <w:top w:val="none" w:sz="0" w:space="0" w:color="auto"/>
                                                        <w:left w:val="none" w:sz="0" w:space="0" w:color="auto"/>
                                                        <w:bottom w:val="none" w:sz="0" w:space="0" w:color="auto"/>
                                                        <w:right w:val="none" w:sz="0" w:space="0" w:color="auto"/>
                                                      </w:divBdr>
                                                      <w:divsChild>
                                                        <w:div w:id="1226336769">
                                                          <w:marLeft w:val="0"/>
                                                          <w:marRight w:val="0"/>
                                                          <w:marTop w:val="60"/>
                                                          <w:marBottom w:val="0"/>
                                                          <w:divBdr>
                                                            <w:top w:val="none" w:sz="0" w:space="0" w:color="auto"/>
                                                            <w:left w:val="none" w:sz="0" w:space="0" w:color="auto"/>
                                                            <w:bottom w:val="none" w:sz="0" w:space="0" w:color="auto"/>
                                                            <w:right w:val="none" w:sz="0" w:space="0" w:color="auto"/>
                                                          </w:divBdr>
                                                          <w:divsChild>
                                                            <w:div w:id="98717551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6841663">
                                  <w:marLeft w:val="0"/>
                                  <w:marRight w:val="0"/>
                                  <w:marTop w:val="450"/>
                                  <w:marBottom w:val="0"/>
                                  <w:divBdr>
                                    <w:top w:val="none" w:sz="0" w:space="0" w:color="auto"/>
                                    <w:left w:val="none" w:sz="0" w:space="0" w:color="auto"/>
                                    <w:bottom w:val="none" w:sz="0" w:space="0" w:color="auto"/>
                                    <w:right w:val="none" w:sz="0" w:space="0" w:color="auto"/>
                                  </w:divBdr>
                                  <w:divsChild>
                                    <w:div w:id="469327320">
                                      <w:marLeft w:val="0"/>
                                      <w:marRight w:val="0"/>
                                      <w:marTop w:val="0"/>
                                      <w:marBottom w:val="0"/>
                                      <w:divBdr>
                                        <w:top w:val="none" w:sz="0" w:space="0" w:color="auto"/>
                                        <w:left w:val="none" w:sz="0" w:space="0" w:color="auto"/>
                                        <w:bottom w:val="none" w:sz="0" w:space="0" w:color="auto"/>
                                        <w:right w:val="none" w:sz="0" w:space="0" w:color="auto"/>
                                      </w:divBdr>
                                      <w:divsChild>
                                        <w:div w:id="1653480821">
                                          <w:marLeft w:val="0"/>
                                          <w:marRight w:val="0"/>
                                          <w:marTop w:val="0"/>
                                          <w:marBottom w:val="0"/>
                                          <w:divBdr>
                                            <w:top w:val="none" w:sz="0" w:space="0" w:color="auto"/>
                                            <w:left w:val="none" w:sz="0" w:space="0" w:color="auto"/>
                                            <w:bottom w:val="none" w:sz="0" w:space="0" w:color="auto"/>
                                            <w:right w:val="none" w:sz="0" w:space="0" w:color="auto"/>
                                          </w:divBdr>
                                          <w:divsChild>
                                            <w:div w:id="1321159027">
                                              <w:marLeft w:val="0"/>
                                              <w:marRight w:val="4100"/>
                                              <w:marTop w:val="0"/>
                                              <w:marBottom w:val="0"/>
                                              <w:divBdr>
                                                <w:top w:val="none" w:sz="0" w:space="0" w:color="auto"/>
                                                <w:left w:val="none" w:sz="0" w:space="0" w:color="auto"/>
                                                <w:bottom w:val="none" w:sz="0" w:space="0" w:color="auto"/>
                                                <w:right w:val="none" w:sz="0" w:space="0" w:color="auto"/>
                                              </w:divBdr>
                                              <w:divsChild>
                                                <w:div w:id="1050887725">
                                                  <w:marLeft w:val="0"/>
                                                  <w:marRight w:val="0"/>
                                                  <w:marTop w:val="0"/>
                                                  <w:marBottom w:val="0"/>
                                                  <w:divBdr>
                                                    <w:top w:val="none" w:sz="0" w:space="0" w:color="auto"/>
                                                    <w:left w:val="none" w:sz="0" w:space="0" w:color="auto"/>
                                                    <w:bottom w:val="none" w:sz="0" w:space="0" w:color="auto"/>
                                                    <w:right w:val="none" w:sz="0" w:space="0" w:color="auto"/>
                                                  </w:divBdr>
                                                  <w:divsChild>
                                                    <w:div w:id="1301493405">
                                                      <w:marLeft w:val="0"/>
                                                      <w:marRight w:val="0"/>
                                                      <w:marTop w:val="0"/>
                                                      <w:marBottom w:val="0"/>
                                                      <w:divBdr>
                                                        <w:top w:val="none" w:sz="0" w:space="0" w:color="auto"/>
                                                        <w:left w:val="none" w:sz="0" w:space="0" w:color="auto"/>
                                                        <w:bottom w:val="none" w:sz="0" w:space="0" w:color="auto"/>
                                                        <w:right w:val="none" w:sz="0" w:space="0" w:color="auto"/>
                                                      </w:divBdr>
                                                      <w:divsChild>
                                                        <w:div w:id="1926957533">
                                                          <w:marLeft w:val="0"/>
                                                          <w:marRight w:val="0"/>
                                                          <w:marTop w:val="0"/>
                                                          <w:marBottom w:val="0"/>
                                                          <w:divBdr>
                                                            <w:top w:val="none" w:sz="0" w:space="0" w:color="auto"/>
                                                            <w:left w:val="none" w:sz="0" w:space="0" w:color="auto"/>
                                                            <w:bottom w:val="none" w:sz="0" w:space="0" w:color="auto"/>
                                                            <w:right w:val="none" w:sz="0" w:space="0" w:color="auto"/>
                                                          </w:divBdr>
                                                          <w:divsChild>
                                                            <w:div w:id="1579753861">
                                                              <w:marLeft w:val="0"/>
                                                              <w:marRight w:val="0"/>
                                                              <w:marTop w:val="0"/>
                                                              <w:marBottom w:val="0"/>
                                                              <w:divBdr>
                                                                <w:top w:val="none" w:sz="0" w:space="0" w:color="auto"/>
                                                                <w:left w:val="none" w:sz="0" w:space="0" w:color="auto"/>
                                                                <w:bottom w:val="none" w:sz="0" w:space="0" w:color="auto"/>
                                                                <w:right w:val="none" w:sz="0" w:space="0" w:color="auto"/>
                                                              </w:divBdr>
                                                              <w:divsChild>
                                                                <w:div w:id="148250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5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922162">
                                              <w:marLeft w:val="0"/>
                                              <w:marRight w:val="0"/>
                                              <w:marTop w:val="0"/>
                                              <w:marBottom w:val="0"/>
                                              <w:divBdr>
                                                <w:top w:val="none" w:sz="0" w:space="0" w:color="auto"/>
                                                <w:left w:val="none" w:sz="0" w:space="0" w:color="auto"/>
                                                <w:bottom w:val="none" w:sz="0" w:space="0" w:color="auto"/>
                                                <w:right w:val="none" w:sz="0" w:space="0" w:color="auto"/>
                                              </w:divBdr>
                                              <w:divsChild>
                                                <w:div w:id="150886098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509981061">
                                      <w:marLeft w:val="0"/>
                                      <w:marRight w:val="0"/>
                                      <w:marTop w:val="0"/>
                                      <w:marBottom w:val="0"/>
                                      <w:divBdr>
                                        <w:top w:val="none" w:sz="0" w:space="0" w:color="auto"/>
                                        <w:left w:val="none" w:sz="0" w:space="0" w:color="auto"/>
                                        <w:bottom w:val="none" w:sz="0" w:space="0" w:color="auto"/>
                                        <w:right w:val="none" w:sz="0" w:space="0" w:color="auto"/>
                                      </w:divBdr>
                                      <w:divsChild>
                                        <w:div w:id="1760566336">
                                          <w:marLeft w:val="0"/>
                                          <w:marRight w:val="0"/>
                                          <w:marTop w:val="0"/>
                                          <w:marBottom w:val="0"/>
                                          <w:divBdr>
                                            <w:top w:val="none" w:sz="0" w:space="0" w:color="auto"/>
                                            <w:left w:val="none" w:sz="0" w:space="0" w:color="auto"/>
                                            <w:bottom w:val="none" w:sz="0" w:space="0" w:color="auto"/>
                                            <w:right w:val="none" w:sz="0" w:space="0" w:color="auto"/>
                                          </w:divBdr>
                                          <w:divsChild>
                                            <w:div w:id="1885172233">
                                              <w:marLeft w:val="0"/>
                                              <w:marRight w:val="0"/>
                                              <w:marTop w:val="0"/>
                                              <w:marBottom w:val="0"/>
                                              <w:divBdr>
                                                <w:top w:val="none" w:sz="0" w:space="0" w:color="auto"/>
                                                <w:left w:val="none" w:sz="0" w:space="0" w:color="auto"/>
                                                <w:bottom w:val="none" w:sz="0" w:space="0" w:color="auto"/>
                                                <w:right w:val="none" w:sz="0" w:space="0" w:color="auto"/>
                                              </w:divBdr>
                                              <w:divsChild>
                                                <w:div w:id="1833062078">
                                                  <w:marLeft w:val="0"/>
                                                  <w:marRight w:val="0"/>
                                                  <w:marTop w:val="0"/>
                                                  <w:marBottom w:val="0"/>
                                                  <w:divBdr>
                                                    <w:top w:val="none" w:sz="0" w:space="0" w:color="auto"/>
                                                    <w:left w:val="none" w:sz="0" w:space="0" w:color="auto"/>
                                                    <w:bottom w:val="none" w:sz="0" w:space="0" w:color="auto"/>
                                                    <w:right w:val="none" w:sz="0" w:space="0" w:color="auto"/>
                                                  </w:divBdr>
                                                  <w:divsChild>
                                                    <w:div w:id="1356149460">
                                                      <w:marLeft w:val="0"/>
                                                      <w:marRight w:val="0"/>
                                                      <w:marTop w:val="180"/>
                                                      <w:marBottom w:val="240"/>
                                                      <w:divBdr>
                                                        <w:top w:val="none" w:sz="0" w:space="0" w:color="auto"/>
                                                        <w:left w:val="none" w:sz="0" w:space="0" w:color="auto"/>
                                                        <w:bottom w:val="none" w:sz="0" w:space="0" w:color="auto"/>
                                                        <w:right w:val="none" w:sz="0" w:space="0" w:color="auto"/>
                                                      </w:divBdr>
                                                    </w:div>
                                                    <w:div w:id="2019231725">
                                                      <w:marLeft w:val="0"/>
                                                      <w:marRight w:val="0"/>
                                                      <w:marTop w:val="180"/>
                                                      <w:marBottom w:val="240"/>
                                                      <w:divBdr>
                                                        <w:top w:val="none" w:sz="0" w:space="0" w:color="auto"/>
                                                        <w:left w:val="none" w:sz="0" w:space="0" w:color="auto"/>
                                                        <w:bottom w:val="none" w:sz="0" w:space="0" w:color="auto"/>
                                                        <w:right w:val="none" w:sz="0" w:space="0" w:color="auto"/>
                                                      </w:divBdr>
                                                    </w:div>
                                                    <w:div w:id="729228493">
                                                      <w:marLeft w:val="0"/>
                                                      <w:marRight w:val="0"/>
                                                      <w:marTop w:val="360"/>
                                                      <w:marBottom w:val="180"/>
                                                      <w:divBdr>
                                                        <w:top w:val="none" w:sz="0" w:space="0" w:color="auto"/>
                                                        <w:left w:val="none" w:sz="0" w:space="0" w:color="auto"/>
                                                        <w:bottom w:val="none" w:sz="0" w:space="0" w:color="auto"/>
                                                        <w:right w:val="none" w:sz="0" w:space="0" w:color="auto"/>
                                                      </w:divBdr>
                                                    </w:div>
                                                    <w:div w:id="1404911530">
                                                      <w:marLeft w:val="0"/>
                                                      <w:marRight w:val="0"/>
                                                      <w:marTop w:val="360"/>
                                                      <w:marBottom w:val="180"/>
                                                      <w:divBdr>
                                                        <w:top w:val="none" w:sz="0" w:space="0" w:color="auto"/>
                                                        <w:left w:val="none" w:sz="0" w:space="0" w:color="auto"/>
                                                        <w:bottom w:val="none" w:sz="0" w:space="0" w:color="auto"/>
                                                        <w:right w:val="none" w:sz="0" w:space="0" w:color="auto"/>
                                                      </w:divBdr>
                                                    </w:div>
                                                    <w:div w:id="2072190109">
                                                      <w:marLeft w:val="0"/>
                                                      <w:marRight w:val="0"/>
                                                      <w:marTop w:val="180"/>
                                                      <w:marBottom w:val="240"/>
                                                      <w:divBdr>
                                                        <w:top w:val="none" w:sz="0" w:space="0" w:color="auto"/>
                                                        <w:left w:val="none" w:sz="0" w:space="0" w:color="auto"/>
                                                        <w:bottom w:val="none" w:sz="0" w:space="0" w:color="auto"/>
                                                        <w:right w:val="none" w:sz="0" w:space="0" w:color="auto"/>
                                                      </w:divBdr>
                                                    </w:div>
                                                    <w:div w:id="1416824550">
                                                      <w:marLeft w:val="0"/>
                                                      <w:marRight w:val="0"/>
                                                      <w:marTop w:val="180"/>
                                                      <w:marBottom w:val="240"/>
                                                      <w:divBdr>
                                                        <w:top w:val="none" w:sz="0" w:space="0" w:color="auto"/>
                                                        <w:left w:val="none" w:sz="0" w:space="0" w:color="auto"/>
                                                        <w:bottom w:val="none" w:sz="0" w:space="0" w:color="auto"/>
                                                        <w:right w:val="none" w:sz="0" w:space="0" w:color="auto"/>
                                                      </w:divBdr>
                                                    </w:div>
                                                    <w:div w:id="751662068">
                                                      <w:marLeft w:val="0"/>
                                                      <w:marRight w:val="0"/>
                                                      <w:marTop w:val="360"/>
                                                      <w:marBottom w:val="180"/>
                                                      <w:divBdr>
                                                        <w:top w:val="none" w:sz="0" w:space="0" w:color="auto"/>
                                                        <w:left w:val="none" w:sz="0" w:space="0" w:color="auto"/>
                                                        <w:bottom w:val="none" w:sz="0" w:space="0" w:color="auto"/>
                                                        <w:right w:val="none" w:sz="0" w:space="0" w:color="auto"/>
                                                      </w:divBdr>
                                                    </w:div>
                                                    <w:div w:id="1937059944">
                                                      <w:marLeft w:val="0"/>
                                                      <w:marRight w:val="0"/>
                                                      <w:marTop w:val="360"/>
                                                      <w:marBottom w:val="180"/>
                                                      <w:divBdr>
                                                        <w:top w:val="none" w:sz="0" w:space="0" w:color="auto"/>
                                                        <w:left w:val="none" w:sz="0" w:space="0" w:color="auto"/>
                                                        <w:bottom w:val="none" w:sz="0" w:space="0" w:color="auto"/>
                                                        <w:right w:val="none" w:sz="0" w:space="0" w:color="auto"/>
                                                      </w:divBdr>
                                                    </w:div>
                                                    <w:div w:id="1770003515">
                                                      <w:marLeft w:val="0"/>
                                                      <w:marRight w:val="0"/>
                                                      <w:marTop w:val="360"/>
                                                      <w:marBottom w:val="180"/>
                                                      <w:divBdr>
                                                        <w:top w:val="none" w:sz="0" w:space="0" w:color="auto"/>
                                                        <w:left w:val="none" w:sz="0" w:space="0" w:color="auto"/>
                                                        <w:bottom w:val="none" w:sz="0" w:space="0" w:color="auto"/>
                                                        <w:right w:val="none" w:sz="0" w:space="0" w:color="auto"/>
                                                      </w:divBdr>
                                                    </w:div>
                                                    <w:div w:id="1039471588">
                                                      <w:marLeft w:val="0"/>
                                                      <w:marRight w:val="0"/>
                                                      <w:marTop w:val="360"/>
                                                      <w:marBottom w:val="180"/>
                                                      <w:divBdr>
                                                        <w:top w:val="none" w:sz="0" w:space="0" w:color="auto"/>
                                                        <w:left w:val="none" w:sz="0" w:space="0" w:color="auto"/>
                                                        <w:bottom w:val="none" w:sz="0" w:space="0" w:color="auto"/>
                                                        <w:right w:val="none" w:sz="0" w:space="0" w:color="auto"/>
                                                      </w:divBdr>
                                                    </w:div>
                                                    <w:div w:id="279455395">
                                                      <w:marLeft w:val="0"/>
                                                      <w:marRight w:val="0"/>
                                                      <w:marTop w:val="180"/>
                                                      <w:marBottom w:val="240"/>
                                                      <w:divBdr>
                                                        <w:top w:val="none" w:sz="0" w:space="0" w:color="auto"/>
                                                        <w:left w:val="none" w:sz="0" w:space="0" w:color="auto"/>
                                                        <w:bottom w:val="none" w:sz="0" w:space="0" w:color="auto"/>
                                                        <w:right w:val="none" w:sz="0" w:space="0" w:color="auto"/>
                                                      </w:divBdr>
                                                    </w:div>
                                                    <w:div w:id="1170146304">
                                                      <w:marLeft w:val="0"/>
                                                      <w:marRight w:val="0"/>
                                                      <w:marTop w:val="360"/>
                                                      <w:marBottom w:val="180"/>
                                                      <w:divBdr>
                                                        <w:top w:val="none" w:sz="0" w:space="0" w:color="auto"/>
                                                        <w:left w:val="none" w:sz="0" w:space="0" w:color="auto"/>
                                                        <w:bottom w:val="none" w:sz="0" w:space="0" w:color="auto"/>
                                                        <w:right w:val="none" w:sz="0" w:space="0" w:color="auto"/>
                                                      </w:divBdr>
                                                    </w:div>
                                                    <w:div w:id="161049888">
                                                      <w:marLeft w:val="0"/>
                                                      <w:marRight w:val="0"/>
                                                      <w:marTop w:val="180"/>
                                                      <w:marBottom w:val="240"/>
                                                      <w:divBdr>
                                                        <w:top w:val="none" w:sz="0" w:space="0" w:color="auto"/>
                                                        <w:left w:val="none" w:sz="0" w:space="0" w:color="auto"/>
                                                        <w:bottom w:val="none" w:sz="0" w:space="0" w:color="auto"/>
                                                        <w:right w:val="none" w:sz="0" w:space="0" w:color="auto"/>
                                                      </w:divBdr>
                                                    </w:div>
                                                    <w:div w:id="113909619">
                                                      <w:marLeft w:val="0"/>
                                                      <w:marRight w:val="0"/>
                                                      <w:marTop w:val="360"/>
                                                      <w:marBottom w:val="180"/>
                                                      <w:divBdr>
                                                        <w:top w:val="none" w:sz="0" w:space="0" w:color="auto"/>
                                                        <w:left w:val="none" w:sz="0" w:space="0" w:color="auto"/>
                                                        <w:bottom w:val="none" w:sz="0" w:space="0" w:color="auto"/>
                                                        <w:right w:val="none" w:sz="0" w:space="0" w:color="auto"/>
                                                      </w:divBdr>
                                                    </w:div>
                                                    <w:div w:id="919674733">
                                                      <w:marLeft w:val="0"/>
                                                      <w:marRight w:val="0"/>
                                                      <w:marTop w:val="360"/>
                                                      <w:marBottom w:val="180"/>
                                                      <w:divBdr>
                                                        <w:top w:val="none" w:sz="0" w:space="0" w:color="auto"/>
                                                        <w:left w:val="none" w:sz="0" w:space="0" w:color="auto"/>
                                                        <w:bottom w:val="none" w:sz="0" w:space="0" w:color="auto"/>
                                                        <w:right w:val="none" w:sz="0" w:space="0" w:color="auto"/>
                                                      </w:divBdr>
                                                    </w:div>
                                                    <w:div w:id="2102875878">
                                                      <w:marLeft w:val="0"/>
                                                      <w:marRight w:val="0"/>
                                                      <w:marTop w:val="180"/>
                                                      <w:marBottom w:val="240"/>
                                                      <w:divBdr>
                                                        <w:top w:val="none" w:sz="0" w:space="0" w:color="auto"/>
                                                        <w:left w:val="none" w:sz="0" w:space="0" w:color="auto"/>
                                                        <w:bottom w:val="none" w:sz="0" w:space="0" w:color="auto"/>
                                                        <w:right w:val="none" w:sz="0" w:space="0" w:color="auto"/>
                                                      </w:divBdr>
                                                    </w:div>
                                                    <w:div w:id="1442724527">
                                                      <w:marLeft w:val="0"/>
                                                      <w:marRight w:val="0"/>
                                                      <w:marTop w:val="180"/>
                                                      <w:marBottom w:val="240"/>
                                                      <w:divBdr>
                                                        <w:top w:val="none" w:sz="0" w:space="0" w:color="auto"/>
                                                        <w:left w:val="none" w:sz="0" w:space="0" w:color="auto"/>
                                                        <w:bottom w:val="none" w:sz="0" w:space="0" w:color="auto"/>
                                                        <w:right w:val="none" w:sz="0" w:space="0" w:color="auto"/>
                                                      </w:divBdr>
                                                    </w:div>
                                                    <w:div w:id="314532523">
                                                      <w:marLeft w:val="0"/>
                                                      <w:marRight w:val="0"/>
                                                      <w:marTop w:val="0"/>
                                                      <w:marBottom w:val="0"/>
                                                      <w:divBdr>
                                                        <w:top w:val="none" w:sz="0" w:space="0" w:color="auto"/>
                                                        <w:left w:val="none" w:sz="0" w:space="0" w:color="auto"/>
                                                        <w:bottom w:val="none" w:sz="0" w:space="0" w:color="auto"/>
                                                        <w:right w:val="none" w:sz="0" w:space="0" w:color="auto"/>
                                                      </w:divBdr>
                                                      <w:divsChild>
                                                        <w:div w:id="1585407397">
                                                          <w:marLeft w:val="0"/>
                                                          <w:marRight w:val="0"/>
                                                          <w:marTop w:val="60"/>
                                                          <w:marBottom w:val="0"/>
                                                          <w:divBdr>
                                                            <w:top w:val="none" w:sz="0" w:space="0" w:color="auto"/>
                                                            <w:left w:val="none" w:sz="0" w:space="0" w:color="auto"/>
                                                            <w:bottom w:val="none" w:sz="0" w:space="0" w:color="auto"/>
                                                            <w:right w:val="none" w:sz="0" w:space="0" w:color="auto"/>
                                                          </w:divBdr>
                                                          <w:divsChild>
                                                            <w:div w:id="180508115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527317">
                                  <w:marLeft w:val="0"/>
                                  <w:marRight w:val="0"/>
                                  <w:marTop w:val="450"/>
                                  <w:marBottom w:val="0"/>
                                  <w:divBdr>
                                    <w:top w:val="none" w:sz="0" w:space="0" w:color="auto"/>
                                    <w:left w:val="none" w:sz="0" w:space="0" w:color="auto"/>
                                    <w:bottom w:val="none" w:sz="0" w:space="0" w:color="auto"/>
                                    <w:right w:val="none" w:sz="0" w:space="0" w:color="auto"/>
                                  </w:divBdr>
                                  <w:divsChild>
                                    <w:div w:id="8677253">
                                      <w:marLeft w:val="0"/>
                                      <w:marRight w:val="0"/>
                                      <w:marTop w:val="0"/>
                                      <w:marBottom w:val="0"/>
                                      <w:divBdr>
                                        <w:top w:val="none" w:sz="0" w:space="0" w:color="auto"/>
                                        <w:left w:val="none" w:sz="0" w:space="0" w:color="auto"/>
                                        <w:bottom w:val="none" w:sz="0" w:space="0" w:color="auto"/>
                                        <w:right w:val="none" w:sz="0" w:space="0" w:color="auto"/>
                                      </w:divBdr>
                                      <w:divsChild>
                                        <w:div w:id="2094618600">
                                          <w:marLeft w:val="0"/>
                                          <w:marRight w:val="0"/>
                                          <w:marTop w:val="0"/>
                                          <w:marBottom w:val="0"/>
                                          <w:divBdr>
                                            <w:top w:val="none" w:sz="0" w:space="0" w:color="auto"/>
                                            <w:left w:val="none" w:sz="0" w:space="0" w:color="auto"/>
                                            <w:bottom w:val="none" w:sz="0" w:space="0" w:color="auto"/>
                                            <w:right w:val="none" w:sz="0" w:space="0" w:color="auto"/>
                                          </w:divBdr>
                                          <w:divsChild>
                                            <w:div w:id="2105033161">
                                              <w:marLeft w:val="0"/>
                                              <w:marRight w:val="246"/>
                                              <w:marTop w:val="0"/>
                                              <w:marBottom w:val="0"/>
                                              <w:divBdr>
                                                <w:top w:val="none" w:sz="0" w:space="0" w:color="auto"/>
                                                <w:left w:val="none" w:sz="0" w:space="0" w:color="auto"/>
                                                <w:bottom w:val="none" w:sz="0" w:space="0" w:color="auto"/>
                                                <w:right w:val="none" w:sz="0" w:space="0" w:color="auto"/>
                                              </w:divBdr>
                                              <w:divsChild>
                                                <w:div w:id="1154881911">
                                                  <w:marLeft w:val="0"/>
                                                  <w:marRight w:val="0"/>
                                                  <w:marTop w:val="0"/>
                                                  <w:marBottom w:val="0"/>
                                                  <w:divBdr>
                                                    <w:top w:val="none" w:sz="0" w:space="0" w:color="auto"/>
                                                    <w:left w:val="none" w:sz="0" w:space="0" w:color="auto"/>
                                                    <w:bottom w:val="none" w:sz="0" w:space="0" w:color="auto"/>
                                                    <w:right w:val="none" w:sz="0" w:space="0" w:color="auto"/>
                                                  </w:divBdr>
                                                  <w:divsChild>
                                                    <w:div w:id="911961411">
                                                      <w:marLeft w:val="0"/>
                                                      <w:marRight w:val="0"/>
                                                      <w:marTop w:val="0"/>
                                                      <w:marBottom w:val="0"/>
                                                      <w:divBdr>
                                                        <w:top w:val="none" w:sz="0" w:space="0" w:color="auto"/>
                                                        <w:left w:val="none" w:sz="0" w:space="0" w:color="auto"/>
                                                        <w:bottom w:val="none" w:sz="0" w:space="0" w:color="auto"/>
                                                        <w:right w:val="none" w:sz="0" w:space="0" w:color="auto"/>
                                                      </w:divBdr>
                                                      <w:divsChild>
                                                        <w:div w:id="133132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36116">
                                              <w:marLeft w:val="0"/>
                                              <w:marRight w:val="0"/>
                                              <w:marTop w:val="0"/>
                                              <w:marBottom w:val="0"/>
                                              <w:divBdr>
                                                <w:top w:val="none" w:sz="0" w:space="0" w:color="auto"/>
                                                <w:left w:val="none" w:sz="0" w:space="0" w:color="auto"/>
                                                <w:bottom w:val="none" w:sz="0" w:space="0" w:color="auto"/>
                                                <w:right w:val="none" w:sz="0" w:space="0" w:color="auto"/>
                                              </w:divBdr>
                                              <w:divsChild>
                                                <w:div w:id="130168699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2044360236">
                                      <w:marLeft w:val="0"/>
                                      <w:marRight w:val="0"/>
                                      <w:marTop w:val="0"/>
                                      <w:marBottom w:val="0"/>
                                      <w:divBdr>
                                        <w:top w:val="none" w:sz="0" w:space="0" w:color="auto"/>
                                        <w:left w:val="none" w:sz="0" w:space="0" w:color="auto"/>
                                        <w:bottom w:val="none" w:sz="0" w:space="0" w:color="auto"/>
                                        <w:right w:val="none" w:sz="0" w:space="0" w:color="auto"/>
                                      </w:divBdr>
                                      <w:divsChild>
                                        <w:div w:id="1449279182">
                                          <w:marLeft w:val="0"/>
                                          <w:marRight w:val="0"/>
                                          <w:marTop w:val="0"/>
                                          <w:marBottom w:val="0"/>
                                          <w:divBdr>
                                            <w:top w:val="none" w:sz="0" w:space="0" w:color="auto"/>
                                            <w:left w:val="none" w:sz="0" w:space="0" w:color="auto"/>
                                            <w:bottom w:val="none" w:sz="0" w:space="0" w:color="auto"/>
                                            <w:right w:val="none" w:sz="0" w:space="0" w:color="auto"/>
                                          </w:divBdr>
                                          <w:divsChild>
                                            <w:div w:id="1009135208">
                                              <w:marLeft w:val="0"/>
                                              <w:marRight w:val="0"/>
                                              <w:marTop w:val="0"/>
                                              <w:marBottom w:val="0"/>
                                              <w:divBdr>
                                                <w:top w:val="none" w:sz="0" w:space="0" w:color="auto"/>
                                                <w:left w:val="none" w:sz="0" w:space="0" w:color="auto"/>
                                                <w:bottom w:val="none" w:sz="0" w:space="0" w:color="auto"/>
                                                <w:right w:val="none" w:sz="0" w:space="0" w:color="auto"/>
                                              </w:divBdr>
                                              <w:divsChild>
                                                <w:div w:id="1041517338">
                                                  <w:marLeft w:val="0"/>
                                                  <w:marRight w:val="0"/>
                                                  <w:marTop w:val="0"/>
                                                  <w:marBottom w:val="0"/>
                                                  <w:divBdr>
                                                    <w:top w:val="none" w:sz="0" w:space="0" w:color="auto"/>
                                                    <w:left w:val="none" w:sz="0" w:space="0" w:color="auto"/>
                                                    <w:bottom w:val="none" w:sz="0" w:space="0" w:color="auto"/>
                                                    <w:right w:val="none" w:sz="0" w:space="0" w:color="auto"/>
                                                  </w:divBdr>
                                                  <w:divsChild>
                                                    <w:div w:id="68117217">
                                                      <w:marLeft w:val="0"/>
                                                      <w:marRight w:val="0"/>
                                                      <w:marTop w:val="180"/>
                                                      <w:marBottom w:val="240"/>
                                                      <w:divBdr>
                                                        <w:top w:val="none" w:sz="0" w:space="0" w:color="auto"/>
                                                        <w:left w:val="none" w:sz="0" w:space="0" w:color="auto"/>
                                                        <w:bottom w:val="none" w:sz="0" w:space="0" w:color="auto"/>
                                                        <w:right w:val="none" w:sz="0" w:space="0" w:color="auto"/>
                                                      </w:divBdr>
                                                    </w:div>
                                                    <w:div w:id="2093819761">
                                                      <w:marLeft w:val="0"/>
                                                      <w:marRight w:val="0"/>
                                                      <w:marTop w:val="360"/>
                                                      <w:marBottom w:val="180"/>
                                                      <w:divBdr>
                                                        <w:top w:val="none" w:sz="0" w:space="0" w:color="auto"/>
                                                        <w:left w:val="none" w:sz="0" w:space="0" w:color="auto"/>
                                                        <w:bottom w:val="none" w:sz="0" w:space="0" w:color="auto"/>
                                                        <w:right w:val="none" w:sz="0" w:space="0" w:color="auto"/>
                                                      </w:divBdr>
                                                    </w:div>
                                                    <w:div w:id="663976552">
                                                      <w:marLeft w:val="0"/>
                                                      <w:marRight w:val="0"/>
                                                      <w:marTop w:val="360"/>
                                                      <w:marBottom w:val="180"/>
                                                      <w:divBdr>
                                                        <w:top w:val="none" w:sz="0" w:space="0" w:color="auto"/>
                                                        <w:left w:val="none" w:sz="0" w:space="0" w:color="auto"/>
                                                        <w:bottom w:val="none" w:sz="0" w:space="0" w:color="auto"/>
                                                        <w:right w:val="none" w:sz="0" w:space="0" w:color="auto"/>
                                                      </w:divBdr>
                                                    </w:div>
                                                    <w:div w:id="344939964">
                                                      <w:marLeft w:val="0"/>
                                                      <w:marRight w:val="0"/>
                                                      <w:marTop w:val="180"/>
                                                      <w:marBottom w:val="240"/>
                                                      <w:divBdr>
                                                        <w:top w:val="none" w:sz="0" w:space="0" w:color="auto"/>
                                                        <w:left w:val="none" w:sz="0" w:space="0" w:color="auto"/>
                                                        <w:bottom w:val="none" w:sz="0" w:space="0" w:color="auto"/>
                                                        <w:right w:val="none" w:sz="0" w:space="0" w:color="auto"/>
                                                      </w:divBdr>
                                                    </w:div>
                                                    <w:div w:id="141391754">
                                                      <w:marLeft w:val="0"/>
                                                      <w:marRight w:val="0"/>
                                                      <w:marTop w:val="180"/>
                                                      <w:marBottom w:val="240"/>
                                                      <w:divBdr>
                                                        <w:top w:val="none" w:sz="0" w:space="0" w:color="auto"/>
                                                        <w:left w:val="none" w:sz="0" w:space="0" w:color="auto"/>
                                                        <w:bottom w:val="none" w:sz="0" w:space="0" w:color="auto"/>
                                                        <w:right w:val="none" w:sz="0" w:space="0" w:color="auto"/>
                                                      </w:divBdr>
                                                    </w:div>
                                                    <w:div w:id="177357001">
                                                      <w:marLeft w:val="0"/>
                                                      <w:marRight w:val="0"/>
                                                      <w:marTop w:val="360"/>
                                                      <w:marBottom w:val="180"/>
                                                      <w:divBdr>
                                                        <w:top w:val="none" w:sz="0" w:space="0" w:color="auto"/>
                                                        <w:left w:val="none" w:sz="0" w:space="0" w:color="auto"/>
                                                        <w:bottom w:val="none" w:sz="0" w:space="0" w:color="auto"/>
                                                        <w:right w:val="none" w:sz="0" w:space="0" w:color="auto"/>
                                                      </w:divBdr>
                                                    </w:div>
                                                    <w:div w:id="173761422">
                                                      <w:marLeft w:val="0"/>
                                                      <w:marRight w:val="0"/>
                                                      <w:marTop w:val="360"/>
                                                      <w:marBottom w:val="180"/>
                                                      <w:divBdr>
                                                        <w:top w:val="none" w:sz="0" w:space="0" w:color="auto"/>
                                                        <w:left w:val="none" w:sz="0" w:space="0" w:color="auto"/>
                                                        <w:bottom w:val="none" w:sz="0" w:space="0" w:color="auto"/>
                                                        <w:right w:val="none" w:sz="0" w:space="0" w:color="auto"/>
                                                      </w:divBdr>
                                                    </w:div>
                                                    <w:div w:id="290211540">
                                                      <w:marLeft w:val="0"/>
                                                      <w:marRight w:val="0"/>
                                                      <w:marTop w:val="360"/>
                                                      <w:marBottom w:val="180"/>
                                                      <w:divBdr>
                                                        <w:top w:val="none" w:sz="0" w:space="0" w:color="auto"/>
                                                        <w:left w:val="none" w:sz="0" w:space="0" w:color="auto"/>
                                                        <w:bottom w:val="none" w:sz="0" w:space="0" w:color="auto"/>
                                                        <w:right w:val="none" w:sz="0" w:space="0" w:color="auto"/>
                                                      </w:divBdr>
                                                    </w:div>
                                                    <w:div w:id="739256266">
                                                      <w:marLeft w:val="0"/>
                                                      <w:marRight w:val="0"/>
                                                      <w:marTop w:val="360"/>
                                                      <w:marBottom w:val="180"/>
                                                      <w:divBdr>
                                                        <w:top w:val="none" w:sz="0" w:space="0" w:color="auto"/>
                                                        <w:left w:val="none" w:sz="0" w:space="0" w:color="auto"/>
                                                        <w:bottom w:val="none" w:sz="0" w:space="0" w:color="auto"/>
                                                        <w:right w:val="none" w:sz="0" w:space="0" w:color="auto"/>
                                                      </w:divBdr>
                                                    </w:div>
                                                    <w:div w:id="93749245">
                                                      <w:marLeft w:val="0"/>
                                                      <w:marRight w:val="0"/>
                                                      <w:marTop w:val="180"/>
                                                      <w:marBottom w:val="240"/>
                                                      <w:divBdr>
                                                        <w:top w:val="none" w:sz="0" w:space="0" w:color="auto"/>
                                                        <w:left w:val="none" w:sz="0" w:space="0" w:color="auto"/>
                                                        <w:bottom w:val="none" w:sz="0" w:space="0" w:color="auto"/>
                                                        <w:right w:val="none" w:sz="0" w:space="0" w:color="auto"/>
                                                      </w:divBdr>
                                                    </w:div>
                                                    <w:div w:id="528182901">
                                                      <w:marLeft w:val="0"/>
                                                      <w:marRight w:val="0"/>
                                                      <w:marTop w:val="360"/>
                                                      <w:marBottom w:val="180"/>
                                                      <w:divBdr>
                                                        <w:top w:val="none" w:sz="0" w:space="0" w:color="auto"/>
                                                        <w:left w:val="none" w:sz="0" w:space="0" w:color="auto"/>
                                                        <w:bottom w:val="none" w:sz="0" w:space="0" w:color="auto"/>
                                                        <w:right w:val="none" w:sz="0" w:space="0" w:color="auto"/>
                                                      </w:divBdr>
                                                    </w:div>
                                                    <w:div w:id="563688844">
                                                      <w:marLeft w:val="0"/>
                                                      <w:marRight w:val="0"/>
                                                      <w:marTop w:val="180"/>
                                                      <w:marBottom w:val="240"/>
                                                      <w:divBdr>
                                                        <w:top w:val="none" w:sz="0" w:space="0" w:color="auto"/>
                                                        <w:left w:val="none" w:sz="0" w:space="0" w:color="auto"/>
                                                        <w:bottom w:val="none" w:sz="0" w:space="0" w:color="auto"/>
                                                        <w:right w:val="none" w:sz="0" w:space="0" w:color="auto"/>
                                                      </w:divBdr>
                                                    </w:div>
                                                    <w:div w:id="1181630542">
                                                      <w:marLeft w:val="0"/>
                                                      <w:marRight w:val="0"/>
                                                      <w:marTop w:val="360"/>
                                                      <w:marBottom w:val="180"/>
                                                      <w:divBdr>
                                                        <w:top w:val="none" w:sz="0" w:space="0" w:color="auto"/>
                                                        <w:left w:val="none" w:sz="0" w:space="0" w:color="auto"/>
                                                        <w:bottom w:val="none" w:sz="0" w:space="0" w:color="auto"/>
                                                        <w:right w:val="none" w:sz="0" w:space="0" w:color="auto"/>
                                                      </w:divBdr>
                                                    </w:div>
                                                    <w:div w:id="1655987262">
                                                      <w:marLeft w:val="0"/>
                                                      <w:marRight w:val="0"/>
                                                      <w:marTop w:val="360"/>
                                                      <w:marBottom w:val="180"/>
                                                      <w:divBdr>
                                                        <w:top w:val="none" w:sz="0" w:space="0" w:color="auto"/>
                                                        <w:left w:val="none" w:sz="0" w:space="0" w:color="auto"/>
                                                        <w:bottom w:val="none" w:sz="0" w:space="0" w:color="auto"/>
                                                        <w:right w:val="none" w:sz="0" w:space="0" w:color="auto"/>
                                                      </w:divBdr>
                                                    </w:div>
                                                    <w:div w:id="1447654641">
                                                      <w:marLeft w:val="0"/>
                                                      <w:marRight w:val="0"/>
                                                      <w:marTop w:val="180"/>
                                                      <w:marBottom w:val="240"/>
                                                      <w:divBdr>
                                                        <w:top w:val="none" w:sz="0" w:space="0" w:color="auto"/>
                                                        <w:left w:val="none" w:sz="0" w:space="0" w:color="auto"/>
                                                        <w:bottom w:val="none" w:sz="0" w:space="0" w:color="auto"/>
                                                        <w:right w:val="none" w:sz="0" w:space="0" w:color="auto"/>
                                                      </w:divBdr>
                                                    </w:div>
                                                    <w:div w:id="1926911711">
                                                      <w:marLeft w:val="0"/>
                                                      <w:marRight w:val="0"/>
                                                      <w:marTop w:val="0"/>
                                                      <w:marBottom w:val="0"/>
                                                      <w:divBdr>
                                                        <w:top w:val="none" w:sz="0" w:space="0" w:color="auto"/>
                                                        <w:left w:val="none" w:sz="0" w:space="0" w:color="auto"/>
                                                        <w:bottom w:val="none" w:sz="0" w:space="0" w:color="auto"/>
                                                        <w:right w:val="none" w:sz="0" w:space="0" w:color="auto"/>
                                                      </w:divBdr>
                                                      <w:divsChild>
                                                        <w:div w:id="158348188">
                                                          <w:marLeft w:val="0"/>
                                                          <w:marRight w:val="0"/>
                                                          <w:marTop w:val="60"/>
                                                          <w:marBottom w:val="0"/>
                                                          <w:divBdr>
                                                            <w:top w:val="none" w:sz="0" w:space="0" w:color="auto"/>
                                                            <w:left w:val="none" w:sz="0" w:space="0" w:color="auto"/>
                                                            <w:bottom w:val="none" w:sz="0" w:space="0" w:color="auto"/>
                                                            <w:right w:val="none" w:sz="0" w:space="0" w:color="auto"/>
                                                          </w:divBdr>
                                                          <w:divsChild>
                                                            <w:div w:id="184250505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4427034">
                                  <w:marLeft w:val="0"/>
                                  <w:marRight w:val="0"/>
                                  <w:marTop w:val="450"/>
                                  <w:marBottom w:val="0"/>
                                  <w:divBdr>
                                    <w:top w:val="none" w:sz="0" w:space="0" w:color="auto"/>
                                    <w:left w:val="none" w:sz="0" w:space="0" w:color="auto"/>
                                    <w:bottom w:val="none" w:sz="0" w:space="0" w:color="auto"/>
                                    <w:right w:val="none" w:sz="0" w:space="0" w:color="auto"/>
                                  </w:divBdr>
                                  <w:divsChild>
                                    <w:div w:id="25253597">
                                      <w:marLeft w:val="0"/>
                                      <w:marRight w:val="0"/>
                                      <w:marTop w:val="0"/>
                                      <w:marBottom w:val="0"/>
                                      <w:divBdr>
                                        <w:top w:val="none" w:sz="0" w:space="0" w:color="auto"/>
                                        <w:left w:val="none" w:sz="0" w:space="0" w:color="auto"/>
                                        <w:bottom w:val="none" w:sz="0" w:space="0" w:color="auto"/>
                                        <w:right w:val="none" w:sz="0" w:space="0" w:color="auto"/>
                                      </w:divBdr>
                                      <w:divsChild>
                                        <w:div w:id="394593130">
                                          <w:marLeft w:val="0"/>
                                          <w:marRight w:val="0"/>
                                          <w:marTop w:val="0"/>
                                          <w:marBottom w:val="0"/>
                                          <w:divBdr>
                                            <w:top w:val="none" w:sz="0" w:space="0" w:color="auto"/>
                                            <w:left w:val="none" w:sz="0" w:space="0" w:color="auto"/>
                                            <w:bottom w:val="none" w:sz="0" w:space="0" w:color="auto"/>
                                            <w:right w:val="none" w:sz="0" w:space="0" w:color="auto"/>
                                          </w:divBdr>
                                          <w:divsChild>
                                            <w:div w:id="1613438168">
                                              <w:marLeft w:val="0"/>
                                              <w:marRight w:val="3562"/>
                                              <w:marTop w:val="0"/>
                                              <w:marBottom w:val="0"/>
                                              <w:divBdr>
                                                <w:top w:val="none" w:sz="0" w:space="0" w:color="auto"/>
                                                <w:left w:val="none" w:sz="0" w:space="0" w:color="auto"/>
                                                <w:bottom w:val="none" w:sz="0" w:space="0" w:color="auto"/>
                                                <w:right w:val="none" w:sz="0" w:space="0" w:color="auto"/>
                                              </w:divBdr>
                                              <w:divsChild>
                                                <w:div w:id="224099269">
                                                  <w:marLeft w:val="0"/>
                                                  <w:marRight w:val="0"/>
                                                  <w:marTop w:val="0"/>
                                                  <w:marBottom w:val="0"/>
                                                  <w:divBdr>
                                                    <w:top w:val="none" w:sz="0" w:space="0" w:color="auto"/>
                                                    <w:left w:val="none" w:sz="0" w:space="0" w:color="auto"/>
                                                    <w:bottom w:val="none" w:sz="0" w:space="0" w:color="auto"/>
                                                    <w:right w:val="none" w:sz="0" w:space="0" w:color="auto"/>
                                                  </w:divBdr>
                                                  <w:divsChild>
                                                    <w:div w:id="320692484">
                                                      <w:marLeft w:val="0"/>
                                                      <w:marRight w:val="0"/>
                                                      <w:marTop w:val="0"/>
                                                      <w:marBottom w:val="0"/>
                                                      <w:divBdr>
                                                        <w:top w:val="none" w:sz="0" w:space="0" w:color="auto"/>
                                                        <w:left w:val="none" w:sz="0" w:space="0" w:color="auto"/>
                                                        <w:bottom w:val="none" w:sz="0" w:space="0" w:color="auto"/>
                                                        <w:right w:val="none" w:sz="0" w:space="0" w:color="auto"/>
                                                      </w:divBdr>
                                                      <w:divsChild>
                                                        <w:div w:id="127791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950950">
                                              <w:marLeft w:val="0"/>
                                              <w:marRight w:val="0"/>
                                              <w:marTop w:val="0"/>
                                              <w:marBottom w:val="0"/>
                                              <w:divBdr>
                                                <w:top w:val="none" w:sz="0" w:space="0" w:color="auto"/>
                                                <w:left w:val="none" w:sz="0" w:space="0" w:color="auto"/>
                                                <w:bottom w:val="none" w:sz="0" w:space="0" w:color="auto"/>
                                                <w:right w:val="none" w:sz="0" w:space="0" w:color="auto"/>
                                              </w:divBdr>
                                              <w:divsChild>
                                                <w:div w:id="32639936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33578989">
                                      <w:marLeft w:val="0"/>
                                      <w:marRight w:val="0"/>
                                      <w:marTop w:val="0"/>
                                      <w:marBottom w:val="0"/>
                                      <w:divBdr>
                                        <w:top w:val="none" w:sz="0" w:space="0" w:color="auto"/>
                                        <w:left w:val="none" w:sz="0" w:space="0" w:color="auto"/>
                                        <w:bottom w:val="none" w:sz="0" w:space="0" w:color="auto"/>
                                        <w:right w:val="none" w:sz="0" w:space="0" w:color="auto"/>
                                      </w:divBdr>
                                      <w:divsChild>
                                        <w:div w:id="1304657412">
                                          <w:marLeft w:val="0"/>
                                          <w:marRight w:val="0"/>
                                          <w:marTop w:val="0"/>
                                          <w:marBottom w:val="0"/>
                                          <w:divBdr>
                                            <w:top w:val="none" w:sz="0" w:space="0" w:color="auto"/>
                                            <w:left w:val="none" w:sz="0" w:space="0" w:color="auto"/>
                                            <w:bottom w:val="none" w:sz="0" w:space="0" w:color="auto"/>
                                            <w:right w:val="none" w:sz="0" w:space="0" w:color="auto"/>
                                          </w:divBdr>
                                          <w:divsChild>
                                            <w:div w:id="603929002">
                                              <w:marLeft w:val="0"/>
                                              <w:marRight w:val="0"/>
                                              <w:marTop w:val="0"/>
                                              <w:marBottom w:val="0"/>
                                              <w:divBdr>
                                                <w:top w:val="none" w:sz="0" w:space="0" w:color="auto"/>
                                                <w:left w:val="none" w:sz="0" w:space="0" w:color="auto"/>
                                                <w:bottom w:val="none" w:sz="0" w:space="0" w:color="auto"/>
                                                <w:right w:val="none" w:sz="0" w:space="0" w:color="auto"/>
                                              </w:divBdr>
                                              <w:divsChild>
                                                <w:div w:id="1401445613">
                                                  <w:marLeft w:val="0"/>
                                                  <w:marRight w:val="0"/>
                                                  <w:marTop w:val="0"/>
                                                  <w:marBottom w:val="0"/>
                                                  <w:divBdr>
                                                    <w:top w:val="none" w:sz="0" w:space="0" w:color="auto"/>
                                                    <w:left w:val="none" w:sz="0" w:space="0" w:color="auto"/>
                                                    <w:bottom w:val="none" w:sz="0" w:space="0" w:color="auto"/>
                                                    <w:right w:val="none" w:sz="0" w:space="0" w:color="auto"/>
                                                  </w:divBdr>
                                                  <w:divsChild>
                                                    <w:div w:id="2127776049">
                                                      <w:marLeft w:val="0"/>
                                                      <w:marRight w:val="0"/>
                                                      <w:marTop w:val="180"/>
                                                      <w:marBottom w:val="240"/>
                                                      <w:divBdr>
                                                        <w:top w:val="none" w:sz="0" w:space="0" w:color="auto"/>
                                                        <w:left w:val="none" w:sz="0" w:space="0" w:color="auto"/>
                                                        <w:bottom w:val="none" w:sz="0" w:space="0" w:color="auto"/>
                                                        <w:right w:val="none" w:sz="0" w:space="0" w:color="auto"/>
                                                      </w:divBdr>
                                                    </w:div>
                                                    <w:div w:id="2006400476">
                                                      <w:marLeft w:val="0"/>
                                                      <w:marRight w:val="0"/>
                                                      <w:marTop w:val="360"/>
                                                      <w:marBottom w:val="180"/>
                                                      <w:divBdr>
                                                        <w:top w:val="none" w:sz="0" w:space="0" w:color="auto"/>
                                                        <w:left w:val="none" w:sz="0" w:space="0" w:color="auto"/>
                                                        <w:bottom w:val="none" w:sz="0" w:space="0" w:color="auto"/>
                                                        <w:right w:val="none" w:sz="0" w:space="0" w:color="auto"/>
                                                      </w:divBdr>
                                                    </w:div>
                                                    <w:div w:id="724523232">
                                                      <w:marLeft w:val="0"/>
                                                      <w:marRight w:val="0"/>
                                                      <w:marTop w:val="360"/>
                                                      <w:marBottom w:val="180"/>
                                                      <w:divBdr>
                                                        <w:top w:val="none" w:sz="0" w:space="0" w:color="auto"/>
                                                        <w:left w:val="none" w:sz="0" w:space="0" w:color="auto"/>
                                                        <w:bottom w:val="none" w:sz="0" w:space="0" w:color="auto"/>
                                                        <w:right w:val="none" w:sz="0" w:space="0" w:color="auto"/>
                                                      </w:divBdr>
                                                    </w:div>
                                                    <w:div w:id="644698733">
                                                      <w:marLeft w:val="0"/>
                                                      <w:marRight w:val="0"/>
                                                      <w:marTop w:val="180"/>
                                                      <w:marBottom w:val="240"/>
                                                      <w:divBdr>
                                                        <w:top w:val="none" w:sz="0" w:space="0" w:color="auto"/>
                                                        <w:left w:val="none" w:sz="0" w:space="0" w:color="auto"/>
                                                        <w:bottom w:val="none" w:sz="0" w:space="0" w:color="auto"/>
                                                        <w:right w:val="none" w:sz="0" w:space="0" w:color="auto"/>
                                                      </w:divBdr>
                                                    </w:div>
                                                    <w:div w:id="831719836">
                                                      <w:marLeft w:val="0"/>
                                                      <w:marRight w:val="0"/>
                                                      <w:marTop w:val="180"/>
                                                      <w:marBottom w:val="240"/>
                                                      <w:divBdr>
                                                        <w:top w:val="none" w:sz="0" w:space="0" w:color="auto"/>
                                                        <w:left w:val="none" w:sz="0" w:space="0" w:color="auto"/>
                                                        <w:bottom w:val="none" w:sz="0" w:space="0" w:color="auto"/>
                                                        <w:right w:val="none" w:sz="0" w:space="0" w:color="auto"/>
                                                      </w:divBdr>
                                                    </w:div>
                                                    <w:div w:id="714693788">
                                                      <w:marLeft w:val="0"/>
                                                      <w:marRight w:val="0"/>
                                                      <w:marTop w:val="360"/>
                                                      <w:marBottom w:val="180"/>
                                                      <w:divBdr>
                                                        <w:top w:val="none" w:sz="0" w:space="0" w:color="auto"/>
                                                        <w:left w:val="none" w:sz="0" w:space="0" w:color="auto"/>
                                                        <w:bottom w:val="none" w:sz="0" w:space="0" w:color="auto"/>
                                                        <w:right w:val="none" w:sz="0" w:space="0" w:color="auto"/>
                                                      </w:divBdr>
                                                    </w:div>
                                                    <w:div w:id="1799029590">
                                                      <w:marLeft w:val="0"/>
                                                      <w:marRight w:val="0"/>
                                                      <w:marTop w:val="360"/>
                                                      <w:marBottom w:val="180"/>
                                                      <w:divBdr>
                                                        <w:top w:val="none" w:sz="0" w:space="0" w:color="auto"/>
                                                        <w:left w:val="none" w:sz="0" w:space="0" w:color="auto"/>
                                                        <w:bottom w:val="none" w:sz="0" w:space="0" w:color="auto"/>
                                                        <w:right w:val="none" w:sz="0" w:space="0" w:color="auto"/>
                                                      </w:divBdr>
                                                    </w:div>
                                                    <w:div w:id="492844255">
                                                      <w:marLeft w:val="0"/>
                                                      <w:marRight w:val="0"/>
                                                      <w:marTop w:val="360"/>
                                                      <w:marBottom w:val="180"/>
                                                      <w:divBdr>
                                                        <w:top w:val="none" w:sz="0" w:space="0" w:color="auto"/>
                                                        <w:left w:val="none" w:sz="0" w:space="0" w:color="auto"/>
                                                        <w:bottom w:val="none" w:sz="0" w:space="0" w:color="auto"/>
                                                        <w:right w:val="none" w:sz="0" w:space="0" w:color="auto"/>
                                                      </w:divBdr>
                                                    </w:div>
                                                    <w:div w:id="1657955174">
                                                      <w:marLeft w:val="0"/>
                                                      <w:marRight w:val="0"/>
                                                      <w:marTop w:val="360"/>
                                                      <w:marBottom w:val="180"/>
                                                      <w:divBdr>
                                                        <w:top w:val="none" w:sz="0" w:space="0" w:color="auto"/>
                                                        <w:left w:val="none" w:sz="0" w:space="0" w:color="auto"/>
                                                        <w:bottom w:val="none" w:sz="0" w:space="0" w:color="auto"/>
                                                        <w:right w:val="none" w:sz="0" w:space="0" w:color="auto"/>
                                                      </w:divBdr>
                                                    </w:div>
                                                    <w:div w:id="1781366110">
                                                      <w:marLeft w:val="0"/>
                                                      <w:marRight w:val="0"/>
                                                      <w:marTop w:val="180"/>
                                                      <w:marBottom w:val="240"/>
                                                      <w:divBdr>
                                                        <w:top w:val="none" w:sz="0" w:space="0" w:color="auto"/>
                                                        <w:left w:val="none" w:sz="0" w:space="0" w:color="auto"/>
                                                        <w:bottom w:val="none" w:sz="0" w:space="0" w:color="auto"/>
                                                        <w:right w:val="none" w:sz="0" w:space="0" w:color="auto"/>
                                                      </w:divBdr>
                                                    </w:div>
                                                    <w:div w:id="1532647124">
                                                      <w:marLeft w:val="0"/>
                                                      <w:marRight w:val="0"/>
                                                      <w:marTop w:val="360"/>
                                                      <w:marBottom w:val="180"/>
                                                      <w:divBdr>
                                                        <w:top w:val="none" w:sz="0" w:space="0" w:color="auto"/>
                                                        <w:left w:val="none" w:sz="0" w:space="0" w:color="auto"/>
                                                        <w:bottom w:val="none" w:sz="0" w:space="0" w:color="auto"/>
                                                        <w:right w:val="none" w:sz="0" w:space="0" w:color="auto"/>
                                                      </w:divBdr>
                                                    </w:div>
                                                    <w:div w:id="772090010">
                                                      <w:marLeft w:val="0"/>
                                                      <w:marRight w:val="0"/>
                                                      <w:marTop w:val="180"/>
                                                      <w:marBottom w:val="240"/>
                                                      <w:divBdr>
                                                        <w:top w:val="none" w:sz="0" w:space="0" w:color="auto"/>
                                                        <w:left w:val="none" w:sz="0" w:space="0" w:color="auto"/>
                                                        <w:bottom w:val="none" w:sz="0" w:space="0" w:color="auto"/>
                                                        <w:right w:val="none" w:sz="0" w:space="0" w:color="auto"/>
                                                      </w:divBdr>
                                                    </w:div>
                                                    <w:div w:id="1054695520">
                                                      <w:marLeft w:val="0"/>
                                                      <w:marRight w:val="0"/>
                                                      <w:marTop w:val="360"/>
                                                      <w:marBottom w:val="180"/>
                                                      <w:divBdr>
                                                        <w:top w:val="none" w:sz="0" w:space="0" w:color="auto"/>
                                                        <w:left w:val="none" w:sz="0" w:space="0" w:color="auto"/>
                                                        <w:bottom w:val="none" w:sz="0" w:space="0" w:color="auto"/>
                                                        <w:right w:val="none" w:sz="0" w:space="0" w:color="auto"/>
                                                      </w:divBdr>
                                                    </w:div>
                                                    <w:div w:id="1169098763">
                                                      <w:marLeft w:val="0"/>
                                                      <w:marRight w:val="0"/>
                                                      <w:marTop w:val="360"/>
                                                      <w:marBottom w:val="180"/>
                                                      <w:divBdr>
                                                        <w:top w:val="none" w:sz="0" w:space="0" w:color="auto"/>
                                                        <w:left w:val="none" w:sz="0" w:space="0" w:color="auto"/>
                                                        <w:bottom w:val="none" w:sz="0" w:space="0" w:color="auto"/>
                                                        <w:right w:val="none" w:sz="0" w:space="0" w:color="auto"/>
                                                      </w:divBdr>
                                                    </w:div>
                                                    <w:div w:id="1792354930">
                                                      <w:marLeft w:val="0"/>
                                                      <w:marRight w:val="0"/>
                                                      <w:marTop w:val="180"/>
                                                      <w:marBottom w:val="240"/>
                                                      <w:divBdr>
                                                        <w:top w:val="none" w:sz="0" w:space="0" w:color="auto"/>
                                                        <w:left w:val="none" w:sz="0" w:space="0" w:color="auto"/>
                                                        <w:bottom w:val="none" w:sz="0" w:space="0" w:color="auto"/>
                                                        <w:right w:val="none" w:sz="0" w:space="0" w:color="auto"/>
                                                      </w:divBdr>
                                                    </w:div>
                                                    <w:div w:id="1183325328">
                                                      <w:marLeft w:val="0"/>
                                                      <w:marRight w:val="0"/>
                                                      <w:marTop w:val="0"/>
                                                      <w:marBottom w:val="0"/>
                                                      <w:divBdr>
                                                        <w:top w:val="none" w:sz="0" w:space="0" w:color="auto"/>
                                                        <w:left w:val="none" w:sz="0" w:space="0" w:color="auto"/>
                                                        <w:bottom w:val="none" w:sz="0" w:space="0" w:color="auto"/>
                                                        <w:right w:val="none" w:sz="0" w:space="0" w:color="auto"/>
                                                      </w:divBdr>
                                                      <w:divsChild>
                                                        <w:div w:id="1654599425">
                                                          <w:marLeft w:val="0"/>
                                                          <w:marRight w:val="0"/>
                                                          <w:marTop w:val="60"/>
                                                          <w:marBottom w:val="0"/>
                                                          <w:divBdr>
                                                            <w:top w:val="none" w:sz="0" w:space="0" w:color="auto"/>
                                                            <w:left w:val="none" w:sz="0" w:space="0" w:color="auto"/>
                                                            <w:bottom w:val="none" w:sz="0" w:space="0" w:color="auto"/>
                                                            <w:right w:val="none" w:sz="0" w:space="0" w:color="auto"/>
                                                          </w:divBdr>
                                                          <w:divsChild>
                                                            <w:div w:id="1630361242">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2137057">
                                  <w:marLeft w:val="0"/>
                                  <w:marRight w:val="0"/>
                                  <w:marTop w:val="450"/>
                                  <w:marBottom w:val="0"/>
                                  <w:divBdr>
                                    <w:top w:val="none" w:sz="0" w:space="0" w:color="auto"/>
                                    <w:left w:val="none" w:sz="0" w:space="0" w:color="auto"/>
                                    <w:bottom w:val="none" w:sz="0" w:space="0" w:color="auto"/>
                                    <w:right w:val="none" w:sz="0" w:space="0" w:color="auto"/>
                                  </w:divBdr>
                                  <w:divsChild>
                                    <w:div w:id="1143690849">
                                      <w:marLeft w:val="0"/>
                                      <w:marRight w:val="0"/>
                                      <w:marTop w:val="0"/>
                                      <w:marBottom w:val="0"/>
                                      <w:divBdr>
                                        <w:top w:val="none" w:sz="0" w:space="0" w:color="auto"/>
                                        <w:left w:val="none" w:sz="0" w:space="0" w:color="auto"/>
                                        <w:bottom w:val="none" w:sz="0" w:space="0" w:color="auto"/>
                                        <w:right w:val="none" w:sz="0" w:space="0" w:color="auto"/>
                                      </w:divBdr>
                                      <w:divsChild>
                                        <w:div w:id="231817356">
                                          <w:marLeft w:val="0"/>
                                          <w:marRight w:val="0"/>
                                          <w:marTop w:val="0"/>
                                          <w:marBottom w:val="0"/>
                                          <w:divBdr>
                                            <w:top w:val="none" w:sz="0" w:space="0" w:color="auto"/>
                                            <w:left w:val="none" w:sz="0" w:space="0" w:color="auto"/>
                                            <w:bottom w:val="none" w:sz="0" w:space="0" w:color="auto"/>
                                            <w:right w:val="none" w:sz="0" w:space="0" w:color="auto"/>
                                          </w:divBdr>
                                          <w:divsChild>
                                            <w:div w:id="108865933">
                                              <w:marLeft w:val="0"/>
                                              <w:marRight w:val="246"/>
                                              <w:marTop w:val="0"/>
                                              <w:marBottom w:val="0"/>
                                              <w:divBdr>
                                                <w:top w:val="none" w:sz="0" w:space="0" w:color="auto"/>
                                                <w:left w:val="none" w:sz="0" w:space="0" w:color="auto"/>
                                                <w:bottom w:val="none" w:sz="0" w:space="0" w:color="auto"/>
                                                <w:right w:val="none" w:sz="0" w:space="0" w:color="auto"/>
                                              </w:divBdr>
                                              <w:divsChild>
                                                <w:div w:id="1272201671">
                                                  <w:marLeft w:val="0"/>
                                                  <w:marRight w:val="0"/>
                                                  <w:marTop w:val="0"/>
                                                  <w:marBottom w:val="0"/>
                                                  <w:divBdr>
                                                    <w:top w:val="none" w:sz="0" w:space="0" w:color="auto"/>
                                                    <w:left w:val="none" w:sz="0" w:space="0" w:color="auto"/>
                                                    <w:bottom w:val="none" w:sz="0" w:space="0" w:color="auto"/>
                                                    <w:right w:val="none" w:sz="0" w:space="0" w:color="auto"/>
                                                  </w:divBdr>
                                                  <w:divsChild>
                                                    <w:div w:id="1505903075">
                                                      <w:marLeft w:val="0"/>
                                                      <w:marRight w:val="0"/>
                                                      <w:marTop w:val="0"/>
                                                      <w:marBottom w:val="0"/>
                                                      <w:divBdr>
                                                        <w:top w:val="none" w:sz="0" w:space="0" w:color="auto"/>
                                                        <w:left w:val="none" w:sz="0" w:space="0" w:color="auto"/>
                                                        <w:bottom w:val="none" w:sz="0" w:space="0" w:color="auto"/>
                                                        <w:right w:val="none" w:sz="0" w:space="0" w:color="auto"/>
                                                      </w:divBdr>
                                                      <w:divsChild>
                                                        <w:div w:id="67411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785606">
                                              <w:marLeft w:val="0"/>
                                              <w:marRight w:val="0"/>
                                              <w:marTop w:val="0"/>
                                              <w:marBottom w:val="0"/>
                                              <w:divBdr>
                                                <w:top w:val="none" w:sz="0" w:space="0" w:color="auto"/>
                                                <w:left w:val="none" w:sz="0" w:space="0" w:color="auto"/>
                                                <w:bottom w:val="none" w:sz="0" w:space="0" w:color="auto"/>
                                                <w:right w:val="none" w:sz="0" w:space="0" w:color="auto"/>
                                              </w:divBdr>
                                              <w:divsChild>
                                                <w:div w:id="55924445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220484254">
                                      <w:marLeft w:val="0"/>
                                      <w:marRight w:val="0"/>
                                      <w:marTop w:val="0"/>
                                      <w:marBottom w:val="0"/>
                                      <w:divBdr>
                                        <w:top w:val="none" w:sz="0" w:space="0" w:color="auto"/>
                                        <w:left w:val="none" w:sz="0" w:space="0" w:color="auto"/>
                                        <w:bottom w:val="none" w:sz="0" w:space="0" w:color="auto"/>
                                        <w:right w:val="none" w:sz="0" w:space="0" w:color="auto"/>
                                      </w:divBdr>
                                      <w:divsChild>
                                        <w:div w:id="1291201831">
                                          <w:marLeft w:val="0"/>
                                          <w:marRight w:val="0"/>
                                          <w:marTop w:val="0"/>
                                          <w:marBottom w:val="0"/>
                                          <w:divBdr>
                                            <w:top w:val="none" w:sz="0" w:space="0" w:color="auto"/>
                                            <w:left w:val="none" w:sz="0" w:space="0" w:color="auto"/>
                                            <w:bottom w:val="none" w:sz="0" w:space="0" w:color="auto"/>
                                            <w:right w:val="none" w:sz="0" w:space="0" w:color="auto"/>
                                          </w:divBdr>
                                          <w:divsChild>
                                            <w:div w:id="1772122118">
                                              <w:marLeft w:val="0"/>
                                              <w:marRight w:val="0"/>
                                              <w:marTop w:val="0"/>
                                              <w:marBottom w:val="0"/>
                                              <w:divBdr>
                                                <w:top w:val="none" w:sz="0" w:space="0" w:color="auto"/>
                                                <w:left w:val="none" w:sz="0" w:space="0" w:color="auto"/>
                                                <w:bottom w:val="none" w:sz="0" w:space="0" w:color="auto"/>
                                                <w:right w:val="none" w:sz="0" w:space="0" w:color="auto"/>
                                              </w:divBdr>
                                              <w:divsChild>
                                                <w:div w:id="1973436113">
                                                  <w:marLeft w:val="0"/>
                                                  <w:marRight w:val="0"/>
                                                  <w:marTop w:val="0"/>
                                                  <w:marBottom w:val="0"/>
                                                  <w:divBdr>
                                                    <w:top w:val="none" w:sz="0" w:space="0" w:color="auto"/>
                                                    <w:left w:val="none" w:sz="0" w:space="0" w:color="auto"/>
                                                    <w:bottom w:val="none" w:sz="0" w:space="0" w:color="auto"/>
                                                    <w:right w:val="none" w:sz="0" w:space="0" w:color="auto"/>
                                                  </w:divBdr>
                                                  <w:divsChild>
                                                    <w:div w:id="2039578091">
                                                      <w:marLeft w:val="0"/>
                                                      <w:marRight w:val="0"/>
                                                      <w:marTop w:val="180"/>
                                                      <w:marBottom w:val="240"/>
                                                      <w:divBdr>
                                                        <w:top w:val="none" w:sz="0" w:space="0" w:color="auto"/>
                                                        <w:left w:val="none" w:sz="0" w:space="0" w:color="auto"/>
                                                        <w:bottom w:val="none" w:sz="0" w:space="0" w:color="auto"/>
                                                        <w:right w:val="none" w:sz="0" w:space="0" w:color="auto"/>
                                                      </w:divBdr>
                                                    </w:div>
                                                    <w:div w:id="1769933567">
                                                      <w:marLeft w:val="0"/>
                                                      <w:marRight w:val="0"/>
                                                      <w:marTop w:val="180"/>
                                                      <w:marBottom w:val="240"/>
                                                      <w:divBdr>
                                                        <w:top w:val="none" w:sz="0" w:space="0" w:color="auto"/>
                                                        <w:left w:val="none" w:sz="0" w:space="0" w:color="auto"/>
                                                        <w:bottom w:val="none" w:sz="0" w:space="0" w:color="auto"/>
                                                        <w:right w:val="none" w:sz="0" w:space="0" w:color="auto"/>
                                                      </w:divBdr>
                                                    </w:div>
                                                    <w:div w:id="1461415916">
                                                      <w:marLeft w:val="0"/>
                                                      <w:marRight w:val="0"/>
                                                      <w:marTop w:val="360"/>
                                                      <w:marBottom w:val="180"/>
                                                      <w:divBdr>
                                                        <w:top w:val="none" w:sz="0" w:space="0" w:color="auto"/>
                                                        <w:left w:val="none" w:sz="0" w:space="0" w:color="auto"/>
                                                        <w:bottom w:val="none" w:sz="0" w:space="0" w:color="auto"/>
                                                        <w:right w:val="none" w:sz="0" w:space="0" w:color="auto"/>
                                                      </w:divBdr>
                                                    </w:div>
                                                    <w:div w:id="1447233540">
                                                      <w:marLeft w:val="0"/>
                                                      <w:marRight w:val="0"/>
                                                      <w:marTop w:val="360"/>
                                                      <w:marBottom w:val="180"/>
                                                      <w:divBdr>
                                                        <w:top w:val="none" w:sz="0" w:space="0" w:color="auto"/>
                                                        <w:left w:val="none" w:sz="0" w:space="0" w:color="auto"/>
                                                        <w:bottom w:val="none" w:sz="0" w:space="0" w:color="auto"/>
                                                        <w:right w:val="none" w:sz="0" w:space="0" w:color="auto"/>
                                                      </w:divBdr>
                                                    </w:div>
                                                    <w:div w:id="2124109284">
                                                      <w:marLeft w:val="0"/>
                                                      <w:marRight w:val="0"/>
                                                      <w:marTop w:val="180"/>
                                                      <w:marBottom w:val="240"/>
                                                      <w:divBdr>
                                                        <w:top w:val="none" w:sz="0" w:space="0" w:color="auto"/>
                                                        <w:left w:val="none" w:sz="0" w:space="0" w:color="auto"/>
                                                        <w:bottom w:val="none" w:sz="0" w:space="0" w:color="auto"/>
                                                        <w:right w:val="none" w:sz="0" w:space="0" w:color="auto"/>
                                                      </w:divBdr>
                                                    </w:div>
                                                    <w:div w:id="570312148">
                                                      <w:marLeft w:val="0"/>
                                                      <w:marRight w:val="0"/>
                                                      <w:marTop w:val="180"/>
                                                      <w:marBottom w:val="240"/>
                                                      <w:divBdr>
                                                        <w:top w:val="none" w:sz="0" w:space="0" w:color="auto"/>
                                                        <w:left w:val="none" w:sz="0" w:space="0" w:color="auto"/>
                                                        <w:bottom w:val="none" w:sz="0" w:space="0" w:color="auto"/>
                                                        <w:right w:val="none" w:sz="0" w:space="0" w:color="auto"/>
                                                      </w:divBdr>
                                                    </w:div>
                                                    <w:div w:id="2061392910">
                                                      <w:marLeft w:val="0"/>
                                                      <w:marRight w:val="0"/>
                                                      <w:marTop w:val="360"/>
                                                      <w:marBottom w:val="180"/>
                                                      <w:divBdr>
                                                        <w:top w:val="none" w:sz="0" w:space="0" w:color="auto"/>
                                                        <w:left w:val="none" w:sz="0" w:space="0" w:color="auto"/>
                                                        <w:bottom w:val="none" w:sz="0" w:space="0" w:color="auto"/>
                                                        <w:right w:val="none" w:sz="0" w:space="0" w:color="auto"/>
                                                      </w:divBdr>
                                                    </w:div>
                                                    <w:div w:id="979992523">
                                                      <w:marLeft w:val="0"/>
                                                      <w:marRight w:val="0"/>
                                                      <w:marTop w:val="180"/>
                                                      <w:marBottom w:val="240"/>
                                                      <w:divBdr>
                                                        <w:top w:val="none" w:sz="0" w:space="0" w:color="auto"/>
                                                        <w:left w:val="none" w:sz="0" w:space="0" w:color="auto"/>
                                                        <w:bottom w:val="none" w:sz="0" w:space="0" w:color="auto"/>
                                                        <w:right w:val="none" w:sz="0" w:space="0" w:color="auto"/>
                                                      </w:divBdr>
                                                    </w:div>
                                                    <w:div w:id="1056204675">
                                                      <w:marLeft w:val="0"/>
                                                      <w:marRight w:val="0"/>
                                                      <w:marTop w:val="360"/>
                                                      <w:marBottom w:val="180"/>
                                                      <w:divBdr>
                                                        <w:top w:val="none" w:sz="0" w:space="0" w:color="auto"/>
                                                        <w:left w:val="none" w:sz="0" w:space="0" w:color="auto"/>
                                                        <w:bottom w:val="none" w:sz="0" w:space="0" w:color="auto"/>
                                                        <w:right w:val="none" w:sz="0" w:space="0" w:color="auto"/>
                                                      </w:divBdr>
                                                    </w:div>
                                                    <w:div w:id="633565773">
                                                      <w:marLeft w:val="0"/>
                                                      <w:marRight w:val="0"/>
                                                      <w:marTop w:val="180"/>
                                                      <w:marBottom w:val="240"/>
                                                      <w:divBdr>
                                                        <w:top w:val="none" w:sz="0" w:space="0" w:color="auto"/>
                                                        <w:left w:val="none" w:sz="0" w:space="0" w:color="auto"/>
                                                        <w:bottom w:val="none" w:sz="0" w:space="0" w:color="auto"/>
                                                        <w:right w:val="none" w:sz="0" w:space="0" w:color="auto"/>
                                                      </w:divBdr>
                                                    </w:div>
                                                    <w:div w:id="669408313">
                                                      <w:marLeft w:val="0"/>
                                                      <w:marRight w:val="0"/>
                                                      <w:marTop w:val="360"/>
                                                      <w:marBottom w:val="180"/>
                                                      <w:divBdr>
                                                        <w:top w:val="none" w:sz="0" w:space="0" w:color="auto"/>
                                                        <w:left w:val="none" w:sz="0" w:space="0" w:color="auto"/>
                                                        <w:bottom w:val="none" w:sz="0" w:space="0" w:color="auto"/>
                                                        <w:right w:val="none" w:sz="0" w:space="0" w:color="auto"/>
                                                      </w:divBdr>
                                                    </w:div>
                                                    <w:div w:id="2081754670">
                                                      <w:marLeft w:val="0"/>
                                                      <w:marRight w:val="0"/>
                                                      <w:marTop w:val="360"/>
                                                      <w:marBottom w:val="180"/>
                                                      <w:divBdr>
                                                        <w:top w:val="none" w:sz="0" w:space="0" w:color="auto"/>
                                                        <w:left w:val="none" w:sz="0" w:space="0" w:color="auto"/>
                                                        <w:bottom w:val="none" w:sz="0" w:space="0" w:color="auto"/>
                                                        <w:right w:val="none" w:sz="0" w:space="0" w:color="auto"/>
                                                      </w:divBdr>
                                                    </w:div>
                                                    <w:div w:id="348876283">
                                                      <w:marLeft w:val="0"/>
                                                      <w:marRight w:val="0"/>
                                                      <w:marTop w:val="180"/>
                                                      <w:marBottom w:val="240"/>
                                                      <w:divBdr>
                                                        <w:top w:val="none" w:sz="0" w:space="0" w:color="auto"/>
                                                        <w:left w:val="none" w:sz="0" w:space="0" w:color="auto"/>
                                                        <w:bottom w:val="none" w:sz="0" w:space="0" w:color="auto"/>
                                                        <w:right w:val="none" w:sz="0" w:space="0" w:color="auto"/>
                                                      </w:divBdr>
                                                    </w:div>
                                                    <w:div w:id="18823971">
                                                      <w:marLeft w:val="0"/>
                                                      <w:marRight w:val="0"/>
                                                      <w:marTop w:val="360"/>
                                                      <w:marBottom w:val="180"/>
                                                      <w:divBdr>
                                                        <w:top w:val="none" w:sz="0" w:space="0" w:color="auto"/>
                                                        <w:left w:val="none" w:sz="0" w:space="0" w:color="auto"/>
                                                        <w:bottom w:val="none" w:sz="0" w:space="0" w:color="auto"/>
                                                        <w:right w:val="none" w:sz="0" w:space="0" w:color="auto"/>
                                                      </w:divBdr>
                                                    </w:div>
                                                    <w:div w:id="954562592">
                                                      <w:marLeft w:val="0"/>
                                                      <w:marRight w:val="0"/>
                                                      <w:marTop w:val="180"/>
                                                      <w:marBottom w:val="240"/>
                                                      <w:divBdr>
                                                        <w:top w:val="none" w:sz="0" w:space="0" w:color="auto"/>
                                                        <w:left w:val="none" w:sz="0" w:space="0" w:color="auto"/>
                                                        <w:bottom w:val="none" w:sz="0" w:space="0" w:color="auto"/>
                                                        <w:right w:val="none" w:sz="0" w:space="0" w:color="auto"/>
                                                      </w:divBdr>
                                                    </w:div>
                                                    <w:div w:id="882524173">
                                                      <w:marLeft w:val="0"/>
                                                      <w:marRight w:val="0"/>
                                                      <w:marTop w:val="180"/>
                                                      <w:marBottom w:val="240"/>
                                                      <w:divBdr>
                                                        <w:top w:val="none" w:sz="0" w:space="0" w:color="auto"/>
                                                        <w:left w:val="none" w:sz="0" w:space="0" w:color="auto"/>
                                                        <w:bottom w:val="none" w:sz="0" w:space="0" w:color="auto"/>
                                                        <w:right w:val="none" w:sz="0" w:space="0" w:color="auto"/>
                                                      </w:divBdr>
                                                    </w:div>
                                                    <w:div w:id="1478493618">
                                                      <w:marLeft w:val="0"/>
                                                      <w:marRight w:val="0"/>
                                                      <w:marTop w:val="180"/>
                                                      <w:marBottom w:val="240"/>
                                                      <w:divBdr>
                                                        <w:top w:val="none" w:sz="0" w:space="0" w:color="auto"/>
                                                        <w:left w:val="none" w:sz="0" w:space="0" w:color="auto"/>
                                                        <w:bottom w:val="none" w:sz="0" w:space="0" w:color="auto"/>
                                                        <w:right w:val="none" w:sz="0" w:space="0" w:color="auto"/>
                                                      </w:divBdr>
                                                    </w:div>
                                                    <w:div w:id="1707758914">
                                                      <w:marLeft w:val="0"/>
                                                      <w:marRight w:val="0"/>
                                                      <w:marTop w:val="0"/>
                                                      <w:marBottom w:val="0"/>
                                                      <w:divBdr>
                                                        <w:top w:val="none" w:sz="0" w:space="0" w:color="auto"/>
                                                        <w:left w:val="none" w:sz="0" w:space="0" w:color="auto"/>
                                                        <w:bottom w:val="none" w:sz="0" w:space="0" w:color="auto"/>
                                                        <w:right w:val="none" w:sz="0" w:space="0" w:color="auto"/>
                                                      </w:divBdr>
                                                      <w:divsChild>
                                                        <w:div w:id="1261647091">
                                                          <w:marLeft w:val="0"/>
                                                          <w:marRight w:val="0"/>
                                                          <w:marTop w:val="60"/>
                                                          <w:marBottom w:val="0"/>
                                                          <w:divBdr>
                                                            <w:top w:val="none" w:sz="0" w:space="0" w:color="auto"/>
                                                            <w:left w:val="none" w:sz="0" w:space="0" w:color="auto"/>
                                                            <w:bottom w:val="none" w:sz="0" w:space="0" w:color="auto"/>
                                                            <w:right w:val="none" w:sz="0" w:space="0" w:color="auto"/>
                                                          </w:divBdr>
                                                          <w:divsChild>
                                                            <w:div w:id="197953072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7890844">
                                  <w:marLeft w:val="0"/>
                                  <w:marRight w:val="0"/>
                                  <w:marTop w:val="450"/>
                                  <w:marBottom w:val="0"/>
                                  <w:divBdr>
                                    <w:top w:val="none" w:sz="0" w:space="0" w:color="auto"/>
                                    <w:left w:val="none" w:sz="0" w:space="0" w:color="auto"/>
                                    <w:bottom w:val="none" w:sz="0" w:space="0" w:color="auto"/>
                                    <w:right w:val="none" w:sz="0" w:space="0" w:color="auto"/>
                                  </w:divBdr>
                                  <w:divsChild>
                                    <w:div w:id="2141799688">
                                      <w:marLeft w:val="0"/>
                                      <w:marRight w:val="0"/>
                                      <w:marTop w:val="0"/>
                                      <w:marBottom w:val="0"/>
                                      <w:divBdr>
                                        <w:top w:val="none" w:sz="0" w:space="0" w:color="auto"/>
                                        <w:left w:val="none" w:sz="0" w:space="0" w:color="auto"/>
                                        <w:bottom w:val="none" w:sz="0" w:space="0" w:color="auto"/>
                                        <w:right w:val="none" w:sz="0" w:space="0" w:color="auto"/>
                                      </w:divBdr>
                                      <w:divsChild>
                                        <w:div w:id="716398989">
                                          <w:marLeft w:val="0"/>
                                          <w:marRight w:val="0"/>
                                          <w:marTop w:val="0"/>
                                          <w:marBottom w:val="0"/>
                                          <w:divBdr>
                                            <w:top w:val="none" w:sz="0" w:space="0" w:color="auto"/>
                                            <w:left w:val="none" w:sz="0" w:space="0" w:color="auto"/>
                                            <w:bottom w:val="none" w:sz="0" w:space="0" w:color="auto"/>
                                            <w:right w:val="none" w:sz="0" w:space="0" w:color="auto"/>
                                          </w:divBdr>
                                          <w:divsChild>
                                            <w:div w:id="1338188817">
                                              <w:marLeft w:val="0"/>
                                              <w:marRight w:val="2308"/>
                                              <w:marTop w:val="0"/>
                                              <w:marBottom w:val="0"/>
                                              <w:divBdr>
                                                <w:top w:val="none" w:sz="0" w:space="0" w:color="auto"/>
                                                <w:left w:val="none" w:sz="0" w:space="0" w:color="auto"/>
                                                <w:bottom w:val="none" w:sz="0" w:space="0" w:color="auto"/>
                                                <w:right w:val="none" w:sz="0" w:space="0" w:color="auto"/>
                                              </w:divBdr>
                                              <w:divsChild>
                                                <w:div w:id="413822796">
                                                  <w:marLeft w:val="0"/>
                                                  <w:marRight w:val="0"/>
                                                  <w:marTop w:val="0"/>
                                                  <w:marBottom w:val="0"/>
                                                  <w:divBdr>
                                                    <w:top w:val="none" w:sz="0" w:space="0" w:color="auto"/>
                                                    <w:left w:val="none" w:sz="0" w:space="0" w:color="auto"/>
                                                    <w:bottom w:val="none" w:sz="0" w:space="0" w:color="auto"/>
                                                    <w:right w:val="none" w:sz="0" w:space="0" w:color="auto"/>
                                                  </w:divBdr>
                                                  <w:divsChild>
                                                    <w:div w:id="1111973748">
                                                      <w:marLeft w:val="0"/>
                                                      <w:marRight w:val="0"/>
                                                      <w:marTop w:val="0"/>
                                                      <w:marBottom w:val="0"/>
                                                      <w:divBdr>
                                                        <w:top w:val="none" w:sz="0" w:space="0" w:color="auto"/>
                                                        <w:left w:val="none" w:sz="0" w:space="0" w:color="auto"/>
                                                        <w:bottom w:val="none" w:sz="0" w:space="0" w:color="auto"/>
                                                        <w:right w:val="none" w:sz="0" w:space="0" w:color="auto"/>
                                                      </w:divBdr>
                                                      <w:divsChild>
                                                        <w:div w:id="208359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173766">
                                              <w:marLeft w:val="0"/>
                                              <w:marRight w:val="0"/>
                                              <w:marTop w:val="0"/>
                                              <w:marBottom w:val="0"/>
                                              <w:divBdr>
                                                <w:top w:val="none" w:sz="0" w:space="0" w:color="auto"/>
                                                <w:left w:val="none" w:sz="0" w:space="0" w:color="auto"/>
                                                <w:bottom w:val="none" w:sz="0" w:space="0" w:color="auto"/>
                                                <w:right w:val="none" w:sz="0" w:space="0" w:color="auto"/>
                                              </w:divBdr>
                                              <w:divsChild>
                                                <w:div w:id="107998774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883909351">
                                      <w:marLeft w:val="0"/>
                                      <w:marRight w:val="0"/>
                                      <w:marTop w:val="0"/>
                                      <w:marBottom w:val="0"/>
                                      <w:divBdr>
                                        <w:top w:val="none" w:sz="0" w:space="0" w:color="auto"/>
                                        <w:left w:val="none" w:sz="0" w:space="0" w:color="auto"/>
                                        <w:bottom w:val="none" w:sz="0" w:space="0" w:color="auto"/>
                                        <w:right w:val="none" w:sz="0" w:space="0" w:color="auto"/>
                                      </w:divBdr>
                                      <w:divsChild>
                                        <w:div w:id="2122606390">
                                          <w:marLeft w:val="0"/>
                                          <w:marRight w:val="0"/>
                                          <w:marTop w:val="0"/>
                                          <w:marBottom w:val="0"/>
                                          <w:divBdr>
                                            <w:top w:val="none" w:sz="0" w:space="0" w:color="auto"/>
                                            <w:left w:val="none" w:sz="0" w:space="0" w:color="auto"/>
                                            <w:bottom w:val="none" w:sz="0" w:space="0" w:color="auto"/>
                                            <w:right w:val="none" w:sz="0" w:space="0" w:color="auto"/>
                                          </w:divBdr>
                                          <w:divsChild>
                                            <w:div w:id="1040283192">
                                              <w:marLeft w:val="0"/>
                                              <w:marRight w:val="0"/>
                                              <w:marTop w:val="0"/>
                                              <w:marBottom w:val="0"/>
                                              <w:divBdr>
                                                <w:top w:val="none" w:sz="0" w:space="0" w:color="auto"/>
                                                <w:left w:val="none" w:sz="0" w:space="0" w:color="auto"/>
                                                <w:bottom w:val="none" w:sz="0" w:space="0" w:color="auto"/>
                                                <w:right w:val="none" w:sz="0" w:space="0" w:color="auto"/>
                                              </w:divBdr>
                                              <w:divsChild>
                                                <w:div w:id="97720103">
                                                  <w:marLeft w:val="0"/>
                                                  <w:marRight w:val="0"/>
                                                  <w:marTop w:val="0"/>
                                                  <w:marBottom w:val="0"/>
                                                  <w:divBdr>
                                                    <w:top w:val="none" w:sz="0" w:space="0" w:color="auto"/>
                                                    <w:left w:val="none" w:sz="0" w:space="0" w:color="auto"/>
                                                    <w:bottom w:val="none" w:sz="0" w:space="0" w:color="auto"/>
                                                    <w:right w:val="none" w:sz="0" w:space="0" w:color="auto"/>
                                                  </w:divBdr>
                                                  <w:divsChild>
                                                    <w:div w:id="1377240411">
                                                      <w:marLeft w:val="0"/>
                                                      <w:marRight w:val="0"/>
                                                      <w:marTop w:val="180"/>
                                                      <w:marBottom w:val="240"/>
                                                      <w:divBdr>
                                                        <w:top w:val="none" w:sz="0" w:space="0" w:color="auto"/>
                                                        <w:left w:val="none" w:sz="0" w:space="0" w:color="auto"/>
                                                        <w:bottom w:val="none" w:sz="0" w:space="0" w:color="auto"/>
                                                        <w:right w:val="none" w:sz="0" w:space="0" w:color="auto"/>
                                                      </w:divBdr>
                                                    </w:div>
                                                    <w:div w:id="236863303">
                                                      <w:marLeft w:val="0"/>
                                                      <w:marRight w:val="0"/>
                                                      <w:marTop w:val="360"/>
                                                      <w:marBottom w:val="180"/>
                                                      <w:divBdr>
                                                        <w:top w:val="none" w:sz="0" w:space="0" w:color="auto"/>
                                                        <w:left w:val="none" w:sz="0" w:space="0" w:color="auto"/>
                                                        <w:bottom w:val="none" w:sz="0" w:space="0" w:color="auto"/>
                                                        <w:right w:val="none" w:sz="0" w:space="0" w:color="auto"/>
                                                      </w:divBdr>
                                                    </w:div>
                                                    <w:div w:id="616720856">
                                                      <w:marLeft w:val="0"/>
                                                      <w:marRight w:val="0"/>
                                                      <w:marTop w:val="360"/>
                                                      <w:marBottom w:val="180"/>
                                                      <w:divBdr>
                                                        <w:top w:val="none" w:sz="0" w:space="0" w:color="auto"/>
                                                        <w:left w:val="none" w:sz="0" w:space="0" w:color="auto"/>
                                                        <w:bottom w:val="none" w:sz="0" w:space="0" w:color="auto"/>
                                                        <w:right w:val="none" w:sz="0" w:space="0" w:color="auto"/>
                                                      </w:divBdr>
                                                    </w:div>
                                                    <w:div w:id="966660464">
                                                      <w:marLeft w:val="0"/>
                                                      <w:marRight w:val="0"/>
                                                      <w:marTop w:val="180"/>
                                                      <w:marBottom w:val="240"/>
                                                      <w:divBdr>
                                                        <w:top w:val="none" w:sz="0" w:space="0" w:color="auto"/>
                                                        <w:left w:val="none" w:sz="0" w:space="0" w:color="auto"/>
                                                        <w:bottom w:val="none" w:sz="0" w:space="0" w:color="auto"/>
                                                        <w:right w:val="none" w:sz="0" w:space="0" w:color="auto"/>
                                                      </w:divBdr>
                                                    </w:div>
                                                    <w:div w:id="109672521">
                                                      <w:marLeft w:val="0"/>
                                                      <w:marRight w:val="0"/>
                                                      <w:marTop w:val="180"/>
                                                      <w:marBottom w:val="240"/>
                                                      <w:divBdr>
                                                        <w:top w:val="none" w:sz="0" w:space="0" w:color="auto"/>
                                                        <w:left w:val="none" w:sz="0" w:space="0" w:color="auto"/>
                                                        <w:bottom w:val="none" w:sz="0" w:space="0" w:color="auto"/>
                                                        <w:right w:val="none" w:sz="0" w:space="0" w:color="auto"/>
                                                      </w:divBdr>
                                                    </w:div>
                                                    <w:div w:id="684946034">
                                                      <w:marLeft w:val="0"/>
                                                      <w:marRight w:val="0"/>
                                                      <w:marTop w:val="360"/>
                                                      <w:marBottom w:val="180"/>
                                                      <w:divBdr>
                                                        <w:top w:val="none" w:sz="0" w:space="0" w:color="auto"/>
                                                        <w:left w:val="none" w:sz="0" w:space="0" w:color="auto"/>
                                                        <w:bottom w:val="none" w:sz="0" w:space="0" w:color="auto"/>
                                                        <w:right w:val="none" w:sz="0" w:space="0" w:color="auto"/>
                                                      </w:divBdr>
                                                    </w:div>
                                                    <w:div w:id="898632250">
                                                      <w:marLeft w:val="0"/>
                                                      <w:marRight w:val="0"/>
                                                      <w:marTop w:val="180"/>
                                                      <w:marBottom w:val="240"/>
                                                      <w:divBdr>
                                                        <w:top w:val="none" w:sz="0" w:space="0" w:color="auto"/>
                                                        <w:left w:val="none" w:sz="0" w:space="0" w:color="auto"/>
                                                        <w:bottom w:val="none" w:sz="0" w:space="0" w:color="auto"/>
                                                        <w:right w:val="none" w:sz="0" w:space="0" w:color="auto"/>
                                                      </w:divBdr>
                                                    </w:div>
                                                    <w:div w:id="823468415">
                                                      <w:marLeft w:val="0"/>
                                                      <w:marRight w:val="0"/>
                                                      <w:marTop w:val="60"/>
                                                      <w:marBottom w:val="180"/>
                                                      <w:divBdr>
                                                        <w:top w:val="none" w:sz="0" w:space="0" w:color="auto"/>
                                                        <w:left w:val="none" w:sz="0" w:space="0" w:color="auto"/>
                                                        <w:bottom w:val="none" w:sz="0" w:space="0" w:color="auto"/>
                                                        <w:right w:val="none" w:sz="0" w:space="0" w:color="auto"/>
                                                      </w:divBdr>
                                                    </w:div>
                                                    <w:div w:id="465588212">
                                                      <w:marLeft w:val="0"/>
                                                      <w:marRight w:val="0"/>
                                                      <w:marTop w:val="360"/>
                                                      <w:marBottom w:val="180"/>
                                                      <w:divBdr>
                                                        <w:top w:val="none" w:sz="0" w:space="0" w:color="auto"/>
                                                        <w:left w:val="none" w:sz="0" w:space="0" w:color="auto"/>
                                                        <w:bottom w:val="none" w:sz="0" w:space="0" w:color="auto"/>
                                                        <w:right w:val="none" w:sz="0" w:space="0" w:color="auto"/>
                                                      </w:divBdr>
                                                    </w:div>
                                                    <w:div w:id="1924491687">
                                                      <w:marLeft w:val="0"/>
                                                      <w:marRight w:val="0"/>
                                                      <w:marTop w:val="180"/>
                                                      <w:marBottom w:val="240"/>
                                                      <w:divBdr>
                                                        <w:top w:val="none" w:sz="0" w:space="0" w:color="auto"/>
                                                        <w:left w:val="none" w:sz="0" w:space="0" w:color="auto"/>
                                                        <w:bottom w:val="none" w:sz="0" w:space="0" w:color="auto"/>
                                                        <w:right w:val="none" w:sz="0" w:space="0" w:color="auto"/>
                                                      </w:divBdr>
                                                    </w:div>
                                                    <w:div w:id="346907768">
                                                      <w:marLeft w:val="0"/>
                                                      <w:marRight w:val="0"/>
                                                      <w:marTop w:val="60"/>
                                                      <w:marBottom w:val="180"/>
                                                      <w:divBdr>
                                                        <w:top w:val="none" w:sz="0" w:space="0" w:color="auto"/>
                                                        <w:left w:val="none" w:sz="0" w:space="0" w:color="auto"/>
                                                        <w:bottom w:val="none" w:sz="0" w:space="0" w:color="auto"/>
                                                        <w:right w:val="none" w:sz="0" w:space="0" w:color="auto"/>
                                                      </w:divBdr>
                                                    </w:div>
                                                    <w:div w:id="56052149">
                                                      <w:marLeft w:val="0"/>
                                                      <w:marRight w:val="0"/>
                                                      <w:marTop w:val="180"/>
                                                      <w:marBottom w:val="240"/>
                                                      <w:divBdr>
                                                        <w:top w:val="none" w:sz="0" w:space="0" w:color="auto"/>
                                                        <w:left w:val="none" w:sz="0" w:space="0" w:color="auto"/>
                                                        <w:bottom w:val="none" w:sz="0" w:space="0" w:color="auto"/>
                                                        <w:right w:val="none" w:sz="0" w:space="0" w:color="auto"/>
                                                      </w:divBdr>
                                                    </w:div>
                                                    <w:div w:id="902060375">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457647919">
                                  <w:marLeft w:val="0"/>
                                  <w:marRight w:val="0"/>
                                  <w:marTop w:val="450"/>
                                  <w:marBottom w:val="0"/>
                                  <w:divBdr>
                                    <w:top w:val="none" w:sz="0" w:space="0" w:color="auto"/>
                                    <w:left w:val="none" w:sz="0" w:space="0" w:color="auto"/>
                                    <w:bottom w:val="none" w:sz="0" w:space="0" w:color="auto"/>
                                    <w:right w:val="none" w:sz="0" w:space="0" w:color="auto"/>
                                  </w:divBdr>
                                  <w:divsChild>
                                    <w:div w:id="540629862">
                                      <w:marLeft w:val="0"/>
                                      <w:marRight w:val="0"/>
                                      <w:marTop w:val="0"/>
                                      <w:marBottom w:val="0"/>
                                      <w:divBdr>
                                        <w:top w:val="none" w:sz="0" w:space="0" w:color="auto"/>
                                        <w:left w:val="none" w:sz="0" w:space="0" w:color="auto"/>
                                        <w:bottom w:val="none" w:sz="0" w:space="0" w:color="auto"/>
                                        <w:right w:val="none" w:sz="0" w:space="0" w:color="auto"/>
                                      </w:divBdr>
                                      <w:divsChild>
                                        <w:div w:id="909075160">
                                          <w:marLeft w:val="0"/>
                                          <w:marRight w:val="0"/>
                                          <w:marTop w:val="0"/>
                                          <w:marBottom w:val="0"/>
                                          <w:divBdr>
                                            <w:top w:val="none" w:sz="0" w:space="0" w:color="auto"/>
                                            <w:left w:val="none" w:sz="0" w:space="0" w:color="auto"/>
                                            <w:bottom w:val="none" w:sz="0" w:space="0" w:color="auto"/>
                                            <w:right w:val="none" w:sz="0" w:space="0" w:color="auto"/>
                                          </w:divBdr>
                                          <w:divsChild>
                                            <w:div w:id="960918897">
                                              <w:marLeft w:val="0"/>
                                              <w:marRight w:val="1268"/>
                                              <w:marTop w:val="0"/>
                                              <w:marBottom w:val="0"/>
                                              <w:divBdr>
                                                <w:top w:val="none" w:sz="0" w:space="0" w:color="auto"/>
                                                <w:left w:val="none" w:sz="0" w:space="0" w:color="auto"/>
                                                <w:bottom w:val="none" w:sz="0" w:space="0" w:color="auto"/>
                                                <w:right w:val="none" w:sz="0" w:space="0" w:color="auto"/>
                                              </w:divBdr>
                                              <w:divsChild>
                                                <w:div w:id="850069045">
                                                  <w:marLeft w:val="0"/>
                                                  <w:marRight w:val="0"/>
                                                  <w:marTop w:val="0"/>
                                                  <w:marBottom w:val="0"/>
                                                  <w:divBdr>
                                                    <w:top w:val="none" w:sz="0" w:space="0" w:color="auto"/>
                                                    <w:left w:val="none" w:sz="0" w:space="0" w:color="auto"/>
                                                    <w:bottom w:val="none" w:sz="0" w:space="0" w:color="auto"/>
                                                    <w:right w:val="none" w:sz="0" w:space="0" w:color="auto"/>
                                                  </w:divBdr>
                                                  <w:divsChild>
                                                    <w:div w:id="962736867">
                                                      <w:marLeft w:val="0"/>
                                                      <w:marRight w:val="0"/>
                                                      <w:marTop w:val="0"/>
                                                      <w:marBottom w:val="0"/>
                                                      <w:divBdr>
                                                        <w:top w:val="none" w:sz="0" w:space="0" w:color="auto"/>
                                                        <w:left w:val="none" w:sz="0" w:space="0" w:color="auto"/>
                                                        <w:bottom w:val="none" w:sz="0" w:space="0" w:color="auto"/>
                                                        <w:right w:val="none" w:sz="0" w:space="0" w:color="auto"/>
                                                      </w:divBdr>
                                                      <w:divsChild>
                                                        <w:div w:id="60399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049476">
                                              <w:marLeft w:val="0"/>
                                              <w:marRight w:val="0"/>
                                              <w:marTop w:val="0"/>
                                              <w:marBottom w:val="0"/>
                                              <w:divBdr>
                                                <w:top w:val="none" w:sz="0" w:space="0" w:color="auto"/>
                                                <w:left w:val="none" w:sz="0" w:space="0" w:color="auto"/>
                                                <w:bottom w:val="none" w:sz="0" w:space="0" w:color="auto"/>
                                                <w:right w:val="none" w:sz="0" w:space="0" w:color="auto"/>
                                              </w:divBdr>
                                              <w:divsChild>
                                                <w:div w:id="654535426">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874125628">
                                      <w:marLeft w:val="0"/>
                                      <w:marRight w:val="0"/>
                                      <w:marTop w:val="0"/>
                                      <w:marBottom w:val="0"/>
                                      <w:divBdr>
                                        <w:top w:val="none" w:sz="0" w:space="0" w:color="auto"/>
                                        <w:left w:val="none" w:sz="0" w:space="0" w:color="auto"/>
                                        <w:bottom w:val="none" w:sz="0" w:space="0" w:color="auto"/>
                                        <w:right w:val="none" w:sz="0" w:space="0" w:color="auto"/>
                                      </w:divBdr>
                                      <w:divsChild>
                                        <w:div w:id="516966620">
                                          <w:marLeft w:val="0"/>
                                          <w:marRight w:val="0"/>
                                          <w:marTop w:val="0"/>
                                          <w:marBottom w:val="0"/>
                                          <w:divBdr>
                                            <w:top w:val="none" w:sz="0" w:space="0" w:color="auto"/>
                                            <w:left w:val="none" w:sz="0" w:space="0" w:color="auto"/>
                                            <w:bottom w:val="none" w:sz="0" w:space="0" w:color="auto"/>
                                            <w:right w:val="none" w:sz="0" w:space="0" w:color="auto"/>
                                          </w:divBdr>
                                          <w:divsChild>
                                            <w:div w:id="1322850293">
                                              <w:marLeft w:val="0"/>
                                              <w:marRight w:val="0"/>
                                              <w:marTop w:val="0"/>
                                              <w:marBottom w:val="0"/>
                                              <w:divBdr>
                                                <w:top w:val="none" w:sz="0" w:space="0" w:color="auto"/>
                                                <w:left w:val="none" w:sz="0" w:space="0" w:color="auto"/>
                                                <w:bottom w:val="none" w:sz="0" w:space="0" w:color="auto"/>
                                                <w:right w:val="none" w:sz="0" w:space="0" w:color="auto"/>
                                              </w:divBdr>
                                              <w:divsChild>
                                                <w:div w:id="1463812805">
                                                  <w:marLeft w:val="0"/>
                                                  <w:marRight w:val="0"/>
                                                  <w:marTop w:val="0"/>
                                                  <w:marBottom w:val="0"/>
                                                  <w:divBdr>
                                                    <w:top w:val="none" w:sz="0" w:space="0" w:color="auto"/>
                                                    <w:left w:val="none" w:sz="0" w:space="0" w:color="auto"/>
                                                    <w:bottom w:val="none" w:sz="0" w:space="0" w:color="auto"/>
                                                    <w:right w:val="none" w:sz="0" w:space="0" w:color="auto"/>
                                                  </w:divBdr>
                                                  <w:divsChild>
                                                    <w:div w:id="1980987130">
                                                      <w:marLeft w:val="0"/>
                                                      <w:marRight w:val="0"/>
                                                      <w:marTop w:val="180"/>
                                                      <w:marBottom w:val="240"/>
                                                      <w:divBdr>
                                                        <w:top w:val="none" w:sz="0" w:space="0" w:color="auto"/>
                                                        <w:left w:val="none" w:sz="0" w:space="0" w:color="auto"/>
                                                        <w:bottom w:val="none" w:sz="0" w:space="0" w:color="auto"/>
                                                        <w:right w:val="none" w:sz="0" w:space="0" w:color="auto"/>
                                                      </w:divBdr>
                                                    </w:div>
                                                    <w:div w:id="2080011283">
                                                      <w:marLeft w:val="0"/>
                                                      <w:marRight w:val="0"/>
                                                      <w:marTop w:val="180"/>
                                                      <w:marBottom w:val="240"/>
                                                      <w:divBdr>
                                                        <w:top w:val="none" w:sz="0" w:space="0" w:color="auto"/>
                                                        <w:left w:val="none" w:sz="0" w:space="0" w:color="auto"/>
                                                        <w:bottom w:val="none" w:sz="0" w:space="0" w:color="auto"/>
                                                        <w:right w:val="none" w:sz="0" w:space="0" w:color="auto"/>
                                                      </w:divBdr>
                                                    </w:div>
                                                    <w:div w:id="530538176">
                                                      <w:marLeft w:val="0"/>
                                                      <w:marRight w:val="0"/>
                                                      <w:marTop w:val="180"/>
                                                      <w:marBottom w:val="240"/>
                                                      <w:divBdr>
                                                        <w:top w:val="none" w:sz="0" w:space="0" w:color="auto"/>
                                                        <w:left w:val="none" w:sz="0" w:space="0" w:color="auto"/>
                                                        <w:bottom w:val="none" w:sz="0" w:space="0" w:color="auto"/>
                                                        <w:right w:val="none" w:sz="0" w:space="0" w:color="auto"/>
                                                      </w:divBdr>
                                                    </w:div>
                                                    <w:div w:id="1622491463">
                                                      <w:marLeft w:val="0"/>
                                                      <w:marRight w:val="0"/>
                                                      <w:marTop w:val="180"/>
                                                      <w:marBottom w:val="240"/>
                                                      <w:divBdr>
                                                        <w:top w:val="none" w:sz="0" w:space="0" w:color="auto"/>
                                                        <w:left w:val="none" w:sz="0" w:space="0" w:color="auto"/>
                                                        <w:bottom w:val="none" w:sz="0" w:space="0" w:color="auto"/>
                                                        <w:right w:val="none" w:sz="0" w:space="0" w:color="auto"/>
                                                      </w:divBdr>
                                                    </w:div>
                                                    <w:div w:id="1266117032">
                                                      <w:marLeft w:val="0"/>
                                                      <w:marRight w:val="0"/>
                                                      <w:marTop w:val="360"/>
                                                      <w:marBottom w:val="180"/>
                                                      <w:divBdr>
                                                        <w:top w:val="none" w:sz="0" w:space="0" w:color="auto"/>
                                                        <w:left w:val="none" w:sz="0" w:space="0" w:color="auto"/>
                                                        <w:bottom w:val="none" w:sz="0" w:space="0" w:color="auto"/>
                                                        <w:right w:val="none" w:sz="0" w:space="0" w:color="auto"/>
                                                      </w:divBdr>
                                                    </w:div>
                                                    <w:div w:id="1965112601">
                                                      <w:marLeft w:val="0"/>
                                                      <w:marRight w:val="0"/>
                                                      <w:marTop w:val="360"/>
                                                      <w:marBottom w:val="180"/>
                                                      <w:divBdr>
                                                        <w:top w:val="none" w:sz="0" w:space="0" w:color="auto"/>
                                                        <w:left w:val="none" w:sz="0" w:space="0" w:color="auto"/>
                                                        <w:bottom w:val="none" w:sz="0" w:space="0" w:color="auto"/>
                                                        <w:right w:val="none" w:sz="0" w:space="0" w:color="auto"/>
                                                      </w:divBdr>
                                                    </w:div>
                                                    <w:div w:id="2084334621">
                                                      <w:marLeft w:val="0"/>
                                                      <w:marRight w:val="0"/>
                                                      <w:marTop w:val="180"/>
                                                      <w:marBottom w:val="240"/>
                                                      <w:divBdr>
                                                        <w:top w:val="none" w:sz="0" w:space="0" w:color="auto"/>
                                                        <w:left w:val="none" w:sz="0" w:space="0" w:color="auto"/>
                                                        <w:bottom w:val="none" w:sz="0" w:space="0" w:color="auto"/>
                                                        <w:right w:val="none" w:sz="0" w:space="0" w:color="auto"/>
                                                      </w:divBdr>
                                                    </w:div>
                                                    <w:div w:id="807550090">
                                                      <w:marLeft w:val="0"/>
                                                      <w:marRight w:val="0"/>
                                                      <w:marTop w:val="180"/>
                                                      <w:marBottom w:val="240"/>
                                                      <w:divBdr>
                                                        <w:top w:val="none" w:sz="0" w:space="0" w:color="auto"/>
                                                        <w:left w:val="none" w:sz="0" w:space="0" w:color="auto"/>
                                                        <w:bottom w:val="none" w:sz="0" w:space="0" w:color="auto"/>
                                                        <w:right w:val="none" w:sz="0" w:space="0" w:color="auto"/>
                                                      </w:divBdr>
                                                    </w:div>
                                                    <w:div w:id="254288834">
                                                      <w:marLeft w:val="0"/>
                                                      <w:marRight w:val="0"/>
                                                      <w:marTop w:val="360"/>
                                                      <w:marBottom w:val="180"/>
                                                      <w:divBdr>
                                                        <w:top w:val="none" w:sz="0" w:space="0" w:color="auto"/>
                                                        <w:left w:val="none" w:sz="0" w:space="0" w:color="auto"/>
                                                        <w:bottom w:val="none" w:sz="0" w:space="0" w:color="auto"/>
                                                        <w:right w:val="none" w:sz="0" w:space="0" w:color="auto"/>
                                                      </w:divBdr>
                                                    </w:div>
                                                    <w:div w:id="1625967893">
                                                      <w:marLeft w:val="0"/>
                                                      <w:marRight w:val="0"/>
                                                      <w:marTop w:val="180"/>
                                                      <w:marBottom w:val="240"/>
                                                      <w:divBdr>
                                                        <w:top w:val="none" w:sz="0" w:space="0" w:color="auto"/>
                                                        <w:left w:val="none" w:sz="0" w:space="0" w:color="auto"/>
                                                        <w:bottom w:val="none" w:sz="0" w:space="0" w:color="auto"/>
                                                        <w:right w:val="none" w:sz="0" w:space="0" w:color="auto"/>
                                                      </w:divBdr>
                                                    </w:div>
                                                    <w:div w:id="1037268532">
                                                      <w:marLeft w:val="0"/>
                                                      <w:marRight w:val="0"/>
                                                      <w:marTop w:val="360"/>
                                                      <w:marBottom w:val="180"/>
                                                      <w:divBdr>
                                                        <w:top w:val="none" w:sz="0" w:space="0" w:color="auto"/>
                                                        <w:left w:val="none" w:sz="0" w:space="0" w:color="auto"/>
                                                        <w:bottom w:val="none" w:sz="0" w:space="0" w:color="auto"/>
                                                        <w:right w:val="none" w:sz="0" w:space="0" w:color="auto"/>
                                                      </w:divBdr>
                                                    </w:div>
                                                    <w:div w:id="1190992771">
                                                      <w:marLeft w:val="0"/>
                                                      <w:marRight w:val="0"/>
                                                      <w:marTop w:val="180"/>
                                                      <w:marBottom w:val="240"/>
                                                      <w:divBdr>
                                                        <w:top w:val="none" w:sz="0" w:space="0" w:color="auto"/>
                                                        <w:left w:val="none" w:sz="0" w:space="0" w:color="auto"/>
                                                        <w:bottom w:val="none" w:sz="0" w:space="0" w:color="auto"/>
                                                        <w:right w:val="none" w:sz="0" w:space="0" w:color="auto"/>
                                                      </w:divBdr>
                                                    </w:div>
                                                    <w:div w:id="122624393">
                                                      <w:marLeft w:val="0"/>
                                                      <w:marRight w:val="0"/>
                                                      <w:marTop w:val="360"/>
                                                      <w:marBottom w:val="180"/>
                                                      <w:divBdr>
                                                        <w:top w:val="none" w:sz="0" w:space="0" w:color="auto"/>
                                                        <w:left w:val="none" w:sz="0" w:space="0" w:color="auto"/>
                                                        <w:bottom w:val="none" w:sz="0" w:space="0" w:color="auto"/>
                                                        <w:right w:val="none" w:sz="0" w:space="0" w:color="auto"/>
                                                      </w:divBdr>
                                                    </w:div>
                                                    <w:div w:id="660813954">
                                                      <w:marLeft w:val="0"/>
                                                      <w:marRight w:val="0"/>
                                                      <w:marTop w:val="180"/>
                                                      <w:marBottom w:val="240"/>
                                                      <w:divBdr>
                                                        <w:top w:val="none" w:sz="0" w:space="0" w:color="auto"/>
                                                        <w:left w:val="none" w:sz="0" w:space="0" w:color="auto"/>
                                                        <w:bottom w:val="none" w:sz="0" w:space="0" w:color="auto"/>
                                                        <w:right w:val="none" w:sz="0" w:space="0" w:color="auto"/>
                                                      </w:divBdr>
                                                    </w:div>
                                                    <w:div w:id="1507939015">
                                                      <w:marLeft w:val="0"/>
                                                      <w:marRight w:val="0"/>
                                                      <w:marTop w:val="360"/>
                                                      <w:marBottom w:val="180"/>
                                                      <w:divBdr>
                                                        <w:top w:val="none" w:sz="0" w:space="0" w:color="auto"/>
                                                        <w:left w:val="none" w:sz="0" w:space="0" w:color="auto"/>
                                                        <w:bottom w:val="none" w:sz="0" w:space="0" w:color="auto"/>
                                                        <w:right w:val="none" w:sz="0" w:space="0" w:color="auto"/>
                                                      </w:divBdr>
                                                    </w:div>
                                                    <w:div w:id="1218932811">
                                                      <w:marLeft w:val="0"/>
                                                      <w:marRight w:val="0"/>
                                                      <w:marTop w:val="180"/>
                                                      <w:marBottom w:val="240"/>
                                                      <w:divBdr>
                                                        <w:top w:val="none" w:sz="0" w:space="0" w:color="auto"/>
                                                        <w:left w:val="none" w:sz="0" w:space="0" w:color="auto"/>
                                                        <w:bottom w:val="none" w:sz="0" w:space="0" w:color="auto"/>
                                                        <w:right w:val="none" w:sz="0" w:space="0" w:color="auto"/>
                                                      </w:divBdr>
                                                    </w:div>
                                                    <w:div w:id="1635594879">
                                                      <w:marLeft w:val="0"/>
                                                      <w:marRight w:val="0"/>
                                                      <w:marTop w:val="360"/>
                                                      <w:marBottom w:val="180"/>
                                                      <w:divBdr>
                                                        <w:top w:val="none" w:sz="0" w:space="0" w:color="auto"/>
                                                        <w:left w:val="none" w:sz="0" w:space="0" w:color="auto"/>
                                                        <w:bottom w:val="none" w:sz="0" w:space="0" w:color="auto"/>
                                                        <w:right w:val="none" w:sz="0" w:space="0" w:color="auto"/>
                                                      </w:divBdr>
                                                    </w:div>
                                                    <w:div w:id="1330521130">
                                                      <w:marLeft w:val="0"/>
                                                      <w:marRight w:val="0"/>
                                                      <w:marTop w:val="180"/>
                                                      <w:marBottom w:val="240"/>
                                                      <w:divBdr>
                                                        <w:top w:val="none" w:sz="0" w:space="0" w:color="auto"/>
                                                        <w:left w:val="none" w:sz="0" w:space="0" w:color="auto"/>
                                                        <w:bottom w:val="none" w:sz="0" w:space="0" w:color="auto"/>
                                                        <w:right w:val="none" w:sz="0" w:space="0" w:color="auto"/>
                                                      </w:divBdr>
                                                    </w:div>
                                                    <w:div w:id="1761563852">
                                                      <w:marLeft w:val="0"/>
                                                      <w:marRight w:val="0"/>
                                                      <w:marTop w:val="360"/>
                                                      <w:marBottom w:val="180"/>
                                                      <w:divBdr>
                                                        <w:top w:val="none" w:sz="0" w:space="0" w:color="auto"/>
                                                        <w:left w:val="none" w:sz="0" w:space="0" w:color="auto"/>
                                                        <w:bottom w:val="none" w:sz="0" w:space="0" w:color="auto"/>
                                                        <w:right w:val="none" w:sz="0" w:space="0" w:color="auto"/>
                                                      </w:divBdr>
                                                    </w:div>
                                                    <w:div w:id="1107698984">
                                                      <w:marLeft w:val="0"/>
                                                      <w:marRight w:val="0"/>
                                                      <w:marTop w:val="180"/>
                                                      <w:marBottom w:val="240"/>
                                                      <w:divBdr>
                                                        <w:top w:val="none" w:sz="0" w:space="0" w:color="auto"/>
                                                        <w:left w:val="none" w:sz="0" w:space="0" w:color="auto"/>
                                                        <w:bottom w:val="none" w:sz="0" w:space="0" w:color="auto"/>
                                                        <w:right w:val="none" w:sz="0" w:space="0" w:color="auto"/>
                                                      </w:divBdr>
                                                    </w:div>
                                                    <w:div w:id="325404078">
                                                      <w:marLeft w:val="0"/>
                                                      <w:marRight w:val="0"/>
                                                      <w:marTop w:val="360"/>
                                                      <w:marBottom w:val="180"/>
                                                      <w:divBdr>
                                                        <w:top w:val="none" w:sz="0" w:space="0" w:color="auto"/>
                                                        <w:left w:val="none" w:sz="0" w:space="0" w:color="auto"/>
                                                        <w:bottom w:val="none" w:sz="0" w:space="0" w:color="auto"/>
                                                        <w:right w:val="none" w:sz="0" w:space="0" w:color="auto"/>
                                                      </w:divBdr>
                                                    </w:div>
                                                    <w:div w:id="330061169">
                                                      <w:marLeft w:val="0"/>
                                                      <w:marRight w:val="0"/>
                                                      <w:marTop w:val="60"/>
                                                      <w:marBottom w:val="180"/>
                                                      <w:divBdr>
                                                        <w:top w:val="none" w:sz="0" w:space="0" w:color="auto"/>
                                                        <w:left w:val="none" w:sz="0" w:space="0" w:color="auto"/>
                                                        <w:bottom w:val="none" w:sz="0" w:space="0" w:color="auto"/>
                                                        <w:right w:val="none" w:sz="0" w:space="0" w:color="auto"/>
                                                      </w:divBdr>
                                                    </w:div>
                                                    <w:div w:id="2001226601">
                                                      <w:marLeft w:val="0"/>
                                                      <w:marRight w:val="0"/>
                                                      <w:marTop w:val="360"/>
                                                      <w:marBottom w:val="180"/>
                                                      <w:divBdr>
                                                        <w:top w:val="none" w:sz="0" w:space="0" w:color="auto"/>
                                                        <w:left w:val="none" w:sz="0" w:space="0" w:color="auto"/>
                                                        <w:bottom w:val="none" w:sz="0" w:space="0" w:color="auto"/>
                                                        <w:right w:val="none" w:sz="0" w:space="0" w:color="auto"/>
                                                      </w:divBdr>
                                                    </w:div>
                                                    <w:div w:id="1531458488">
                                                      <w:marLeft w:val="0"/>
                                                      <w:marRight w:val="0"/>
                                                      <w:marTop w:val="60"/>
                                                      <w:marBottom w:val="180"/>
                                                      <w:divBdr>
                                                        <w:top w:val="none" w:sz="0" w:space="0" w:color="auto"/>
                                                        <w:left w:val="none" w:sz="0" w:space="0" w:color="auto"/>
                                                        <w:bottom w:val="none" w:sz="0" w:space="0" w:color="auto"/>
                                                        <w:right w:val="none" w:sz="0" w:space="0" w:color="auto"/>
                                                      </w:divBdr>
                                                    </w:div>
                                                    <w:div w:id="527333021">
                                                      <w:marLeft w:val="0"/>
                                                      <w:marRight w:val="0"/>
                                                      <w:marTop w:val="360"/>
                                                      <w:marBottom w:val="180"/>
                                                      <w:divBdr>
                                                        <w:top w:val="none" w:sz="0" w:space="0" w:color="auto"/>
                                                        <w:left w:val="none" w:sz="0" w:space="0" w:color="auto"/>
                                                        <w:bottom w:val="none" w:sz="0" w:space="0" w:color="auto"/>
                                                        <w:right w:val="none" w:sz="0" w:space="0" w:color="auto"/>
                                                      </w:divBdr>
                                                    </w:div>
                                                    <w:div w:id="239171777">
                                                      <w:marLeft w:val="0"/>
                                                      <w:marRight w:val="0"/>
                                                      <w:marTop w:val="60"/>
                                                      <w:marBottom w:val="180"/>
                                                      <w:divBdr>
                                                        <w:top w:val="none" w:sz="0" w:space="0" w:color="auto"/>
                                                        <w:left w:val="none" w:sz="0" w:space="0" w:color="auto"/>
                                                        <w:bottom w:val="none" w:sz="0" w:space="0" w:color="auto"/>
                                                        <w:right w:val="none" w:sz="0" w:space="0" w:color="auto"/>
                                                      </w:divBdr>
                                                    </w:div>
                                                    <w:div w:id="749619039">
                                                      <w:marLeft w:val="0"/>
                                                      <w:marRight w:val="0"/>
                                                      <w:marTop w:val="360"/>
                                                      <w:marBottom w:val="180"/>
                                                      <w:divBdr>
                                                        <w:top w:val="none" w:sz="0" w:space="0" w:color="auto"/>
                                                        <w:left w:val="none" w:sz="0" w:space="0" w:color="auto"/>
                                                        <w:bottom w:val="none" w:sz="0" w:space="0" w:color="auto"/>
                                                        <w:right w:val="none" w:sz="0" w:space="0" w:color="auto"/>
                                                      </w:divBdr>
                                                    </w:div>
                                                    <w:div w:id="1083530235">
                                                      <w:marLeft w:val="0"/>
                                                      <w:marRight w:val="0"/>
                                                      <w:marTop w:val="60"/>
                                                      <w:marBottom w:val="180"/>
                                                      <w:divBdr>
                                                        <w:top w:val="none" w:sz="0" w:space="0" w:color="auto"/>
                                                        <w:left w:val="none" w:sz="0" w:space="0" w:color="auto"/>
                                                        <w:bottom w:val="none" w:sz="0" w:space="0" w:color="auto"/>
                                                        <w:right w:val="none" w:sz="0" w:space="0" w:color="auto"/>
                                                      </w:divBdr>
                                                    </w:div>
                                                    <w:div w:id="1378554456">
                                                      <w:marLeft w:val="0"/>
                                                      <w:marRight w:val="0"/>
                                                      <w:marTop w:val="360"/>
                                                      <w:marBottom w:val="180"/>
                                                      <w:divBdr>
                                                        <w:top w:val="none" w:sz="0" w:space="0" w:color="auto"/>
                                                        <w:left w:val="none" w:sz="0" w:space="0" w:color="auto"/>
                                                        <w:bottom w:val="none" w:sz="0" w:space="0" w:color="auto"/>
                                                        <w:right w:val="none" w:sz="0" w:space="0" w:color="auto"/>
                                                      </w:divBdr>
                                                    </w:div>
                                                    <w:div w:id="874930257">
                                                      <w:marLeft w:val="0"/>
                                                      <w:marRight w:val="0"/>
                                                      <w:marTop w:val="60"/>
                                                      <w:marBottom w:val="180"/>
                                                      <w:divBdr>
                                                        <w:top w:val="none" w:sz="0" w:space="0" w:color="auto"/>
                                                        <w:left w:val="none" w:sz="0" w:space="0" w:color="auto"/>
                                                        <w:bottom w:val="none" w:sz="0" w:space="0" w:color="auto"/>
                                                        <w:right w:val="none" w:sz="0" w:space="0" w:color="auto"/>
                                                      </w:divBdr>
                                                    </w:div>
                                                    <w:div w:id="911886039">
                                                      <w:marLeft w:val="0"/>
                                                      <w:marRight w:val="0"/>
                                                      <w:marTop w:val="360"/>
                                                      <w:marBottom w:val="180"/>
                                                      <w:divBdr>
                                                        <w:top w:val="none" w:sz="0" w:space="0" w:color="auto"/>
                                                        <w:left w:val="none" w:sz="0" w:space="0" w:color="auto"/>
                                                        <w:bottom w:val="none" w:sz="0" w:space="0" w:color="auto"/>
                                                        <w:right w:val="none" w:sz="0" w:space="0" w:color="auto"/>
                                                      </w:divBdr>
                                                    </w:div>
                                                    <w:div w:id="1635405808">
                                                      <w:marLeft w:val="0"/>
                                                      <w:marRight w:val="0"/>
                                                      <w:marTop w:val="60"/>
                                                      <w:marBottom w:val="180"/>
                                                      <w:divBdr>
                                                        <w:top w:val="none" w:sz="0" w:space="0" w:color="auto"/>
                                                        <w:left w:val="none" w:sz="0" w:space="0" w:color="auto"/>
                                                        <w:bottom w:val="none" w:sz="0" w:space="0" w:color="auto"/>
                                                        <w:right w:val="none" w:sz="0" w:space="0" w:color="auto"/>
                                                      </w:divBdr>
                                                    </w:div>
                                                    <w:div w:id="1064763508">
                                                      <w:marLeft w:val="0"/>
                                                      <w:marRight w:val="0"/>
                                                      <w:marTop w:val="180"/>
                                                      <w:marBottom w:val="240"/>
                                                      <w:divBdr>
                                                        <w:top w:val="none" w:sz="0" w:space="0" w:color="auto"/>
                                                        <w:left w:val="none" w:sz="0" w:space="0" w:color="auto"/>
                                                        <w:bottom w:val="none" w:sz="0" w:space="0" w:color="auto"/>
                                                        <w:right w:val="none" w:sz="0" w:space="0" w:color="auto"/>
                                                      </w:divBdr>
                                                    </w:div>
                                                    <w:div w:id="208522465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873028890">
                                  <w:marLeft w:val="0"/>
                                  <w:marRight w:val="0"/>
                                  <w:marTop w:val="450"/>
                                  <w:marBottom w:val="0"/>
                                  <w:divBdr>
                                    <w:top w:val="none" w:sz="0" w:space="0" w:color="auto"/>
                                    <w:left w:val="none" w:sz="0" w:space="0" w:color="auto"/>
                                    <w:bottom w:val="none" w:sz="0" w:space="0" w:color="auto"/>
                                    <w:right w:val="none" w:sz="0" w:space="0" w:color="auto"/>
                                  </w:divBdr>
                                  <w:divsChild>
                                    <w:div w:id="1923563152">
                                      <w:marLeft w:val="0"/>
                                      <w:marRight w:val="0"/>
                                      <w:marTop w:val="0"/>
                                      <w:marBottom w:val="0"/>
                                      <w:divBdr>
                                        <w:top w:val="none" w:sz="0" w:space="0" w:color="auto"/>
                                        <w:left w:val="none" w:sz="0" w:space="0" w:color="auto"/>
                                        <w:bottom w:val="none" w:sz="0" w:space="0" w:color="auto"/>
                                        <w:right w:val="none" w:sz="0" w:space="0" w:color="auto"/>
                                      </w:divBdr>
                                      <w:divsChild>
                                        <w:div w:id="476144546">
                                          <w:marLeft w:val="0"/>
                                          <w:marRight w:val="0"/>
                                          <w:marTop w:val="0"/>
                                          <w:marBottom w:val="0"/>
                                          <w:divBdr>
                                            <w:top w:val="none" w:sz="0" w:space="0" w:color="auto"/>
                                            <w:left w:val="none" w:sz="0" w:space="0" w:color="auto"/>
                                            <w:bottom w:val="none" w:sz="0" w:space="0" w:color="auto"/>
                                            <w:right w:val="none" w:sz="0" w:space="0" w:color="auto"/>
                                          </w:divBdr>
                                          <w:divsChild>
                                            <w:div w:id="1332638130">
                                              <w:marLeft w:val="0"/>
                                              <w:marRight w:val="4368"/>
                                              <w:marTop w:val="0"/>
                                              <w:marBottom w:val="0"/>
                                              <w:divBdr>
                                                <w:top w:val="none" w:sz="0" w:space="0" w:color="auto"/>
                                                <w:left w:val="none" w:sz="0" w:space="0" w:color="auto"/>
                                                <w:bottom w:val="none" w:sz="0" w:space="0" w:color="auto"/>
                                                <w:right w:val="none" w:sz="0" w:space="0" w:color="auto"/>
                                              </w:divBdr>
                                              <w:divsChild>
                                                <w:div w:id="90516562">
                                                  <w:marLeft w:val="0"/>
                                                  <w:marRight w:val="0"/>
                                                  <w:marTop w:val="0"/>
                                                  <w:marBottom w:val="0"/>
                                                  <w:divBdr>
                                                    <w:top w:val="none" w:sz="0" w:space="0" w:color="auto"/>
                                                    <w:left w:val="none" w:sz="0" w:space="0" w:color="auto"/>
                                                    <w:bottom w:val="none" w:sz="0" w:space="0" w:color="auto"/>
                                                    <w:right w:val="none" w:sz="0" w:space="0" w:color="auto"/>
                                                  </w:divBdr>
                                                  <w:divsChild>
                                                    <w:div w:id="523056305">
                                                      <w:marLeft w:val="0"/>
                                                      <w:marRight w:val="0"/>
                                                      <w:marTop w:val="0"/>
                                                      <w:marBottom w:val="0"/>
                                                      <w:divBdr>
                                                        <w:top w:val="none" w:sz="0" w:space="0" w:color="auto"/>
                                                        <w:left w:val="none" w:sz="0" w:space="0" w:color="auto"/>
                                                        <w:bottom w:val="none" w:sz="0" w:space="0" w:color="auto"/>
                                                        <w:right w:val="none" w:sz="0" w:space="0" w:color="auto"/>
                                                      </w:divBdr>
                                                      <w:divsChild>
                                                        <w:div w:id="126742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884049">
                                              <w:marLeft w:val="0"/>
                                              <w:marRight w:val="0"/>
                                              <w:marTop w:val="0"/>
                                              <w:marBottom w:val="0"/>
                                              <w:divBdr>
                                                <w:top w:val="none" w:sz="0" w:space="0" w:color="auto"/>
                                                <w:left w:val="none" w:sz="0" w:space="0" w:color="auto"/>
                                                <w:bottom w:val="none" w:sz="0" w:space="0" w:color="auto"/>
                                                <w:right w:val="none" w:sz="0" w:space="0" w:color="auto"/>
                                              </w:divBdr>
                                              <w:divsChild>
                                                <w:div w:id="179995878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482966267">
                                      <w:marLeft w:val="0"/>
                                      <w:marRight w:val="0"/>
                                      <w:marTop w:val="0"/>
                                      <w:marBottom w:val="0"/>
                                      <w:divBdr>
                                        <w:top w:val="none" w:sz="0" w:space="0" w:color="auto"/>
                                        <w:left w:val="none" w:sz="0" w:space="0" w:color="auto"/>
                                        <w:bottom w:val="none" w:sz="0" w:space="0" w:color="auto"/>
                                        <w:right w:val="none" w:sz="0" w:space="0" w:color="auto"/>
                                      </w:divBdr>
                                      <w:divsChild>
                                        <w:div w:id="604046649">
                                          <w:marLeft w:val="0"/>
                                          <w:marRight w:val="0"/>
                                          <w:marTop w:val="0"/>
                                          <w:marBottom w:val="0"/>
                                          <w:divBdr>
                                            <w:top w:val="none" w:sz="0" w:space="0" w:color="auto"/>
                                            <w:left w:val="none" w:sz="0" w:space="0" w:color="auto"/>
                                            <w:bottom w:val="none" w:sz="0" w:space="0" w:color="auto"/>
                                            <w:right w:val="none" w:sz="0" w:space="0" w:color="auto"/>
                                          </w:divBdr>
                                          <w:divsChild>
                                            <w:div w:id="1977490094">
                                              <w:marLeft w:val="0"/>
                                              <w:marRight w:val="0"/>
                                              <w:marTop w:val="0"/>
                                              <w:marBottom w:val="0"/>
                                              <w:divBdr>
                                                <w:top w:val="none" w:sz="0" w:space="0" w:color="auto"/>
                                                <w:left w:val="none" w:sz="0" w:space="0" w:color="auto"/>
                                                <w:bottom w:val="none" w:sz="0" w:space="0" w:color="auto"/>
                                                <w:right w:val="none" w:sz="0" w:space="0" w:color="auto"/>
                                              </w:divBdr>
                                              <w:divsChild>
                                                <w:div w:id="970477373">
                                                  <w:marLeft w:val="0"/>
                                                  <w:marRight w:val="0"/>
                                                  <w:marTop w:val="0"/>
                                                  <w:marBottom w:val="0"/>
                                                  <w:divBdr>
                                                    <w:top w:val="none" w:sz="0" w:space="0" w:color="auto"/>
                                                    <w:left w:val="none" w:sz="0" w:space="0" w:color="auto"/>
                                                    <w:bottom w:val="none" w:sz="0" w:space="0" w:color="auto"/>
                                                    <w:right w:val="none" w:sz="0" w:space="0" w:color="auto"/>
                                                  </w:divBdr>
                                                  <w:divsChild>
                                                    <w:div w:id="1017072969">
                                                      <w:marLeft w:val="0"/>
                                                      <w:marRight w:val="0"/>
                                                      <w:marTop w:val="180"/>
                                                      <w:marBottom w:val="240"/>
                                                      <w:divBdr>
                                                        <w:top w:val="none" w:sz="0" w:space="0" w:color="auto"/>
                                                        <w:left w:val="none" w:sz="0" w:space="0" w:color="auto"/>
                                                        <w:bottom w:val="none" w:sz="0" w:space="0" w:color="auto"/>
                                                        <w:right w:val="none" w:sz="0" w:space="0" w:color="auto"/>
                                                      </w:divBdr>
                                                    </w:div>
                                                    <w:div w:id="161900485">
                                                      <w:marLeft w:val="0"/>
                                                      <w:marRight w:val="0"/>
                                                      <w:marTop w:val="360"/>
                                                      <w:marBottom w:val="180"/>
                                                      <w:divBdr>
                                                        <w:top w:val="none" w:sz="0" w:space="0" w:color="auto"/>
                                                        <w:left w:val="none" w:sz="0" w:space="0" w:color="auto"/>
                                                        <w:bottom w:val="none" w:sz="0" w:space="0" w:color="auto"/>
                                                        <w:right w:val="none" w:sz="0" w:space="0" w:color="auto"/>
                                                      </w:divBdr>
                                                    </w:div>
                                                    <w:div w:id="224267119">
                                                      <w:marLeft w:val="0"/>
                                                      <w:marRight w:val="0"/>
                                                      <w:marTop w:val="360"/>
                                                      <w:marBottom w:val="180"/>
                                                      <w:divBdr>
                                                        <w:top w:val="none" w:sz="0" w:space="0" w:color="auto"/>
                                                        <w:left w:val="none" w:sz="0" w:space="0" w:color="auto"/>
                                                        <w:bottom w:val="none" w:sz="0" w:space="0" w:color="auto"/>
                                                        <w:right w:val="none" w:sz="0" w:space="0" w:color="auto"/>
                                                      </w:divBdr>
                                                    </w:div>
                                                    <w:div w:id="769471439">
                                                      <w:marLeft w:val="0"/>
                                                      <w:marRight w:val="0"/>
                                                      <w:marTop w:val="180"/>
                                                      <w:marBottom w:val="240"/>
                                                      <w:divBdr>
                                                        <w:top w:val="none" w:sz="0" w:space="0" w:color="auto"/>
                                                        <w:left w:val="none" w:sz="0" w:space="0" w:color="auto"/>
                                                        <w:bottom w:val="none" w:sz="0" w:space="0" w:color="auto"/>
                                                        <w:right w:val="none" w:sz="0" w:space="0" w:color="auto"/>
                                                      </w:divBdr>
                                                    </w:div>
                                                    <w:div w:id="452283686">
                                                      <w:marLeft w:val="0"/>
                                                      <w:marRight w:val="0"/>
                                                      <w:marTop w:val="180"/>
                                                      <w:marBottom w:val="240"/>
                                                      <w:divBdr>
                                                        <w:top w:val="none" w:sz="0" w:space="0" w:color="auto"/>
                                                        <w:left w:val="none" w:sz="0" w:space="0" w:color="auto"/>
                                                        <w:bottom w:val="none" w:sz="0" w:space="0" w:color="auto"/>
                                                        <w:right w:val="none" w:sz="0" w:space="0" w:color="auto"/>
                                                      </w:divBdr>
                                                    </w:div>
                                                    <w:div w:id="1275555205">
                                                      <w:marLeft w:val="0"/>
                                                      <w:marRight w:val="0"/>
                                                      <w:marTop w:val="360"/>
                                                      <w:marBottom w:val="180"/>
                                                      <w:divBdr>
                                                        <w:top w:val="none" w:sz="0" w:space="0" w:color="auto"/>
                                                        <w:left w:val="none" w:sz="0" w:space="0" w:color="auto"/>
                                                        <w:bottom w:val="none" w:sz="0" w:space="0" w:color="auto"/>
                                                        <w:right w:val="none" w:sz="0" w:space="0" w:color="auto"/>
                                                      </w:divBdr>
                                                    </w:div>
                                                    <w:div w:id="997420096">
                                                      <w:marLeft w:val="0"/>
                                                      <w:marRight w:val="0"/>
                                                      <w:marTop w:val="180"/>
                                                      <w:marBottom w:val="240"/>
                                                      <w:divBdr>
                                                        <w:top w:val="none" w:sz="0" w:space="0" w:color="auto"/>
                                                        <w:left w:val="none" w:sz="0" w:space="0" w:color="auto"/>
                                                        <w:bottom w:val="none" w:sz="0" w:space="0" w:color="auto"/>
                                                        <w:right w:val="none" w:sz="0" w:space="0" w:color="auto"/>
                                                      </w:divBdr>
                                                    </w:div>
                                                    <w:div w:id="1862468924">
                                                      <w:marLeft w:val="0"/>
                                                      <w:marRight w:val="0"/>
                                                      <w:marTop w:val="360"/>
                                                      <w:marBottom w:val="180"/>
                                                      <w:divBdr>
                                                        <w:top w:val="none" w:sz="0" w:space="0" w:color="auto"/>
                                                        <w:left w:val="none" w:sz="0" w:space="0" w:color="auto"/>
                                                        <w:bottom w:val="none" w:sz="0" w:space="0" w:color="auto"/>
                                                        <w:right w:val="none" w:sz="0" w:space="0" w:color="auto"/>
                                                      </w:divBdr>
                                                    </w:div>
                                                    <w:div w:id="1603874124">
                                                      <w:marLeft w:val="0"/>
                                                      <w:marRight w:val="0"/>
                                                      <w:marTop w:val="180"/>
                                                      <w:marBottom w:val="240"/>
                                                      <w:divBdr>
                                                        <w:top w:val="none" w:sz="0" w:space="0" w:color="auto"/>
                                                        <w:left w:val="none" w:sz="0" w:space="0" w:color="auto"/>
                                                        <w:bottom w:val="none" w:sz="0" w:space="0" w:color="auto"/>
                                                        <w:right w:val="none" w:sz="0" w:space="0" w:color="auto"/>
                                                      </w:divBdr>
                                                    </w:div>
                                                    <w:div w:id="1219703840">
                                                      <w:marLeft w:val="0"/>
                                                      <w:marRight w:val="0"/>
                                                      <w:marTop w:val="360"/>
                                                      <w:marBottom w:val="180"/>
                                                      <w:divBdr>
                                                        <w:top w:val="none" w:sz="0" w:space="0" w:color="auto"/>
                                                        <w:left w:val="none" w:sz="0" w:space="0" w:color="auto"/>
                                                        <w:bottom w:val="none" w:sz="0" w:space="0" w:color="auto"/>
                                                        <w:right w:val="none" w:sz="0" w:space="0" w:color="auto"/>
                                                      </w:divBdr>
                                                    </w:div>
                                                    <w:div w:id="1299841781">
                                                      <w:marLeft w:val="0"/>
                                                      <w:marRight w:val="0"/>
                                                      <w:marTop w:val="180"/>
                                                      <w:marBottom w:val="240"/>
                                                      <w:divBdr>
                                                        <w:top w:val="none" w:sz="0" w:space="0" w:color="auto"/>
                                                        <w:left w:val="none" w:sz="0" w:space="0" w:color="auto"/>
                                                        <w:bottom w:val="none" w:sz="0" w:space="0" w:color="auto"/>
                                                        <w:right w:val="none" w:sz="0" w:space="0" w:color="auto"/>
                                                      </w:divBdr>
                                                    </w:div>
                                                    <w:div w:id="1923828599">
                                                      <w:marLeft w:val="0"/>
                                                      <w:marRight w:val="0"/>
                                                      <w:marTop w:val="360"/>
                                                      <w:marBottom w:val="180"/>
                                                      <w:divBdr>
                                                        <w:top w:val="none" w:sz="0" w:space="0" w:color="auto"/>
                                                        <w:left w:val="none" w:sz="0" w:space="0" w:color="auto"/>
                                                        <w:bottom w:val="none" w:sz="0" w:space="0" w:color="auto"/>
                                                        <w:right w:val="none" w:sz="0" w:space="0" w:color="auto"/>
                                                      </w:divBdr>
                                                    </w:div>
                                                    <w:div w:id="718355528">
                                                      <w:marLeft w:val="0"/>
                                                      <w:marRight w:val="0"/>
                                                      <w:marTop w:val="180"/>
                                                      <w:marBottom w:val="240"/>
                                                      <w:divBdr>
                                                        <w:top w:val="none" w:sz="0" w:space="0" w:color="auto"/>
                                                        <w:left w:val="none" w:sz="0" w:space="0" w:color="auto"/>
                                                        <w:bottom w:val="none" w:sz="0" w:space="0" w:color="auto"/>
                                                        <w:right w:val="none" w:sz="0" w:space="0" w:color="auto"/>
                                                      </w:divBdr>
                                                    </w:div>
                                                    <w:div w:id="251358800">
                                                      <w:marLeft w:val="0"/>
                                                      <w:marRight w:val="0"/>
                                                      <w:marTop w:val="360"/>
                                                      <w:marBottom w:val="180"/>
                                                      <w:divBdr>
                                                        <w:top w:val="none" w:sz="0" w:space="0" w:color="auto"/>
                                                        <w:left w:val="none" w:sz="0" w:space="0" w:color="auto"/>
                                                        <w:bottom w:val="none" w:sz="0" w:space="0" w:color="auto"/>
                                                        <w:right w:val="none" w:sz="0" w:space="0" w:color="auto"/>
                                                      </w:divBdr>
                                                    </w:div>
                                                    <w:div w:id="442000853">
                                                      <w:marLeft w:val="0"/>
                                                      <w:marRight w:val="0"/>
                                                      <w:marTop w:val="180"/>
                                                      <w:marBottom w:val="240"/>
                                                      <w:divBdr>
                                                        <w:top w:val="none" w:sz="0" w:space="0" w:color="auto"/>
                                                        <w:left w:val="none" w:sz="0" w:space="0" w:color="auto"/>
                                                        <w:bottom w:val="none" w:sz="0" w:space="0" w:color="auto"/>
                                                        <w:right w:val="none" w:sz="0" w:space="0" w:color="auto"/>
                                                      </w:divBdr>
                                                    </w:div>
                                                    <w:div w:id="1371145127">
                                                      <w:marLeft w:val="0"/>
                                                      <w:marRight w:val="0"/>
                                                      <w:marTop w:val="360"/>
                                                      <w:marBottom w:val="180"/>
                                                      <w:divBdr>
                                                        <w:top w:val="none" w:sz="0" w:space="0" w:color="auto"/>
                                                        <w:left w:val="none" w:sz="0" w:space="0" w:color="auto"/>
                                                        <w:bottom w:val="none" w:sz="0" w:space="0" w:color="auto"/>
                                                        <w:right w:val="none" w:sz="0" w:space="0" w:color="auto"/>
                                                      </w:divBdr>
                                                    </w:div>
                                                    <w:div w:id="357124092">
                                                      <w:marLeft w:val="0"/>
                                                      <w:marRight w:val="0"/>
                                                      <w:marTop w:val="180"/>
                                                      <w:marBottom w:val="240"/>
                                                      <w:divBdr>
                                                        <w:top w:val="none" w:sz="0" w:space="0" w:color="auto"/>
                                                        <w:left w:val="none" w:sz="0" w:space="0" w:color="auto"/>
                                                        <w:bottom w:val="none" w:sz="0" w:space="0" w:color="auto"/>
                                                        <w:right w:val="none" w:sz="0" w:space="0" w:color="auto"/>
                                                      </w:divBdr>
                                                    </w:div>
                                                    <w:div w:id="542137932">
                                                      <w:marLeft w:val="0"/>
                                                      <w:marRight w:val="0"/>
                                                      <w:marTop w:val="360"/>
                                                      <w:marBottom w:val="180"/>
                                                      <w:divBdr>
                                                        <w:top w:val="none" w:sz="0" w:space="0" w:color="auto"/>
                                                        <w:left w:val="none" w:sz="0" w:space="0" w:color="auto"/>
                                                        <w:bottom w:val="none" w:sz="0" w:space="0" w:color="auto"/>
                                                        <w:right w:val="none" w:sz="0" w:space="0" w:color="auto"/>
                                                      </w:divBdr>
                                                    </w:div>
                                                    <w:div w:id="908074463">
                                                      <w:marLeft w:val="0"/>
                                                      <w:marRight w:val="0"/>
                                                      <w:marTop w:val="60"/>
                                                      <w:marBottom w:val="180"/>
                                                      <w:divBdr>
                                                        <w:top w:val="none" w:sz="0" w:space="0" w:color="auto"/>
                                                        <w:left w:val="none" w:sz="0" w:space="0" w:color="auto"/>
                                                        <w:bottom w:val="none" w:sz="0" w:space="0" w:color="auto"/>
                                                        <w:right w:val="none" w:sz="0" w:space="0" w:color="auto"/>
                                                      </w:divBdr>
                                                    </w:div>
                                                    <w:div w:id="2020807596">
                                                      <w:marLeft w:val="0"/>
                                                      <w:marRight w:val="0"/>
                                                      <w:marTop w:val="360"/>
                                                      <w:marBottom w:val="180"/>
                                                      <w:divBdr>
                                                        <w:top w:val="none" w:sz="0" w:space="0" w:color="auto"/>
                                                        <w:left w:val="none" w:sz="0" w:space="0" w:color="auto"/>
                                                        <w:bottom w:val="none" w:sz="0" w:space="0" w:color="auto"/>
                                                        <w:right w:val="none" w:sz="0" w:space="0" w:color="auto"/>
                                                      </w:divBdr>
                                                    </w:div>
                                                    <w:div w:id="1845775941">
                                                      <w:marLeft w:val="0"/>
                                                      <w:marRight w:val="0"/>
                                                      <w:marTop w:val="60"/>
                                                      <w:marBottom w:val="180"/>
                                                      <w:divBdr>
                                                        <w:top w:val="none" w:sz="0" w:space="0" w:color="auto"/>
                                                        <w:left w:val="none" w:sz="0" w:space="0" w:color="auto"/>
                                                        <w:bottom w:val="none" w:sz="0" w:space="0" w:color="auto"/>
                                                        <w:right w:val="none" w:sz="0" w:space="0" w:color="auto"/>
                                                      </w:divBdr>
                                                    </w:div>
                                                    <w:div w:id="1128471989">
                                                      <w:marLeft w:val="0"/>
                                                      <w:marRight w:val="0"/>
                                                      <w:marTop w:val="360"/>
                                                      <w:marBottom w:val="180"/>
                                                      <w:divBdr>
                                                        <w:top w:val="none" w:sz="0" w:space="0" w:color="auto"/>
                                                        <w:left w:val="none" w:sz="0" w:space="0" w:color="auto"/>
                                                        <w:bottom w:val="none" w:sz="0" w:space="0" w:color="auto"/>
                                                        <w:right w:val="none" w:sz="0" w:space="0" w:color="auto"/>
                                                      </w:divBdr>
                                                    </w:div>
                                                    <w:div w:id="2086605912">
                                                      <w:marLeft w:val="0"/>
                                                      <w:marRight w:val="0"/>
                                                      <w:marTop w:val="60"/>
                                                      <w:marBottom w:val="180"/>
                                                      <w:divBdr>
                                                        <w:top w:val="none" w:sz="0" w:space="0" w:color="auto"/>
                                                        <w:left w:val="none" w:sz="0" w:space="0" w:color="auto"/>
                                                        <w:bottom w:val="none" w:sz="0" w:space="0" w:color="auto"/>
                                                        <w:right w:val="none" w:sz="0" w:space="0" w:color="auto"/>
                                                      </w:divBdr>
                                                    </w:div>
                                                    <w:div w:id="1904634667">
                                                      <w:marLeft w:val="0"/>
                                                      <w:marRight w:val="0"/>
                                                      <w:marTop w:val="360"/>
                                                      <w:marBottom w:val="180"/>
                                                      <w:divBdr>
                                                        <w:top w:val="none" w:sz="0" w:space="0" w:color="auto"/>
                                                        <w:left w:val="none" w:sz="0" w:space="0" w:color="auto"/>
                                                        <w:bottom w:val="none" w:sz="0" w:space="0" w:color="auto"/>
                                                        <w:right w:val="none" w:sz="0" w:space="0" w:color="auto"/>
                                                      </w:divBdr>
                                                    </w:div>
                                                    <w:div w:id="33580679">
                                                      <w:marLeft w:val="0"/>
                                                      <w:marRight w:val="0"/>
                                                      <w:marTop w:val="60"/>
                                                      <w:marBottom w:val="180"/>
                                                      <w:divBdr>
                                                        <w:top w:val="none" w:sz="0" w:space="0" w:color="auto"/>
                                                        <w:left w:val="none" w:sz="0" w:space="0" w:color="auto"/>
                                                        <w:bottom w:val="none" w:sz="0" w:space="0" w:color="auto"/>
                                                        <w:right w:val="none" w:sz="0" w:space="0" w:color="auto"/>
                                                      </w:divBdr>
                                                    </w:div>
                                                    <w:div w:id="2074162527">
                                                      <w:marLeft w:val="0"/>
                                                      <w:marRight w:val="0"/>
                                                      <w:marTop w:val="360"/>
                                                      <w:marBottom w:val="180"/>
                                                      <w:divBdr>
                                                        <w:top w:val="none" w:sz="0" w:space="0" w:color="auto"/>
                                                        <w:left w:val="none" w:sz="0" w:space="0" w:color="auto"/>
                                                        <w:bottom w:val="none" w:sz="0" w:space="0" w:color="auto"/>
                                                        <w:right w:val="none" w:sz="0" w:space="0" w:color="auto"/>
                                                      </w:divBdr>
                                                    </w:div>
                                                    <w:div w:id="27148721">
                                                      <w:marLeft w:val="0"/>
                                                      <w:marRight w:val="0"/>
                                                      <w:marTop w:val="60"/>
                                                      <w:marBottom w:val="180"/>
                                                      <w:divBdr>
                                                        <w:top w:val="none" w:sz="0" w:space="0" w:color="auto"/>
                                                        <w:left w:val="none" w:sz="0" w:space="0" w:color="auto"/>
                                                        <w:bottom w:val="none" w:sz="0" w:space="0" w:color="auto"/>
                                                        <w:right w:val="none" w:sz="0" w:space="0" w:color="auto"/>
                                                      </w:divBdr>
                                                    </w:div>
                                                    <w:div w:id="1027410049">
                                                      <w:marLeft w:val="0"/>
                                                      <w:marRight w:val="0"/>
                                                      <w:marTop w:val="360"/>
                                                      <w:marBottom w:val="180"/>
                                                      <w:divBdr>
                                                        <w:top w:val="none" w:sz="0" w:space="0" w:color="auto"/>
                                                        <w:left w:val="none" w:sz="0" w:space="0" w:color="auto"/>
                                                        <w:bottom w:val="none" w:sz="0" w:space="0" w:color="auto"/>
                                                        <w:right w:val="none" w:sz="0" w:space="0" w:color="auto"/>
                                                      </w:divBdr>
                                                    </w:div>
                                                    <w:div w:id="1577546975">
                                                      <w:marLeft w:val="0"/>
                                                      <w:marRight w:val="0"/>
                                                      <w:marTop w:val="60"/>
                                                      <w:marBottom w:val="180"/>
                                                      <w:divBdr>
                                                        <w:top w:val="none" w:sz="0" w:space="0" w:color="auto"/>
                                                        <w:left w:val="none" w:sz="0" w:space="0" w:color="auto"/>
                                                        <w:bottom w:val="none" w:sz="0" w:space="0" w:color="auto"/>
                                                        <w:right w:val="none" w:sz="0" w:space="0" w:color="auto"/>
                                                      </w:divBdr>
                                                    </w:div>
                                                    <w:div w:id="81136782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746806344">
                                  <w:marLeft w:val="0"/>
                                  <w:marRight w:val="0"/>
                                  <w:marTop w:val="450"/>
                                  <w:marBottom w:val="0"/>
                                  <w:divBdr>
                                    <w:top w:val="none" w:sz="0" w:space="0" w:color="auto"/>
                                    <w:left w:val="none" w:sz="0" w:space="0" w:color="auto"/>
                                    <w:bottom w:val="none" w:sz="0" w:space="0" w:color="auto"/>
                                    <w:right w:val="none" w:sz="0" w:space="0" w:color="auto"/>
                                  </w:divBdr>
                                  <w:divsChild>
                                    <w:div w:id="949360852">
                                      <w:marLeft w:val="0"/>
                                      <w:marRight w:val="0"/>
                                      <w:marTop w:val="0"/>
                                      <w:marBottom w:val="0"/>
                                      <w:divBdr>
                                        <w:top w:val="none" w:sz="0" w:space="0" w:color="auto"/>
                                        <w:left w:val="none" w:sz="0" w:space="0" w:color="auto"/>
                                        <w:bottom w:val="none" w:sz="0" w:space="0" w:color="auto"/>
                                        <w:right w:val="none" w:sz="0" w:space="0" w:color="auto"/>
                                      </w:divBdr>
                                      <w:divsChild>
                                        <w:div w:id="1581912080">
                                          <w:marLeft w:val="0"/>
                                          <w:marRight w:val="0"/>
                                          <w:marTop w:val="0"/>
                                          <w:marBottom w:val="0"/>
                                          <w:divBdr>
                                            <w:top w:val="none" w:sz="0" w:space="0" w:color="auto"/>
                                            <w:left w:val="none" w:sz="0" w:space="0" w:color="auto"/>
                                            <w:bottom w:val="none" w:sz="0" w:space="0" w:color="auto"/>
                                            <w:right w:val="none" w:sz="0" w:space="0" w:color="auto"/>
                                          </w:divBdr>
                                          <w:divsChild>
                                            <w:div w:id="253781230">
                                              <w:marLeft w:val="0"/>
                                              <w:marRight w:val="6227"/>
                                              <w:marTop w:val="0"/>
                                              <w:marBottom w:val="0"/>
                                              <w:divBdr>
                                                <w:top w:val="none" w:sz="0" w:space="0" w:color="auto"/>
                                                <w:left w:val="none" w:sz="0" w:space="0" w:color="auto"/>
                                                <w:bottom w:val="none" w:sz="0" w:space="0" w:color="auto"/>
                                                <w:right w:val="none" w:sz="0" w:space="0" w:color="auto"/>
                                              </w:divBdr>
                                              <w:divsChild>
                                                <w:div w:id="1349257577">
                                                  <w:marLeft w:val="0"/>
                                                  <w:marRight w:val="0"/>
                                                  <w:marTop w:val="0"/>
                                                  <w:marBottom w:val="0"/>
                                                  <w:divBdr>
                                                    <w:top w:val="none" w:sz="0" w:space="0" w:color="auto"/>
                                                    <w:left w:val="none" w:sz="0" w:space="0" w:color="auto"/>
                                                    <w:bottom w:val="none" w:sz="0" w:space="0" w:color="auto"/>
                                                    <w:right w:val="none" w:sz="0" w:space="0" w:color="auto"/>
                                                  </w:divBdr>
                                                  <w:divsChild>
                                                    <w:div w:id="449711374">
                                                      <w:marLeft w:val="0"/>
                                                      <w:marRight w:val="0"/>
                                                      <w:marTop w:val="0"/>
                                                      <w:marBottom w:val="0"/>
                                                      <w:divBdr>
                                                        <w:top w:val="none" w:sz="0" w:space="0" w:color="auto"/>
                                                        <w:left w:val="none" w:sz="0" w:space="0" w:color="auto"/>
                                                        <w:bottom w:val="none" w:sz="0" w:space="0" w:color="auto"/>
                                                        <w:right w:val="none" w:sz="0" w:space="0" w:color="auto"/>
                                                      </w:divBdr>
                                                      <w:divsChild>
                                                        <w:div w:id="47811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022980">
                                              <w:marLeft w:val="0"/>
                                              <w:marRight w:val="0"/>
                                              <w:marTop w:val="0"/>
                                              <w:marBottom w:val="0"/>
                                              <w:divBdr>
                                                <w:top w:val="none" w:sz="0" w:space="0" w:color="auto"/>
                                                <w:left w:val="none" w:sz="0" w:space="0" w:color="auto"/>
                                                <w:bottom w:val="none" w:sz="0" w:space="0" w:color="auto"/>
                                                <w:right w:val="none" w:sz="0" w:space="0" w:color="auto"/>
                                              </w:divBdr>
                                              <w:divsChild>
                                                <w:div w:id="69307090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2031451162">
                                      <w:marLeft w:val="0"/>
                                      <w:marRight w:val="0"/>
                                      <w:marTop w:val="0"/>
                                      <w:marBottom w:val="0"/>
                                      <w:divBdr>
                                        <w:top w:val="none" w:sz="0" w:space="0" w:color="auto"/>
                                        <w:left w:val="none" w:sz="0" w:space="0" w:color="auto"/>
                                        <w:bottom w:val="none" w:sz="0" w:space="0" w:color="auto"/>
                                        <w:right w:val="none" w:sz="0" w:space="0" w:color="auto"/>
                                      </w:divBdr>
                                      <w:divsChild>
                                        <w:div w:id="1176337280">
                                          <w:marLeft w:val="0"/>
                                          <w:marRight w:val="0"/>
                                          <w:marTop w:val="0"/>
                                          <w:marBottom w:val="0"/>
                                          <w:divBdr>
                                            <w:top w:val="none" w:sz="0" w:space="0" w:color="auto"/>
                                            <w:left w:val="none" w:sz="0" w:space="0" w:color="auto"/>
                                            <w:bottom w:val="none" w:sz="0" w:space="0" w:color="auto"/>
                                            <w:right w:val="none" w:sz="0" w:space="0" w:color="auto"/>
                                          </w:divBdr>
                                          <w:divsChild>
                                            <w:div w:id="350961053">
                                              <w:marLeft w:val="0"/>
                                              <w:marRight w:val="0"/>
                                              <w:marTop w:val="0"/>
                                              <w:marBottom w:val="0"/>
                                              <w:divBdr>
                                                <w:top w:val="none" w:sz="0" w:space="0" w:color="auto"/>
                                                <w:left w:val="none" w:sz="0" w:space="0" w:color="auto"/>
                                                <w:bottom w:val="none" w:sz="0" w:space="0" w:color="auto"/>
                                                <w:right w:val="none" w:sz="0" w:space="0" w:color="auto"/>
                                              </w:divBdr>
                                              <w:divsChild>
                                                <w:div w:id="1459638385">
                                                  <w:marLeft w:val="0"/>
                                                  <w:marRight w:val="0"/>
                                                  <w:marTop w:val="0"/>
                                                  <w:marBottom w:val="0"/>
                                                  <w:divBdr>
                                                    <w:top w:val="none" w:sz="0" w:space="0" w:color="auto"/>
                                                    <w:left w:val="none" w:sz="0" w:space="0" w:color="auto"/>
                                                    <w:bottom w:val="none" w:sz="0" w:space="0" w:color="auto"/>
                                                    <w:right w:val="none" w:sz="0" w:space="0" w:color="auto"/>
                                                  </w:divBdr>
                                                  <w:divsChild>
                                                    <w:div w:id="147211253">
                                                      <w:marLeft w:val="0"/>
                                                      <w:marRight w:val="0"/>
                                                      <w:marTop w:val="180"/>
                                                      <w:marBottom w:val="240"/>
                                                      <w:divBdr>
                                                        <w:top w:val="none" w:sz="0" w:space="0" w:color="auto"/>
                                                        <w:left w:val="none" w:sz="0" w:space="0" w:color="auto"/>
                                                        <w:bottom w:val="none" w:sz="0" w:space="0" w:color="auto"/>
                                                        <w:right w:val="none" w:sz="0" w:space="0" w:color="auto"/>
                                                      </w:divBdr>
                                                    </w:div>
                                                    <w:div w:id="409350132">
                                                      <w:marLeft w:val="0"/>
                                                      <w:marRight w:val="0"/>
                                                      <w:marTop w:val="180"/>
                                                      <w:marBottom w:val="240"/>
                                                      <w:divBdr>
                                                        <w:top w:val="none" w:sz="0" w:space="0" w:color="auto"/>
                                                        <w:left w:val="none" w:sz="0" w:space="0" w:color="auto"/>
                                                        <w:bottom w:val="none" w:sz="0" w:space="0" w:color="auto"/>
                                                        <w:right w:val="none" w:sz="0" w:space="0" w:color="auto"/>
                                                      </w:divBdr>
                                                    </w:div>
                                                    <w:div w:id="883755486">
                                                      <w:marLeft w:val="0"/>
                                                      <w:marRight w:val="0"/>
                                                      <w:marTop w:val="180"/>
                                                      <w:marBottom w:val="240"/>
                                                      <w:divBdr>
                                                        <w:top w:val="none" w:sz="0" w:space="0" w:color="auto"/>
                                                        <w:left w:val="none" w:sz="0" w:space="0" w:color="auto"/>
                                                        <w:bottom w:val="none" w:sz="0" w:space="0" w:color="auto"/>
                                                        <w:right w:val="none" w:sz="0" w:space="0" w:color="auto"/>
                                                      </w:divBdr>
                                                    </w:div>
                                                    <w:div w:id="513761364">
                                                      <w:marLeft w:val="0"/>
                                                      <w:marRight w:val="0"/>
                                                      <w:marTop w:val="360"/>
                                                      <w:marBottom w:val="180"/>
                                                      <w:divBdr>
                                                        <w:top w:val="none" w:sz="0" w:space="0" w:color="auto"/>
                                                        <w:left w:val="none" w:sz="0" w:space="0" w:color="auto"/>
                                                        <w:bottom w:val="none" w:sz="0" w:space="0" w:color="auto"/>
                                                        <w:right w:val="none" w:sz="0" w:space="0" w:color="auto"/>
                                                      </w:divBdr>
                                                    </w:div>
                                                    <w:div w:id="692658913">
                                                      <w:marLeft w:val="0"/>
                                                      <w:marRight w:val="0"/>
                                                      <w:marTop w:val="360"/>
                                                      <w:marBottom w:val="180"/>
                                                      <w:divBdr>
                                                        <w:top w:val="none" w:sz="0" w:space="0" w:color="auto"/>
                                                        <w:left w:val="none" w:sz="0" w:space="0" w:color="auto"/>
                                                        <w:bottom w:val="none" w:sz="0" w:space="0" w:color="auto"/>
                                                        <w:right w:val="none" w:sz="0" w:space="0" w:color="auto"/>
                                                      </w:divBdr>
                                                    </w:div>
                                                    <w:div w:id="578250348">
                                                      <w:marLeft w:val="0"/>
                                                      <w:marRight w:val="0"/>
                                                      <w:marTop w:val="180"/>
                                                      <w:marBottom w:val="240"/>
                                                      <w:divBdr>
                                                        <w:top w:val="none" w:sz="0" w:space="0" w:color="auto"/>
                                                        <w:left w:val="none" w:sz="0" w:space="0" w:color="auto"/>
                                                        <w:bottom w:val="none" w:sz="0" w:space="0" w:color="auto"/>
                                                        <w:right w:val="none" w:sz="0" w:space="0" w:color="auto"/>
                                                      </w:divBdr>
                                                    </w:div>
                                                    <w:div w:id="1820533782">
                                                      <w:marLeft w:val="0"/>
                                                      <w:marRight w:val="0"/>
                                                      <w:marTop w:val="360"/>
                                                      <w:marBottom w:val="180"/>
                                                      <w:divBdr>
                                                        <w:top w:val="none" w:sz="0" w:space="0" w:color="auto"/>
                                                        <w:left w:val="none" w:sz="0" w:space="0" w:color="auto"/>
                                                        <w:bottom w:val="none" w:sz="0" w:space="0" w:color="auto"/>
                                                        <w:right w:val="none" w:sz="0" w:space="0" w:color="auto"/>
                                                      </w:divBdr>
                                                    </w:div>
                                                    <w:div w:id="67505716">
                                                      <w:marLeft w:val="0"/>
                                                      <w:marRight w:val="0"/>
                                                      <w:marTop w:val="60"/>
                                                      <w:marBottom w:val="180"/>
                                                      <w:divBdr>
                                                        <w:top w:val="none" w:sz="0" w:space="0" w:color="auto"/>
                                                        <w:left w:val="none" w:sz="0" w:space="0" w:color="auto"/>
                                                        <w:bottom w:val="none" w:sz="0" w:space="0" w:color="auto"/>
                                                        <w:right w:val="none" w:sz="0" w:space="0" w:color="auto"/>
                                                      </w:divBdr>
                                                    </w:div>
                                                    <w:div w:id="1966230090">
                                                      <w:marLeft w:val="0"/>
                                                      <w:marRight w:val="0"/>
                                                      <w:marTop w:val="180"/>
                                                      <w:marBottom w:val="240"/>
                                                      <w:divBdr>
                                                        <w:top w:val="none" w:sz="0" w:space="0" w:color="auto"/>
                                                        <w:left w:val="none" w:sz="0" w:space="0" w:color="auto"/>
                                                        <w:bottom w:val="none" w:sz="0" w:space="0" w:color="auto"/>
                                                        <w:right w:val="none" w:sz="0" w:space="0" w:color="auto"/>
                                                      </w:divBdr>
                                                    </w:div>
                                                    <w:div w:id="330521537">
                                                      <w:marLeft w:val="0"/>
                                                      <w:marRight w:val="0"/>
                                                      <w:marTop w:val="360"/>
                                                      <w:marBottom w:val="180"/>
                                                      <w:divBdr>
                                                        <w:top w:val="none" w:sz="0" w:space="0" w:color="auto"/>
                                                        <w:left w:val="none" w:sz="0" w:space="0" w:color="auto"/>
                                                        <w:bottom w:val="none" w:sz="0" w:space="0" w:color="auto"/>
                                                        <w:right w:val="none" w:sz="0" w:space="0" w:color="auto"/>
                                                      </w:divBdr>
                                                    </w:div>
                                                    <w:div w:id="611396679">
                                                      <w:marLeft w:val="0"/>
                                                      <w:marRight w:val="0"/>
                                                      <w:marTop w:val="180"/>
                                                      <w:marBottom w:val="240"/>
                                                      <w:divBdr>
                                                        <w:top w:val="none" w:sz="0" w:space="0" w:color="auto"/>
                                                        <w:left w:val="none" w:sz="0" w:space="0" w:color="auto"/>
                                                        <w:bottom w:val="none" w:sz="0" w:space="0" w:color="auto"/>
                                                        <w:right w:val="none" w:sz="0" w:space="0" w:color="auto"/>
                                                      </w:divBdr>
                                                    </w:div>
                                                    <w:div w:id="801970744">
                                                      <w:marLeft w:val="0"/>
                                                      <w:marRight w:val="0"/>
                                                      <w:marTop w:val="360"/>
                                                      <w:marBottom w:val="180"/>
                                                      <w:divBdr>
                                                        <w:top w:val="none" w:sz="0" w:space="0" w:color="auto"/>
                                                        <w:left w:val="none" w:sz="0" w:space="0" w:color="auto"/>
                                                        <w:bottom w:val="none" w:sz="0" w:space="0" w:color="auto"/>
                                                        <w:right w:val="none" w:sz="0" w:space="0" w:color="auto"/>
                                                      </w:divBdr>
                                                    </w:div>
                                                    <w:div w:id="1594051277">
                                                      <w:marLeft w:val="0"/>
                                                      <w:marRight w:val="0"/>
                                                      <w:marTop w:val="60"/>
                                                      <w:marBottom w:val="180"/>
                                                      <w:divBdr>
                                                        <w:top w:val="none" w:sz="0" w:space="0" w:color="auto"/>
                                                        <w:left w:val="none" w:sz="0" w:space="0" w:color="auto"/>
                                                        <w:bottom w:val="none" w:sz="0" w:space="0" w:color="auto"/>
                                                        <w:right w:val="none" w:sz="0" w:space="0" w:color="auto"/>
                                                      </w:divBdr>
                                                    </w:div>
                                                    <w:div w:id="1179351243">
                                                      <w:marLeft w:val="0"/>
                                                      <w:marRight w:val="0"/>
                                                      <w:marTop w:val="180"/>
                                                      <w:marBottom w:val="240"/>
                                                      <w:divBdr>
                                                        <w:top w:val="none" w:sz="0" w:space="0" w:color="auto"/>
                                                        <w:left w:val="none" w:sz="0" w:space="0" w:color="auto"/>
                                                        <w:bottom w:val="none" w:sz="0" w:space="0" w:color="auto"/>
                                                        <w:right w:val="none" w:sz="0" w:space="0" w:color="auto"/>
                                                      </w:divBdr>
                                                    </w:div>
                                                    <w:div w:id="930509424">
                                                      <w:marLeft w:val="0"/>
                                                      <w:marRight w:val="0"/>
                                                      <w:marTop w:val="360"/>
                                                      <w:marBottom w:val="180"/>
                                                      <w:divBdr>
                                                        <w:top w:val="none" w:sz="0" w:space="0" w:color="auto"/>
                                                        <w:left w:val="none" w:sz="0" w:space="0" w:color="auto"/>
                                                        <w:bottom w:val="none" w:sz="0" w:space="0" w:color="auto"/>
                                                        <w:right w:val="none" w:sz="0" w:space="0" w:color="auto"/>
                                                      </w:divBdr>
                                                    </w:div>
                                                    <w:div w:id="1549221380">
                                                      <w:marLeft w:val="0"/>
                                                      <w:marRight w:val="0"/>
                                                      <w:marTop w:val="180"/>
                                                      <w:marBottom w:val="240"/>
                                                      <w:divBdr>
                                                        <w:top w:val="none" w:sz="0" w:space="0" w:color="auto"/>
                                                        <w:left w:val="none" w:sz="0" w:space="0" w:color="auto"/>
                                                        <w:bottom w:val="none" w:sz="0" w:space="0" w:color="auto"/>
                                                        <w:right w:val="none" w:sz="0" w:space="0" w:color="auto"/>
                                                      </w:divBdr>
                                                    </w:div>
                                                    <w:div w:id="773403436">
                                                      <w:marLeft w:val="0"/>
                                                      <w:marRight w:val="0"/>
                                                      <w:marTop w:val="360"/>
                                                      <w:marBottom w:val="180"/>
                                                      <w:divBdr>
                                                        <w:top w:val="none" w:sz="0" w:space="0" w:color="auto"/>
                                                        <w:left w:val="none" w:sz="0" w:space="0" w:color="auto"/>
                                                        <w:bottom w:val="none" w:sz="0" w:space="0" w:color="auto"/>
                                                        <w:right w:val="none" w:sz="0" w:space="0" w:color="auto"/>
                                                      </w:divBdr>
                                                    </w:div>
                                                    <w:div w:id="190919622">
                                                      <w:marLeft w:val="0"/>
                                                      <w:marRight w:val="0"/>
                                                      <w:marTop w:val="60"/>
                                                      <w:marBottom w:val="180"/>
                                                      <w:divBdr>
                                                        <w:top w:val="none" w:sz="0" w:space="0" w:color="auto"/>
                                                        <w:left w:val="none" w:sz="0" w:space="0" w:color="auto"/>
                                                        <w:bottom w:val="none" w:sz="0" w:space="0" w:color="auto"/>
                                                        <w:right w:val="none" w:sz="0" w:space="0" w:color="auto"/>
                                                      </w:divBdr>
                                                    </w:div>
                                                    <w:div w:id="1539780070">
                                                      <w:marLeft w:val="0"/>
                                                      <w:marRight w:val="0"/>
                                                      <w:marTop w:val="180"/>
                                                      <w:marBottom w:val="240"/>
                                                      <w:divBdr>
                                                        <w:top w:val="none" w:sz="0" w:space="0" w:color="auto"/>
                                                        <w:left w:val="none" w:sz="0" w:space="0" w:color="auto"/>
                                                        <w:bottom w:val="none" w:sz="0" w:space="0" w:color="auto"/>
                                                        <w:right w:val="none" w:sz="0" w:space="0" w:color="auto"/>
                                                      </w:divBdr>
                                                    </w:div>
                                                    <w:div w:id="1671954938">
                                                      <w:marLeft w:val="0"/>
                                                      <w:marRight w:val="0"/>
                                                      <w:marTop w:val="360"/>
                                                      <w:marBottom w:val="180"/>
                                                      <w:divBdr>
                                                        <w:top w:val="none" w:sz="0" w:space="0" w:color="auto"/>
                                                        <w:left w:val="none" w:sz="0" w:space="0" w:color="auto"/>
                                                        <w:bottom w:val="none" w:sz="0" w:space="0" w:color="auto"/>
                                                        <w:right w:val="none" w:sz="0" w:space="0" w:color="auto"/>
                                                      </w:divBdr>
                                                    </w:div>
                                                    <w:div w:id="1460226419">
                                                      <w:marLeft w:val="0"/>
                                                      <w:marRight w:val="0"/>
                                                      <w:marTop w:val="180"/>
                                                      <w:marBottom w:val="240"/>
                                                      <w:divBdr>
                                                        <w:top w:val="none" w:sz="0" w:space="0" w:color="auto"/>
                                                        <w:left w:val="none" w:sz="0" w:space="0" w:color="auto"/>
                                                        <w:bottom w:val="none" w:sz="0" w:space="0" w:color="auto"/>
                                                        <w:right w:val="none" w:sz="0" w:space="0" w:color="auto"/>
                                                      </w:divBdr>
                                                    </w:div>
                                                    <w:div w:id="1634556498">
                                                      <w:marLeft w:val="0"/>
                                                      <w:marRight w:val="0"/>
                                                      <w:marTop w:val="360"/>
                                                      <w:marBottom w:val="180"/>
                                                      <w:divBdr>
                                                        <w:top w:val="none" w:sz="0" w:space="0" w:color="auto"/>
                                                        <w:left w:val="none" w:sz="0" w:space="0" w:color="auto"/>
                                                        <w:bottom w:val="none" w:sz="0" w:space="0" w:color="auto"/>
                                                        <w:right w:val="none" w:sz="0" w:space="0" w:color="auto"/>
                                                      </w:divBdr>
                                                    </w:div>
                                                    <w:div w:id="2068649137">
                                                      <w:marLeft w:val="0"/>
                                                      <w:marRight w:val="0"/>
                                                      <w:marTop w:val="60"/>
                                                      <w:marBottom w:val="180"/>
                                                      <w:divBdr>
                                                        <w:top w:val="none" w:sz="0" w:space="0" w:color="auto"/>
                                                        <w:left w:val="none" w:sz="0" w:space="0" w:color="auto"/>
                                                        <w:bottom w:val="none" w:sz="0" w:space="0" w:color="auto"/>
                                                        <w:right w:val="none" w:sz="0" w:space="0" w:color="auto"/>
                                                      </w:divBdr>
                                                    </w:div>
                                                    <w:div w:id="1213268842">
                                                      <w:marLeft w:val="0"/>
                                                      <w:marRight w:val="0"/>
                                                      <w:marTop w:val="180"/>
                                                      <w:marBottom w:val="240"/>
                                                      <w:divBdr>
                                                        <w:top w:val="none" w:sz="0" w:space="0" w:color="auto"/>
                                                        <w:left w:val="none" w:sz="0" w:space="0" w:color="auto"/>
                                                        <w:bottom w:val="none" w:sz="0" w:space="0" w:color="auto"/>
                                                        <w:right w:val="none" w:sz="0" w:space="0" w:color="auto"/>
                                                      </w:divBdr>
                                                    </w:div>
                                                    <w:div w:id="109475949">
                                                      <w:marLeft w:val="0"/>
                                                      <w:marRight w:val="0"/>
                                                      <w:marTop w:val="360"/>
                                                      <w:marBottom w:val="180"/>
                                                      <w:divBdr>
                                                        <w:top w:val="none" w:sz="0" w:space="0" w:color="auto"/>
                                                        <w:left w:val="none" w:sz="0" w:space="0" w:color="auto"/>
                                                        <w:bottom w:val="none" w:sz="0" w:space="0" w:color="auto"/>
                                                        <w:right w:val="none" w:sz="0" w:space="0" w:color="auto"/>
                                                      </w:divBdr>
                                                    </w:div>
                                                    <w:div w:id="571736921">
                                                      <w:marLeft w:val="0"/>
                                                      <w:marRight w:val="0"/>
                                                      <w:marTop w:val="180"/>
                                                      <w:marBottom w:val="240"/>
                                                      <w:divBdr>
                                                        <w:top w:val="none" w:sz="0" w:space="0" w:color="auto"/>
                                                        <w:left w:val="none" w:sz="0" w:space="0" w:color="auto"/>
                                                        <w:bottom w:val="none" w:sz="0" w:space="0" w:color="auto"/>
                                                        <w:right w:val="none" w:sz="0" w:space="0" w:color="auto"/>
                                                      </w:divBdr>
                                                    </w:div>
                                                    <w:div w:id="1778018992">
                                                      <w:marLeft w:val="0"/>
                                                      <w:marRight w:val="0"/>
                                                      <w:marTop w:val="360"/>
                                                      <w:marBottom w:val="180"/>
                                                      <w:divBdr>
                                                        <w:top w:val="none" w:sz="0" w:space="0" w:color="auto"/>
                                                        <w:left w:val="none" w:sz="0" w:space="0" w:color="auto"/>
                                                        <w:bottom w:val="none" w:sz="0" w:space="0" w:color="auto"/>
                                                        <w:right w:val="none" w:sz="0" w:space="0" w:color="auto"/>
                                                      </w:divBdr>
                                                    </w:div>
                                                    <w:div w:id="1282147757">
                                                      <w:marLeft w:val="0"/>
                                                      <w:marRight w:val="0"/>
                                                      <w:marTop w:val="60"/>
                                                      <w:marBottom w:val="180"/>
                                                      <w:divBdr>
                                                        <w:top w:val="none" w:sz="0" w:space="0" w:color="auto"/>
                                                        <w:left w:val="none" w:sz="0" w:space="0" w:color="auto"/>
                                                        <w:bottom w:val="none" w:sz="0" w:space="0" w:color="auto"/>
                                                        <w:right w:val="none" w:sz="0" w:space="0" w:color="auto"/>
                                                      </w:divBdr>
                                                    </w:div>
                                                    <w:div w:id="1287782554">
                                                      <w:marLeft w:val="0"/>
                                                      <w:marRight w:val="0"/>
                                                      <w:marTop w:val="180"/>
                                                      <w:marBottom w:val="240"/>
                                                      <w:divBdr>
                                                        <w:top w:val="none" w:sz="0" w:space="0" w:color="auto"/>
                                                        <w:left w:val="none" w:sz="0" w:space="0" w:color="auto"/>
                                                        <w:bottom w:val="none" w:sz="0" w:space="0" w:color="auto"/>
                                                        <w:right w:val="none" w:sz="0" w:space="0" w:color="auto"/>
                                                      </w:divBdr>
                                                    </w:div>
                                                    <w:div w:id="163282239">
                                                      <w:marLeft w:val="0"/>
                                                      <w:marRight w:val="0"/>
                                                      <w:marTop w:val="360"/>
                                                      <w:marBottom w:val="180"/>
                                                      <w:divBdr>
                                                        <w:top w:val="none" w:sz="0" w:space="0" w:color="auto"/>
                                                        <w:left w:val="none" w:sz="0" w:space="0" w:color="auto"/>
                                                        <w:bottom w:val="none" w:sz="0" w:space="0" w:color="auto"/>
                                                        <w:right w:val="none" w:sz="0" w:space="0" w:color="auto"/>
                                                      </w:divBdr>
                                                    </w:div>
                                                    <w:div w:id="336661266">
                                                      <w:marLeft w:val="0"/>
                                                      <w:marRight w:val="0"/>
                                                      <w:marTop w:val="180"/>
                                                      <w:marBottom w:val="240"/>
                                                      <w:divBdr>
                                                        <w:top w:val="none" w:sz="0" w:space="0" w:color="auto"/>
                                                        <w:left w:val="none" w:sz="0" w:space="0" w:color="auto"/>
                                                        <w:bottom w:val="none" w:sz="0" w:space="0" w:color="auto"/>
                                                        <w:right w:val="none" w:sz="0" w:space="0" w:color="auto"/>
                                                      </w:divBdr>
                                                    </w:div>
                                                    <w:div w:id="1308362501">
                                                      <w:marLeft w:val="0"/>
                                                      <w:marRight w:val="0"/>
                                                      <w:marTop w:val="360"/>
                                                      <w:marBottom w:val="180"/>
                                                      <w:divBdr>
                                                        <w:top w:val="none" w:sz="0" w:space="0" w:color="auto"/>
                                                        <w:left w:val="none" w:sz="0" w:space="0" w:color="auto"/>
                                                        <w:bottom w:val="none" w:sz="0" w:space="0" w:color="auto"/>
                                                        <w:right w:val="none" w:sz="0" w:space="0" w:color="auto"/>
                                                      </w:divBdr>
                                                    </w:div>
                                                    <w:div w:id="877011849">
                                                      <w:marLeft w:val="0"/>
                                                      <w:marRight w:val="0"/>
                                                      <w:marTop w:val="60"/>
                                                      <w:marBottom w:val="180"/>
                                                      <w:divBdr>
                                                        <w:top w:val="none" w:sz="0" w:space="0" w:color="auto"/>
                                                        <w:left w:val="none" w:sz="0" w:space="0" w:color="auto"/>
                                                        <w:bottom w:val="none" w:sz="0" w:space="0" w:color="auto"/>
                                                        <w:right w:val="none" w:sz="0" w:space="0" w:color="auto"/>
                                                      </w:divBdr>
                                                    </w:div>
                                                    <w:div w:id="1525050723">
                                                      <w:marLeft w:val="0"/>
                                                      <w:marRight w:val="0"/>
                                                      <w:marTop w:val="180"/>
                                                      <w:marBottom w:val="240"/>
                                                      <w:divBdr>
                                                        <w:top w:val="none" w:sz="0" w:space="0" w:color="auto"/>
                                                        <w:left w:val="none" w:sz="0" w:space="0" w:color="auto"/>
                                                        <w:bottom w:val="none" w:sz="0" w:space="0" w:color="auto"/>
                                                        <w:right w:val="none" w:sz="0" w:space="0" w:color="auto"/>
                                                      </w:divBdr>
                                                    </w:div>
                                                    <w:div w:id="186262246">
                                                      <w:marLeft w:val="0"/>
                                                      <w:marRight w:val="0"/>
                                                      <w:marTop w:val="180"/>
                                                      <w:marBottom w:val="240"/>
                                                      <w:divBdr>
                                                        <w:top w:val="none" w:sz="0" w:space="0" w:color="auto"/>
                                                        <w:left w:val="none" w:sz="0" w:space="0" w:color="auto"/>
                                                        <w:bottom w:val="none" w:sz="0" w:space="0" w:color="auto"/>
                                                        <w:right w:val="none" w:sz="0" w:space="0" w:color="auto"/>
                                                      </w:divBdr>
                                                    </w:div>
                                                    <w:div w:id="154432307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437025657">
                                  <w:marLeft w:val="0"/>
                                  <w:marRight w:val="0"/>
                                  <w:marTop w:val="450"/>
                                  <w:marBottom w:val="0"/>
                                  <w:divBdr>
                                    <w:top w:val="none" w:sz="0" w:space="0" w:color="auto"/>
                                    <w:left w:val="none" w:sz="0" w:space="0" w:color="auto"/>
                                    <w:bottom w:val="none" w:sz="0" w:space="0" w:color="auto"/>
                                    <w:right w:val="none" w:sz="0" w:space="0" w:color="auto"/>
                                  </w:divBdr>
                                  <w:divsChild>
                                    <w:div w:id="246228760">
                                      <w:marLeft w:val="0"/>
                                      <w:marRight w:val="0"/>
                                      <w:marTop w:val="0"/>
                                      <w:marBottom w:val="0"/>
                                      <w:divBdr>
                                        <w:top w:val="none" w:sz="0" w:space="0" w:color="auto"/>
                                        <w:left w:val="none" w:sz="0" w:space="0" w:color="auto"/>
                                        <w:bottom w:val="none" w:sz="0" w:space="0" w:color="auto"/>
                                        <w:right w:val="none" w:sz="0" w:space="0" w:color="auto"/>
                                      </w:divBdr>
                                      <w:divsChild>
                                        <w:div w:id="1394085372">
                                          <w:marLeft w:val="0"/>
                                          <w:marRight w:val="0"/>
                                          <w:marTop w:val="0"/>
                                          <w:marBottom w:val="0"/>
                                          <w:divBdr>
                                            <w:top w:val="none" w:sz="0" w:space="0" w:color="auto"/>
                                            <w:left w:val="none" w:sz="0" w:space="0" w:color="auto"/>
                                            <w:bottom w:val="none" w:sz="0" w:space="0" w:color="auto"/>
                                            <w:right w:val="none" w:sz="0" w:space="0" w:color="auto"/>
                                          </w:divBdr>
                                          <w:divsChild>
                                            <w:div w:id="1275556321">
                                              <w:marLeft w:val="0"/>
                                              <w:marRight w:val="4454"/>
                                              <w:marTop w:val="0"/>
                                              <w:marBottom w:val="0"/>
                                              <w:divBdr>
                                                <w:top w:val="none" w:sz="0" w:space="0" w:color="auto"/>
                                                <w:left w:val="none" w:sz="0" w:space="0" w:color="auto"/>
                                                <w:bottom w:val="none" w:sz="0" w:space="0" w:color="auto"/>
                                                <w:right w:val="none" w:sz="0" w:space="0" w:color="auto"/>
                                              </w:divBdr>
                                              <w:divsChild>
                                                <w:div w:id="1631285465">
                                                  <w:marLeft w:val="0"/>
                                                  <w:marRight w:val="0"/>
                                                  <w:marTop w:val="0"/>
                                                  <w:marBottom w:val="0"/>
                                                  <w:divBdr>
                                                    <w:top w:val="none" w:sz="0" w:space="0" w:color="auto"/>
                                                    <w:left w:val="none" w:sz="0" w:space="0" w:color="auto"/>
                                                    <w:bottom w:val="none" w:sz="0" w:space="0" w:color="auto"/>
                                                    <w:right w:val="none" w:sz="0" w:space="0" w:color="auto"/>
                                                  </w:divBdr>
                                                  <w:divsChild>
                                                    <w:div w:id="2020768953">
                                                      <w:marLeft w:val="0"/>
                                                      <w:marRight w:val="0"/>
                                                      <w:marTop w:val="0"/>
                                                      <w:marBottom w:val="0"/>
                                                      <w:divBdr>
                                                        <w:top w:val="none" w:sz="0" w:space="0" w:color="auto"/>
                                                        <w:left w:val="none" w:sz="0" w:space="0" w:color="auto"/>
                                                        <w:bottom w:val="none" w:sz="0" w:space="0" w:color="auto"/>
                                                        <w:right w:val="none" w:sz="0" w:space="0" w:color="auto"/>
                                                      </w:divBdr>
                                                      <w:divsChild>
                                                        <w:div w:id="152459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752574">
                                              <w:marLeft w:val="0"/>
                                              <w:marRight w:val="0"/>
                                              <w:marTop w:val="0"/>
                                              <w:marBottom w:val="0"/>
                                              <w:divBdr>
                                                <w:top w:val="none" w:sz="0" w:space="0" w:color="auto"/>
                                                <w:left w:val="none" w:sz="0" w:space="0" w:color="auto"/>
                                                <w:bottom w:val="none" w:sz="0" w:space="0" w:color="auto"/>
                                                <w:right w:val="none" w:sz="0" w:space="0" w:color="auto"/>
                                              </w:divBdr>
                                              <w:divsChild>
                                                <w:div w:id="174440295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453480557">
                                      <w:marLeft w:val="0"/>
                                      <w:marRight w:val="0"/>
                                      <w:marTop w:val="0"/>
                                      <w:marBottom w:val="0"/>
                                      <w:divBdr>
                                        <w:top w:val="none" w:sz="0" w:space="0" w:color="auto"/>
                                        <w:left w:val="none" w:sz="0" w:space="0" w:color="auto"/>
                                        <w:bottom w:val="none" w:sz="0" w:space="0" w:color="auto"/>
                                        <w:right w:val="none" w:sz="0" w:space="0" w:color="auto"/>
                                      </w:divBdr>
                                      <w:divsChild>
                                        <w:div w:id="1671907332">
                                          <w:marLeft w:val="0"/>
                                          <w:marRight w:val="0"/>
                                          <w:marTop w:val="0"/>
                                          <w:marBottom w:val="0"/>
                                          <w:divBdr>
                                            <w:top w:val="none" w:sz="0" w:space="0" w:color="auto"/>
                                            <w:left w:val="none" w:sz="0" w:space="0" w:color="auto"/>
                                            <w:bottom w:val="none" w:sz="0" w:space="0" w:color="auto"/>
                                            <w:right w:val="none" w:sz="0" w:space="0" w:color="auto"/>
                                          </w:divBdr>
                                          <w:divsChild>
                                            <w:div w:id="189150631">
                                              <w:marLeft w:val="0"/>
                                              <w:marRight w:val="0"/>
                                              <w:marTop w:val="0"/>
                                              <w:marBottom w:val="0"/>
                                              <w:divBdr>
                                                <w:top w:val="none" w:sz="0" w:space="0" w:color="auto"/>
                                                <w:left w:val="none" w:sz="0" w:space="0" w:color="auto"/>
                                                <w:bottom w:val="none" w:sz="0" w:space="0" w:color="auto"/>
                                                <w:right w:val="none" w:sz="0" w:space="0" w:color="auto"/>
                                              </w:divBdr>
                                              <w:divsChild>
                                                <w:div w:id="1316645786">
                                                  <w:marLeft w:val="0"/>
                                                  <w:marRight w:val="0"/>
                                                  <w:marTop w:val="0"/>
                                                  <w:marBottom w:val="0"/>
                                                  <w:divBdr>
                                                    <w:top w:val="none" w:sz="0" w:space="0" w:color="auto"/>
                                                    <w:left w:val="none" w:sz="0" w:space="0" w:color="auto"/>
                                                    <w:bottom w:val="none" w:sz="0" w:space="0" w:color="auto"/>
                                                    <w:right w:val="none" w:sz="0" w:space="0" w:color="auto"/>
                                                  </w:divBdr>
                                                  <w:divsChild>
                                                    <w:div w:id="1427388159">
                                                      <w:marLeft w:val="0"/>
                                                      <w:marRight w:val="0"/>
                                                      <w:marTop w:val="180"/>
                                                      <w:marBottom w:val="240"/>
                                                      <w:divBdr>
                                                        <w:top w:val="none" w:sz="0" w:space="0" w:color="auto"/>
                                                        <w:left w:val="none" w:sz="0" w:space="0" w:color="auto"/>
                                                        <w:bottom w:val="none" w:sz="0" w:space="0" w:color="auto"/>
                                                        <w:right w:val="none" w:sz="0" w:space="0" w:color="auto"/>
                                                      </w:divBdr>
                                                    </w:div>
                                                    <w:div w:id="2032802753">
                                                      <w:marLeft w:val="0"/>
                                                      <w:marRight w:val="0"/>
                                                      <w:marTop w:val="360"/>
                                                      <w:marBottom w:val="180"/>
                                                      <w:divBdr>
                                                        <w:top w:val="none" w:sz="0" w:space="0" w:color="auto"/>
                                                        <w:left w:val="none" w:sz="0" w:space="0" w:color="auto"/>
                                                        <w:bottom w:val="none" w:sz="0" w:space="0" w:color="auto"/>
                                                        <w:right w:val="none" w:sz="0" w:space="0" w:color="auto"/>
                                                      </w:divBdr>
                                                    </w:div>
                                                    <w:div w:id="1010377725">
                                                      <w:marLeft w:val="0"/>
                                                      <w:marRight w:val="0"/>
                                                      <w:marTop w:val="360"/>
                                                      <w:marBottom w:val="180"/>
                                                      <w:divBdr>
                                                        <w:top w:val="none" w:sz="0" w:space="0" w:color="auto"/>
                                                        <w:left w:val="none" w:sz="0" w:space="0" w:color="auto"/>
                                                        <w:bottom w:val="none" w:sz="0" w:space="0" w:color="auto"/>
                                                        <w:right w:val="none" w:sz="0" w:space="0" w:color="auto"/>
                                                      </w:divBdr>
                                                    </w:div>
                                                    <w:div w:id="1126849927">
                                                      <w:marLeft w:val="0"/>
                                                      <w:marRight w:val="0"/>
                                                      <w:marTop w:val="180"/>
                                                      <w:marBottom w:val="240"/>
                                                      <w:divBdr>
                                                        <w:top w:val="none" w:sz="0" w:space="0" w:color="auto"/>
                                                        <w:left w:val="none" w:sz="0" w:space="0" w:color="auto"/>
                                                        <w:bottom w:val="none" w:sz="0" w:space="0" w:color="auto"/>
                                                        <w:right w:val="none" w:sz="0" w:space="0" w:color="auto"/>
                                                      </w:divBdr>
                                                    </w:div>
                                                    <w:div w:id="957881080">
                                                      <w:marLeft w:val="0"/>
                                                      <w:marRight w:val="0"/>
                                                      <w:marTop w:val="180"/>
                                                      <w:marBottom w:val="240"/>
                                                      <w:divBdr>
                                                        <w:top w:val="none" w:sz="0" w:space="0" w:color="auto"/>
                                                        <w:left w:val="none" w:sz="0" w:space="0" w:color="auto"/>
                                                        <w:bottom w:val="none" w:sz="0" w:space="0" w:color="auto"/>
                                                        <w:right w:val="none" w:sz="0" w:space="0" w:color="auto"/>
                                                      </w:divBdr>
                                                    </w:div>
                                                    <w:div w:id="1008486686">
                                                      <w:marLeft w:val="0"/>
                                                      <w:marRight w:val="0"/>
                                                      <w:marTop w:val="360"/>
                                                      <w:marBottom w:val="180"/>
                                                      <w:divBdr>
                                                        <w:top w:val="none" w:sz="0" w:space="0" w:color="auto"/>
                                                        <w:left w:val="none" w:sz="0" w:space="0" w:color="auto"/>
                                                        <w:bottom w:val="none" w:sz="0" w:space="0" w:color="auto"/>
                                                        <w:right w:val="none" w:sz="0" w:space="0" w:color="auto"/>
                                                      </w:divBdr>
                                                    </w:div>
                                                    <w:div w:id="820387697">
                                                      <w:marLeft w:val="0"/>
                                                      <w:marRight w:val="0"/>
                                                      <w:marTop w:val="180"/>
                                                      <w:marBottom w:val="240"/>
                                                      <w:divBdr>
                                                        <w:top w:val="none" w:sz="0" w:space="0" w:color="auto"/>
                                                        <w:left w:val="none" w:sz="0" w:space="0" w:color="auto"/>
                                                        <w:bottom w:val="none" w:sz="0" w:space="0" w:color="auto"/>
                                                        <w:right w:val="none" w:sz="0" w:space="0" w:color="auto"/>
                                                      </w:divBdr>
                                                    </w:div>
                                                    <w:div w:id="1207983296">
                                                      <w:marLeft w:val="0"/>
                                                      <w:marRight w:val="0"/>
                                                      <w:marTop w:val="360"/>
                                                      <w:marBottom w:val="180"/>
                                                      <w:divBdr>
                                                        <w:top w:val="none" w:sz="0" w:space="0" w:color="auto"/>
                                                        <w:left w:val="none" w:sz="0" w:space="0" w:color="auto"/>
                                                        <w:bottom w:val="none" w:sz="0" w:space="0" w:color="auto"/>
                                                        <w:right w:val="none" w:sz="0" w:space="0" w:color="auto"/>
                                                      </w:divBdr>
                                                    </w:div>
                                                    <w:div w:id="1196120442">
                                                      <w:marLeft w:val="0"/>
                                                      <w:marRight w:val="0"/>
                                                      <w:marTop w:val="180"/>
                                                      <w:marBottom w:val="240"/>
                                                      <w:divBdr>
                                                        <w:top w:val="none" w:sz="0" w:space="0" w:color="auto"/>
                                                        <w:left w:val="none" w:sz="0" w:space="0" w:color="auto"/>
                                                        <w:bottom w:val="none" w:sz="0" w:space="0" w:color="auto"/>
                                                        <w:right w:val="none" w:sz="0" w:space="0" w:color="auto"/>
                                                      </w:divBdr>
                                                    </w:div>
                                                    <w:div w:id="835461043">
                                                      <w:marLeft w:val="0"/>
                                                      <w:marRight w:val="0"/>
                                                      <w:marTop w:val="360"/>
                                                      <w:marBottom w:val="180"/>
                                                      <w:divBdr>
                                                        <w:top w:val="none" w:sz="0" w:space="0" w:color="auto"/>
                                                        <w:left w:val="none" w:sz="0" w:space="0" w:color="auto"/>
                                                        <w:bottom w:val="none" w:sz="0" w:space="0" w:color="auto"/>
                                                        <w:right w:val="none" w:sz="0" w:space="0" w:color="auto"/>
                                                      </w:divBdr>
                                                    </w:div>
                                                    <w:div w:id="517087099">
                                                      <w:marLeft w:val="0"/>
                                                      <w:marRight w:val="0"/>
                                                      <w:marTop w:val="180"/>
                                                      <w:marBottom w:val="240"/>
                                                      <w:divBdr>
                                                        <w:top w:val="none" w:sz="0" w:space="0" w:color="auto"/>
                                                        <w:left w:val="none" w:sz="0" w:space="0" w:color="auto"/>
                                                        <w:bottom w:val="none" w:sz="0" w:space="0" w:color="auto"/>
                                                        <w:right w:val="none" w:sz="0" w:space="0" w:color="auto"/>
                                                      </w:divBdr>
                                                    </w:div>
                                                    <w:div w:id="1093665281">
                                                      <w:marLeft w:val="0"/>
                                                      <w:marRight w:val="0"/>
                                                      <w:marTop w:val="360"/>
                                                      <w:marBottom w:val="180"/>
                                                      <w:divBdr>
                                                        <w:top w:val="none" w:sz="0" w:space="0" w:color="auto"/>
                                                        <w:left w:val="none" w:sz="0" w:space="0" w:color="auto"/>
                                                        <w:bottom w:val="none" w:sz="0" w:space="0" w:color="auto"/>
                                                        <w:right w:val="none" w:sz="0" w:space="0" w:color="auto"/>
                                                      </w:divBdr>
                                                    </w:div>
                                                    <w:div w:id="1943104733">
                                                      <w:marLeft w:val="0"/>
                                                      <w:marRight w:val="0"/>
                                                      <w:marTop w:val="180"/>
                                                      <w:marBottom w:val="240"/>
                                                      <w:divBdr>
                                                        <w:top w:val="none" w:sz="0" w:space="0" w:color="auto"/>
                                                        <w:left w:val="none" w:sz="0" w:space="0" w:color="auto"/>
                                                        <w:bottom w:val="none" w:sz="0" w:space="0" w:color="auto"/>
                                                        <w:right w:val="none" w:sz="0" w:space="0" w:color="auto"/>
                                                      </w:divBdr>
                                                    </w:div>
                                                    <w:div w:id="847404583">
                                                      <w:marLeft w:val="0"/>
                                                      <w:marRight w:val="0"/>
                                                      <w:marTop w:val="360"/>
                                                      <w:marBottom w:val="180"/>
                                                      <w:divBdr>
                                                        <w:top w:val="none" w:sz="0" w:space="0" w:color="auto"/>
                                                        <w:left w:val="none" w:sz="0" w:space="0" w:color="auto"/>
                                                        <w:bottom w:val="none" w:sz="0" w:space="0" w:color="auto"/>
                                                        <w:right w:val="none" w:sz="0" w:space="0" w:color="auto"/>
                                                      </w:divBdr>
                                                    </w:div>
                                                    <w:div w:id="804006563">
                                                      <w:marLeft w:val="0"/>
                                                      <w:marRight w:val="0"/>
                                                      <w:marTop w:val="180"/>
                                                      <w:marBottom w:val="240"/>
                                                      <w:divBdr>
                                                        <w:top w:val="none" w:sz="0" w:space="0" w:color="auto"/>
                                                        <w:left w:val="none" w:sz="0" w:space="0" w:color="auto"/>
                                                        <w:bottom w:val="none" w:sz="0" w:space="0" w:color="auto"/>
                                                        <w:right w:val="none" w:sz="0" w:space="0" w:color="auto"/>
                                                      </w:divBdr>
                                                    </w:div>
                                                    <w:div w:id="917788454">
                                                      <w:marLeft w:val="0"/>
                                                      <w:marRight w:val="0"/>
                                                      <w:marTop w:val="180"/>
                                                      <w:marBottom w:val="240"/>
                                                      <w:divBdr>
                                                        <w:top w:val="none" w:sz="0" w:space="0" w:color="auto"/>
                                                        <w:left w:val="none" w:sz="0" w:space="0" w:color="auto"/>
                                                        <w:bottom w:val="none" w:sz="0" w:space="0" w:color="auto"/>
                                                        <w:right w:val="none" w:sz="0" w:space="0" w:color="auto"/>
                                                      </w:divBdr>
                                                    </w:div>
                                                    <w:div w:id="190062697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79526382">
                                  <w:marLeft w:val="0"/>
                                  <w:marRight w:val="0"/>
                                  <w:marTop w:val="450"/>
                                  <w:marBottom w:val="0"/>
                                  <w:divBdr>
                                    <w:top w:val="none" w:sz="0" w:space="0" w:color="auto"/>
                                    <w:left w:val="none" w:sz="0" w:space="0" w:color="auto"/>
                                    <w:bottom w:val="none" w:sz="0" w:space="0" w:color="auto"/>
                                    <w:right w:val="none" w:sz="0" w:space="0" w:color="auto"/>
                                  </w:divBdr>
                                  <w:divsChild>
                                    <w:div w:id="997270954">
                                      <w:marLeft w:val="0"/>
                                      <w:marRight w:val="0"/>
                                      <w:marTop w:val="0"/>
                                      <w:marBottom w:val="0"/>
                                      <w:divBdr>
                                        <w:top w:val="none" w:sz="0" w:space="0" w:color="auto"/>
                                        <w:left w:val="none" w:sz="0" w:space="0" w:color="auto"/>
                                        <w:bottom w:val="none" w:sz="0" w:space="0" w:color="auto"/>
                                        <w:right w:val="none" w:sz="0" w:space="0" w:color="auto"/>
                                      </w:divBdr>
                                      <w:divsChild>
                                        <w:div w:id="1844471193">
                                          <w:marLeft w:val="0"/>
                                          <w:marRight w:val="0"/>
                                          <w:marTop w:val="0"/>
                                          <w:marBottom w:val="0"/>
                                          <w:divBdr>
                                            <w:top w:val="none" w:sz="0" w:space="0" w:color="auto"/>
                                            <w:left w:val="none" w:sz="0" w:space="0" w:color="auto"/>
                                            <w:bottom w:val="none" w:sz="0" w:space="0" w:color="auto"/>
                                            <w:right w:val="none" w:sz="0" w:space="0" w:color="auto"/>
                                          </w:divBdr>
                                          <w:divsChild>
                                            <w:div w:id="1309893872">
                                              <w:marLeft w:val="0"/>
                                              <w:marRight w:val="246"/>
                                              <w:marTop w:val="0"/>
                                              <w:marBottom w:val="0"/>
                                              <w:divBdr>
                                                <w:top w:val="none" w:sz="0" w:space="0" w:color="auto"/>
                                                <w:left w:val="none" w:sz="0" w:space="0" w:color="auto"/>
                                                <w:bottom w:val="none" w:sz="0" w:space="0" w:color="auto"/>
                                                <w:right w:val="none" w:sz="0" w:space="0" w:color="auto"/>
                                              </w:divBdr>
                                              <w:divsChild>
                                                <w:div w:id="368144494">
                                                  <w:marLeft w:val="0"/>
                                                  <w:marRight w:val="0"/>
                                                  <w:marTop w:val="0"/>
                                                  <w:marBottom w:val="0"/>
                                                  <w:divBdr>
                                                    <w:top w:val="none" w:sz="0" w:space="0" w:color="auto"/>
                                                    <w:left w:val="none" w:sz="0" w:space="0" w:color="auto"/>
                                                    <w:bottom w:val="none" w:sz="0" w:space="0" w:color="auto"/>
                                                    <w:right w:val="none" w:sz="0" w:space="0" w:color="auto"/>
                                                  </w:divBdr>
                                                  <w:divsChild>
                                                    <w:div w:id="1858346193">
                                                      <w:marLeft w:val="0"/>
                                                      <w:marRight w:val="0"/>
                                                      <w:marTop w:val="0"/>
                                                      <w:marBottom w:val="0"/>
                                                      <w:divBdr>
                                                        <w:top w:val="none" w:sz="0" w:space="0" w:color="auto"/>
                                                        <w:left w:val="none" w:sz="0" w:space="0" w:color="auto"/>
                                                        <w:bottom w:val="none" w:sz="0" w:space="0" w:color="auto"/>
                                                        <w:right w:val="none" w:sz="0" w:space="0" w:color="auto"/>
                                                      </w:divBdr>
                                                      <w:divsChild>
                                                        <w:div w:id="187449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642061">
                                              <w:marLeft w:val="0"/>
                                              <w:marRight w:val="0"/>
                                              <w:marTop w:val="0"/>
                                              <w:marBottom w:val="0"/>
                                              <w:divBdr>
                                                <w:top w:val="none" w:sz="0" w:space="0" w:color="auto"/>
                                                <w:left w:val="none" w:sz="0" w:space="0" w:color="auto"/>
                                                <w:bottom w:val="none" w:sz="0" w:space="0" w:color="auto"/>
                                                <w:right w:val="none" w:sz="0" w:space="0" w:color="auto"/>
                                              </w:divBdr>
                                              <w:divsChild>
                                                <w:div w:id="174714368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 w:id="1386179923">
                                  <w:marLeft w:val="0"/>
                                  <w:marRight w:val="0"/>
                                  <w:marTop w:val="450"/>
                                  <w:marBottom w:val="0"/>
                                  <w:divBdr>
                                    <w:top w:val="none" w:sz="0" w:space="0" w:color="auto"/>
                                    <w:left w:val="none" w:sz="0" w:space="0" w:color="auto"/>
                                    <w:bottom w:val="none" w:sz="0" w:space="0" w:color="auto"/>
                                    <w:right w:val="none" w:sz="0" w:space="0" w:color="auto"/>
                                  </w:divBdr>
                                  <w:divsChild>
                                    <w:div w:id="959260712">
                                      <w:marLeft w:val="0"/>
                                      <w:marRight w:val="0"/>
                                      <w:marTop w:val="0"/>
                                      <w:marBottom w:val="0"/>
                                      <w:divBdr>
                                        <w:top w:val="none" w:sz="0" w:space="0" w:color="auto"/>
                                        <w:left w:val="none" w:sz="0" w:space="0" w:color="auto"/>
                                        <w:bottom w:val="none" w:sz="0" w:space="0" w:color="auto"/>
                                        <w:right w:val="none" w:sz="0" w:space="0" w:color="auto"/>
                                      </w:divBdr>
                                      <w:divsChild>
                                        <w:div w:id="1407722280">
                                          <w:marLeft w:val="0"/>
                                          <w:marRight w:val="0"/>
                                          <w:marTop w:val="0"/>
                                          <w:marBottom w:val="0"/>
                                          <w:divBdr>
                                            <w:top w:val="none" w:sz="0" w:space="0" w:color="auto"/>
                                            <w:left w:val="none" w:sz="0" w:space="0" w:color="auto"/>
                                            <w:bottom w:val="none" w:sz="0" w:space="0" w:color="auto"/>
                                            <w:right w:val="none" w:sz="0" w:space="0" w:color="auto"/>
                                          </w:divBdr>
                                          <w:divsChild>
                                            <w:div w:id="454255245">
                                              <w:marLeft w:val="0"/>
                                              <w:marRight w:val="246"/>
                                              <w:marTop w:val="0"/>
                                              <w:marBottom w:val="0"/>
                                              <w:divBdr>
                                                <w:top w:val="none" w:sz="0" w:space="0" w:color="auto"/>
                                                <w:left w:val="none" w:sz="0" w:space="0" w:color="auto"/>
                                                <w:bottom w:val="none" w:sz="0" w:space="0" w:color="auto"/>
                                                <w:right w:val="none" w:sz="0" w:space="0" w:color="auto"/>
                                              </w:divBdr>
                                              <w:divsChild>
                                                <w:div w:id="1396246676">
                                                  <w:marLeft w:val="0"/>
                                                  <w:marRight w:val="0"/>
                                                  <w:marTop w:val="0"/>
                                                  <w:marBottom w:val="0"/>
                                                  <w:divBdr>
                                                    <w:top w:val="none" w:sz="0" w:space="0" w:color="auto"/>
                                                    <w:left w:val="none" w:sz="0" w:space="0" w:color="auto"/>
                                                    <w:bottom w:val="none" w:sz="0" w:space="0" w:color="auto"/>
                                                    <w:right w:val="none" w:sz="0" w:space="0" w:color="auto"/>
                                                  </w:divBdr>
                                                  <w:divsChild>
                                                    <w:div w:id="2038311928">
                                                      <w:marLeft w:val="0"/>
                                                      <w:marRight w:val="0"/>
                                                      <w:marTop w:val="0"/>
                                                      <w:marBottom w:val="0"/>
                                                      <w:divBdr>
                                                        <w:top w:val="none" w:sz="0" w:space="0" w:color="auto"/>
                                                        <w:left w:val="none" w:sz="0" w:space="0" w:color="auto"/>
                                                        <w:bottom w:val="none" w:sz="0" w:space="0" w:color="auto"/>
                                                        <w:right w:val="none" w:sz="0" w:space="0" w:color="auto"/>
                                                      </w:divBdr>
                                                      <w:divsChild>
                                                        <w:div w:id="1388188039">
                                                          <w:marLeft w:val="0"/>
                                                          <w:marRight w:val="0"/>
                                                          <w:marTop w:val="0"/>
                                                          <w:marBottom w:val="0"/>
                                                          <w:divBdr>
                                                            <w:top w:val="none" w:sz="0" w:space="0" w:color="auto"/>
                                                            <w:left w:val="none" w:sz="0" w:space="0" w:color="auto"/>
                                                            <w:bottom w:val="none" w:sz="0" w:space="0" w:color="auto"/>
                                                            <w:right w:val="none" w:sz="0" w:space="0" w:color="auto"/>
                                                          </w:divBdr>
                                                          <w:divsChild>
                                                            <w:div w:id="1817138177">
                                                              <w:marLeft w:val="0"/>
                                                              <w:marRight w:val="0"/>
                                                              <w:marTop w:val="0"/>
                                                              <w:marBottom w:val="0"/>
                                                              <w:divBdr>
                                                                <w:top w:val="none" w:sz="0" w:space="0" w:color="auto"/>
                                                                <w:left w:val="none" w:sz="0" w:space="0" w:color="auto"/>
                                                                <w:bottom w:val="none" w:sz="0" w:space="0" w:color="auto"/>
                                                                <w:right w:val="none" w:sz="0" w:space="0" w:color="auto"/>
                                                              </w:divBdr>
                                                              <w:divsChild>
                                                                <w:div w:id="142950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51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510132">
                                              <w:marLeft w:val="0"/>
                                              <w:marRight w:val="0"/>
                                              <w:marTop w:val="0"/>
                                              <w:marBottom w:val="0"/>
                                              <w:divBdr>
                                                <w:top w:val="none" w:sz="0" w:space="0" w:color="auto"/>
                                                <w:left w:val="none" w:sz="0" w:space="0" w:color="auto"/>
                                                <w:bottom w:val="none" w:sz="0" w:space="0" w:color="auto"/>
                                                <w:right w:val="none" w:sz="0" w:space="0" w:color="auto"/>
                                              </w:divBdr>
                                              <w:divsChild>
                                                <w:div w:id="166050020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280454595">
                                      <w:marLeft w:val="0"/>
                                      <w:marRight w:val="0"/>
                                      <w:marTop w:val="0"/>
                                      <w:marBottom w:val="0"/>
                                      <w:divBdr>
                                        <w:top w:val="none" w:sz="0" w:space="0" w:color="auto"/>
                                        <w:left w:val="none" w:sz="0" w:space="0" w:color="auto"/>
                                        <w:bottom w:val="none" w:sz="0" w:space="0" w:color="auto"/>
                                        <w:right w:val="none" w:sz="0" w:space="0" w:color="auto"/>
                                      </w:divBdr>
                                      <w:divsChild>
                                        <w:div w:id="1478693417">
                                          <w:marLeft w:val="0"/>
                                          <w:marRight w:val="0"/>
                                          <w:marTop w:val="0"/>
                                          <w:marBottom w:val="0"/>
                                          <w:divBdr>
                                            <w:top w:val="none" w:sz="0" w:space="0" w:color="auto"/>
                                            <w:left w:val="none" w:sz="0" w:space="0" w:color="auto"/>
                                            <w:bottom w:val="none" w:sz="0" w:space="0" w:color="auto"/>
                                            <w:right w:val="none" w:sz="0" w:space="0" w:color="auto"/>
                                          </w:divBdr>
                                          <w:divsChild>
                                            <w:div w:id="287706802">
                                              <w:marLeft w:val="0"/>
                                              <w:marRight w:val="0"/>
                                              <w:marTop w:val="0"/>
                                              <w:marBottom w:val="0"/>
                                              <w:divBdr>
                                                <w:top w:val="none" w:sz="0" w:space="0" w:color="auto"/>
                                                <w:left w:val="none" w:sz="0" w:space="0" w:color="auto"/>
                                                <w:bottom w:val="none" w:sz="0" w:space="0" w:color="auto"/>
                                                <w:right w:val="none" w:sz="0" w:space="0" w:color="auto"/>
                                              </w:divBdr>
                                              <w:divsChild>
                                                <w:div w:id="1057975801">
                                                  <w:marLeft w:val="0"/>
                                                  <w:marRight w:val="0"/>
                                                  <w:marTop w:val="0"/>
                                                  <w:marBottom w:val="0"/>
                                                  <w:divBdr>
                                                    <w:top w:val="none" w:sz="0" w:space="0" w:color="auto"/>
                                                    <w:left w:val="none" w:sz="0" w:space="0" w:color="auto"/>
                                                    <w:bottom w:val="none" w:sz="0" w:space="0" w:color="auto"/>
                                                    <w:right w:val="none" w:sz="0" w:space="0" w:color="auto"/>
                                                  </w:divBdr>
                                                  <w:divsChild>
                                                    <w:div w:id="478421578">
                                                      <w:marLeft w:val="0"/>
                                                      <w:marRight w:val="0"/>
                                                      <w:marTop w:val="180"/>
                                                      <w:marBottom w:val="240"/>
                                                      <w:divBdr>
                                                        <w:top w:val="none" w:sz="0" w:space="0" w:color="auto"/>
                                                        <w:left w:val="none" w:sz="0" w:space="0" w:color="auto"/>
                                                        <w:bottom w:val="none" w:sz="0" w:space="0" w:color="auto"/>
                                                        <w:right w:val="none" w:sz="0" w:space="0" w:color="auto"/>
                                                      </w:divBdr>
                                                    </w:div>
                                                    <w:div w:id="1928884336">
                                                      <w:marLeft w:val="0"/>
                                                      <w:marRight w:val="0"/>
                                                      <w:marTop w:val="180"/>
                                                      <w:marBottom w:val="240"/>
                                                      <w:divBdr>
                                                        <w:top w:val="none" w:sz="0" w:space="0" w:color="auto"/>
                                                        <w:left w:val="none" w:sz="0" w:space="0" w:color="auto"/>
                                                        <w:bottom w:val="none" w:sz="0" w:space="0" w:color="auto"/>
                                                        <w:right w:val="none" w:sz="0" w:space="0" w:color="auto"/>
                                                      </w:divBdr>
                                                    </w:div>
                                                    <w:div w:id="563373710">
                                                      <w:marLeft w:val="0"/>
                                                      <w:marRight w:val="0"/>
                                                      <w:marTop w:val="360"/>
                                                      <w:marBottom w:val="180"/>
                                                      <w:divBdr>
                                                        <w:top w:val="none" w:sz="0" w:space="0" w:color="auto"/>
                                                        <w:left w:val="none" w:sz="0" w:space="0" w:color="auto"/>
                                                        <w:bottom w:val="none" w:sz="0" w:space="0" w:color="auto"/>
                                                        <w:right w:val="none" w:sz="0" w:space="0" w:color="auto"/>
                                                      </w:divBdr>
                                                    </w:div>
                                                    <w:div w:id="1850294511">
                                                      <w:marLeft w:val="0"/>
                                                      <w:marRight w:val="0"/>
                                                      <w:marTop w:val="180"/>
                                                      <w:marBottom w:val="240"/>
                                                      <w:divBdr>
                                                        <w:top w:val="none" w:sz="0" w:space="0" w:color="auto"/>
                                                        <w:left w:val="none" w:sz="0" w:space="0" w:color="auto"/>
                                                        <w:bottom w:val="none" w:sz="0" w:space="0" w:color="auto"/>
                                                        <w:right w:val="none" w:sz="0" w:space="0" w:color="auto"/>
                                                      </w:divBdr>
                                                    </w:div>
                                                    <w:div w:id="695079718">
                                                      <w:marLeft w:val="0"/>
                                                      <w:marRight w:val="0"/>
                                                      <w:marTop w:val="180"/>
                                                      <w:marBottom w:val="240"/>
                                                      <w:divBdr>
                                                        <w:top w:val="none" w:sz="0" w:space="0" w:color="auto"/>
                                                        <w:left w:val="none" w:sz="0" w:space="0" w:color="auto"/>
                                                        <w:bottom w:val="none" w:sz="0" w:space="0" w:color="auto"/>
                                                        <w:right w:val="none" w:sz="0" w:space="0" w:color="auto"/>
                                                      </w:divBdr>
                                                    </w:div>
                                                    <w:div w:id="738022588">
                                                      <w:marLeft w:val="0"/>
                                                      <w:marRight w:val="0"/>
                                                      <w:marTop w:val="180"/>
                                                      <w:marBottom w:val="240"/>
                                                      <w:divBdr>
                                                        <w:top w:val="none" w:sz="0" w:space="0" w:color="auto"/>
                                                        <w:left w:val="none" w:sz="0" w:space="0" w:color="auto"/>
                                                        <w:bottom w:val="none" w:sz="0" w:space="0" w:color="auto"/>
                                                        <w:right w:val="none" w:sz="0" w:space="0" w:color="auto"/>
                                                      </w:divBdr>
                                                    </w:div>
                                                    <w:div w:id="1311130332">
                                                      <w:marLeft w:val="0"/>
                                                      <w:marRight w:val="0"/>
                                                      <w:marTop w:val="180"/>
                                                      <w:marBottom w:val="240"/>
                                                      <w:divBdr>
                                                        <w:top w:val="none" w:sz="0" w:space="0" w:color="auto"/>
                                                        <w:left w:val="none" w:sz="0" w:space="0" w:color="auto"/>
                                                        <w:bottom w:val="none" w:sz="0" w:space="0" w:color="auto"/>
                                                        <w:right w:val="none" w:sz="0" w:space="0" w:color="auto"/>
                                                      </w:divBdr>
                                                    </w:div>
                                                    <w:div w:id="14320490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76944289">
                                  <w:marLeft w:val="0"/>
                                  <w:marRight w:val="0"/>
                                  <w:marTop w:val="450"/>
                                  <w:marBottom w:val="0"/>
                                  <w:divBdr>
                                    <w:top w:val="none" w:sz="0" w:space="0" w:color="auto"/>
                                    <w:left w:val="none" w:sz="0" w:space="0" w:color="auto"/>
                                    <w:bottom w:val="none" w:sz="0" w:space="0" w:color="auto"/>
                                    <w:right w:val="none" w:sz="0" w:space="0" w:color="auto"/>
                                  </w:divBdr>
                                  <w:divsChild>
                                    <w:div w:id="1145273078">
                                      <w:marLeft w:val="0"/>
                                      <w:marRight w:val="0"/>
                                      <w:marTop w:val="0"/>
                                      <w:marBottom w:val="0"/>
                                      <w:divBdr>
                                        <w:top w:val="none" w:sz="0" w:space="0" w:color="auto"/>
                                        <w:left w:val="none" w:sz="0" w:space="0" w:color="auto"/>
                                        <w:bottom w:val="none" w:sz="0" w:space="0" w:color="auto"/>
                                        <w:right w:val="none" w:sz="0" w:space="0" w:color="auto"/>
                                      </w:divBdr>
                                      <w:divsChild>
                                        <w:div w:id="302123858">
                                          <w:marLeft w:val="0"/>
                                          <w:marRight w:val="0"/>
                                          <w:marTop w:val="0"/>
                                          <w:marBottom w:val="0"/>
                                          <w:divBdr>
                                            <w:top w:val="none" w:sz="0" w:space="0" w:color="auto"/>
                                            <w:left w:val="none" w:sz="0" w:space="0" w:color="auto"/>
                                            <w:bottom w:val="none" w:sz="0" w:space="0" w:color="auto"/>
                                            <w:right w:val="none" w:sz="0" w:space="0" w:color="auto"/>
                                          </w:divBdr>
                                          <w:divsChild>
                                            <w:div w:id="1214317238">
                                              <w:marLeft w:val="0"/>
                                              <w:marRight w:val="246"/>
                                              <w:marTop w:val="0"/>
                                              <w:marBottom w:val="0"/>
                                              <w:divBdr>
                                                <w:top w:val="none" w:sz="0" w:space="0" w:color="auto"/>
                                                <w:left w:val="none" w:sz="0" w:space="0" w:color="auto"/>
                                                <w:bottom w:val="none" w:sz="0" w:space="0" w:color="auto"/>
                                                <w:right w:val="none" w:sz="0" w:space="0" w:color="auto"/>
                                              </w:divBdr>
                                              <w:divsChild>
                                                <w:div w:id="871915562">
                                                  <w:marLeft w:val="0"/>
                                                  <w:marRight w:val="0"/>
                                                  <w:marTop w:val="0"/>
                                                  <w:marBottom w:val="0"/>
                                                  <w:divBdr>
                                                    <w:top w:val="none" w:sz="0" w:space="0" w:color="auto"/>
                                                    <w:left w:val="none" w:sz="0" w:space="0" w:color="auto"/>
                                                    <w:bottom w:val="none" w:sz="0" w:space="0" w:color="auto"/>
                                                    <w:right w:val="none" w:sz="0" w:space="0" w:color="auto"/>
                                                  </w:divBdr>
                                                  <w:divsChild>
                                                    <w:div w:id="1817985814">
                                                      <w:marLeft w:val="0"/>
                                                      <w:marRight w:val="0"/>
                                                      <w:marTop w:val="0"/>
                                                      <w:marBottom w:val="0"/>
                                                      <w:divBdr>
                                                        <w:top w:val="none" w:sz="0" w:space="0" w:color="auto"/>
                                                        <w:left w:val="none" w:sz="0" w:space="0" w:color="auto"/>
                                                        <w:bottom w:val="none" w:sz="0" w:space="0" w:color="auto"/>
                                                        <w:right w:val="none" w:sz="0" w:space="0" w:color="auto"/>
                                                      </w:divBdr>
                                                      <w:divsChild>
                                                        <w:div w:id="97094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162603">
                                              <w:marLeft w:val="0"/>
                                              <w:marRight w:val="0"/>
                                              <w:marTop w:val="0"/>
                                              <w:marBottom w:val="0"/>
                                              <w:divBdr>
                                                <w:top w:val="none" w:sz="0" w:space="0" w:color="auto"/>
                                                <w:left w:val="none" w:sz="0" w:space="0" w:color="auto"/>
                                                <w:bottom w:val="none" w:sz="0" w:space="0" w:color="auto"/>
                                                <w:right w:val="none" w:sz="0" w:space="0" w:color="auto"/>
                                              </w:divBdr>
                                              <w:divsChild>
                                                <w:div w:id="204775819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724597895">
                                      <w:marLeft w:val="0"/>
                                      <w:marRight w:val="0"/>
                                      <w:marTop w:val="0"/>
                                      <w:marBottom w:val="0"/>
                                      <w:divBdr>
                                        <w:top w:val="none" w:sz="0" w:space="0" w:color="auto"/>
                                        <w:left w:val="none" w:sz="0" w:space="0" w:color="auto"/>
                                        <w:bottom w:val="none" w:sz="0" w:space="0" w:color="auto"/>
                                        <w:right w:val="none" w:sz="0" w:space="0" w:color="auto"/>
                                      </w:divBdr>
                                      <w:divsChild>
                                        <w:div w:id="689913835">
                                          <w:marLeft w:val="0"/>
                                          <w:marRight w:val="0"/>
                                          <w:marTop w:val="0"/>
                                          <w:marBottom w:val="0"/>
                                          <w:divBdr>
                                            <w:top w:val="none" w:sz="0" w:space="0" w:color="auto"/>
                                            <w:left w:val="none" w:sz="0" w:space="0" w:color="auto"/>
                                            <w:bottom w:val="none" w:sz="0" w:space="0" w:color="auto"/>
                                            <w:right w:val="none" w:sz="0" w:space="0" w:color="auto"/>
                                          </w:divBdr>
                                          <w:divsChild>
                                            <w:div w:id="2014185527">
                                              <w:marLeft w:val="0"/>
                                              <w:marRight w:val="0"/>
                                              <w:marTop w:val="0"/>
                                              <w:marBottom w:val="0"/>
                                              <w:divBdr>
                                                <w:top w:val="none" w:sz="0" w:space="0" w:color="auto"/>
                                                <w:left w:val="none" w:sz="0" w:space="0" w:color="auto"/>
                                                <w:bottom w:val="none" w:sz="0" w:space="0" w:color="auto"/>
                                                <w:right w:val="none" w:sz="0" w:space="0" w:color="auto"/>
                                              </w:divBdr>
                                              <w:divsChild>
                                                <w:div w:id="165679158">
                                                  <w:marLeft w:val="0"/>
                                                  <w:marRight w:val="0"/>
                                                  <w:marTop w:val="0"/>
                                                  <w:marBottom w:val="0"/>
                                                  <w:divBdr>
                                                    <w:top w:val="none" w:sz="0" w:space="0" w:color="auto"/>
                                                    <w:left w:val="none" w:sz="0" w:space="0" w:color="auto"/>
                                                    <w:bottom w:val="none" w:sz="0" w:space="0" w:color="auto"/>
                                                    <w:right w:val="none" w:sz="0" w:space="0" w:color="auto"/>
                                                  </w:divBdr>
                                                  <w:divsChild>
                                                    <w:div w:id="1440679054">
                                                      <w:marLeft w:val="0"/>
                                                      <w:marRight w:val="0"/>
                                                      <w:marTop w:val="180"/>
                                                      <w:marBottom w:val="240"/>
                                                      <w:divBdr>
                                                        <w:top w:val="none" w:sz="0" w:space="0" w:color="auto"/>
                                                        <w:left w:val="none" w:sz="0" w:space="0" w:color="auto"/>
                                                        <w:bottom w:val="none" w:sz="0" w:space="0" w:color="auto"/>
                                                        <w:right w:val="none" w:sz="0" w:space="0" w:color="auto"/>
                                                      </w:divBdr>
                                                    </w:div>
                                                    <w:div w:id="1239830048">
                                                      <w:marLeft w:val="0"/>
                                                      <w:marRight w:val="0"/>
                                                      <w:marTop w:val="180"/>
                                                      <w:marBottom w:val="240"/>
                                                      <w:divBdr>
                                                        <w:top w:val="none" w:sz="0" w:space="0" w:color="auto"/>
                                                        <w:left w:val="none" w:sz="0" w:space="0" w:color="auto"/>
                                                        <w:bottom w:val="none" w:sz="0" w:space="0" w:color="auto"/>
                                                        <w:right w:val="none" w:sz="0" w:space="0" w:color="auto"/>
                                                      </w:divBdr>
                                                    </w:div>
                                                    <w:div w:id="930703425">
                                                      <w:marLeft w:val="0"/>
                                                      <w:marRight w:val="0"/>
                                                      <w:marTop w:val="180"/>
                                                      <w:marBottom w:val="240"/>
                                                      <w:divBdr>
                                                        <w:top w:val="none" w:sz="0" w:space="0" w:color="auto"/>
                                                        <w:left w:val="none" w:sz="0" w:space="0" w:color="auto"/>
                                                        <w:bottom w:val="none" w:sz="0" w:space="0" w:color="auto"/>
                                                        <w:right w:val="none" w:sz="0" w:space="0" w:color="auto"/>
                                                      </w:divBdr>
                                                    </w:div>
                                                    <w:div w:id="70464320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2109622173">
                                  <w:marLeft w:val="0"/>
                                  <w:marRight w:val="0"/>
                                  <w:marTop w:val="450"/>
                                  <w:marBottom w:val="0"/>
                                  <w:divBdr>
                                    <w:top w:val="none" w:sz="0" w:space="0" w:color="auto"/>
                                    <w:left w:val="none" w:sz="0" w:space="0" w:color="auto"/>
                                    <w:bottom w:val="none" w:sz="0" w:space="0" w:color="auto"/>
                                    <w:right w:val="none" w:sz="0" w:space="0" w:color="auto"/>
                                  </w:divBdr>
                                  <w:divsChild>
                                    <w:div w:id="2026975680">
                                      <w:marLeft w:val="0"/>
                                      <w:marRight w:val="0"/>
                                      <w:marTop w:val="0"/>
                                      <w:marBottom w:val="0"/>
                                      <w:divBdr>
                                        <w:top w:val="none" w:sz="0" w:space="0" w:color="auto"/>
                                        <w:left w:val="none" w:sz="0" w:space="0" w:color="auto"/>
                                        <w:bottom w:val="none" w:sz="0" w:space="0" w:color="auto"/>
                                        <w:right w:val="none" w:sz="0" w:space="0" w:color="auto"/>
                                      </w:divBdr>
                                      <w:divsChild>
                                        <w:div w:id="115031641">
                                          <w:marLeft w:val="0"/>
                                          <w:marRight w:val="0"/>
                                          <w:marTop w:val="0"/>
                                          <w:marBottom w:val="0"/>
                                          <w:divBdr>
                                            <w:top w:val="none" w:sz="0" w:space="0" w:color="auto"/>
                                            <w:left w:val="none" w:sz="0" w:space="0" w:color="auto"/>
                                            <w:bottom w:val="none" w:sz="0" w:space="0" w:color="auto"/>
                                            <w:right w:val="none" w:sz="0" w:space="0" w:color="auto"/>
                                          </w:divBdr>
                                          <w:divsChild>
                                            <w:div w:id="1399785227">
                                              <w:marLeft w:val="0"/>
                                              <w:marRight w:val="246"/>
                                              <w:marTop w:val="0"/>
                                              <w:marBottom w:val="0"/>
                                              <w:divBdr>
                                                <w:top w:val="none" w:sz="0" w:space="0" w:color="auto"/>
                                                <w:left w:val="none" w:sz="0" w:space="0" w:color="auto"/>
                                                <w:bottom w:val="none" w:sz="0" w:space="0" w:color="auto"/>
                                                <w:right w:val="none" w:sz="0" w:space="0" w:color="auto"/>
                                              </w:divBdr>
                                              <w:divsChild>
                                                <w:div w:id="951865201">
                                                  <w:marLeft w:val="0"/>
                                                  <w:marRight w:val="0"/>
                                                  <w:marTop w:val="0"/>
                                                  <w:marBottom w:val="0"/>
                                                  <w:divBdr>
                                                    <w:top w:val="none" w:sz="0" w:space="0" w:color="auto"/>
                                                    <w:left w:val="none" w:sz="0" w:space="0" w:color="auto"/>
                                                    <w:bottom w:val="none" w:sz="0" w:space="0" w:color="auto"/>
                                                    <w:right w:val="none" w:sz="0" w:space="0" w:color="auto"/>
                                                  </w:divBdr>
                                                  <w:divsChild>
                                                    <w:div w:id="555051604">
                                                      <w:marLeft w:val="0"/>
                                                      <w:marRight w:val="0"/>
                                                      <w:marTop w:val="0"/>
                                                      <w:marBottom w:val="0"/>
                                                      <w:divBdr>
                                                        <w:top w:val="none" w:sz="0" w:space="0" w:color="auto"/>
                                                        <w:left w:val="none" w:sz="0" w:space="0" w:color="auto"/>
                                                        <w:bottom w:val="none" w:sz="0" w:space="0" w:color="auto"/>
                                                        <w:right w:val="none" w:sz="0" w:space="0" w:color="auto"/>
                                                      </w:divBdr>
                                                      <w:divsChild>
                                                        <w:div w:id="70124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367977">
                                              <w:marLeft w:val="0"/>
                                              <w:marRight w:val="0"/>
                                              <w:marTop w:val="0"/>
                                              <w:marBottom w:val="0"/>
                                              <w:divBdr>
                                                <w:top w:val="none" w:sz="0" w:space="0" w:color="auto"/>
                                                <w:left w:val="none" w:sz="0" w:space="0" w:color="auto"/>
                                                <w:bottom w:val="none" w:sz="0" w:space="0" w:color="auto"/>
                                                <w:right w:val="none" w:sz="0" w:space="0" w:color="auto"/>
                                              </w:divBdr>
                                              <w:divsChild>
                                                <w:div w:id="121978186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654576567">
                                      <w:marLeft w:val="0"/>
                                      <w:marRight w:val="0"/>
                                      <w:marTop w:val="0"/>
                                      <w:marBottom w:val="0"/>
                                      <w:divBdr>
                                        <w:top w:val="none" w:sz="0" w:space="0" w:color="auto"/>
                                        <w:left w:val="none" w:sz="0" w:space="0" w:color="auto"/>
                                        <w:bottom w:val="none" w:sz="0" w:space="0" w:color="auto"/>
                                        <w:right w:val="none" w:sz="0" w:space="0" w:color="auto"/>
                                      </w:divBdr>
                                      <w:divsChild>
                                        <w:div w:id="182087989">
                                          <w:marLeft w:val="0"/>
                                          <w:marRight w:val="0"/>
                                          <w:marTop w:val="0"/>
                                          <w:marBottom w:val="0"/>
                                          <w:divBdr>
                                            <w:top w:val="none" w:sz="0" w:space="0" w:color="auto"/>
                                            <w:left w:val="none" w:sz="0" w:space="0" w:color="auto"/>
                                            <w:bottom w:val="none" w:sz="0" w:space="0" w:color="auto"/>
                                            <w:right w:val="none" w:sz="0" w:space="0" w:color="auto"/>
                                          </w:divBdr>
                                          <w:divsChild>
                                            <w:div w:id="1149174387">
                                              <w:marLeft w:val="0"/>
                                              <w:marRight w:val="0"/>
                                              <w:marTop w:val="0"/>
                                              <w:marBottom w:val="0"/>
                                              <w:divBdr>
                                                <w:top w:val="none" w:sz="0" w:space="0" w:color="auto"/>
                                                <w:left w:val="none" w:sz="0" w:space="0" w:color="auto"/>
                                                <w:bottom w:val="none" w:sz="0" w:space="0" w:color="auto"/>
                                                <w:right w:val="none" w:sz="0" w:space="0" w:color="auto"/>
                                              </w:divBdr>
                                              <w:divsChild>
                                                <w:div w:id="1513374326">
                                                  <w:marLeft w:val="0"/>
                                                  <w:marRight w:val="0"/>
                                                  <w:marTop w:val="0"/>
                                                  <w:marBottom w:val="0"/>
                                                  <w:divBdr>
                                                    <w:top w:val="none" w:sz="0" w:space="0" w:color="auto"/>
                                                    <w:left w:val="none" w:sz="0" w:space="0" w:color="auto"/>
                                                    <w:bottom w:val="none" w:sz="0" w:space="0" w:color="auto"/>
                                                    <w:right w:val="none" w:sz="0" w:space="0" w:color="auto"/>
                                                  </w:divBdr>
                                                  <w:divsChild>
                                                    <w:div w:id="468013245">
                                                      <w:marLeft w:val="0"/>
                                                      <w:marRight w:val="0"/>
                                                      <w:marTop w:val="180"/>
                                                      <w:marBottom w:val="240"/>
                                                      <w:divBdr>
                                                        <w:top w:val="none" w:sz="0" w:space="0" w:color="auto"/>
                                                        <w:left w:val="none" w:sz="0" w:space="0" w:color="auto"/>
                                                        <w:bottom w:val="none" w:sz="0" w:space="0" w:color="auto"/>
                                                        <w:right w:val="none" w:sz="0" w:space="0" w:color="auto"/>
                                                      </w:divBdr>
                                                    </w:div>
                                                    <w:div w:id="353002349">
                                                      <w:marLeft w:val="0"/>
                                                      <w:marRight w:val="0"/>
                                                      <w:marTop w:val="360"/>
                                                      <w:marBottom w:val="180"/>
                                                      <w:divBdr>
                                                        <w:top w:val="none" w:sz="0" w:space="0" w:color="auto"/>
                                                        <w:left w:val="none" w:sz="0" w:space="0" w:color="auto"/>
                                                        <w:bottom w:val="none" w:sz="0" w:space="0" w:color="auto"/>
                                                        <w:right w:val="none" w:sz="0" w:space="0" w:color="auto"/>
                                                      </w:divBdr>
                                                    </w:div>
                                                    <w:div w:id="2102142327">
                                                      <w:marLeft w:val="0"/>
                                                      <w:marRight w:val="0"/>
                                                      <w:marTop w:val="360"/>
                                                      <w:marBottom w:val="180"/>
                                                      <w:divBdr>
                                                        <w:top w:val="none" w:sz="0" w:space="0" w:color="auto"/>
                                                        <w:left w:val="none" w:sz="0" w:space="0" w:color="auto"/>
                                                        <w:bottom w:val="none" w:sz="0" w:space="0" w:color="auto"/>
                                                        <w:right w:val="none" w:sz="0" w:space="0" w:color="auto"/>
                                                      </w:divBdr>
                                                    </w:div>
                                                    <w:div w:id="1362825195">
                                                      <w:marLeft w:val="0"/>
                                                      <w:marRight w:val="0"/>
                                                      <w:marTop w:val="180"/>
                                                      <w:marBottom w:val="240"/>
                                                      <w:divBdr>
                                                        <w:top w:val="none" w:sz="0" w:space="0" w:color="auto"/>
                                                        <w:left w:val="none" w:sz="0" w:space="0" w:color="auto"/>
                                                        <w:bottom w:val="none" w:sz="0" w:space="0" w:color="auto"/>
                                                        <w:right w:val="none" w:sz="0" w:space="0" w:color="auto"/>
                                                      </w:divBdr>
                                                    </w:div>
                                                    <w:div w:id="1195923464">
                                                      <w:marLeft w:val="0"/>
                                                      <w:marRight w:val="0"/>
                                                      <w:marTop w:val="360"/>
                                                      <w:marBottom w:val="180"/>
                                                      <w:divBdr>
                                                        <w:top w:val="none" w:sz="0" w:space="0" w:color="auto"/>
                                                        <w:left w:val="none" w:sz="0" w:space="0" w:color="auto"/>
                                                        <w:bottom w:val="none" w:sz="0" w:space="0" w:color="auto"/>
                                                        <w:right w:val="none" w:sz="0" w:space="0" w:color="auto"/>
                                                      </w:divBdr>
                                                    </w:div>
                                                    <w:div w:id="1493716336">
                                                      <w:marLeft w:val="0"/>
                                                      <w:marRight w:val="0"/>
                                                      <w:marTop w:val="180"/>
                                                      <w:marBottom w:val="240"/>
                                                      <w:divBdr>
                                                        <w:top w:val="none" w:sz="0" w:space="0" w:color="auto"/>
                                                        <w:left w:val="none" w:sz="0" w:space="0" w:color="auto"/>
                                                        <w:bottom w:val="none" w:sz="0" w:space="0" w:color="auto"/>
                                                        <w:right w:val="none" w:sz="0" w:space="0" w:color="auto"/>
                                                      </w:divBdr>
                                                    </w:div>
                                                    <w:div w:id="1341204872">
                                                      <w:marLeft w:val="0"/>
                                                      <w:marRight w:val="0"/>
                                                      <w:marTop w:val="180"/>
                                                      <w:marBottom w:val="240"/>
                                                      <w:divBdr>
                                                        <w:top w:val="none" w:sz="0" w:space="0" w:color="auto"/>
                                                        <w:left w:val="none" w:sz="0" w:space="0" w:color="auto"/>
                                                        <w:bottom w:val="none" w:sz="0" w:space="0" w:color="auto"/>
                                                        <w:right w:val="none" w:sz="0" w:space="0" w:color="auto"/>
                                                      </w:divBdr>
                                                    </w:div>
                                                    <w:div w:id="1594627880">
                                                      <w:marLeft w:val="0"/>
                                                      <w:marRight w:val="0"/>
                                                      <w:marTop w:val="180"/>
                                                      <w:marBottom w:val="240"/>
                                                      <w:divBdr>
                                                        <w:top w:val="none" w:sz="0" w:space="0" w:color="auto"/>
                                                        <w:left w:val="none" w:sz="0" w:space="0" w:color="auto"/>
                                                        <w:bottom w:val="none" w:sz="0" w:space="0" w:color="auto"/>
                                                        <w:right w:val="none" w:sz="0" w:space="0" w:color="auto"/>
                                                      </w:divBdr>
                                                    </w:div>
                                                    <w:div w:id="42682647">
                                                      <w:marLeft w:val="0"/>
                                                      <w:marRight w:val="0"/>
                                                      <w:marTop w:val="180"/>
                                                      <w:marBottom w:val="240"/>
                                                      <w:divBdr>
                                                        <w:top w:val="none" w:sz="0" w:space="0" w:color="auto"/>
                                                        <w:left w:val="none" w:sz="0" w:space="0" w:color="auto"/>
                                                        <w:bottom w:val="none" w:sz="0" w:space="0" w:color="auto"/>
                                                        <w:right w:val="none" w:sz="0" w:space="0" w:color="auto"/>
                                                      </w:divBdr>
                                                    </w:div>
                                                    <w:div w:id="119230939">
                                                      <w:marLeft w:val="0"/>
                                                      <w:marRight w:val="0"/>
                                                      <w:marTop w:val="180"/>
                                                      <w:marBottom w:val="240"/>
                                                      <w:divBdr>
                                                        <w:top w:val="none" w:sz="0" w:space="0" w:color="auto"/>
                                                        <w:left w:val="none" w:sz="0" w:space="0" w:color="auto"/>
                                                        <w:bottom w:val="none" w:sz="0" w:space="0" w:color="auto"/>
                                                        <w:right w:val="none" w:sz="0" w:space="0" w:color="auto"/>
                                                      </w:divBdr>
                                                    </w:div>
                                                    <w:div w:id="138602362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855724604">
                                  <w:marLeft w:val="0"/>
                                  <w:marRight w:val="0"/>
                                  <w:marTop w:val="450"/>
                                  <w:marBottom w:val="0"/>
                                  <w:divBdr>
                                    <w:top w:val="none" w:sz="0" w:space="0" w:color="auto"/>
                                    <w:left w:val="none" w:sz="0" w:space="0" w:color="auto"/>
                                    <w:bottom w:val="none" w:sz="0" w:space="0" w:color="auto"/>
                                    <w:right w:val="none" w:sz="0" w:space="0" w:color="auto"/>
                                  </w:divBdr>
                                  <w:divsChild>
                                    <w:div w:id="2010282803">
                                      <w:marLeft w:val="0"/>
                                      <w:marRight w:val="0"/>
                                      <w:marTop w:val="0"/>
                                      <w:marBottom w:val="0"/>
                                      <w:divBdr>
                                        <w:top w:val="none" w:sz="0" w:space="0" w:color="auto"/>
                                        <w:left w:val="none" w:sz="0" w:space="0" w:color="auto"/>
                                        <w:bottom w:val="none" w:sz="0" w:space="0" w:color="auto"/>
                                        <w:right w:val="none" w:sz="0" w:space="0" w:color="auto"/>
                                      </w:divBdr>
                                      <w:divsChild>
                                        <w:div w:id="955864840">
                                          <w:marLeft w:val="0"/>
                                          <w:marRight w:val="0"/>
                                          <w:marTop w:val="0"/>
                                          <w:marBottom w:val="0"/>
                                          <w:divBdr>
                                            <w:top w:val="none" w:sz="0" w:space="0" w:color="auto"/>
                                            <w:left w:val="none" w:sz="0" w:space="0" w:color="auto"/>
                                            <w:bottom w:val="none" w:sz="0" w:space="0" w:color="auto"/>
                                            <w:right w:val="none" w:sz="0" w:space="0" w:color="auto"/>
                                          </w:divBdr>
                                          <w:divsChild>
                                            <w:div w:id="1245265680">
                                              <w:marLeft w:val="0"/>
                                              <w:marRight w:val="4412"/>
                                              <w:marTop w:val="0"/>
                                              <w:marBottom w:val="0"/>
                                              <w:divBdr>
                                                <w:top w:val="none" w:sz="0" w:space="0" w:color="auto"/>
                                                <w:left w:val="none" w:sz="0" w:space="0" w:color="auto"/>
                                                <w:bottom w:val="none" w:sz="0" w:space="0" w:color="auto"/>
                                                <w:right w:val="none" w:sz="0" w:space="0" w:color="auto"/>
                                              </w:divBdr>
                                              <w:divsChild>
                                                <w:div w:id="652489987">
                                                  <w:marLeft w:val="0"/>
                                                  <w:marRight w:val="0"/>
                                                  <w:marTop w:val="0"/>
                                                  <w:marBottom w:val="0"/>
                                                  <w:divBdr>
                                                    <w:top w:val="none" w:sz="0" w:space="0" w:color="auto"/>
                                                    <w:left w:val="none" w:sz="0" w:space="0" w:color="auto"/>
                                                    <w:bottom w:val="none" w:sz="0" w:space="0" w:color="auto"/>
                                                    <w:right w:val="none" w:sz="0" w:space="0" w:color="auto"/>
                                                  </w:divBdr>
                                                  <w:divsChild>
                                                    <w:div w:id="632953475">
                                                      <w:marLeft w:val="0"/>
                                                      <w:marRight w:val="0"/>
                                                      <w:marTop w:val="0"/>
                                                      <w:marBottom w:val="0"/>
                                                      <w:divBdr>
                                                        <w:top w:val="none" w:sz="0" w:space="0" w:color="auto"/>
                                                        <w:left w:val="none" w:sz="0" w:space="0" w:color="auto"/>
                                                        <w:bottom w:val="none" w:sz="0" w:space="0" w:color="auto"/>
                                                        <w:right w:val="none" w:sz="0" w:space="0" w:color="auto"/>
                                                      </w:divBdr>
                                                      <w:divsChild>
                                                        <w:div w:id="1147697906">
                                                          <w:marLeft w:val="0"/>
                                                          <w:marRight w:val="0"/>
                                                          <w:marTop w:val="0"/>
                                                          <w:marBottom w:val="0"/>
                                                          <w:divBdr>
                                                            <w:top w:val="none" w:sz="0" w:space="0" w:color="auto"/>
                                                            <w:left w:val="none" w:sz="0" w:space="0" w:color="auto"/>
                                                            <w:bottom w:val="none" w:sz="0" w:space="0" w:color="auto"/>
                                                            <w:right w:val="none" w:sz="0" w:space="0" w:color="auto"/>
                                                          </w:divBdr>
                                                          <w:divsChild>
                                                            <w:div w:id="40906206">
                                                              <w:marLeft w:val="0"/>
                                                              <w:marRight w:val="0"/>
                                                              <w:marTop w:val="0"/>
                                                              <w:marBottom w:val="0"/>
                                                              <w:divBdr>
                                                                <w:top w:val="none" w:sz="0" w:space="0" w:color="auto"/>
                                                                <w:left w:val="none" w:sz="0" w:space="0" w:color="auto"/>
                                                                <w:bottom w:val="none" w:sz="0" w:space="0" w:color="auto"/>
                                                                <w:right w:val="none" w:sz="0" w:space="0" w:color="auto"/>
                                                              </w:divBdr>
                                                              <w:divsChild>
                                                                <w:div w:id="190972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90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092127">
                                              <w:marLeft w:val="0"/>
                                              <w:marRight w:val="0"/>
                                              <w:marTop w:val="0"/>
                                              <w:marBottom w:val="0"/>
                                              <w:divBdr>
                                                <w:top w:val="none" w:sz="0" w:space="0" w:color="auto"/>
                                                <w:left w:val="none" w:sz="0" w:space="0" w:color="auto"/>
                                                <w:bottom w:val="none" w:sz="0" w:space="0" w:color="auto"/>
                                                <w:right w:val="none" w:sz="0" w:space="0" w:color="auto"/>
                                              </w:divBdr>
                                              <w:divsChild>
                                                <w:div w:id="1854109046">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47801374">
                                      <w:marLeft w:val="0"/>
                                      <w:marRight w:val="0"/>
                                      <w:marTop w:val="0"/>
                                      <w:marBottom w:val="0"/>
                                      <w:divBdr>
                                        <w:top w:val="none" w:sz="0" w:space="0" w:color="auto"/>
                                        <w:left w:val="none" w:sz="0" w:space="0" w:color="auto"/>
                                        <w:bottom w:val="none" w:sz="0" w:space="0" w:color="auto"/>
                                        <w:right w:val="none" w:sz="0" w:space="0" w:color="auto"/>
                                      </w:divBdr>
                                      <w:divsChild>
                                        <w:div w:id="7603100">
                                          <w:marLeft w:val="0"/>
                                          <w:marRight w:val="0"/>
                                          <w:marTop w:val="0"/>
                                          <w:marBottom w:val="0"/>
                                          <w:divBdr>
                                            <w:top w:val="none" w:sz="0" w:space="0" w:color="auto"/>
                                            <w:left w:val="none" w:sz="0" w:space="0" w:color="auto"/>
                                            <w:bottom w:val="none" w:sz="0" w:space="0" w:color="auto"/>
                                            <w:right w:val="none" w:sz="0" w:space="0" w:color="auto"/>
                                          </w:divBdr>
                                          <w:divsChild>
                                            <w:div w:id="839079298">
                                              <w:marLeft w:val="0"/>
                                              <w:marRight w:val="0"/>
                                              <w:marTop w:val="0"/>
                                              <w:marBottom w:val="0"/>
                                              <w:divBdr>
                                                <w:top w:val="none" w:sz="0" w:space="0" w:color="auto"/>
                                                <w:left w:val="none" w:sz="0" w:space="0" w:color="auto"/>
                                                <w:bottom w:val="none" w:sz="0" w:space="0" w:color="auto"/>
                                                <w:right w:val="none" w:sz="0" w:space="0" w:color="auto"/>
                                              </w:divBdr>
                                              <w:divsChild>
                                                <w:div w:id="470174780">
                                                  <w:marLeft w:val="0"/>
                                                  <w:marRight w:val="0"/>
                                                  <w:marTop w:val="0"/>
                                                  <w:marBottom w:val="0"/>
                                                  <w:divBdr>
                                                    <w:top w:val="none" w:sz="0" w:space="0" w:color="auto"/>
                                                    <w:left w:val="none" w:sz="0" w:space="0" w:color="auto"/>
                                                    <w:bottom w:val="none" w:sz="0" w:space="0" w:color="auto"/>
                                                    <w:right w:val="none" w:sz="0" w:space="0" w:color="auto"/>
                                                  </w:divBdr>
                                                  <w:divsChild>
                                                    <w:div w:id="66390157">
                                                      <w:marLeft w:val="0"/>
                                                      <w:marRight w:val="0"/>
                                                      <w:marTop w:val="180"/>
                                                      <w:marBottom w:val="240"/>
                                                      <w:divBdr>
                                                        <w:top w:val="none" w:sz="0" w:space="0" w:color="auto"/>
                                                        <w:left w:val="none" w:sz="0" w:space="0" w:color="auto"/>
                                                        <w:bottom w:val="none" w:sz="0" w:space="0" w:color="auto"/>
                                                        <w:right w:val="none" w:sz="0" w:space="0" w:color="auto"/>
                                                      </w:divBdr>
                                                    </w:div>
                                                    <w:div w:id="495149347">
                                                      <w:marLeft w:val="0"/>
                                                      <w:marRight w:val="0"/>
                                                      <w:marTop w:val="180"/>
                                                      <w:marBottom w:val="240"/>
                                                      <w:divBdr>
                                                        <w:top w:val="none" w:sz="0" w:space="0" w:color="auto"/>
                                                        <w:left w:val="none" w:sz="0" w:space="0" w:color="auto"/>
                                                        <w:bottom w:val="none" w:sz="0" w:space="0" w:color="auto"/>
                                                        <w:right w:val="none" w:sz="0" w:space="0" w:color="auto"/>
                                                      </w:divBdr>
                                                    </w:div>
                                                    <w:div w:id="509829166">
                                                      <w:marLeft w:val="0"/>
                                                      <w:marRight w:val="0"/>
                                                      <w:marTop w:val="360"/>
                                                      <w:marBottom w:val="180"/>
                                                      <w:divBdr>
                                                        <w:top w:val="none" w:sz="0" w:space="0" w:color="auto"/>
                                                        <w:left w:val="none" w:sz="0" w:space="0" w:color="auto"/>
                                                        <w:bottom w:val="none" w:sz="0" w:space="0" w:color="auto"/>
                                                        <w:right w:val="none" w:sz="0" w:space="0" w:color="auto"/>
                                                      </w:divBdr>
                                                    </w:div>
                                                    <w:div w:id="2030446531">
                                                      <w:marLeft w:val="0"/>
                                                      <w:marRight w:val="0"/>
                                                      <w:marTop w:val="180"/>
                                                      <w:marBottom w:val="240"/>
                                                      <w:divBdr>
                                                        <w:top w:val="none" w:sz="0" w:space="0" w:color="auto"/>
                                                        <w:left w:val="none" w:sz="0" w:space="0" w:color="auto"/>
                                                        <w:bottom w:val="none" w:sz="0" w:space="0" w:color="auto"/>
                                                        <w:right w:val="none" w:sz="0" w:space="0" w:color="auto"/>
                                                      </w:divBdr>
                                                    </w:div>
                                                    <w:div w:id="2127312425">
                                                      <w:marLeft w:val="0"/>
                                                      <w:marRight w:val="0"/>
                                                      <w:marTop w:val="180"/>
                                                      <w:marBottom w:val="240"/>
                                                      <w:divBdr>
                                                        <w:top w:val="none" w:sz="0" w:space="0" w:color="auto"/>
                                                        <w:left w:val="none" w:sz="0" w:space="0" w:color="auto"/>
                                                        <w:bottom w:val="none" w:sz="0" w:space="0" w:color="auto"/>
                                                        <w:right w:val="none" w:sz="0" w:space="0" w:color="auto"/>
                                                      </w:divBdr>
                                                    </w:div>
                                                    <w:div w:id="1751350273">
                                                      <w:marLeft w:val="0"/>
                                                      <w:marRight w:val="0"/>
                                                      <w:marTop w:val="180"/>
                                                      <w:marBottom w:val="240"/>
                                                      <w:divBdr>
                                                        <w:top w:val="none" w:sz="0" w:space="0" w:color="auto"/>
                                                        <w:left w:val="none" w:sz="0" w:space="0" w:color="auto"/>
                                                        <w:bottom w:val="none" w:sz="0" w:space="0" w:color="auto"/>
                                                        <w:right w:val="none" w:sz="0" w:space="0" w:color="auto"/>
                                                      </w:divBdr>
                                                    </w:div>
                                                    <w:div w:id="1307470210">
                                                      <w:marLeft w:val="0"/>
                                                      <w:marRight w:val="0"/>
                                                      <w:marTop w:val="180"/>
                                                      <w:marBottom w:val="240"/>
                                                      <w:divBdr>
                                                        <w:top w:val="none" w:sz="0" w:space="0" w:color="auto"/>
                                                        <w:left w:val="none" w:sz="0" w:space="0" w:color="auto"/>
                                                        <w:bottom w:val="none" w:sz="0" w:space="0" w:color="auto"/>
                                                        <w:right w:val="none" w:sz="0" w:space="0" w:color="auto"/>
                                                      </w:divBdr>
                                                    </w:div>
                                                    <w:div w:id="1378891069">
                                                      <w:marLeft w:val="0"/>
                                                      <w:marRight w:val="0"/>
                                                      <w:marTop w:val="180"/>
                                                      <w:marBottom w:val="240"/>
                                                      <w:divBdr>
                                                        <w:top w:val="none" w:sz="0" w:space="0" w:color="auto"/>
                                                        <w:left w:val="none" w:sz="0" w:space="0" w:color="auto"/>
                                                        <w:bottom w:val="none" w:sz="0" w:space="0" w:color="auto"/>
                                                        <w:right w:val="none" w:sz="0" w:space="0" w:color="auto"/>
                                                      </w:divBdr>
                                                    </w:div>
                                                    <w:div w:id="94863229">
                                                      <w:marLeft w:val="0"/>
                                                      <w:marRight w:val="0"/>
                                                      <w:marTop w:val="180"/>
                                                      <w:marBottom w:val="240"/>
                                                      <w:divBdr>
                                                        <w:top w:val="none" w:sz="0" w:space="0" w:color="auto"/>
                                                        <w:left w:val="none" w:sz="0" w:space="0" w:color="auto"/>
                                                        <w:bottom w:val="none" w:sz="0" w:space="0" w:color="auto"/>
                                                        <w:right w:val="none" w:sz="0" w:space="0" w:color="auto"/>
                                                      </w:divBdr>
                                                    </w:div>
                                                    <w:div w:id="11672431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287080224">
                                  <w:marLeft w:val="0"/>
                                  <w:marRight w:val="0"/>
                                  <w:marTop w:val="450"/>
                                  <w:marBottom w:val="0"/>
                                  <w:divBdr>
                                    <w:top w:val="none" w:sz="0" w:space="0" w:color="auto"/>
                                    <w:left w:val="none" w:sz="0" w:space="0" w:color="auto"/>
                                    <w:bottom w:val="none" w:sz="0" w:space="0" w:color="auto"/>
                                    <w:right w:val="none" w:sz="0" w:space="0" w:color="auto"/>
                                  </w:divBdr>
                                  <w:divsChild>
                                    <w:div w:id="1776049618">
                                      <w:marLeft w:val="0"/>
                                      <w:marRight w:val="0"/>
                                      <w:marTop w:val="0"/>
                                      <w:marBottom w:val="0"/>
                                      <w:divBdr>
                                        <w:top w:val="none" w:sz="0" w:space="0" w:color="auto"/>
                                        <w:left w:val="none" w:sz="0" w:space="0" w:color="auto"/>
                                        <w:bottom w:val="none" w:sz="0" w:space="0" w:color="auto"/>
                                        <w:right w:val="none" w:sz="0" w:space="0" w:color="auto"/>
                                      </w:divBdr>
                                      <w:divsChild>
                                        <w:div w:id="217472673">
                                          <w:marLeft w:val="0"/>
                                          <w:marRight w:val="0"/>
                                          <w:marTop w:val="0"/>
                                          <w:marBottom w:val="0"/>
                                          <w:divBdr>
                                            <w:top w:val="none" w:sz="0" w:space="0" w:color="auto"/>
                                            <w:left w:val="none" w:sz="0" w:space="0" w:color="auto"/>
                                            <w:bottom w:val="none" w:sz="0" w:space="0" w:color="auto"/>
                                            <w:right w:val="none" w:sz="0" w:space="0" w:color="auto"/>
                                          </w:divBdr>
                                          <w:divsChild>
                                            <w:div w:id="1853646174">
                                              <w:marLeft w:val="0"/>
                                              <w:marRight w:val="246"/>
                                              <w:marTop w:val="0"/>
                                              <w:marBottom w:val="0"/>
                                              <w:divBdr>
                                                <w:top w:val="none" w:sz="0" w:space="0" w:color="auto"/>
                                                <w:left w:val="none" w:sz="0" w:space="0" w:color="auto"/>
                                                <w:bottom w:val="none" w:sz="0" w:space="0" w:color="auto"/>
                                                <w:right w:val="none" w:sz="0" w:space="0" w:color="auto"/>
                                              </w:divBdr>
                                              <w:divsChild>
                                                <w:div w:id="2005163781">
                                                  <w:marLeft w:val="0"/>
                                                  <w:marRight w:val="0"/>
                                                  <w:marTop w:val="0"/>
                                                  <w:marBottom w:val="0"/>
                                                  <w:divBdr>
                                                    <w:top w:val="none" w:sz="0" w:space="0" w:color="auto"/>
                                                    <w:left w:val="none" w:sz="0" w:space="0" w:color="auto"/>
                                                    <w:bottom w:val="none" w:sz="0" w:space="0" w:color="auto"/>
                                                    <w:right w:val="none" w:sz="0" w:space="0" w:color="auto"/>
                                                  </w:divBdr>
                                                  <w:divsChild>
                                                    <w:div w:id="21707680">
                                                      <w:marLeft w:val="0"/>
                                                      <w:marRight w:val="0"/>
                                                      <w:marTop w:val="0"/>
                                                      <w:marBottom w:val="0"/>
                                                      <w:divBdr>
                                                        <w:top w:val="none" w:sz="0" w:space="0" w:color="auto"/>
                                                        <w:left w:val="none" w:sz="0" w:space="0" w:color="auto"/>
                                                        <w:bottom w:val="none" w:sz="0" w:space="0" w:color="auto"/>
                                                        <w:right w:val="none" w:sz="0" w:space="0" w:color="auto"/>
                                                      </w:divBdr>
                                                      <w:divsChild>
                                                        <w:div w:id="88055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358018">
                                              <w:marLeft w:val="0"/>
                                              <w:marRight w:val="0"/>
                                              <w:marTop w:val="0"/>
                                              <w:marBottom w:val="0"/>
                                              <w:divBdr>
                                                <w:top w:val="none" w:sz="0" w:space="0" w:color="auto"/>
                                                <w:left w:val="none" w:sz="0" w:space="0" w:color="auto"/>
                                                <w:bottom w:val="none" w:sz="0" w:space="0" w:color="auto"/>
                                                <w:right w:val="none" w:sz="0" w:space="0" w:color="auto"/>
                                              </w:divBdr>
                                              <w:divsChild>
                                                <w:div w:id="173260705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218738857">
                                      <w:marLeft w:val="0"/>
                                      <w:marRight w:val="0"/>
                                      <w:marTop w:val="0"/>
                                      <w:marBottom w:val="0"/>
                                      <w:divBdr>
                                        <w:top w:val="none" w:sz="0" w:space="0" w:color="auto"/>
                                        <w:left w:val="none" w:sz="0" w:space="0" w:color="auto"/>
                                        <w:bottom w:val="none" w:sz="0" w:space="0" w:color="auto"/>
                                        <w:right w:val="none" w:sz="0" w:space="0" w:color="auto"/>
                                      </w:divBdr>
                                      <w:divsChild>
                                        <w:div w:id="642081000">
                                          <w:marLeft w:val="0"/>
                                          <w:marRight w:val="0"/>
                                          <w:marTop w:val="0"/>
                                          <w:marBottom w:val="0"/>
                                          <w:divBdr>
                                            <w:top w:val="none" w:sz="0" w:space="0" w:color="auto"/>
                                            <w:left w:val="none" w:sz="0" w:space="0" w:color="auto"/>
                                            <w:bottom w:val="none" w:sz="0" w:space="0" w:color="auto"/>
                                            <w:right w:val="none" w:sz="0" w:space="0" w:color="auto"/>
                                          </w:divBdr>
                                          <w:divsChild>
                                            <w:div w:id="1259101912">
                                              <w:marLeft w:val="0"/>
                                              <w:marRight w:val="0"/>
                                              <w:marTop w:val="0"/>
                                              <w:marBottom w:val="0"/>
                                              <w:divBdr>
                                                <w:top w:val="none" w:sz="0" w:space="0" w:color="auto"/>
                                                <w:left w:val="none" w:sz="0" w:space="0" w:color="auto"/>
                                                <w:bottom w:val="none" w:sz="0" w:space="0" w:color="auto"/>
                                                <w:right w:val="none" w:sz="0" w:space="0" w:color="auto"/>
                                              </w:divBdr>
                                              <w:divsChild>
                                                <w:div w:id="1609700075">
                                                  <w:marLeft w:val="0"/>
                                                  <w:marRight w:val="0"/>
                                                  <w:marTop w:val="0"/>
                                                  <w:marBottom w:val="0"/>
                                                  <w:divBdr>
                                                    <w:top w:val="none" w:sz="0" w:space="0" w:color="auto"/>
                                                    <w:left w:val="none" w:sz="0" w:space="0" w:color="auto"/>
                                                    <w:bottom w:val="none" w:sz="0" w:space="0" w:color="auto"/>
                                                    <w:right w:val="none" w:sz="0" w:space="0" w:color="auto"/>
                                                  </w:divBdr>
                                                  <w:divsChild>
                                                    <w:div w:id="46144544">
                                                      <w:marLeft w:val="0"/>
                                                      <w:marRight w:val="0"/>
                                                      <w:marTop w:val="0"/>
                                                      <w:marBottom w:val="0"/>
                                                      <w:divBdr>
                                                        <w:top w:val="none" w:sz="0" w:space="0" w:color="auto"/>
                                                        <w:left w:val="none" w:sz="0" w:space="0" w:color="auto"/>
                                                        <w:bottom w:val="none" w:sz="0" w:space="0" w:color="auto"/>
                                                        <w:right w:val="none" w:sz="0" w:space="0" w:color="auto"/>
                                                      </w:divBdr>
                                                      <w:divsChild>
                                                        <w:div w:id="1660376741">
                                                          <w:marLeft w:val="0"/>
                                                          <w:marRight w:val="0"/>
                                                          <w:marTop w:val="0"/>
                                                          <w:marBottom w:val="90"/>
                                                          <w:divBdr>
                                                            <w:top w:val="none" w:sz="0" w:space="0" w:color="auto"/>
                                                            <w:left w:val="none" w:sz="0" w:space="0" w:color="auto"/>
                                                            <w:bottom w:val="none" w:sz="0" w:space="0" w:color="auto"/>
                                                            <w:right w:val="none" w:sz="0" w:space="0" w:color="auto"/>
                                                          </w:divBdr>
                                                          <w:divsChild>
                                                            <w:div w:id="2137066820">
                                                              <w:marLeft w:val="0"/>
                                                              <w:marRight w:val="0"/>
                                                              <w:marTop w:val="0"/>
                                                              <w:marBottom w:val="0"/>
                                                              <w:divBdr>
                                                                <w:top w:val="none" w:sz="0" w:space="0" w:color="auto"/>
                                                                <w:left w:val="none" w:sz="0" w:space="0" w:color="auto"/>
                                                                <w:bottom w:val="none" w:sz="0" w:space="0" w:color="auto"/>
                                                                <w:right w:val="none" w:sz="0" w:space="0" w:color="auto"/>
                                                              </w:divBdr>
                                                              <w:divsChild>
                                                                <w:div w:id="197710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489533">
                                                          <w:marLeft w:val="0"/>
                                                          <w:marRight w:val="0"/>
                                                          <w:marTop w:val="180"/>
                                                          <w:marBottom w:val="240"/>
                                                          <w:divBdr>
                                                            <w:top w:val="none" w:sz="0" w:space="0" w:color="auto"/>
                                                            <w:left w:val="none" w:sz="0" w:space="0" w:color="auto"/>
                                                            <w:bottom w:val="none" w:sz="0" w:space="0" w:color="auto"/>
                                                            <w:right w:val="none" w:sz="0" w:space="0" w:color="auto"/>
                                                          </w:divBdr>
                                                        </w:div>
                                                        <w:div w:id="1996756300">
                                                          <w:marLeft w:val="0"/>
                                                          <w:marRight w:val="0"/>
                                                          <w:marTop w:val="60"/>
                                                          <w:marBottom w:val="0"/>
                                                          <w:divBdr>
                                                            <w:top w:val="none" w:sz="0" w:space="0" w:color="auto"/>
                                                            <w:left w:val="none" w:sz="0" w:space="0" w:color="auto"/>
                                                            <w:bottom w:val="none" w:sz="0" w:space="0" w:color="auto"/>
                                                            <w:right w:val="none" w:sz="0" w:space="0" w:color="auto"/>
                                                          </w:divBdr>
                                                          <w:divsChild>
                                                            <w:div w:id="1421876458">
                                                              <w:marLeft w:val="0"/>
                                                              <w:marRight w:val="0"/>
                                                              <w:marTop w:val="0"/>
                                                              <w:marBottom w:val="180"/>
                                                              <w:divBdr>
                                                                <w:top w:val="none" w:sz="0" w:space="0" w:color="auto"/>
                                                                <w:left w:val="none" w:sz="0" w:space="0" w:color="auto"/>
                                                                <w:bottom w:val="none" w:sz="0" w:space="0" w:color="auto"/>
                                                                <w:right w:val="none" w:sz="0" w:space="0" w:color="auto"/>
                                                              </w:divBdr>
                                                              <w:divsChild>
                                                                <w:div w:id="2133084561">
                                                                  <w:marLeft w:val="0"/>
                                                                  <w:marRight w:val="0"/>
                                                                  <w:marTop w:val="0"/>
                                                                  <w:marBottom w:val="0"/>
                                                                  <w:divBdr>
                                                                    <w:top w:val="none" w:sz="0" w:space="0" w:color="auto"/>
                                                                    <w:left w:val="none" w:sz="0" w:space="0" w:color="auto"/>
                                                                    <w:bottom w:val="none" w:sz="0" w:space="0" w:color="auto"/>
                                                                    <w:right w:val="none" w:sz="0" w:space="0" w:color="auto"/>
                                                                  </w:divBdr>
                                                                  <w:divsChild>
                                                                    <w:div w:id="1377243274">
                                                                      <w:marLeft w:val="0"/>
                                                                      <w:marRight w:val="0"/>
                                                                      <w:marTop w:val="0"/>
                                                                      <w:marBottom w:val="0"/>
                                                                      <w:divBdr>
                                                                        <w:top w:val="none" w:sz="0" w:space="0" w:color="auto"/>
                                                                        <w:left w:val="none" w:sz="0" w:space="0" w:color="auto"/>
                                                                        <w:bottom w:val="none" w:sz="0" w:space="0" w:color="auto"/>
                                                                        <w:right w:val="none" w:sz="0" w:space="0" w:color="auto"/>
                                                                      </w:divBdr>
                                                                      <w:divsChild>
                                                                        <w:div w:id="594561110">
                                                                          <w:marLeft w:val="0"/>
                                                                          <w:marRight w:val="0"/>
                                                                          <w:marTop w:val="0"/>
                                                                          <w:marBottom w:val="150"/>
                                                                          <w:divBdr>
                                                                            <w:top w:val="none" w:sz="0" w:space="0" w:color="auto"/>
                                                                            <w:left w:val="none" w:sz="0" w:space="0" w:color="auto"/>
                                                                            <w:bottom w:val="none" w:sz="0" w:space="0" w:color="auto"/>
                                                                            <w:right w:val="none" w:sz="0" w:space="0" w:color="auto"/>
                                                                          </w:divBdr>
                                                                          <w:divsChild>
                                                                            <w:div w:id="106049961">
                                                                              <w:marLeft w:val="0"/>
                                                                              <w:marRight w:val="0"/>
                                                                              <w:marTop w:val="0"/>
                                                                              <w:marBottom w:val="0"/>
                                                                              <w:divBdr>
                                                                                <w:top w:val="none" w:sz="0" w:space="0" w:color="auto"/>
                                                                                <w:left w:val="none" w:sz="0" w:space="0" w:color="auto"/>
                                                                                <w:bottom w:val="none" w:sz="0" w:space="0" w:color="auto"/>
                                                                                <w:right w:val="none" w:sz="0" w:space="0" w:color="auto"/>
                                                                              </w:divBdr>
                                                                              <w:divsChild>
                                                                                <w:div w:id="1780368789">
                                                                                  <w:marLeft w:val="0"/>
                                                                                  <w:marRight w:val="0"/>
                                                                                  <w:marTop w:val="0"/>
                                                                                  <w:marBottom w:val="0"/>
                                                                                  <w:divBdr>
                                                                                    <w:top w:val="none" w:sz="0" w:space="0" w:color="auto"/>
                                                                                    <w:left w:val="none" w:sz="0" w:space="0" w:color="auto"/>
                                                                                    <w:bottom w:val="none" w:sz="0" w:space="0" w:color="auto"/>
                                                                                    <w:right w:val="none" w:sz="0" w:space="0" w:color="auto"/>
                                                                                  </w:divBdr>
                                                                                </w:div>
                                                                              </w:divsChild>
                                                                            </w:div>
                                                                            <w:div w:id="1133446942">
                                                                              <w:marLeft w:val="0"/>
                                                                              <w:marRight w:val="0"/>
                                                                              <w:marTop w:val="0"/>
                                                                              <w:marBottom w:val="0"/>
                                                                              <w:divBdr>
                                                                                <w:top w:val="none" w:sz="0" w:space="0" w:color="auto"/>
                                                                                <w:left w:val="none" w:sz="0" w:space="0" w:color="auto"/>
                                                                                <w:bottom w:val="none" w:sz="0" w:space="0" w:color="auto"/>
                                                                                <w:right w:val="none" w:sz="0" w:space="0" w:color="auto"/>
                                                                              </w:divBdr>
                                                                            </w:div>
                                                                          </w:divsChild>
                                                                        </w:div>
                                                                        <w:div w:id="817188926">
                                                                          <w:marLeft w:val="0"/>
                                                                          <w:marRight w:val="0"/>
                                                                          <w:marTop w:val="0"/>
                                                                          <w:marBottom w:val="60"/>
                                                                          <w:divBdr>
                                                                            <w:top w:val="none" w:sz="0" w:space="0" w:color="auto"/>
                                                                            <w:left w:val="none" w:sz="0" w:space="0" w:color="auto"/>
                                                                            <w:bottom w:val="none" w:sz="0" w:space="0" w:color="auto"/>
                                                                            <w:right w:val="none" w:sz="0" w:space="0" w:color="auto"/>
                                                                          </w:divBdr>
                                                                        </w:div>
                                                                        <w:div w:id="192428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22162">
                                                              <w:marLeft w:val="0"/>
                                                              <w:marRight w:val="0"/>
                                                              <w:marTop w:val="0"/>
                                                              <w:marBottom w:val="180"/>
                                                              <w:divBdr>
                                                                <w:top w:val="none" w:sz="0" w:space="0" w:color="auto"/>
                                                                <w:left w:val="none" w:sz="0" w:space="0" w:color="auto"/>
                                                                <w:bottom w:val="none" w:sz="0" w:space="0" w:color="auto"/>
                                                                <w:right w:val="none" w:sz="0" w:space="0" w:color="auto"/>
                                                              </w:divBdr>
                                                              <w:divsChild>
                                                                <w:div w:id="148012581">
                                                                  <w:marLeft w:val="0"/>
                                                                  <w:marRight w:val="0"/>
                                                                  <w:marTop w:val="0"/>
                                                                  <w:marBottom w:val="0"/>
                                                                  <w:divBdr>
                                                                    <w:top w:val="none" w:sz="0" w:space="0" w:color="auto"/>
                                                                    <w:left w:val="none" w:sz="0" w:space="0" w:color="auto"/>
                                                                    <w:bottom w:val="none" w:sz="0" w:space="0" w:color="auto"/>
                                                                    <w:right w:val="none" w:sz="0" w:space="0" w:color="auto"/>
                                                                  </w:divBdr>
                                                                  <w:divsChild>
                                                                    <w:div w:id="680620574">
                                                                      <w:marLeft w:val="0"/>
                                                                      <w:marRight w:val="0"/>
                                                                      <w:marTop w:val="0"/>
                                                                      <w:marBottom w:val="0"/>
                                                                      <w:divBdr>
                                                                        <w:top w:val="none" w:sz="0" w:space="0" w:color="auto"/>
                                                                        <w:left w:val="none" w:sz="0" w:space="0" w:color="auto"/>
                                                                        <w:bottom w:val="none" w:sz="0" w:space="0" w:color="auto"/>
                                                                        <w:right w:val="none" w:sz="0" w:space="0" w:color="auto"/>
                                                                      </w:divBdr>
                                                                      <w:divsChild>
                                                                        <w:div w:id="567108281">
                                                                          <w:marLeft w:val="0"/>
                                                                          <w:marRight w:val="0"/>
                                                                          <w:marTop w:val="0"/>
                                                                          <w:marBottom w:val="150"/>
                                                                          <w:divBdr>
                                                                            <w:top w:val="none" w:sz="0" w:space="0" w:color="auto"/>
                                                                            <w:left w:val="none" w:sz="0" w:space="0" w:color="auto"/>
                                                                            <w:bottom w:val="none" w:sz="0" w:space="0" w:color="auto"/>
                                                                            <w:right w:val="none" w:sz="0" w:space="0" w:color="auto"/>
                                                                          </w:divBdr>
                                                                          <w:divsChild>
                                                                            <w:div w:id="1678194136">
                                                                              <w:marLeft w:val="0"/>
                                                                              <w:marRight w:val="0"/>
                                                                              <w:marTop w:val="0"/>
                                                                              <w:marBottom w:val="0"/>
                                                                              <w:divBdr>
                                                                                <w:top w:val="none" w:sz="0" w:space="0" w:color="auto"/>
                                                                                <w:left w:val="none" w:sz="0" w:space="0" w:color="auto"/>
                                                                                <w:bottom w:val="none" w:sz="0" w:space="0" w:color="auto"/>
                                                                                <w:right w:val="none" w:sz="0" w:space="0" w:color="auto"/>
                                                                              </w:divBdr>
                                                                              <w:divsChild>
                                                                                <w:div w:id="1066222202">
                                                                                  <w:marLeft w:val="0"/>
                                                                                  <w:marRight w:val="0"/>
                                                                                  <w:marTop w:val="0"/>
                                                                                  <w:marBottom w:val="0"/>
                                                                                  <w:divBdr>
                                                                                    <w:top w:val="none" w:sz="0" w:space="0" w:color="auto"/>
                                                                                    <w:left w:val="none" w:sz="0" w:space="0" w:color="auto"/>
                                                                                    <w:bottom w:val="none" w:sz="0" w:space="0" w:color="auto"/>
                                                                                    <w:right w:val="none" w:sz="0" w:space="0" w:color="auto"/>
                                                                                  </w:divBdr>
                                                                                </w:div>
                                                                              </w:divsChild>
                                                                            </w:div>
                                                                            <w:div w:id="914902836">
                                                                              <w:marLeft w:val="0"/>
                                                                              <w:marRight w:val="0"/>
                                                                              <w:marTop w:val="0"/>
                                                                              <w:marBottom w:val="0"/>
                                                                              <w:divBdr>
                                                                                <w:top w:val="none" w:sz="0" w:space="0" w:color="auto"/>
                                                                                <w:left w:val="none" w:sz="0" w:space="0" w:color="auto"/>
                                                                                <w:bottom w:val="none" w:sz="0" w:space="0" w:color="auto"/>
                                                                                <w:right w:val="none" w:sz="0" w:space="0" w:color="auto"/>
                                                                              </w:divBdr>
                                                                            </w:div>
                                                                          </w:divsChild>
                                                                        </w:div>
                                                                        <w:div w:id="176359191">
                                                                          <w:marLeft w:val="0"/>
                                                                          <w:marRight w:val="0"/>
                                                                          <w:marTop w:val="0"/>
                                                                          <w:marBottom w:val="60"/>
                                                                          <w:divBdr>
                                                                            <w:top w:val="none" w:sz="0" w:space="0" w:color="auto"/>
                                                                            <w:left w:val="none" w:sz="0" w:space="0" w:color="auto"/>
                                                                            <w:bottom w:val="none" w:sz="0" w:space="0" w:color="auto"/>
                                                                            <w:right w:val="none" w:sz="0" w:space="0" w:color="auto"/>
                                                                          </w:divBdr>
                                                                        </w:div>
                                                                        <w:div w:id="35724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301844">
                                                              <w:marLeft w:val="0"/>
                                                              <w:marRight w:val="0"/>
                                                              <w:marTop w:val="0"/>
                                                              <w:marBottom w:val="180"/>
                                                              <w:divBdr>
                                                                <w:top w:val="none" w:sz="0" w:space="0" w:color="auto"/>
                                                                <w:left w:val="none" w:sz="0" w:space="0" w:color="auto"/>
                                                                <w:bottom w:val="none" w:sz="0" w:space="0" w:color="auto"/>
                                                                <w:right w:val="none" w:sz="0" w:space="0" w:color="auto"/>
                                                              </w:divBdr>
                                                              <w:divsChild>
                                                                <w:div w:id="876161085">
                                                                  <w:marLeft w:val="0"/>
                                                                  <w:marRight w:val="0"/>
                                                                  <w:marTop w:val="0"/>
                                                                  <w:marBottom w:val="0"/>
                                                                  <w:divBdr>
                                                                    <w:top w:val="none" w:sz="0" w:space="0" w:color="auto"/>
                                                                    <w:left w:val="none" w:sz="0" w:space="0" w:color="auto"/>
                                                                    <w:bottom w:val="none" w:sz="0" w:space="0" w:color="auto"/>
                                                                    <w:right w:val="none" w:sz="0" w:space="0" w:color="auto"/>
                                                                  </w:divBdr>
                                                                  <w:divsChild>
                                                                    <w:div w:id="995037380">
                                                                      <w:marLeft w:val="0"/>
                                                                      <w:marRight w:val="0"/>
                                                                      <w:marTop w:val="0"/>
                                                                      <w:marBottom w:val="0"/>
                                                                      <w:divBdr>
                                                                        <w:top w:val="none" w:sz="0" w:space="0" w:color="auto"/>
                                                                        <w:left w:val="none" w:sz="0" w:space="0" w:color="auto"/>
                                                                        <w:bottom w:val="none" w:sz="0" w:space="0" w:color="auto"/>
                                                                        <w:right w:val="none" w:sz="0" w:space="0" w:color="auto"/>
                                                                      </w:divBdr>
                                                                      <w:divsChild>
                                                                        <w:div w:id="1289774641">
                                                                          <w:marLeft w:val="0"/>
                                                                          <w:marRight w:val="0"/>
                                                                          <w:marTop w:val="0"/>
                                                                          <w:marBottom w:val="150"/>
                                                                          <w:divBdr>
                                                                            <w:top w:val="none" w:sz="0" w:space="0" w:color="auto"/>
                                                                            <w:left w:val="none" w:sz="0" w:space="0" w:color="auto"/>
                                                                            <w:bottom w:val="none" w:sz="0" w:space="0" w:color="auto"/>
                                                                            <w:right w:val="none" w:sz="0" w:space="0" w:color="auto"/>
                                                                          </w:divBdr>
                                                                          <w:divsChild>
                                                                            <w:div w:id="811484127">
                                                                              <w:marLeft w:val="0"/>
                                                                              <w:marRight w:val="0"/>
                                                                              <w:marTop w:val="0"/>
                                                                              <w:marBottom w:val="0"/>
                                                                              <w:divBdr>
                                                                                <w:top w:val="none" w:sz="0" w:space="0" w:color="auto"/>
                                                                                <w:left w:val="none" w:sz="0" w:space="0" w:color="auto"/>
                                                                                <w:bottom w:val="none" w:sz="0" w:space="0" w:color="auto"/>
                                                                                <w:right w:val="none" w:sz="0" w:space="0" w:color="auto"/>
                                                                              </w:divBdr>
                                                                              <w:divsChild>
                                                                                <w:div w:id="1410694047">
                                                                                  <w:marLeft w:val="0"/>
                                                                                  <w:marRight w:val="0"/>
                                                                                  <w:marTop w:val="0"/>
                                                                                  <w:marBottom w:val="0"/>
                                                                                  <w:divBdr>
                                                                                    <w:top w:val="none" w:sz="0" w:space="0" w:color="auto"/>
                                                                                    <w:left w:val="none" w:sz="0" w:space="0" w:color="auto"/>
                                                                                    <w:bottom w:val="none" w:sz="0" w:space="0" w:color="auto"/>
                                                                                    <w:right w:val="none" w:sz="0" w:space="0" w:color="auto"/>
                                                                                  </w:divBdr>
                                                                                </w:div>
                                                                              </w:divsChild>
                                                                            </w:div>
                                                                            <w:div w:id="1851017767">
                                                                              <w:marLeft w:val="0"/>
                                                                              <w:marRight w:val="0"/>
                                                                              <w:marTop w:val="0"/>
                                                                              <w:marBottom w:val="0"/>
                                                                              <w:divBdr>
                                                                                <w:top w:val="none" w:sz="0" w:space="0" w:color="auto"/>
                                                                                <w:left w:val="none" w:sz="0" w:space="0" w:color="auto"/>
                                                                                <w:bottom w:val="none" w:sz="0" w:space="0" w:color="auto"/>
                                                                                <w:right w:val="none" w:sz="0" w:space="0" w:color="auto"/>
                                                                              </w:divBdr>
                                                                            </w:div>
                                                                          </w:divsChild>
                                                                        </w:div>
                                                                        <w:div w:id="174929911">
                                                                          <w:marLeft w:val="0"/>
                                                                          <w:marRight w:val="0"/>
                                                                          <w:marTop w:val="0"/>
                                                                          <w:marBottom w:val="60"/>
                                                                          <w:divBdr>
                                                                            <w:top w:val="none" w:sz="0" w:space="0" w:color="auto"/>
                                                                            <w:left w:val="none" w:sz="0" w:space="0" w:color="auto"/>
                                                                            <w:bottom w:val="none" w:sz="0" w:space="0" w:color="auto"/>
                                                                            <w:right w:val="none" w:sz="0" w:space="0" w:color="auto"/>
                                                                          </w:divBdr>
                                                                        </w:div>
                                                                        <w:div w:id="12327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946808">
                                                              <w:marLeft w:val="0"/>
                                                              <w:marRight w:val="0"/>
                                                              <w:marTop w:val="0"/>
                                                              <w:marBottom w:val="180"/>
                                                              <w:divBdr>
                                                                <w:top w:val="none" w:sz="0" w:space="0" w:color="auto"/>
                                                                <w:left w:val="none" w:sz="0" w:space="0" w:color="auto"/>
                                                                <w:bottom w:val="none" w:sz="0" w:space="0" w:color="auto"/>
                                                                <w:right w:val="none" w:sz="0" w:space="0" w:color="auto"/>
                                                              </w:divBdr>
                                                              <w:divsChild>
                                                                <w:div w:id="662010279">
                                                                  <w:marLeft w:val="0"/>
                                                                  <w:marRight w:val="0"/>
                                                                  <w:marTop w:val="0"/>
                                                                  <w:marBottom w:val="0"/>
                                                                  <w:divBdr>
                                                                    <w:top w:val="none" w:sz="0" w:space="0" w:color="auto"/>
                                                                    <w:left w:val="none" w:sz="0" w:space="0" w:color="auto"/>
                                                                    <w:bottom w:val="none" w:sz="0" w:space="0" w:color="auto"/>
                                                                    <w:right w:val="none" w:sz="0" w:space="0" w:color="auto"/>
                                                                  </w:divBdr>
                                                                  <w:divsChild>
                                                                    <w:div w:id="386228378">
                                                                      <w:marLeft w:val="0"/>
                                                                      <w:marRight w:val="0"/>
                                                                      <w:marTop w:val="0"/>
                                                                      <w:marBottom w:val="0"/>
                                                                      <w:divBdr>
                                                                        <w:top w:val="none" w:sz="0" w:space="0" w:color="auto"/>
                                                                        <w:left w:val="none" w:sz="0" w:space="0" w:color="auto"/>
                                                                        <w:bottom w:val="none" w:sz="0" w:space="0" w:color="auto"/>
                                                                        <w:right w:val="none" w:sz="0" w:space="0" w:color="auto"/>
                                                                      </w:divBdr>
                                                                      <w:divsChild>
                                                                        <w:div w:id="804389540">
                                                                          <w:marLeft w:val="0"/>
                                                                          <w:marRight w:val="0"/>
                                                                          <w:marTop w:val="0"/>
                                                                          <w:marBottom w:val="150"/>
                                                                          <w:divBdr>
                                                                            <w:top w:val="none" w:sz="0" w:space="0" w:color="auto"/>
                                                                            <w:left w:val="none" w:sz="0" w:space="0" w:color="auto"/>
                                                                            <w:bottom w:val="none" w:sz="0" w:space="0" w:color="auto"/>
                                                                            <w:right w:val="none" w:sz="0" w:space="0" w:color="auto"/>
                                                                          </w:divBdr>
                                                                          <w:divsChild>
                                                                            <w:div w:id="977226231">
                                                                              <w:marLeft w:val="0"/>
                                                                              <w:marRight w:val="0"/>
                                                                              <w:marTop w:val="0"/>
                                                                              <w:marBottom w:val="0"/>
                                                                              <w:divBdr>
                                                                                <w:top w:val="none" w:sz="0" w:space="0" w:color="auto"/>
                                                                                <w:left w:val="none" w:sz="0" w:space="0" w:color="auto"/>
                                                                                <w:bottom w:val="none" w:sz="0" w:space="0" w:color="auto"/>
                                                                                <w:right w:val="none" w:sz="0" w:space="0" w:color="auto"/>
                                                                              </w:divBdr>
                                                                              <w:divsChild>
                                                                                <w:div w:id="1769034796">
                                                                                  <w:marLeft w:val="0"/>
                                                                                  <w:marRight w:val="0"/>
                                                                                  <w:marTop w:val="0"/>
                                                                                  <w:marBottom w:val="0"/>
                                                                                  <w:divBdr>
                                                                                    <w:top w:val="none" w:sz="0" w:space="0" w:color="auto"/>
                                                                                    <w:left w:val="none" w:sz="0" w:space="0" w:color="auto"/>
                                                                                    <w:bottom w:val="none" w:sz="0" w:space="0" w:color="auto"/>
                                                                                    <w:right w:val="none" w:sz="0" w:space="0" w:color="auto"/>
                                                                                  </w:divBdr>
                                                                                </w:div>
                                                                              </w:divsChild>
                                                                            </w:div>
                                                                            <w:div w:id="834489010">
                                                                              <w:marLeft w:val="0"/>
                                                                              <w:marRight w:val="0"/>
                                                                              <w:marTop w:val="0"/>
                                                                              <w:marBottom w:val="0"/>
                                                                              <w:divBdr>
                                                                                <w:top w:val="none" w:sz="0" w:space="0" w:color="auto"/>
                                                                                <w:left w:val="none" w:sz="0" w:space="0" w:color="auto"/>
                                                                                <w:bottom w:val="none" w:sz="0" w:space="0" w:color="auto"/>
                                                                                <w:right w:val="none" w:sz="0" w:space="0" w:color="auto"/>
                                                                              </w:divBdr>
                                                                            </w:div>
                                                                          </w:divsChild>
                                                                        </w:div>
                                                                        <w:div w:id="1691027044">
                                                                          <w:marLeft w:val="0"/>
                                                                          <w:marRight w:val="0"/>
                                                                          <w:marTop w:val="0"/>
                                                                          <w:marBottom w:val="60"/>
                                                                          <w:divBdr>
                                                                            <w:top w:val="none" w:sz="0" w:space="0" w:color="auto"/>
                                                                            <w:left w:val="none" w:sz="0" w:space="0" w:color="auto"/>
                                                                            <w:bottom w:val="none" w:sz="0" w:space="0" w:color="auto"/>
                                                                            <w:right w:val="none" w:sz="0" w:space="0" w:color="auto"/>
                                                                          </w:divBdr>
                                                                        </w:div>
                                                                        <w:div w:id="73212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458406">
                                                              <w:marLeft w:val="0"/>
                                                              <w:marRight w:val="0"/>
                                                              <w:marTop w:val="0"/>
                                                              <w:marBottom w:val="180"/>
                                                              <w:divBdr>
                                                                <w:top w:val="none" w:sz="0" w:space="0" w:color="auto"/>
                                                                <w:left w:val="none" w:sz="0" w:space="0" w:color="auto"/>
                                                                <w:bottom w:val="none" w:sz="0" w:space="0" w:color="auto"/>
                                                                <w:right w:val="none" w:sz="0" w:space="0" w:color="auto"/>
                                                              </w:divBdr>
                                                              <w:divsChild>
                                                                <w:div w:id="259411269">
                                                                  <w:marLeft w:val="0"/>
                                                                  <w:marRight w:val="0"/>
                                                                  <w:marTop w:val="0"/>
                                                                  <w:marBottom w:val="0"/>
                                                                  <w:divBdr>
                                                                    <w:top w:val="none" w:sz="0" w:space="0" w:color="auto"/>
                                                                    <w:left w:val="none" w:sz="0" w:space="0" w:color="auto"/>
                                                                    <w:bottom w:val="none" w:sz="0" w:space="0" w:color="auto"/>
                                                                    <w:right w:val="none" w:sz="0" w:space="0" w:color="auto"/>
                                                                  </w:divBdr>
                                                                  <w:divsChild>
                                                                    <w:div w:id="1605457159">
                                                                      <w:marLeft w:val="0"/>
                                                                      <w:marRight w:val="0"/>
                                                                      <w:marTop w:val="0"/>
                                                                      <w:marBottom w:val="0"/>
                                                                      <w:divBdr>
                                                                        <w:top w:val="none" w:sz="0" w:space="0" w:color="auto"/>
                                                                        <w:left w:val="none" w:sz="0" w:space="0" w:color="auto"/>
                                                                        <w:bottom w:val="none" w:sz="0" w:space="0" w:color="auto"/>
                                                                        <w:right w:val="none" w:sz="0" w:space="0" w:color="auto"/>
                                                                      </w:divBdr>
                                                                      <w:divsChild>
                                                                        <w:div w:id="906376939">
                                                                          <w:marLeft w:val="0"/>
                                                                          <w:marRight w:val="0"/>
                                                                          <w:marTop w:val="0"/>
                                                                          <w:marBottom w:val="150"/>
                                                                          <w:divBdr>
                                                                            <w:top w:val="none" w:sz="0" w:space="0" w:color="auto"/>
                                                                            <w:left w:val="none" w:sz="0" w:space="0" w:color="auto"/>
                                                                            <w:bottom w:val="none" w:sz="0" w:space="0" w:color="auto"/>
                                                                            <w:right w:val="none" w:sz="0" w:space="0" w:color="auto"/>
                                                                          </w:divBdr>
                                                                          <w:divsChild>
                                                                            <w:div w:id="555698848">
                                                                              <w:marLeft w:val="0"/>
                                                                              <w:marRight w:val="0"/>
                                                                              <w:marTop w:val="0"/>
                                                                              <w:marBottom w:val="0"/>
                                                                              <w:divBdr>
                                                                                <w:top w:val="none" w:sz="0" w:space="0" w:color="auto"/>
                                                                                <w:left w:val="none" w:sz="0" w:space="0" w:color="auto"/>
                                                                                <w:bottom w:val="none" w:sz="0" w:space="0" w:color="auto"/>
                                                                                <w:right w:val="none" w:sz="0" w:space="0" w:color="auto"/>
                                                                              </w:divBdr>
                                                                              <w:divsChild>
                                                                                <w:div w:id="813791358">
                                                                                  <w:marLeft w:val="0"/>
                                                                                  <w:marRight w:val="0"/>
                                                                                  <w:marTop w:val="0"/>
                                                                                  <w:marBottom w:val="0"/>
                                                                                  <w:divBdr>
                                                                                    <w:top w:val="none" w:sz="0" w:space="0" w:color="auto"/>
                                                                                    <w:left w:val="none" w:sz="0" w:space="0" w:color="auto"/>
                                                                                    <w:bottom w:val="none" w:sz="0" w:space="0" w:color="auto"/>
                                                                                    <w:right w:val="none" w:sz="0" w:space="0" w:color="auto"/>
                                                                                  </w:divBdr>
                                                                                </w:div>
                                                                              </w:divsChild>
                                                                            </w:div>
                                                                            <w:div w:id="145170959">
                                                                              <w:marLeft w:val="0"/>
                                                                              <w:marRight w:val="0"/>
                                                                              <w:marTop w:val="0"/>
                                                                              <w:marBottom w:val="0"/>
                                                                              <w:divBdr>
                                                                                <w:top w:val="none" w:sz="0" w:space="0" w:color="auto"/>
                                                                                <w:left w:val="none" w:sz="0" w:space="0" w:color="auto"/>
                                                                                <w:bottom w:val="none" w:sz="0" w:space="0" w:color="auto"/>
                                                                                <w:right w:val="none" w:sz="0" w:space="0" w:color="auto"/>
                                                                              </w:divBdr>
                                                                            </w:div>
                                                                          </w:divsChild>
                                                                        </w:div>
                                                                        <w:div w:id="1747067824">
                                                                          <w:marLeft w:val="0"/>
                                                                          <w:marRight w:val="0"/>
                                                                          <w:marTop w:val="0"/>
                                                                          <w:marBottom w:val="60"/>
                                                                          <w:divBdr>
                                                                            <w:top w:val="none" w:sz="0" w:space="0" w:color="auto"/>
                                                                            <w:left w:val="none" w:sz="0" w:space="0" w:color="auto"/>
                                                                            <w:bottom w:val="none" w:sz="0" w:space="0" w:color="auto"/>
                                                                            <w:right w:val="none" w:sz="0" w:space="0" w:color="auto"/>
                                                                          </w:divBdr>
                                                                        </w:div>
                                                                        <w:div w:id="50883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149580">
                                                              <w:marLeft w:val="0"/>
                                                              <w:marRight w:val="0"/>
                                                              <w:marTop w:val="0"/>
                                                              <w:marBottom w:val="180"/>
                                                              <w:divBdr>
                                                                <w:top w:val="none" w:sz="0" w:space="0" w:color="auto"/>
                                                                <w:left w:val="none" w:sz="0" w:space="0" w:color="auto"/>
                                                                <w:bottom w:val="none" w:sz="0" w:space="0" w:color="auto"/>
                                                                <w:right w:val="none" w:sz="0" w:space="0" w:color="auto"/>
                                                              </w:divBdr>
                                                              <w:divsChild>
                                                                <w:div w:id="1901283848">
                                                                  <w:marLeft w:val="0"/>
                                                                  <w:marRight w:val="0"/>
                                                                  <w:marTop w:val="0"/>
                                                                  <w:marBottom w:val="0"/>
                                                                  <w:divBdr>
                                                                    <w:top w:val="none" w:sz="0" w:space="0" w:color="auto"/>
                                                                    <w:left w:val="none" w:sz="0" w:space="0" w:color="auto"/>
                                                                    <w:bottom w:val="none" w:sz="0" w:space="0" w:color="auto"/>
                                                                    <w:right w:val="none" w:sz="0" w:space="0" w:color="auto"/>
                                                                  </w:divBdr>
                                                                  <w:divsChild>
                                                                    <w:div w:id="1248734904">
                                                                      <w:marLeft w:val="0"/>
                                                                      <w:marRight w:val="0"/>
                                                                      <w:marTop w:val="0"/>
                                                                      <w:marBottom w:val="0"/>
                                                                      <w:divBdr>
                                                                        <w:top w:val="none" w:sz="0" w:space="0" w:color="auto"/>
                                                                        <w:left w:val="none" w:sz="0" w:space="0" w:color="auto"/>
                                                                        <w:bottom w:val="none" w:sz="0" w:space="0" w:color="auto"/>
                                                                        <w:right w:val="none" w:sz="0" w:space="0" w:color="auto"/>
                                                                      </w:divBdr>
                                                                      <w:divsChild>
                                                                        <w:div w:id="282229112">
                                                                          <w:marLeft w:val="0"/>
                                                                          <w:marRight w:val="0"/>
                                                                          <w:marTop w:val="0"/>
                                                                          <w:marBottom w:val="150"/>
                                                                          <w:divBdr>
                                                                            <w:top w:val="none" w:sz="0" w:space="0" w:color="auto"/>
                                                                            <w:left w:val="none" w:sz="0" w:space="0" w:color="auto"/>
                                                                            <w:bottom w:val="none" w:sz="0" w:space="0" w:color="auto"/>
                                                                            <w:right w:val="none" w:sz="0" w:space="0" w:color="auto"/>
                                                                          </w:divBdr>
                                                                          <w:divsChild>
                                                                            <w:div w:id="1046177134">
                                                                              <w:marLeft w:val="0"/>
                                                                              <w:marRight w:val="0"/>
                                                                              <w:marTop w:val="0"/>
                                                                              <w:marBottom w:val="0"/>
                                                                              <w:divBdr>
                                                                                <w:top w:val="none" w:sz="0" w:space="0" w:color="auto"/>
                                                                                <w:left w:val="none" w:sz="0" w:space="0" w:color="auto"/>
                                                                                <w:bottom w:val="none" w:sz="0" w:space="0" w:color="auto"/>
                                                                                <w:right w:val="none" w:sz="0" w:space="0" w:color="auto"/>
                                                                              </w:divBdr>
                                                                              <w:divsChild>
                                                                                <w:div w:id="746683032">
                                                                                  <w:marLeft w:val="0"/>
                                                                                  <w:marRight w:val="0"/>
                                                                                  <w:marTop w:val="0"/>
                                                                                  <w:marBottom w:val="0"/>
                                                                                  <w:divBdr>
                                                                                    <w:top w:val="none" w:sz="0" w:space="0" w:color="auto"/>
                                                                                    <w:left w:val="none" w:sz="0" w:space="0" w:color="auto"/>
                                                                                    <w:bottom w:val="none" w:sz="0" w:space="0" w:color="auto"/>
                                                                                    <w:right w:val="none" w:sz="0" w:space="0" w:color="auto"/>
                                                                                  </w:divBdr>
                                                                                </w:div>
                                                                              </w:divsChild>
                                                                            </w:div>
                                                                            <w:div w:id="1349330633">
                                                                              <w:marLeft w:val="0"/>
                                                                              <w:marRight w:val="0"/>
                                                                              <w:marTop w:val="0"/>
                                                                              <w:marBottom w:val="0"/>
                                                                              <w:divBdr>
                                                                                <w:top w:val="none" w:sz="0" w:space="0" w:color="auto"/>
                                                                                <w:left w:val="none" w:sz="0" w:space="0" w:color="auto"/>
                                                                                <w:bottom w:val="none" w:sz="0" w:space="0" w:color="auto"/>
                                                                                <w:right w:val="none" w:sz="0" w:space="0" w:color="auto"/>
                                                                              </w:divBdr>
                                                                            </w:div>
                                                                          </w:divsChild>
                                                                        </w:div>
                                                                        <w:div w:id="364446835">
                                                                          <w:marLeft w:val="0"/>
                                                                          <w:marRight w:val="0"/>
                                                                          <w:marTop w:val="0"/>
                                                                          <w:marBottom w:val="60"/>
                                                                          <w:divBdr>
                                                                            <w:top w:val="none" w:sz="0" w:space="0" w:color="auto"/>
                                                                            <w:left w:val="none" w:sz="0" w:space="0" w:color="auto"/>
                                                                            <w:bottom w:val="none" w:sz="0" w:space="0" w:color="auto"/>
                                                                            <w:right w:val="none" w:sz="0" w:space="0" w:color="auto"/>
                                                                          </w:divBdr>
                                                                        </w:div>
                                                                        <w:div w:id="92530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468323">
                                                              <w:marLeft w:val="0"/>
                                                              <w:marRight w:val="0"/>
                                                              <w:marTop w:val="0"/>
                                                              <w:marBottom w:val="180"/>
                                                              <w:divBdr>
                                                                <w:top w:val="none" w:sz="0" w:space="0" w:color="auto"/>
                                                                <w:left w:val="none" w:sz="0" w:space="0" w:color="auto"/>
                                                                <w:bottom w:val="none" w:sz="0" w:space="0" w:color="auto"/>
                                                                <w:right w:val="none" w:sz="0" w:space="0" w:color="auto"/>
                                                              </w:divBdr>
                                                              <w:divsChild>
                                                                <w:div w:id="1548444429">
                                                                  <w:marLeft w:val="0"/>
                                                                  <w:marRight w:val="0"/>
                                                                  <w:marTop w:val="0"/>
                                                                  <w:marBottom w:val="0"/>
                                                                  <w:divBdr>
                                                                    <w:top w:val="none" w:sz="0" w:space="0" w:color="auto"/>
                                                                    <w:left w:val="none" w:sz="0" w:space="0" w:color="auto"/>
                                                                    <w:bottom w:val="none" w:sz="0" w:space="0" w:color="auto"/>
                                                                    <w:right w:val="none" w:sz="0" w:space="0" w:color="auto"/>
                                                                  </w:divBdr>
                                                                  <w:divsChild>
                                                                    <w:div w:id="1202859654">
                                                                      <w:marLeft w:val="0"/>
                                                                      <w:marRight w:val="0"/>
                                                                      <w:marTop w:val="0"/>
                                                                      <w:marBottom w:val="0"/>
                                                                      <w:divBdr>
                                                                        <w:top w:val="none" w:sz="0" w:space="0" w:color="auto"/>
                                                                        <w:left w:val="none" w:sz="0" w:space="0" w:color="auto"/>
                                                                        <w:bottom w:val="none" w:sz="0" w:space="0" w:color="auto"/>
                                                                        <w:right w:val="none" w:sz="0" w:space="0" w:color="auto"/>
                                                                      </w:divBdr>
                                                                      <w:divsChild>
                                                                        <w:div w:id="1568496209">
                                                                          <w:marLeft w:val="0"/>
                                                                          <w:marRight w:val="0"/>
                                                                          <w:marTop w:val="0"/>
                                                                          <w:marBottom w:val="150"/>
                                                                          <w:divBdr>
                                                                            <w:top w:val="none" w:sz="0" w:space="0" w:color="auto"/>
                                                                            <w:left w:val="none" w:sz="0" w:space="0" w:color="auto"/>
                                                                            <w:bottom w:val="none" w:sz="0" w:space="0" w:color="auto"/>
                                                                            <w:right w:val="none" w:sz="0" w:space="0" w:color="auto"/>
                                                                          </w:divBdr>
                                                                          <w:divsChild>
                                                                            <w:div w:id="764768212">
                                                                              <w:marLeft w:val="0"/>
                                                                              <w:marRight w:val="0"/>
                                                                              <w:marTop w:val="0"/>
                                                                              <w:marBottom w:val="0"/>
                                                                              <w:divBdr>
                                                                                <w:top w:val="none" w:sz="0" w:space="0" w:color="auto"/>
                                                                                <w:left w:val="none" w:sz="0" w:space="0" w:color="auto"/>
                                                                                <w:bottom w:val="none" w:sz="0" w:space="0" w:color="auto"/>
                                                                                <w:right w:val="none" w:sz="0" w:space="0" w:color="auto"/>
                                                                              </w:divBdr>
                                                                              <w:divsChild>
                                                                                <w:div w:id="167990759">
                                                                                  <w:marLeft w:val="0"/>
                                                                                  <w:marRight w:val="0"/>
                                                                                  <w:marTop w:val="0"/>
                                                                                  <w:marBottom w:val="0"/>
                                                                                  <w:divBdr>
                                                                                    <w:top w:val="none" w:sz="0" w:space="0" w:color="auto"/>
                                                                                    <w:left w:val="none" w:sz="0" w:space="0" w:color="auto"/>
                                                                                    <w:bottom w:val="none" w:sz="0" w:space="0" w:color="auto"/>
                                                                                    <w:right w:val="none" w:sz="0" w:space="0" w:color="auto"/>
                                                                                  </w:divBdr>
                                                                                </w:div>
                                                                              </w:divsChild>
                                                                            </w:div>
                                                                            <w:div w:id="1327511134">
                                                                              <w:marLeft w:val="0"/>
                                                                              <w:marRight w:val="0"/>
                                                                              <w:marTop w:val="0"/>
                                                                              <w:marBottom w:val="0"/>
                                                                              <w:divBdr>
                                                                                <w:top w:val="none" w:sz="0" w:space="0" w:color="auto"/>
                                                                                <w:left w:val="none" w:sz="0" w:space="0" w:color="auto"/>
                                                                                <w:bottom w:val="none" w:sz="0" w:space="0" w:color="auto"/>
                                                                                <w:right w:val="none" w:sz="0" w:space="0" w:color="auto"/>
                                                                              </w:divBdr>
                                                                            </w:div>
                                                                          </w:divsChild>
                                                                        </w:div>
                                                                        <w:div w:id="1822035979">
                                                                          <w:marLeft w:val="0"/>
                                                                          <w:marRight w:val="0"/>
                                                                          <w:marTop w:val="0"/>
                                                                          <w:marBottom w:val="60"/>
                                                                          <w:divBdr>
                                                                            <w:top w:val="none" w:sz="0" w:space="0" w:color="auto"/>
                                                                            <w:left w:val="none" w:sz="0" w:space="0" w:color="auto"/>
                                                                            <w:bottom w:val="none" w:sz="0" w:space="0" w:color="auto"/>
                                                                            <w:right w:val="none" w:sz="0" w:space="0" w:color="auto"/>
                                                                          </w:divBdr>
                                                                        </w:div>
                                                                        <w:div w:id="211709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117771">
                                                              <w:marLeft w:val="0"/>
                                                              <w:marRight w:val="0"/>
                                                              <w:marTop w:val="0"/>
                                                              <w:marBottom w:val="180"/>
                                                              <w:divBdr>
                                                                <w:top w:val="none" w:sz="0" w:space="0" w:color="auto"/>
                                                                <w:left w:val="none" w:sz="0" w:space="0" w:color="auto"/>
                                                                <w:bottom w:val="none" w:sz="0" w:space="0" w:color="auto"/>
                                                                <w:right w:val="none" w:sz="0" w:space="0" w:color="auto"/>
                                                              </w:divBdr>
                                                              <w:divsChild>
                                                                <w:div w:id="631398844">
                                                                  <w:marLeft w:val="0"/>
                                                                  <w:marRight w:val="0"/>
                                                                  <w:marTop w:val="0"/>
                                                                  <w:marBottom w:val="0"/>
                                                                  <w:divBdr>
                                                                    <w:top w:val="none" w:sz="0" w:space="0" w:color="auto"/>
                                                                    <w:left w:val="none" w:sz="0" w:space="0" w:color="auto"/>
                                                                    <w:bottom w:val="none" w:sz="0" w:space="0" w:color="auto"/>
                                                                    <w:right w:val="none" w:sz="0" w:space="0" w:color="auto"/>
                                                                  </w:divBdr>
                                                                  <w:divsChild>
                                                                    <w:div w:id="397552217">
                                                                      <w:marLeft w:val="0"/>
                                                                      <w:marRight w:val="0"/>
                                                                      <w:marTop w:val="0"/>
                                                                      <w:marBottom w:val="0"/>
                                                                      <w:divBdr>
                                                                        <w:top w:val="none" w:sz="0" w:space="0" w:color="auto"/>
                                                                        <w:left w:val="none" w:sz="0" w:space="0" w:color="auto"/>
                                                                        <w:bottom w:val="none" w:sz="0" w:space="0" w:color="auto"/>
                                                                        <w:right w:val="none" w:sz="0" w:space="0" w:color="auto"/>
                                                                      </w:divBdr>
                                                                      <w:divsChild>
                                                                        <w:div w:id="91514824">
                                                                          <w:marLeft w:val="0"/>
                                                                          <w:marRight w:val="0"/>
                                                                          <w:marTop w:val="0"/>
                                                                          <w:marBottom w:val="150"/>
                                                                          <w:divBdr>
                                                                            <w:top w:val="none" w:sz="0" w:space="0" w:color="auto"/>
                                                                            <w:left w:val="none" w:sz="0" w:space="0" w:color="auto"/>
                                                                            <w:bottom w:val="none" w:sz="0" w:space="0" w:color="auto"/>
                                                                            <w:right w:val="none" w:sz="0" w:space="0" w:color="auto"/>
                                                                          </w:divBdr>
                                                                          <w:divsChild>
                                                                            <w:div w:id="942496792">
                                                                              <w:marLeft w:val="0"/>
                                                                              <w:marRight w:val="0"/>
                                                                              <w:marTop w:val="0"/>
                                                                              <w:marBottom w:val="0"/>
                                                                              <w:divBdr>
                                                                                <w:top w:val="none" w:sz="0" w:space="0" w:color="auto"/>
                                                                                <w:left w:val="none" w:sz="0" w:space="0" w:color="auto"/>
                                                                                <w:bottom w:val="none" w:sz="0" w:space="0" w:color="auto"/>
                                                                                <w:right w:val="none" w:sz="0" w:space="0" w:color="auto"/>
                                                                              </w:divBdr>
                                                                              <w:divsChild>
                                                                                <w:div w:id="902330378">
                                                                                  <w:marLeft w:val="0"/>
                                                                                  <w:marRight w:val="0"/>
                                                                                  <w:marTop w:val="0"/>
                                                                                  <w:marBottom w:val="0"/>
                                                                                  <w:divBdr>
                                                                                    <w:top w:val="none" w:sz="0" w:space="0" w:color="auto"/>
                                                                                    <w:left w:val="none" w:sz="0" w:space="0" w:color="auto"/>
                                                                                    <w:bottom w:val="none" w:sz="0" w:space="0" w:color="auto"/>
                                                                                    <w:right w:val="none" w:sz="0" w:space="0" w:color="auto"/>
                                                                                  </w:divBdr>
                                                                                </w:div>
                                                                              </w:divsChild>
                                                                            </w:div>
                                                                            <w:div w:id="817959624">
                                                                              <w:marLeft w:val="0"/>
                                                                              <w:marRight w:val="0"/>
                                                                              <w:marTop w:val="0"/>
                                                                              <w:marBottom w:val="0"/>
                                                                              <w:divBdr>
                                                                                <w:top w:val="none" w:sz="0" w:space="0" w:color="auto"/>
                                                                                <w:left w:val="none" w:sz="0" w:space="0" w:color="auto"/>
                                                                                <w:bottom w:val="none" w:sz="0" w:space="0" w:color="auto"/>
                                                                                <w:right w:val="none" w:sz="0" w:space="0" w:color="auto"/>
                                                                              </w:divBdr>
                                                                            </w:div>
                                                                          </w:divsChild>
                                                                        </w:div>
                                                                        <w:div w:id="326783333">
                                                                          <w:marLeft w:val="0"/>
                                                                          <w:marRight w:val="0"/>
                                                                          <w:marTop w:val="0"/>
                                                                          <w:marBottom w:val="60"/>
                                                                          <w:divBdr>
                                                                            <w:top w:val="none" w:sz="0" w:space="0" w:color="auto"/>
                                                                            <w:left w:val="none" w:sz="0" w:space="0" w:color="auto"/>
                                                                            <w:bottom w:val="none" w:sz="0" w:space="0" w:color="auto"/>
                                                                            <w:right w:val="none" w:sz="0" w:space="0" w:color="auto"/>
                                                                          </w:divBdr>
                                                                        </w:div>
                                                                        <w:div w:id="91320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550141">
                                                              <w:marLeft w:val="0"/>
                                                              <w:marRight w:val="0"/>
                                                              <w:marTop w:val="0"/>
                                                              <w:marBottom w:val="180"/>
                                                              <w:divBdr>
                                                                <w:top w:val="none" w:sz="0" w:space="0" w:color="auto"/>
                                                                <w:left w:val="none" w:sz="0" w:space="0" w:color="auto"/>
                                                                <w:bottom w:val="none" w:sz="0" w:space="0" w:color="auto"/>
                                                                <w:right w:val="none" w:sz="0" w:space="0" w:color="auto"/>
                                                              </w:divBdr>
                                                              <w:divsChild>
                                                                <w:div w:id="2130968972">
                                                                  <w:marLeft w:val="0"/>
                                                                  <w:marRight w:val="0"/>
                                                                  <w:marTop w:val="0"/>
                                                                  <w:marBottom w:val="0"/>
                                                                  <w:divBdr>
                                                                    <w:top w:val="none" w:sz="0" w:space="0" w:color="auto"/>
                                                                    <w:left w:val="none" w:sz="0" w:space="0" w:color="auto"/>
                                                                    <w:bottom w:val="none" w:sz="0" w:space="0" w:color="auto"/>
                                                                    <w:right w:val="none" w:sz="0" w:space="0" w:color="auto"/>
                                                                  </w:divBdr>
                                                                  <w:divsChild>
                                                                    <w:div w:id="703753734">
                                                                      <w:marLeft w:val="0"/>
                                                                      <w:marRight w:val="0"/>
                                                                      <w:marTop w:val="0"/>
                                                                      <w:marBottom w:val="0"/>
                                                                      <w:divBdr>
                                                                        <w:top w:val="none" w:sz="0" w:space="0" w:color="auto"/>
                                                                        <w:left w:val="none" w:sz="0" w:space="0" w:color="auto"/>
                                                                        <w:bottom w:val="none" w:sz="0" w:space="0" w:color="auto"/>
                                                                        <w:right w:val="none" w:sz="0" w:space="0" w:color="auto"/>
                                                                      </w:divBdr>
                                                                      <w:divsChild>
                                                                        <w:div w:id="1727683963">
                                                                          <w:marLeft w:val="0"/>
                                                                          <w:marRight w:val="0"/>
                                                                          <w:marTop w:val="0"/>
                                                                          <w:marBottom w:val="150"/>
                                                                          <w:divBdr>
                                                                            <w:top w:val="none" w:sz="0" w:space="0" w:color="auto"/>
                                                                            <w:left w:val="none" w:sz="0" w:space="0" w:color="auto"/>
                                                                            <w:bottom w:val="none" w:sz="0" w:space="0" w:color="auto"/>
                                                                            <w:right w:val="none" w:sz="0" w:space="0" w:color="auto"/>
                                                                          </w:divBdr>
                                                                          <w:divsChild>
                                                                            <w:div w:id="1351684435">
                                                                              <w:marLeft w:val="0"/>
                                                                              <w:marRight w:val="0"/>
                                                                              <w:marTop w:val="0"/>
                                                                              <w:marBottom w:val="0"/>
                                                                              <w:divBdr>
                                                                                <w:top w:val="none" w:sz="0" w:space="0" w:color="auto"/>
                                                                                <w:left w:val="none" w:sz="0" w:space="0" w:color="auto"/>
                                                                                <w:bottom w:val="none" w:sz="0" w:space="0" w:color="auto"/>
                                                                                <w:right w:val="none" w:sz="0" w:space="0" w:color="auto"/>
                                                                              </w:divBdr>
                                                                              <w:divsChild>
                                                                                <w:div w:id="1363433794">
                                                                                  <w:marLeft w:val="0"/>
                                                                                  <w:marRight w:val="0"/>
                                                                                  <w:marTop w:val="0"/>
                                                                                  <w:marBottom w:val="0"/>
                                                                                  <w:divBdr>
                                                                                    <w:top w:val="none" w:sz="0" w:space="0" w:color="auto"/>
                                                                                    <w:left w:val="none" w:sz="0" w:space="0" w:color="auto"/>
                                                                                    <w:bottom w:val="none" w:sz="0" w:space="0" w:color="auto"/>
                                                                                    <w:right w:val="none" w:sz="0" w:space="0" w:color="auto"/>
                                                                                  </w:divBdr>
                                                                                </w:div>
                                                                              </w:divsChild>
                                                                            </w:div>
                                                                            <w:div w:id="545993908">
                                                                              <w:marLeft w:val="0"/>
                                                                              <w:marRight w:val="0"/>
                                                                              <w:marTop w:val="0"/>
                                                                              <w:marBottom w:val="0"/>
                                                                              <w:divBdr>
                                                                                <w:top w:val="none" w:sz="0" w:space="0" w:color="auto"/>
                                                                                <w:left w:val="none" w:sz="0" w:space="0" w:color="auto"/>
                                                                                <w:bottom w:val="none" w:sz="0" w:space="0" w:color="auto"/>
                                                                                <w:right w:val="none" w:sz="0" w:space="0" w:color="auto"/>
                                                                              </w:divBdr>
                                                                            </w:div>
                                                                          </w:divsChild>
                                                                        </w:div>
                                                                        <w:div w:id="1237475898">
                                                                          <w:marLeft w:val="0"/>
                                                                          <w:marRight w:val="0"/>
                                                                          <w:marTop w:val="0"/>
                                                                          <w:marBottom w:val="60"/>
                                                                          <w:divBdr>
                                                                            <w:top w:val="none" w:sz="0" w:space="0" w:color="auto"/>
                                                                            <w:left w:val="none" w:sz="0" w:space="0" w:color="auto"/>
                                                                            <w:bottom w:val="none" w:sz="0" w:space="0" w:color="auto"/>
                                                                            <w:right w:val="none" w:sz="0" w:space="0" w:color="auto"/>
                                                                          </w:divBdr>
                                                                        </w:div>
                                                                        <w:div w:id="206976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770208">
                                                              <w:marLeft w:val="0"/>
                                                              <w:marRight w:val="0"/>
                                                              <w:marTop w:val="0"/>
                                                              <w:marBottom w:val="360"/>
                                                              <w:divBdr>
                                                                <w:top w:val="none" w:sz="0" w:space="0" w:color="auto"/>
                                                                <w:left w:val="none" w:sz="0" w:space="0" w:color="auto"/>
                                                                <w:bottom w:val="none" w:sz="0" w:space="0" w:color="auto"/>
                                                                <w:right w:val="none" w:sz="0" w:space="0" w:color="auto"/>
                                                              </w:divBdr>
                                                              <w:divsChild>
                                                                <w:div w:id="1794787673">
                                                                  <w:marLeft w:val="0"/>
                                                                  <w:marRight w:val="0"/>
                                                                  <w:marTop w:val="0"/>
                                                                  <w:marBottom w:val="0"/>
                                                                  <w:divBdr>
                                                                    <w:top w:val="none" w:sz="0" w:space="0" w:color="auto"/>
                                                                    <w:left w:val="none" w:sz="0" w:space="0" w:color="auto"/>
                                                                    <w:bottom w:val="none" w:sz="0" w:space="0" w:color="auto"/>
                                                                    <w:right w:val="none" w:sz="0" w:space="0" w:color="auto"/>
                                                                  </w:divBdr>
                                                                  <w:divsChild>
                                                                    <w:div w:id="1455096051">
                                                                      <w:marLeft w:val="0"/>
                                                                      <w:marRight w:val="0"/>
                                                                      <w:marTop w:val="0"/>
                                                                      <w:marBottom w:val="0"/>
                                                                      <w:divBdr>
                                                                        <w:top w:val="none" w:sz="0" w:space="0" w:color="auto"/>
                                                                        <w:left w:val="none" w:sz="0" w:space="0" w:color="auto"/>
                                                                        <w:bottom w:val="none" w:sz="0" w:space="0" w:color="auto"/>
                                                                        <w:right w:val="none" w:sz="0" w:space="0" w:color="auto"/>
                                                                      </w:divBdr>
                                                                      <w:divsChild>
                                                                        <w:div w:id="1469517167">
                                                                          <w:marLeft w:val="0"/>
                                                                          <w:marRight w:val="0"/>
                                                                          <w:marTop w:val="0"/>
                                                                          <w:marBottom w:val="150"/>
                                                                          <w:divBdr>
                                                                            <w:top w:val="none" w:sz="0" w:space="0" w:color="auto"/>
                                                                            <w:left w:val="none" w:sz="0" w:space="0" w:color="auto"/>
                                                                            <w:bottom w:val="none" w:sz="0" w:space="0" w:color="auto"/>
                                                                            <w:right w:val="none" w:sz="0" w:space="0" w:color="auto"/>
                                                                          </w:divBdr>
                                                                          <w:divsChild>
                                                                            <w:div w:id="1285574785">
                                                                              <w:marLeft w:val="0"/>
                                                                              <w:marRight w:val="0"/>
                                                                              <w:marTop w:val="0"/>
                                                                              <w:marBottom w:val="0"/>
                                                                              <w:divBdr>
                                                                                <w:top w:val="none" w:sz="0" w:space="0" w:color="auto"/>
                                                                                <w:left w:val="none" w:sz="0" w:space="0" w:color="auto"/>
                                                                                <w:bottom w:val="none" w:sz="0" w:space="0" w:color="auto"/>
                                                                                <w:right w:val="none" w:sz="0" w:space="0" w:color="auto"/>
                                                                              </w:divBdr>
                                                                              <w:divsChild>
                                                                                <w:div w:id="1163425449">
                                                                                  <w:marLeft w:val="0"/>
                                                                                  <w:marRight w:val="0"/>
                                                                                  <w:marTop w:val="0"/>
                                                                                  <w:marBottom w:val="0"/>
                                                                                  <w:divBdr>
                                                                                    <w:top w:val="none" w:sz="0" w:space="0" w:color="auto"/>
                                                                                    <w:left w:val="none" w:sz="0" w:space="0" w:color="auto"/>
                                                                                    <w:bottom w:val="none" w:sz="0" w:space="0" w:color="auto"/>
                                                                                    <w:right w:val="none" w:sz="0" w:space="0" w:color="auto"/>
                                                                                  </w:divBdr>
                                                                                </w:div>
                                                                              </w:divsChild>
                                                                            </w:div>
                                                                            <w:div w:id="2102987308">
                                                                              <w:marLeft w:val="0"/>
                                                                              <w:marRight w:val="0"/>
                                                                              <w:marTop w:val="0"/>
                                                                              <w:marBottom w:val="0"/>
                                                                              <w:divBdr>
                                                                                <w:top w:val="none" w:sz="0" w:space="0" w:color="auto"/>
                                                                                <w:left w:val="none" w:sz="0" w:space="0" w:color="auto"/>
                                                                                <w:bottom w:val="none" w:sz="0" w:space="0" w:color="auto"/>
                                                                                <w:right w:val="none" w:sz="0" w:space="0" w:color="auto"/>
                                                                              </w:divBdr>
                                                                            </w:div>
                                                                          </w:divsChild>
                                                                        </w:div>
                                                                        <w:div w:id="1734155261">
                                                                          <w:marLeft w:val="0"/>
                                                                          <w:marRight w:val="0"/>
                                                                          <w:marTop w:val="0"/>
                                                                          <w:marBottom w:val="60"/>
                                                                          <w:divBdr>
                                                                            <w:top w:val="none" w:sz="0" w:space="0" w:color="auto"/>
                                                                            <w:left w:val="none" w:sz="0" w:space="0" w:color="auto"/>
                                                                            <w:bottom w:val="none" w:sz="0" w:space="0" w:color="auto"/>
                                                                            <w:right w:val="none" w:sz="0" w:space="0" w:color="auto"/>
                                                                          </w:divBdr>
                                                                        </w:div>
                                                                        <w:div w:id="134186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5740109">
                                                      <w:marLeft w:val="0"/>
                                                      <w:marRight w:val="0"/>
                                                      <w:marTop w:val="0"/>
                                                      <w:marBottom w:val="0"/>
                                                      <w:divBdr>
                                                        <w:top w:val="none" w:sz="0" w:space="0" w:color="auto"/>
                                                        <w:left w:val="none" w:sz="0" w:space="0" w:color="auto"/>
                                                        <w:bottom w:val="none" w:sz="0" w:space="0" w:color="auto"/>
                                                        <w:right w:val="none" w:sz="0" w:space="0" w:color="auto"/>
                                                      </w:divBdr>
                                                      <w:divsChild>
                                                        <w:div w:id="591086552">
                                                          <w:marLeft w:val="0"/>
                                                          <w:marRight w:val="0"/>
                                                          <w:marTop w:val="60"/>
                                                          <w:marBottom w:val="0"/>
                                                          <w:divBdr>
                                                            <w:top w:val="none" w:sz="0" w:space="0" w:color="auto"/>
                                                            <w:left w:val="none" w:sz="0" w:space="0" w:color="auto"/>
                                                            <w:bottom w:val="none" w:sz="0" w:space="0" w:color="auto"/>
                                                            <w:right w:val="none" w:sz="0" w:space="0" w:color="auto"/>
                                                          </w:divBdr>
                                                          <w:divsChild>
                                                            <w:div w:id="8461885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1951050">
                                  <w:marLeft w:val="0"/>
                                  <w:marRight w:val="0"/>
                                  <w:marTop w:val="450"/>
                                  <w:marBottom w:val="0"/>
                                  <w:divBdr>
                                    <w:top w:val="none" w:sz="0" w:space="0" w:color="auto"/>
                                    <w:left w:val="none" w:sz="0" w:space="0" w:color="auto"/>
                                    <w:bottom w:val="none" w:sz="0" w:space="0" w:color="auto"/>
                                    <w:right w:val="none" w:sz="0" w:space="0" w:color="auto"/>
                                  </w:divBdr>
                                  <w:divsChild>
                                    <w:div w:id="1943799698">
                                      <w:marLeft w:val="0"/>
                                      <w:marRight w:val="0"/>
                                      <w:marTop w:val="0"/>
                                      <w:marBottom w:val="0"/>
                                      <w:divBdr>
                                        <w:top w:val="none" w:sz="0" w:space="0" w:color="auto"/>
                                        <w:left w:val="none" w:sz="0" w:space="0" w:color="auto"/>
                                        <w:bottom w:val="none" w:sz="0" w:space="0" w:color="auto"/>
                                        <w:right w:val="none" w:sz="0" w:space="0" w:color="auto"/>
                                      </w:divBdr>
                                      <w:divsChild>
                                        <w:div w:id="957755952">
                                          <w:marLeft w:val="0"/>
                                          <w:marRight w:val="0"/>
                                          <w:marTop w:val="0"/>
                                          <w:marBottom w:val="0"/>
                                          <w:divBdr>
                                            <w:top w:val="none" w:sz="0" w:space="0" w:color="auto"/>
                                            <w:left w:val="none" w:sz="0" w:space="0" w:color="auto"/>
                                            <w:bottom w:val="none" w:sz="0" w:space="0" w:color="auto"/>
                                            <w:right w:val="none" w:sz="0" w:space="0" w:color="auto"/>
                                          </w:divBdr>
                                          <w:divsChild>
                                            <w:div w:id="1875071295">
                                              <w:marLeft w:val="0"/>
                                              <w:marRight w:val="3768"/>
                                              <w:marTop w:val="0"/>
                                              <w:marBottom w:val="0"/>
                                              <w:divBdr>
                                                <w:top w:val="none" w:sz="0" w:space="0" w:color="auto"/>
                                                <w:left w:val="none" w:sz="0" w:space="0" w:color="auto"/>
                                                <w:bottom w:val="none" w:sz="0" w:space="0" w:color="auto"/>
                                                <w:right w:val="none" w:sz="0" w:space="0" w:color="auto"/>
                                              </w:divBdr>
                                              <w:divsChild>
                                                <w:div w:id="633408506">
                                                  <w:marLeft w:val="0"/>
                                                  <w:marRight w:val="0"/>
                                                  <w:marTop w:val="0"/>
                                                  <w:marBottom w:val="0"/>
                                                  <w:divBdr>
                                                    <w:top w:val="none" w:sz="0" w:space="0" w:color="auto"/>
                                                    <w:left w:val="none" w:sz="0" w:space="0" w:color="auto"/>
                                                    <w:bottom w:val="none" w:sz="0" w:space="0" w:color="auto"/>
                                                    <w:right w:val="none" w:sz="0" w:space="0" w:color="auto"/>
                                                  </w:divBdr>
                                                  <w:divsChild>
                                                    <w:div w:id="1464232538">
                                                      <w:marLeft w:val="0"/>
                                                      <w:marRight w:val="0"/>
                                                      <w:marTop w:val="0"/>
                                                      <w:marBottom w:val="0"/>
                                                      <w:divBdr>
                                                        <w:top w:val="none" w:sz="0" w:space="0" w:color="auto"/>
                                                        <w:left w:val="none" w:sz="0" w:space="0" w:color="auto"/>
                                                        <w:bottom w:val="none" w:sz="0" w:space="0" w:color="auto"/>
                                                        <w:right w:val="none" w:sz="0" w:space="0" w:color="auto"/>
                                                      </w:divBdr>
                                                      <w:divsChild>
                                                        <w:div w:id="1780829399">
                                                          <w:marLeft w:val="0"/>
                                                          <w:marRight w:val="0"/>
                                                          <w:marTop w:val="0"/>
                                                          <w:marBottom w:val="0"/>
                                                          <w:divBdr>
                                                            <w:top w:val="none" w:sz="0" w:space="0" w:color="auto"/>
                                                            <w:left w:val="none" w:sz="0" w:space="0" w:color="auto"/>
                                                            <w:bottom w:val="none" w:sz="0" w:space="0" w:color="auto"/>
                                                            <w:right w:val="none" w:sz="0" w:space="0" w:color="auto"/>
                                                          </w:divBdr>
                                                          <w:divsChild>
                                                            <w:div w:id="313534606">
                                                              <w:marLeft w:val="0"/>
                                                              <w:marRight w:val="0"/>
                                                              <w:marTop w:val="0"/>
                                                              <w:marBottom w:val="0"/>
                                                              <w:divBdr>
                                                                <w:top w:val="none" w:sz="0" w:space="0" w:color="auto"/>
                                                                <w:left w:val="none" w:sz="0" w:space="0" w:color="auto"/>
                                                                <w:bottom w:val="none" w:sz="0" w:space="0" w:color="auto"/>
                                                                <w:right w:val="none" w:sz="0" w:space="0" w:color="auto"/>
                                                              </w:divBdr>
                                                              <w:divsChild>
                                                                <w:div w:id="161069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5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800450">
                                              <w:marLeft w:val="0"/>
                                              <w:marRight w:val="0"/>
                                              <w:marTop w:val="0"/>
                                              <w:marBottom w:val="0"/>
                                              <w:divBdr>
                                                <w:top w:val="none" w:sz="0" w:space="0" w:color="auto"/>
                                                <w:left w:val="none" w:sz="0" w:space="0" w:color="auto"/>
                                                <w:bottom w:val="none" w:sz="0" w:space="0" w:color="auto"/>
                                                <w:right w:val="none" w:sz="0" w:space="0" w:color="auto"/>
                                              </w:divBdr>
                                              <w:divsChild>
                                                <w:div w:id="210522368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857737443">
                                      <w:marLeft w:val="0"/>
                                      <w:marRight w:val="0"/>
                                      <w:marTop w:val="0"/>
                                      <w:marBottom w:val="0"/>
                                      <w:divBdr>
                                        <w:top w:val="none" w:sz="0" w:space="0" w:color="auto"/>
                                        <w:left w:val="none" w:sz="0" w:space="0" w:color="auto"/>
                                        <w:bottom w:val="none" w:sz="0" w:space="0" w:color="auto"/>
                                        <w:right w:val="none" w:sz="0" w:space="0" w:color="auto"/>
                                      </w:divBdr>
                                      <w:divsChild>
                                        <w:div w:id="1318270030">
                                          <w:marLeft w:val="0"/>
                                          <w:marRight w:val="0"/>
                                          <w:marTop w:val="0"/>
                                          <w:marBottom w:val="0"/>
                                          <w:divBdr>
                                            <w:top w:val="none" w:sz="0" w:space="0" w:color="auto"/>
                                            <w:left w:val="none" w:sz="0" w:space="0" w:color="auto"/>
                                            <w:bottom w:val="none" w:sz="0" w:space="0" w:color="auto"/>
                                            <w:right w:val="none" w:sz="0" w:space="0" w:color="auto"/>
                                          </w:divBdr>
                                          <w:divsChild>
                                            <w:div w:id="753402592">
                                              <w:marLeft w:val="0"/>
                                              <w:marRight w:val="0"/>
                                              <w:marTop w:val="0"/>
                                              <w:marBottom w:val="0"/>
                                              <w:divBdr>
                                                <w:top w:val="none" w:sz="0" w:space="0" w:color="auto"/>
                                                <w:left w:val="none" w:sz="0" w:space="0" w:color="auto"/>
                                                <w:bottom w:val="none" w:sz="0" w:space="0" w:color="auto"/>
                                                <w:right w:val="none" w:sz="0" w:space="0" w:color="auto"/>
                                              </w:divBdr>
                                              <w:divsChild>
                                                <w:div w:id="1833911222">
                                                  <w:marLeft w:val="0"/>
                                                  <w:marRight w:val="0"/>
                                                  <w:marTop w:val="0"/>
                                                  <w:marBottom w:val="0"/>
                                                  <w:divBdr>
                                                    <w:top w:val="none" w:sz="0" w:space="0" w:color="auto"/>
                                                    <w:left w:val="none" w:sz="0" w:space="0" w:color="auto"/>
                                                    <w:bottom w:val="none" w:sz="0" w:space="0" w:color="auto"/>
                                                    <w:right w:val="none" w:sz="0" w:space="0" w:color="auto"/>
                                                  </w:divBdr>
                                                  <w:divsChild>
                                                    <w:div w:id="1884319051">
                                                      <w:marLeft w:val="0"/>
                                                      <w:marRight w:val="0"/>
                                                      <w:marTop w:val="180"/>
                                                      <w:marBottom w:val="240"/>
                                                      <w:divBdr>
                                                        <w:top w:val="none" w:sz="0" w:space="0" w:color="auto"/>
                                                        <w:left w:val="none" w:sz="0" w:space="0" w:color="auto"/>
                                                        <w:bottom w:val="none" w:sz="0" w:space="0" w:color="auto"/>
                                                        <w:right w:val="none" w:sz="0" w:space="0" w:color="auto"/>
                                                      </w:divBdr>
                                                    </w:div>
                                                    <w:div w:id="2041516062">
                                                      <w:marLeft w:val="0"/>
                                                      <w:marRight w:val="0"/>
                                                      <w:marTop w:val="180"/>
                                                      <w:marBottom w:val="240"/>
                                                      <w:divBdr>
                                                        <w:top w:val="none" w:sz="0" w:space="0" w:color="auto"/>
                                                        <w:left w:val="none" w:sz="0" w:space="0" w:color="auto"/>
                                                        <w:bottom w:val="none" w:sz="0" w:space="0" w:color="auto"/>
                                                        <w:right w:val="none" w:sz="0" w:space="0" w:color="auto"/>
                                                      </w:divBdr>
                                                    </w:div>
                                                    <w:div w:id="1281834668">
                                                      <w:marLeft w:val="0"/>
                                                      <w:marRight w:val="0"/>
                                                      <w:marTop w:val="180"/>
                                                      <w:marBottom w:val="240"/>
                                                      <w:divBdr>
                                                        <w:top w:val="none" w:sz="0" w:space="0" w:color="auto"/>
                                                        <w:left w:val="none" w:sz="0" w:space="0" w:color="auto"/>
                                                        <w:bottom w:val="none" w:sz="0" w:space="0" w:color="auto"/>
                                                        <w:right w:val="none" w:sz="0" w:space="0" w:color="auto"/>
                                                      </w:divBdr>
                                                    </w:div>
                                                    <w:div w:id="2028173401">
                                                      <w:marLeft w:val="0"/>
                                                      <w:marRight w:val="0"/>
                                                      <w:marTop w:val="360"/>
                                                      <w:marBottom w:val="180"/>
                                                      <w:divBdr>
                                                        <w:top w:val="none" w:sz="0" w:space="0" w:color="auto"/>
                                                        <w:left w:val="none" w:sz="0" w:space="0" w:color="auto"/>
                                                        <w:bottom w:val="none" w:sz="0" w:space="0" w:color="auto"/>
                                                        <w:right w:val="none" w:sz="0" w:space="0" w:color="auto"/>
                                                      </w:divBdr>
                                                    </w:div>
                                                    <w:div w:id="205534520">
                                                      <w:marLeft w:val="0"/>
                                                      <w:marRight w:val="0"/>
                                                      <w:marTop w:val="180"/>
                                                      <w:marBottom w:val="240"/>
                                                      <w:divBdr>
                                                        <w:top w:val="none" w:sz="0" w:space="0" w:color="auto"/>
                                                        <w:left w:val="none" w:sz="0" w:space="0" w:color="auto"/>
                                                        <w:bottom w:val="none" w:sz="0" w:space="0" w:color="auto"/>
                                                        <w:right w:val="none" w:sz="0" w:space="0" w:color="auto"/>
                                                      </w:divBdr>
                                                    </w:div>
                                                    <w:div w:id="1068500581">
                                                      <w:marLeft w:val="0"/>
                                                      <w:marRight w:val="0"/>
                                                      <w:marTop w:val="180"/>
                                                      <w:marBottom w:val="240"/>
                                                      <w:divBdr>
                                                        <w:top w:val="none" w:sz="0" w:space="0" w:color="auto"/>
                                                        <w:left w:val="none" w:sz="0" w:space="0" w:color="auto"/>
                                                        <w:bottom w:val="none" w:sz="0" w:space="0" w:color="auto"/>
                                                        <w:right w:val="none" w:sz="0" w:space="0" w:color="auto"/>
                                                      </w:divBdr>
                                                    </w:div>
                                                    <w:div w:id="1373267544">
                                                      <w:marLeft w:val="0"/>
                                                      <w:marRight w:val="0"/>
                                                      <w:marTop w:val="180"/>
                                                      <w:marBottom w:val="240"/>
                                                      <w:divBdr>
                                                        <w:top w:val="none" w:sz="0" w:space="0" w:color="auto"/>
                                                        <w:left w:val="none" w:sz="0" w:space="0" w:color="auto"/>
                                                        <w:bottom w:val="none" w:sz="0" w:space="0" w:color="auto"/>
                                                        <w:right w:val="none" w:sz="0" w:space="0" w:color="auto"/>
                                                      </w:divBdr>
                                                    </w:div>
                                                    <w:div w:id="1548689339">
                                                      <w:marLeft w:val="0"/>
                                                      <w:marRight w:val="0"/>
                                                      <w:marTop w:val="180"/>
                                                      <w:marBottom w:val="240"/>
                                                      <w:divBdr>
                                                        <w:top w:val="none" w:sz="0" w:space="0" w:color="auto"/>
                                                        <w:left w:val="none" w:sz="0" w:space="0" w:color="auto"/>
                                                        <w:bottom w:val="none" w:sz="0" w:space="0" w:color="auto"/>
                                                        <w:right w:val="none" w:sz="0" w:space="0" w:color="auto"/>
                                                      </w:divBdr>
                                                    </w:div>
                                                    <w:div w:id="1665358358">
                                                      <w:marLeft w:val="0"/>
                                                      <w:marRight w:val="0"/>
                                                      <w:marTop w:val="360"/>
                                                      <w:marBottom w:val="180"/>
                                                      <w:divBdr>
                                                        <w:top w:val="none" w:sz="0" w:space="0" w:color="auto"/>
                                                        <w:left w:val="none" w:sz="0" w:space="0" w:color="auto"/>
                                                        <w:bottom w:val="none" w:sz="0" w:space="0" w:color="auto"/>
                                                        <w:right w:val="none" w:sz="0" w:space="0" w:color="auto"/>
                                                      </w:divBdr>
                                                    </w:div>
                                                    <w:div w:id="755592619">
                                                      <w:marLeft w:val="0"/>
                                                      <w:marRight w:val="0"/>
                                                      <w:marTop w:val="360"/>
                                                      <w:marBottom w:val="180"/>
                                                      <w:divBdr>
                                                        <w:top w:val="none" w:sz="0" w:space="0" w:color="auto"/>
                                                        <w:left w:val="none" w:sz="0" w:space="0" w:color="auto"/>
                                                        <w:bottom w:val="none" w:sz="0" w:space="0" w:color="auto"/>
                                                        <w:right w:val="none" w:sz="0" w:space="0" w:color="auto"/>
                                                      </w:divBdr>
                                                    </w:div>
                                                    <w:div w:id="1822968038">
                                                      <w:marLeft w:val="0"/>
                                                      <w:marRight w:val="0"/>
                                                      <w:marTop w:val="180"/>
                                                      <w:marBottom w:val="240"/>
                                                      <w:divBdr>
                                                        <w:top w:val="none" w:sz="0" w:space="0" w:color="auto"/>
                                                        <w:left w:val="none" w:sz="0" w:space="0" w:color="auto"/>
                                                        <w:bottom w:val="none" w:sz="0" w:space="0" w:color="auto"/>
                                                        <w:right w:val="none" w:sz="0" w:space="0" w:color="auto"/>
                                                      </w:divBdr>
                                                    </w:div>
                                                    <w:div w:id="888688584">
                                                      <w:marLeft w:val="0"/>
                                                      <w:marRight w:val="0"/>
                                                      <w:marTop w:val="180"/>
                                                      <w:marBottom w:val="240"/>
                                                      <w:divBdr>
                                                        <w:top w:val="none" w:sz="0" w:space="0" w:color="auto"/>
                                                        <w:left w:val="none" w:sz="0" w:space="0" w:color="auto"/>
                                                        <w:bottom w:val="none" w:sz="0" w:space="0" w:color="auto"/>
                                                        <w:right w:val="none" w:sz="0" w:space="0" w:color="auto"/>
                                                      </w:divBdr>
                                                    </w:div>
                                                    <w:div w:id="1177113116">
                                                      <w:marLeft w:val="0"/>
                                                      <w:marRight w:val="0"/>
                                                      <w:marTop w:val="180"/>
                                                      <w:marBottom w:val="240"/>
                                                      <w:divBdr>
                                                        <w:top w:val="none" w:sz="0" w:space="0" w:color="auto"/>
                                                        <w:left w:val="none" w:sz="0" w:space="0" w:color="auto"/>
                                                        <w:bottom w:val="none" w:sz="0" w:space="0" w:color="auto"/>
                                                        <w:right w:val="none" w:sz="0" w:space="0" w:color="auto"/>
                                                      </w:divBdr>
                                                    </w:div>
                                                    <w:div w:id="309286964">
                                                      <w:marLeft w:val="0"/>
                                                      <w:marRight w:val="0"/>
                                                      <w:marTop w:val="180"/>
                                                      <w:marBottom w:val="240"/>
                                                      <w:divBdr>
                                                        <w:top w:val="none" w:sz="0" w:space="0" w:color="auto"/>
                                                        <w:left w:val="none" w:sz="0" w:space="0" w:color="auto"/>
                                                        <w:bottom w:val="none" w:sz="0" w:space="0" w:color="auto"/>
                                                        <w:right w:val="none" w:sz="0" w:space="0" w:color="auto"/>
                                                      </w:divBdr>
                                                    </w:div>
                                                    <w:div w:id="1528442197">
                                                      <w:marLeft w:val="0"/>
                                                      <w:marRight w:val="0"/>
                                                      <w:marTop w:val="180"/>
                                                      <w:marBottom w:val="240"/>
                                                      <w:divBdr>
                                                        <w:top w:val="none" w:sz="0" w:space="0" w:color="auto"/>
                                                        <w:left w:val="none" w:sz="0" w:space="0" w:color="auto"/>
                                                        <w:bottom w:val="none" w:sz="0" w:space="0" w:color="auto"/>
                                                        <w:right w:val="none" w:sz="0" w:space="0" w:color="auto"/>
                                                      </w:divBdr>
                                                    </w:div>
                                                    <w:div w:id="704452095">
                                                      <w:marLeft w:val="0"/>
                                                      <w:marRight w:val="0"/>
                                                      <w:marTop w:val="180"/>
                                                      <w:marBottom w:val="240"/>
                                                      <w:divBdr>
                                                        <w:top w:val="none" w:sz="0" w:space="0" w:color="auto"/>
                                                        <w:left w:val="none" w:sz="0" w:space="0" w:color="auto"/>
                                                        <w:bottom w:val="none" w:sz="0" w:space="0" w:color="auto"/>
                                                        <w:right w:val="none" w:sz="0" w:space="0" w:color="auto"/>
                                                      </w:divBdr>
                                                    </w:div>
                                                    <w:div w:id="1425609514">
                                                      <w:marLeft w:val="0"/>
                                                      <w:marRight w:val="0"/>
                                                      <w:marTop w:val="180"/>
                                                      <w:marBottom w:val="240"/>
                                                      <w:divBdr>
                                                        <w:top w:val="none" w:sz="0" w:space="0" w:color="auto"/>
                                                        <w:left w:val="none" w:sz="0" w:space="0" w:color="auto"/>
                                                        <w:bottom w:val="none" w:sz="0" w:space="0" w:color="auto"/>
                                                        <w:right w:val="none" w:sz="0" w:space="0" w:color="auto"/>
                                                      </w:divBdr>
                                                    </w:div>
                                                    <w:div w:id="1235892023">
                                                      <w:marLeft w:val="0"/>
                                                      <w:marRight w:val="0"/>
                                                      <w:marTop w:val="180"/>
                                                      <w:marBottom w:val="240"/>
                                                      <w:divBdr>
                                                        <w:top w:val="none" w:sz="0" w:space="0" w:color="auto"/>
                                                        <w:left w:val="none" w:sz="0" w:space="0" w:color="auto"/>
                                                        <w:bottom w:val="none" w:sz="0" w:space="0" w:color="auto"/>
                                                        <w:right w:val="none" w:sz="0" w:space="0" w:color="auto"/>
                                                      </w:divBdr>
                                                    </w:div>
                                                    <w:div w:id="1180385691">
                                                      <w:marLeft w:val="0"/>
                                                      <w:marRight w:val="0"/>
                                                      <w:marTop w:val="180"/>
                                                      <w:marBottom w:val="240"/>
                                                      <w:divBdr>
                                                        <w:top w:val="none" w:sz="0" w:space="0" w:color="auto"/>
                                                        <w:left w:val="none" w:sz="0" w:space="0" w:color="auto"/>
                                                        <w:bottom w:val="none" w:sz="0" w:space="0" w:color="auto"/>
                                                        <w:right w:val="none" w:sz="0" w:space="0" w:color="auto"/>
                                                      </w:divBdr>
                                                    </w:div>
                                                    <w:div w:id="1986353968">
                                                      <w:marLeft w:val="0"/>
                                                      <w:marRight w:val="0"/>
                                                      <w:marTop w:val="180"/>
                                                      <w:marBottom w:val="240"/>
                                                      <w:divBdr>
                                                        <w:top w:val="none" w:sz="0" w:space="0" w:color="auto"/>
                                                        <w:left w:val="none" w:sz="0" w:space="0" w:color="auto"/>
                                                        <w:bottom w:val="none" w:sz="0" w:space="0" w:color="auto"/>
                                                        <w:right w:val="none" w:sz="0" w:space="0" w:color="auto"/>
                                                      </w:divBdr>
                                                    </w:div>
                                                    <w:div w:id="1731271442">
                                                      <w:marLeft w:val="0"/>
                                                      <w:marRight w:val="0"/>
                                                      <w:marTop w:val="360"/>
                                                      <w:marBottom w:val="180"/>
                                                      <w:divBdr>
                                                        <w:top w:val="none" w:sz="0" w:space="0" w:color="auto"/>
                                                        <w:left w:val="none" w:sz="0" w:space="0" w:color="auto"/>
                                                        <w:bottom w:val="none" w:sz="0" w:space="0" w:color="auto"/>
                                                        <w:right w:val="none" w:sz="0" w:space="0" w:color="auto"/>
                                                      </w:divBdr>
                                                    </w:div>
                                                    <w:div w:id="335888002">
                                                      <w:marLeft w:val="0"/>
                                                      <w:marRight w:val="0"/>
                                                      <w:marTop w:val="180"/>
                                                      <w:marBottom w:val="240"/>
                                                      <w:divBdr>
                                                        <w:top w:val="none" w:sz="0" w:space="0" w:color="auto"/>
                                                        <w:left w:val="none" w:sz="0" w:space="0" w:color="auto"/>
                                                        <w:bottom w:val="none" w:sz="0" w:space="0" w:color="auto"/>
                                                        <w:right w:val="none" w:sz="0" w:space="0" w:color="auto"/>
                                                      </w:divBdr>
                                                    </w:div>
                                                    <w:div w:id="328335987">
                                                      <w:marLeft w:val="0"/>
                                                      <w:marRight w:val="0"/>
                                                      <w:marTop w:val="180"/>
                                                      <w:marBottom w:val="240"/>
                                                      <w:divBdr>
                                                        <w:top w:val="none" w:sz="0" w:space="0" w:color="auto"/>
                                                        <w:left w:val="none" w:sz="0" w:space="0" w:color="auto"/>
                                                        <w:bottom w:val="none" w:sz="0" w:space="0" w:color="auto"/>
                                                        <w:right w:val="none" w:sz="0" w:space="0" w:color="auto"/>
                                                      </w:divBdr>
                                                    </w:div>
                                                    <w:div w:id="247273596">
                                                      <w:marLeft w:val="0"/>
                                                      <w:marRight w:val="0"/>
                                                      <w:marTop w:val="180"/>
                                                      <w:marBottom w:val="240"/>
                                                      <w:divBdr>
                                                        <w:top w:val="none" w:sz="0" w:space="0" w:color="auto"/>
                                                        <w:left w:val="none" w:sz="0" w:space="0" w:color="auto"/>
                                                        <w:bottom w:val="none" w:sz="0" w:space="0" w:color="auto"/>
                                                        <w:right w:val="none" w:sz="0" w:space="0" w:color="auto"/>
                                                      </w:divBdr>
                                                    </w:div>
                                                    <w:div w:id="1318993982">
                                                      <w:marLeft w:val="0"/>
                                                      <w:marRight w:val="0"/>
                                                      <w:marTop w:val="180"/>
                                                      <w:marBottom w:val="240"/>
                                                      <w:divBdr>
                                                        <w:top w:val="none" w:sz="0" w:space="0" w:color="auto"/>
                                                        <w:left w:val="none" w:sz="0" w:space="0" w:color="auto"/>
                                                        <w:bottom w:val="none" w:sz="0" w:space="0" w:color="auto"/>
                                                        <w:right w:val="none" w:sz="0" w:space="0" w:color="auto"/>
                                                      </w:divBdr>
                                                    </w:div>
                                                    <w:div w:id="878054655">
                                                      <w:marLeft w:val="0"/>
                                                      <w:marRight w:val="0"/>
                                                      <w:marTop w:val="180"/>
                                                      <w:marBottom w:val="240"/>
                                                      <w:divBdr>
                                                        <w:top w:val="none" w:sz="0" w:space="0" w:color="auto"/>
                                                        <w:left w:val="none" w:sz="0" w:space="0" w:color="auto"/>
                                                        <w:bottom w:val="none" w:sz="0" w:space="0" w:color="auto"/>
                                                        <w:right w:val="none" w:sz="0" w:space="0" w:color="auto"/>
                                                      </w:divBdr>
                                                    </w:div>
                                                    <w:div w:id="464272813">
                                                      <w:marLeft w:val="0"/>
                                                      <w:marRight w:val="0"/>
                                                      <w:marTop w:val="180"/>
                                                      <w:marBottom w:val="240"/>
                                                      <w:divBdr>
                                                        <w:top w:val="none" w:sz="0" w:space="0" w:color="auto"/>
                                                        <w:left w:val="none" w:sz="0" w:space="0" w:color="auto"/>
                                                        <w:bottom w:val="none" w:sz="0" w:space="0" w:color="auto"/>
                                                        <w:right w:val="none" w:sz="0" w:space="0" w:color="auto"/>
                                                      </w:divBdr>
                                                    </w:div>
                                                    <w:div w:id="1101606004">
                                                      <w:marLeft w:val="0"/>
                                                      <w:marRight w:val="0"/>
                                                      <w:marTop w:val="180"/>
                                                      <w:marBottom w:val="240"/>
                                                      <w:divBdr>
                                                        <w:top w:val="none" w:sz="0" w:space="0" w:color="auto"/>
                                                        <w:left w:val="none" w:sz="0" w:space="0" w:color="auto"/>
                                                        <w:bottom w:val="none" w:sz="0" w:space="0" w:color="auto"/>
                                                        <w:right w:val="none" w:sz="0" w:space="0" w:color="auto"/>
                                                      </w:divBdr>
                                                    </w:div>
                                                    <w:div w:id="1876771064">
                                                      <w:marLeft w:val="0"/>
                                                      <w:marRight w:val="0"/>
                                                      <w:marTop w:val="180"/>
                                                      <w:marBottom w:val="240"/>
                                                      <w:divBdr>
                                                        <w:top w:val="none" w:sz="0" w:space="0" w:color="auto"/>
                                                        <w:left w:val="none" w:sz="0" w:space="0" w:color="auto"/>
                                                        <w:bottom w:val="none" w:sz="0" w:space="0" w:color="auto"/>
                                                        <w:right w:val="none" w:sz="0" w:space="0" w:color="auto"/>
                                                      </w:divBdr>
                                                    </w:div>
                                                    <w:div w:id="1942058949">
                                                      <w:marLeft w:val="0"/>
                                                      <w:marRight w:val="0"/>
                                                      <w:marTop w:val="180"/>
                                                      <w:marBottom w:val="240"/>
                                                      <w:divBdr>
                                                        <w:top w:val="none" w:sz="0" w:space="0" w:color="auto"/>
                                                        <w:left w:val="none" w:sz="0" w:space="0" w:color="auto"/>
                                                        <w:bottom w:val="none" w:sz="0" w:space="0" w:color="auto"/>
                                                        <w:right w:val="none" w:sz="0" w:space="0" w:color="auto"/>
                                                      </w:divBdr>
                                                    </w:div>
                                                    <w:div w:id="1615601642">
                                                      <w:marLeft w:val="0"/>
                                                      <w:marRight w:val="0"/>
                                                      <w:marTop w:val="180"/>
                                                      <w:marBottom w:val="240"/>
                                                      <w:divBdr>
                                                        <w:top w:val="none" w:sz="0" w:space="0" w:color="auto"/>
                                                        <w:left w:val="none" w:sz="0" w:space="0" w:color="auto"/>
                                                        <w:bottom w:val="none" w:sz="0" w:space="0" w:color="auto"/>
                                                        <w:right w:val="none" w:sz="0" w:space="0" w:color="auto"/>
                                                      </w:divBdr>
                                                    </w:div>
                                                    <w:div w:id="1821343109">
                                                      <w:marLeft w:val="0"/>
                                                      <w:marRight w:val="0"/>
                                                      <w:marTop w:val="360"/>
                                                      <w:marBottom w:val="180"/>
                                                      <w:divBdr>
                                                        <w:top w:val="none" w:sz="0" w:space="0" w:color="auto"/>
                                                        <w:left w:val="none" w:sz="0" w:space="0" w:color="auto"/>
                                                        <w:bottom w:val="none" w:sz="0" w:space="0" w:color="auto"/>
                                                        <w:right w:val="none" w:sz="0" w:space="0" w:color="auto"/>
                                                      </w:divBdr>
                                                    </w:div>
                                                    <w:div w:id="306671424">
                                                      <w:marLeft w:val="0"/>
                                                      <w:marRight w:val="0"/>
                                                      <w:marTop w:val="180"/>
                                                      <w:marBottom w:val="240"/>
                                                      <w:divBdr>
                                                        <w:top w:val="none" w:sz="0" w:space="0" w:color="auto"/>
                                                        <w:left w:val="none" w:sz="0" w:space="0" w:color="auto"/>
                                                        <w:bottom w:val="none" w:sz="0" w:space="0" w:color="auto"/>
                                                        <w:right w:val="none" w:sz="0" w:space="0" w:color="auto"/>
                                                      </w:divBdr>
                                                    </w:div>
                                                    <w:div w:id="75715491">
                                                      <w:marLeft w:val="0"/>
                                                      <w:marRight w:val="0"/>
                                                      <w:marTop w:val="180"/>
                                                      <w:marBottom w:val="240"/>
                                                      <w:divBdr>
                                                        <w:top w:val="none" w:sz="0" w:space="0" w:color="auto"/>
                                                        <w:left w:val="none" w:sz="0" w:space="0" w:color="auto"/>
                                                        <w:bottom w:val="none" w:sz="0" w:space="0" w:color="auto"/>
                                                        <w:right w:val="none" w:sz="0" w:space="0" w:color="auto"/>
                                                      </w:divBdr>
                                                    </w:div>
                                                    <w:div w:id="1156149555">
                                                      <w:marLeft w:val="0"/>
                                                      <w:marRight w:val="0"/>
                                                      <w:marTop w:val="180"/>
                                                      <w:marBottom w:val="240"/>
                                                      <w:divBdr>
                                                        <w:top w:val="none" w:sz="0" w:space="0" w:color="auto"/>
                                                        <w:left w:val="none" w:sz="0" w:space="0" w:color="auto"/>
                                                        <w:bottom w:val="none" w:sz="0" w:space="0" w:color="auto"/>
                                                        <w:right w:val="none" w:sz="0" w:space="0" w:color="auto"/>
                                                      </w:divBdr>
                                                    </w:div>
                                                    <w:div w:id="1285186977">
                                                      <w:marLeft w:val="0"/>
                                                      <w:marRight w:val="0"/>
                                                      <w:marTop w:val="180"/>
                                                      <w:marBottom w:val="240"/>
                                                      <w:divBdr>
                                                        <w:top w:val="none" w:sz="0" w:space="0" w:color="auto"/>
                                                        <w:left w:val="none" w:sz="0" w:space="0" w:color="auto"/>
                                                        <w:bottom w:val="none" w:sz="0" w:space="0" w:color="auto"/>
                                                        <w:right w:val="none" w:sz="0" w:space="0" w:color="auto"/>
                                                      </w:divBdr>
                                                    </w:div>
                                                    <w:div w:id="2099982415">
                                                      <w:marLeft w:val="0"/>
                                                      <w:marRight w:val="0"/>
                                                      <w:marTop w:val="360"/>
                                                      <w:marBottom w:val="180"/>
                                                      <w:divBdr>
                                                        <w:top w:val="none" w:sz="0" w:space="0" w:color="auto"/>
                                                        <w:left w:val="none" w:sz="0" w:space="0" w:color="auto"/>
                                                        <w:bottom w:val="none" w:sz="0" w:space="0" w:color="auto"/>
                                                        <w:right w:val="none" w:sz="0" w:space="0" w:color="auto"/>
                                                      </w:divBdr>
                                                    </w:div>
                                                    <w:div w:id="1342464280">
                                                      <w:marLeft w:val="0"/>
                                                      <w:marRight w:val="0"/>
                                                      <w:marTop w:val="180"/>
                                                      <w:marBottom w:val="240"/>
                                                      <w:divBdr>
                                                        <w:top w:val="none" w:sz="0" w:space="0" w:color="auto"/>
                                                        <w:left w:val="none" w:sz="0" w:space="0" w:color="auto"/>
                                                        <w:bottom w:val="none" w:sz="0" w:space="0" w:color="auto"/>
                                                        <w:right w:val="none" w:sz="0" w:space="0" w:color="auto"/>
                                                      </w:divBdr>
                                                    </w:div>
                                                    <w:div w:id="1953242819">
                                                      <w:marLeft w:val="0"/>
                                                      <w:marRight w:val="0"/>
                                                      <w:marTop w:val="180"/>
                                                      <w:marBottom w:val="240"/>
                                                      <w:divBdr>
                                                        <w:top w:val="none" w:sz="0" w:space="0" w:color="auto"/>
                                                        <w:left w:val="none" w:sz="0" w:space="0" w:color="auto"/>
                                                        <w:bottom w:val="none" w:sz="0" w:space="0" w:color="auto"/>
                                                        <w:right w:val="none" w:sz="0" w:space="0" w:color="auto"/>
                                                      </w:divBdr>
                                                    </w:div>
                                                    <w:div w:id="1052461626">
                                                      <w:marLeft w:val="0"/>
                                                      <w:marRight w:val="0"/>
                                                      <w:marTop w:val="180"/>
                                                      <w:marBottom w:val="240"/>
                                                      <w:divBdr>
                                                        <w:top w:val="none" w:sz="0" w:space="0" w:color="auto"/>
                                                        <w:left w:val="none" w:sz="0" w:space="0" w:color="auto"/>
                                                        <w:bottom w:val="none" w:sz="0" w:space="0" w:color="auto"/>
                                                        <w:right w:val="none" w:sz="0" w:space="0" w:color="auto"/>
                                                      </w:divBdr>
                                                    </w:div>
                                                    <w:div w:id="1107777478">
                                                      <w:marLeft w:val="0"/>
                                                      <w:marRight w:val="0"/>
                                                      <w:marTop w:val="180"/>
                                                      <w:marBottom w:val="240"/>
                                                      <w:divBdr>
                                                        <w:top w:val="none" w:sz="0" w:space="0" w:color="auto"/>
                                                        <w:left w:val="none" w:sz="0" w:space="0" w:color="auto"/>
                                                        <w:bottom w:val="none" w:sz="0" w:space="0" w:color="auto"/>
                                                        <w:right w:val="none" w:sz="0" w:space="0" w:color="auto"/>
                                                      </w:divBdr>
                                                    </w:div>
                                                    <w:div w:id="1806696499">
                                                      <w:marLeft w:val="0"/>
                                                      <w:marRight w:val="0"/>
                                                      <w:marTop w:val="180"/>
                                                      <w:marBottom w:val="240"/>
                                                      <w:divBdr>
                                                        <w:top w:val="none" w:sz="0" w:space="0" w:color="auto"/>
                                                        <w:left w:val="none" w:sz="0" w:space="0" w:color="auto"/>
                                                        <w:bottom w:val="none" w:sz="0" w:space="0" w:color="auto"/>
                                                        <w:right w:val="none" w:sz="0" w:space="0" w:color="auto"/>
                                                      </w:divBdr>
                                                    </w:div>
                                                    <w:div w:id="61317800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97865264">
                                  <w:marLeft w:val="0"/>
                                  <w:marRight w:val="0"/>
                                  <w:marTop w:val="450"/>
                                  <w:marBottom w:val="0"/>
                                  <w:divBdr>
                                    <w:top w:val="none" w:sz="0" w:space="0" w:color="auto"/>
                                    <w:left w:val="none" w:sz="0" w:space="0" w:color="auto"/>
                                    <w:bottom w:val="none" w:sz="0" w:space="0" w:color="auto"/>
                                    <w:right w:val="none" w:sz="0" w:space="0" w:color="auto"/>
                                  </w:divBdr>
                                  <w:divsChild>
                                    <w:div w:id="2120563219">
                                      <w:marLeft w:val="0"/>
                                      <w:marRight w:val="0"/>
                                      <w:marTop w:val="0"/>
                                      <w:marBottom w:val="0"/>
                                      <w:divBdr>
                                        <w:top w:val="none" w:sz="0" w:space="0" w:color="auto"/>
                                        <w:left w:val="none" w:sz="0" w:space="0" w:color="auto"/>
                                        <w:bottom w:val="none" w:sz="0" w:space="0" w:color="auto"/>
                                        <w:right w:val="none" w:sz="0" w:space="0" w:color="auto"/>
                                      </w:divBdr>
                                      <w:divsChild>
                                        <w:div w:id="1230459573">
                                          <w:marLeft w:val="0"/>
                                          <w:marRight w:val="0"/>
                                          <w:marTop w:val="0"/>
                                          <w:marBottom w:val="0"/>
                                          <w:divBdr>
                                            <w:top w:val="none" w:sz="0" w:space="0" w:color="auto"/>
                                            <w:left w:val="none" w:sz="0" w:space="0" w:color="auto"/>
                                            <w:bottom w:val="none" w:sz="0" w:space="0" w:color="auto"/>
                                            <w:right w:val="none" w:sz="0" w:space="0" w:color="auto"/>
                                          </w:divBdr>
                                          <w:divsChild>
                                            <w:div w:id="521630007">
                                              <w:marLeft w:val="0"/>
                                              <w:marRight w:val="246"/>
                                              <w:marTop w:val="0"/>
                                              <w:marBottom w:val="0"/>
                                              <w:divBdr>
                                                <w:top w:val="none" w:sz="0" w:space="0" w:color="auto"/>
                                                <w:left w:val="none" w:sz="0" w:space="0" w:color="auto"/>
                                                <w:bottom w:val="none" w:sz="0" w:space="0" w:color="auto"/>
                                                <w:right w:val="none" w:sz="0" w:space="0" w:color="auto"/>
                                              </w:divBdr>
                                              <w:divsChild>
                                                <w:div w:id="633875970">
                                                  <w:marLeft w:val="0"/>
                                                  <w:marRight w:val="0"/>
                                                  <w:marTop w:val="0"/>
                                                  <w:marBottom w:val="0"/>
                                                  <w:divBdr>
                                                    <w:top w:val="none" w:sz="0" w:space="0" w:color="auto"/>
                                                    <w:left w:val="none" w:sz="0" w:space="0" w:color="auto"/>
                                                    <w:bottom w:val="none" w:sz="0" w:space="0" w:color="auto"/>
                                                    <w:right w:val="none" w:sz="0" w:space="0" w:color="auto"/>
                                                  </w:divBdr>
                                                  <w:divsChild>
                                                    <w:div w:id="1574047219">
                                                      <w:marLeft w:val="0"/>
                                                      <w:marRight w:val="0"/>
                                                      <w:marTop w:val="0"/>
                                                      <w:marBottom w:val="0"/>
                                                      <w:divBdr>
                                                        <w:top w:val="none" w:sz="0" w:space="0" w:color="auto"/>
                                                        <w:left w:val="none" w:sz="0" w:space="0" w:color="auto"/>
                                                        <w:bottom w:val="none" w:sz="0" w:space="0" w:color="auto"/>
                                                        <w:right w:val="none" w:sz="0" w:space="0" w:color="auto"/>
                                                      </w:divBdr>
                                                      <w:divsChild>
                                                        <w:div w:id="1685088829">
                                                          <w:marLeft w:val="0"/>
                                                          <w:marRight w:val="0"/>
                                                          <w:marTop w:val="0"/>
                                                          <w:marBottom w:val="0"/>
                                                          <w:divBdr>
                                                            <w:top w:val="none" w:sz="0" w:space="0" w:color="auto"/>
                                                            <w:left w:val="none" w:sz="0" w:space="0" w:color="auto"/>
                                                            <w:bottom w:val="none" w:sz="0" w:space="0" w:color="auto"/>
                                                            <w:right w:val="none" w:sz="0" w:space="0" w:color="auto"/>
                                                          </w:divBdr>
                                                          <w:divsChild>
                                                            <w:div w:id="2080208873">
                                                              <w:marLeft w:val="0"/>
                                                              <w:marRight w:val="0"/>
                                                              <w:marTop w:val="0"/>
                                                              <w:marBottom w:val="0"/>
                                                              <w:divBdr>
                                                                <w:top w:val="none" w:sz="0" w:space="0" w:color="auto"/>
                                                                <w:left w:val="none" w:sz="0" w:space="0" w:color="auto"/>
                                                                <w:bottom w:val="none" w:sz="0" w:space="0" w:color="auto"/>
                                                                <w:right w:val="none" w:sz="0" w:space="0" w:color="auto"/>
                                                              </w:divBdr>
                                                              <w:divsChild>
                                                                <w:div w:id="86626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72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673759">
                                              <w:marLeft w:val="0"/>
                                              <w:marRight w:val="0"/>
                                              <w:marTop w:val="0"/>
                                              <w:marBottom w:val="0"/>
                                              <w:divBdr>
                                                <w:top w:val="none" w:sz="0" w:space="0" w:color="auto"/>
                                                <w:left w:val="none" w:sz="0" w:space="0" w:color="auto"/>
                                                <w:bottom w:val="none" w:sz="0" w:space="0" w:color="auto"/>
                                                <w:right w:val="none" w:sz="0" w:space="0" w:color="auto"/>
                                              </w:divBdr>
                                              <w:divsChild>
                                                <w:div w:id="1761557016">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942296250">
                                      <w:marLeft w:val="0"/>
                                      <w:marRight w:val="0"/>
                                      <w:marTop w:val="0"/>
                                      <w:marBottom w:val="0"/>
                                      <w:divBdr>
                                        <w:top w:val="none" w:sz="0" w:space="0" w:color="auto"/>
                                        <w:left w:val="none" w:sz="0" w:space="0" w:color="auto"/>
                                        <w:bottom w:val="none" w:sz="0" w:space="0" w:color="auto"/>
                                        <w:right w:val="none" w:sz="0" w:space="0" w:color="auto"/>
                                      </w:divBdr>
                                      <w:divsChild>
                                        <w:div w:id="333267599">
                                          <w:marLeft w:val="0"/>
                                          <w:marRight w:val="0"/>
                                          <w:marTop w:val="0"/>
                                          <w:marBottom w:val="0"/>
                                          <w:divBdr>
                                            <w:top w:val="none" w:sz="0" w:space="0" w:color="auto"/>
                                            <w:left w:val="none" w:sz="0" w:space="0" w:color="auto"/>
                                            <w:bottom w:val="none" w:sz="0" w:space="0" w:color="auto"/>
                                            <w:right w:val="none" w:sz="0" w:space="0" w:color="auto"/>
                                          </w:divBdr>
                                          <w:divsChild>
                                            <w:div w:id="676419771">
                                              <w:marLeft w:val="0"/>
                                              <w:marRight w:val="0"/>
                                              <w:marTop w:val="0"/>
                                              <w:marBottom w:val="0"/>
                                              <w:divBdr>
                                                <w:top w:val="none" w:sz="0" w:space="0" w:color="auto"/>
                                                <w:left w:val="none" w:sz="0" w:space="0" w:color="auto"/>
                                                <w:bottom w:val="none" w:sz="0" w:space="0" w:color="auto"/>
                                                <w:right w:val="none" w:sz="0" w:space="0" w:color="auto"/>
                                              </w:divBdr>
                                              <w:divsChild>
                                                <w:div w:id="2040621328">
                                                  <w:marLeft w:val="0"/>
                                                  <w:marRight w:val="0"/>
                                                  <w:marTop w:val="0"/>
                                                  <w:marBottom w:val="0"/>
                                                  <w:divBdr>
                                                    <w:top w:val="none" w:sz="0" w:space="0" w:color="auto"/>
                                                    <w:left w:val="none" w:sz="0" w:space="0" w:color="auto"/>
                                                    <w:bottom w:val="none" w:sz="0" w:space="0" w:color="auto"/>
                                                    <w:right w:val="none" w:sz="0" w:space="0" w:color="auto"/>
                                                  </w:divBdr>
                                                  <w:divsChild>
                                                    <w:div w:id="197545702">
                                                      <w:marLeft w:val="0"/>
                                                      <w:marRight w:val="0"/>
                                                      <w:marTop w:val="180"/>
                                                      <w:marBottom w:val="240"/>
                                                      <w:divBdr>
                                                        <w:top w:val="none" w:sz="0" w:space="0" w:color="auto"/>
                                                        <w:left w:val="none" w:sz="0" w:space="0" w:color="auto"/>
                                                        <w:bottom w:val="none" w:sz="0" w:space="0" w:color="auto"/>
                                                        <w:right w:val="none" w:sz="0" w:space="0" w:color="auto"/>
                                                      </w:divBdr>
                                                    </w:div>
                                                    <w:div w:id="1580290748">
                                                      <w:marLeft w:val="0"/>
                                                      <w:marRight w:val="0"/>
                                                      <w:marTop w:val="360"/>
                                                      <w:marBottom w:val="180"/>
                                                      <w:divBdr>
                                                        <w:top w:val="none" w:sz="0" w:space="0" w:color="auto"/>
                                                        <w:left w:val="none" w:sz="0" w:space="0" w:color="auto"/>
                                                        <w:bottom w:val="none" w:sz="0" w:space="0" w:color="auto"/>
                                                        <w:right w:val="none" w:sz="0" w:space="0" w:color="auto"/>
                                                      </w:divBdr>
                                                    </w:div>
                                                    <w:div w:id="620647585">
                                                      <w:marLeft w:val="0"/>
                                                      <w:marRight w:val="0"/>
                                                      <w:marTop w:val="360"/>
                                                      <w:marBottom w:val="180"/>
                                                      <w:divBdr>
                                                        <w:top w:val="none" w:sz="0" w:space="0" w:color="auto"/>
                                                        <w:left w:val="none" w:sz="0" w:space="0" w:color="auto"/>
                                                        <w:bottom w:val="none" w:sz="0" w:space="0" w:color="auto"/>
                                                        <w:right w:val="none" w:sz="0" w:space="0" w:color="auto"/>
                                                      </w:divBdr>
                                                    </w:div>
                                                    <w:div w:id="1306618138">
                                                      <w:marLeft w:val="0"/>
                                                      <w:marRight w:val="0"/>
                                                      <w:marTop w:val="180"/>
                                                      <w:marBottom w:val="240"/>
                                                      <w:divBdr>
                                                        <w:top w:val="none" w:sz="0" w:space="0" w:color="auto"/>
                                                        <w:left w:val="none" w:sz="0" w:space="0" w:color="auto"/>
                                                        <w:bottom w:val="none" w:sz="0" w:space="0" w:color="auto"/>
                                                        <w:right w:val="none" w:sz="0" w:space="0" w:color="auto"/>
                                                      </w:divBdr>
                                                    </w:div>
                                                    <w:div w:id="1057164493">
                                                      <w:marLeft w:val="0"/>
                                                      <w:marRight w:val="0"/>
                                                      <w:marTop w:val="180"/>
                                                      <w:marBottom w:val="240"/>
                                                      <w:divBdr>
                                                        <w:top w:val="none" w:sz="0" w:space="0" w:color="auto"/>
                                                        <w:left w:val="none" w:sz="0" w:space="0" w:color="auto"/>
                                                        <w:bottom w:val="none" w:sz="0" w:space="0" w:color="auto"/>
                                                        <w:right w:val="none" w:sz="0" w:space="0" w:color="auto"/>
                                                      </w:divBdr>
                                                    </w:div>
                                                    <w:div w:id="422146203">
                                                      <w:marLeft w:val="0"/>
                                                      <w:marRight w:val="0"/>
                                                      <w:marTop w:val="180"/>
                                                      <w:marBottom w:val="240"/>
                                                      <w:divBdr>
                                                        <w:top w:val="none" w:sz="0" w:space="0" w:color="auto"/>
                                                        <w:left w:val="none" w:sz="0" w:space="0" w:color="auto"/>
                                                        <w:bottom w:val="none" w:sz="0" w:space="0" w:color="auto"/>
                                                        <w:right w:val="none" w:sz="0" w:space="0" w:color="auto"/>
                                                      </w:divBdr>
                                                    </w:div>
                                                    <w:div w:id="534998254">
                                                      <w:marLeft w:val="0"/>
                                                      <w:marRight w:val="0"/>
                                                      <w:marTop w:val="360"/>
                                                      <w:marBottom w:val="180"/>
                                                      <w:divBdr>
                                                        <w:top w:val="none" w:sz="0" w:space="0" w:color="auto"/>
                                                        <w:left w:val="none" w:sz="0" w:space="0" w:color="auto"/>
                                                        <w:bottom w:val="none" w:sz="0" w:space="0" w:color="auto"/>
                                                        <w:right w:val="none" w:sz="0" w:space="0" w:color="auto"/>
                                                      </w:divBdr>
                                                    </w:div>
                                                    <w:div w:id="450393074">
                                                      <w:marLeft w:val="0"/>
                                                      <w:marRight w:val="0"/>
                                                      <w:marTop w:val="180"/>
                                                      <w:marBottom w:val="240"/>
                                                      <w:divBdr>
                                                        <w:top w:val="none" w:sz="0" w:space="0" w:color="auto"/>
                                                        <w:left w:val="none" w:sz="0" w:space="0" w:color="auto"/>
                                                        <w:bottom w:val="none" w:sz="0" w:space="0" w:color="auto"/>
                                                        <w:right w:val="none" w:sz="0" w:space="0" w:color="auto"/>
                                                      </w:divBdr>
                                                    </w:div>
                                                    <w:div w:id="655688279">
                                                      <w:marLeft w:val="0"/>
                                                      <w:marRight w:val="0"/>
                                                      <w:marTop w:val="180"/>
                                                      <w:marBottom w:val="240"/>
                                                      <w:divBdr>
                                                        <w:top w:val="none" w:sz="0" w:space="0" w:color="auto"/>
                                                        <w:left w:val="none" w:sz="0" w:space="0" w:color="auto"/>
                                                        <w:bottom w:val="none" w:sz="0" w:space="0" w:color="auto"/>
                                                        <w:right w:val="none" w:sz="0" w:space="0" w:color="auto"/>
                                                      </w:divBdr>
                                                    </w:div>
                                                    <w:div w:id="1320502242">
                                                      <w:marLeft w:val="0"/>
                                                      <w:marRight w:val="0"/>
                                                      <w:marTop w:val="180"/>
                                                      <w:marBottom w:val="240"/>
                                                      <w:divBdr>
                                                        <w:top w:val="none" w:sz="0" w:space="0" w:color="auto"/>
                                                        <w:left w:val="none" w:sz="0" w:space="0" w:color="auto"/>
                                                        <w:bottom w:val="none" w:sz="0" w:space="0" w:color="auto"/>
                                                        <w:right w:val="none" w:sz="0" w:space="0" w:color="auto"/>
                                                      </w:divBdr>
                                                    </w:div>
                                                    <w:div w:id="1137919519">
                                                      <w:marLeft w:val="0"/>
                                                      <w:marRight w:val="0"/>
                                                      <w:marTop w:val="360"/>
                                                      <w:marBottom w:val="180"/>
                                                      <w:divBdr>
                                                        <w:top w:val="none" w:sz="0" w:space="0" w:color="auto"/>
                                                        <w:left w:val="none" w:sz="0" w:space="0" w:color="auto"/>
                                                        <w:bottom w:val="none" w:sz="0" w:space="0" w:color="auto"/>
                                                        <w:right w:val="none" w:sz="0" w:space="0" w:color="auto"/>
                                                      </w:divBdr>
                                                    </w:div>
                                                    <w:div w:id="745301604">
                                                      <w:marLeft w:val="0"/>
                                                      <w:marRight w:val="0"/>
                                                      <w:marTop w:val="180"/>
                                                      <w:marBottom w:val="240"/>
                                                      <w:divBdr>
                                                        <w:top w:val="none" w:sz="0" w:space="0" w:color="auto"/>
                                                        <w:left w:val="none" w:sz="0" w:space="0" w:color="auto"/>
                                                        <w:bottom w:val="none" w:sz="0" w:space="0" w:color="auto"/>
                                                        <w:right w:val="none" w:sz="0" w:space="0" w:color="auto"/>
                                                      </w:divBdr>
                                                    </w:div>
                                                    <w:div w:id="498469843">
                                                      <w:marLeft w:val="0"/>
                                                      <w:marRight w:val="0"/>
                                                      <w:marTop w:val="180"/>
                                                      <w:marBottom w:val="240"/>
                                                      <w:divBdr>
                                                        <w:top w:val="none" w:sz="0" w:space="0" w:color="auto"/>
                                                        <w:left w:val="none" w:sz="0" w:space="0" w:color="auto"/>
                                                        <w:bottom w:val="none" w:sz="0" w:space="0" w:color="auto"/>
                                                        <w:right w:val="none" w:sz="0" w:space="0" w:color="auto"/>
                                                      </w:divBdr>
                                                    </w:div>
                                                    <w:div w:id="454175682">
                                                      <w:marLeft w:val="0"/>
                                                      <w:marRight w:val="0"/>
                                                      <w:marTop w:val="180"/>
                                                      <w:marBottom w:val="240"/>
                                                      <w:divBdr>
                                                        <w:top w:val="none" w:sz="0" w:space="0" w:color="auto"/>
                                                        <w:left w:val="none" w:sz="0" w:space="0" w:color="auto"/>
                                                        <w:bottom w:val="none" w:sz="0" w:space="0" w:color="auto"/>
                                                        <w:right w:val="none" w:sz="0" w:space="0" w:color="auto"/>
                                                      </w:divBdr>
                                                    </w:div>
                                                    <w:div w:id="1335954830">
                                                      <w:marLeft w:val="0"/>
                                                      <w:marRight w:val="0"/>
                                                      <w:marTop w:val="360"/>
                                                      <w:marBottom w:val="180"/>
                                                      <w:divBdr>
                                                        <w:top w:val="none" w:sz="0" w:space="0" w:color="auto"/>
                                                        <w:left w:val="none" w:sz="0" w:space="0" w:color="auto"/>
                                                        <w:bottom w:val="none" w:sz="0" w:space="0" w:color="auto"/>
                                                        <w:right w:val="none" w:sz="0" w:space="0" w:color="auto"/>
                                                      </w:divBdr>
                                                    </w:div>
                                                    <w:div w:id="1305811709">
                                                      <w:marLeft w:val="0"/>
                                                      <w:marRight w:val="0"/>
                                                      <w:marTop w:val="180"/>
                                                      <w:marBottom w:val="240"/>
                                                      <w:divBdr>
                                                        <w:top w:val="none" w:sz="0" w:space="0" w:color="auto"/>
                                                        <w:left w:val="none" w:sz="0" w:space="0" w:color="auto"/>
                                                        <w:bottom w:val="none" w:sz="0" w:space="0" w:color="auto"/>
                                                        <w:right w:val="none" w:sz="0" w:space="0" w:color="auto"/>
                                                      </w:divBdr>
                                                    </w:div>
                                                    <w:div w:id="1556889654">
                                                      <w:marLeft w:val="0"/>
                                                      <w:marRight w:val="0"/>
                                                      <w:marTop w:val="180"/>
                                                      <w:marBottom w:val="240"/>
                                                      <w:divBdr>
                                                        <w:top w:val="none" w:sz="0" w:space="0" w:color="auto"/>
                                                        <w:left w:val="none" w:sz="0" w:space="0" w:color="auto"/>
                                                        <w:bottom w:val="none" w:sz="0" w:space="0" w:color="auto"/>
                                                        <w:right w:val="none" w:sz="0" w:space="0" w:color="auto"/>
                                                      </w:divBdr>
                                                    </w:div>
                                                    <w:div w:id="180958644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746928167">
                                  <w:marLeft w:val="0"/>
                                  <w:marRight w:val="0"/>
                                  <w:marTop w:val="450"/>
                                  <w:marBottom w:val="0"/>
                                  <w:divBdr>
                                    <w:top w:val="none" w:sz="0" w:space="0" w:color="auto"/>
                                    <w:left w:val="none" w:sz="0" w:space="0" w:color="auto"/>
                                    <w:bottom w:val="none" w:sz="0" w:space="0" w:color="auto"/>
                                    <w:right w:val="none" w:sz="0" w:space="0" w:color="auto"/>
                                  </w:divBdr>
                                  <w:divsChild>
                                    <w:div w:id="336927462">
                                      <w:marLeft w:val="0"/>
                                      <w:marRight w:val="0"/>
                                      <w:marTop w:val="0"/>
                                      <w:marBottom w:val="0"/>
                                      <w:divBdr>
                                        <w:top w:val="none" w:sz="0" w:space="0" w:color="auto"/>
                                        <w:left w:val="none" w:sz="0" w:space="0" w:color="auto"/>
                                        <w:bottom w:val="none" w:sz="0" w:space="0" w:color="auto"/>
                                        <w:right w:val="none" w:sz="0" w:space="0" w:color="auto"/>
                                      </w:divBdr>
                                      <w:divsChild>
                                        <w:div w:id="1715498913">
                                          <w:marLeft w:val="0"/>
                                          <w:marRight w:val="0"/>
                                          <w:marTop w:val="0"/>
                                          <w:marBottom w:val="0"/>
                                          <w:divBdr>
                                            <w:top w:val="none" w:sz="0" w:space="0" w:color="auto"/>
                                            <w:left w:val="none" w:sz="0" w:space="0" w:color="auto"/>
                                            <w:bottom w:val="none" w:sz="0" w:space="0" w:color="auto"/>
                                            <w:right w:val="none" w:sz="0" w:space="0" w:color="auto"/>
                                          </w:divBdr>
                                          <w:divsChild>
                                            <w:div w:id="819663153">
                                              <w:marLeft w:val="0"/>
                                              <w:marRight w:val="246"/>
                                              <w:marTop w:val="0"/>
                                              <w:marBottom w:val="0"/>
                                              <w:divBdr>
                                                <w:top w:val="none" w:sz="0" w:space="0" w:color="auto"/>
                                                <w:left w:val="none" w:sz="0" w:space="0" w:color="auto"/>
                                                <w:bottom w:val="none" w:sz="0" w:space="0" w:color="auto"/>
                                                <w:right w:val="none" w:sz="0" w:space="0" w:color="auto"/>
                                              </w:divBdr>
                                              <w:divsChild>
                                                <w:div w:id="1991708941">
                                                  <w:marLeft w:val="0"/>
                                                  <w:marRight w:val="0"/>
                                                  <w:marTop w:val="0"/>
                                                  <w:marBottom w:val="0"/>
                                                  <w:divBdr>
                                                    <w:top w:val="none" w:sz="0" w:space="0" w:color="auto"/>
                                                    <w:left w:val="none" w:sz="0" w:space="0" w:color="auto"/>
                                                    <w:bottom w:val="none" w:sz="0" w:space="0" w:color="auto"/>
                                                    <w:right w:val="none" w:sz="0" w:space="0" w:color="auto"/>
                                                  </w:divBdr>
                                                  <w:divsChild>
                                                    <w:div w:id="275991333">
                                                      <w:marLeft w:val="0"/>
                                                      <w:marRight w:val="0"/>
                                                      <w:marTop w:val="0"/>
                                                      <w:marBottom w:val="0"/>
                                                      <w:divBdr>
                                                        <w:top w:val="none" w:sz="0" w:space="0" w:color="auto"/>
                                                        <w:left w:val="none" w:sz="0" w:space="0" w:color="auto"/>
                                                        <w:bottom w:val="none" w:sz="0" w:space="0" w:color="auto"/>
                                                        <w:right w:val="none" w:sz="0" w:space="0" w:color="auto"/>
                                                      </w:divBdr>
                                                      <w:divsChild>
                                                        <w:div w:id="75945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061970">
                                              <w:marLeft w:val="0"/>
                                              <w:marRight w:val="0"/>
                                              <w:marTop w:val="0"/>
                                              <w:marBottom w:val="0"/>
                                              <w:divBdr>
                                                <w:top w:val="none" w:sz="0" w:space="0" w:color="auto"/>
                                                <w:left w:val="none" w:sz="0" w:space="0" w:color="auto"/>
                                                <w:bottom w:val="none" w:sz="0" w:space="0" w:color="auto"/>
                                                <w:right w:val="none" w:sz="0" w:space="0" w:color="auto"/>
                                              </w:divBdr>
                                              <w:divsChild>
                                                <w:div w:id="56603909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900025354">
                                      <w:marLeft w:val="0"/>
                                      <w:marRight w:val="0"/>
                                      <w:marTop w:val="0"/>
                                      <w:marBottom w:val="0"/>
                                      <w:divBdr>
                                        <w:top w:val="none" w:sz="0" w:space="0" w:color="auto"/>
                                        <w:left w:val="none" w:sz="0" w:space="0" w:color="auto"/>
                                        <w:bottom w:val="none" w:sz="0" w:space="0" w:color="auto"/>
                                        <w:right w:val="none" w:sz="0" w:space="0" w:color="auto"/>
                                      </w:divBdr>
                                      <w:divsChild>
                                        <w:div w:id="1935938306">
                                          <w:marLeft w:val="0"/>
                                          <w:marRight w:val="0"/>
                                          <w:marTop w:val="0"/>
                                          <w:marBottom w:val="0"/>
                                          <w:divBdr>
                                            <w:top w:val="none" w:sz="0" w:space="0" w:color="auto"/>
                                            <w:left w:val="none" w:sz="0" w:space="0" w:color="auto"/>
                                            <w:bottom w:val="none" w:sz="0" w:space="0" w:color="auto"/>
                                            <w:right w:val="none" w:sz="0" w:space="0" w:color="auto"/>
                                          </w:divBdr>
                                          <w:divsChild>
                                            <w:div w:id="1397321508">
                                              <w:marLeft w:val="0"/>
                                              <w:marRight w:val="0"/>
                                              <w:marTop w:val="0"/>
                                              <w:marBottom w:val="0"/>
                                              <w:divBdr>
                                                <w:top w:val="none" w:sz="0" w:space="0" w:color="auto"/>
                                                <w:left w:val="none" w:sz="0" w:space="0" w:color="auto"/>
                                                <w:bottom w:val="none" w:sz="0" w:space="0" w:color="auto"/>
                                                <w:right w:val="none" w:sz="0" w:space="0" w:color="auto"/>
                                              </w:divBdr>
                                              <w:divsChild>
                                                <w:div w:id="80494932">
                                                  <w:marLeft w:val="0"/>
                                                  <w:marRight w:val="0"/>
                                                  <w:marTop w:val="0"/>
                                                  <w:marBottom w:val="0"/>
                                                  <w:divBdr>
                                                    <w:top w:val="none" w:sz="0" w:space="0" w:color="auto"/>
                                                    <w:left w:val="none" w:sz="0" w:space="0" w:color="auto"/>
                                                    <w:bottom w:val="none" w:sz="0" w:space="0" w:color="auto"/>
                                                    <w:right w:val="none" w:sz="0" w:space="0" w:color="auto"/>
                                                  </w:divBdr>
                                                  <w:divsChild>
                                                    <w:div w:id="29765294">
                                                      <w:marLeft w:val="0"/>
                                                      <w:marRight w:val="0"/>
                                                      <w:marTop w:val="180"/>
                                                      <w:marBottom w:val="240"/>
                                                      <w:divBdr>
                                                        <w:top w:val="none" w:sz="0" w:space="0" w:color="auto"/>
                                                        <w:left w:val="none" w:sz="0" w:space="0" w:color="auto"/>
                                                        <w:bottom w:val="none" w:sz="0" w:space="0" w:color="auto"/>
                                                        <w:right w:val="none" w:sz="0" w:space="0" w:color="auto"/>
                                                      </w:divBdr>
                                                    </w:div>
                                                    <w:div w:id="1748384579">
                                                      <w:marLeft w:val="0"/>
                                                      <w:marRight w:val="0"/>
                                                      <w:marTop w:val="180"/>
                                                      <w:marBottom w:val="240"/>
                                                      <w:divBdr>
                                                        <w:top w:val="none" w:sz="0" w:space="0" w:color="auto"/>
                                                        <w:left w:val="none" w:sz="0" w:space="0" w:color="auto"/>
                                                        <w:bottom w:val="none" w:sz="0" w:space="0" w:color="auto"/>
                                                        <w:right w:val="none" w:sz="0" w:space="0" w:color="auto"/>
                                                      </w:divBdr>
                                                    </w:div>
                                                    <w:div w:id="1998653818">
                                                      <w:marLeft w:val="0"/>
                                                      <w:marRight w:val="0"/>
                                                      <w:marTop w:val="180"/>
                                                      <w:marBottom w:val="240"/>
                                                      <w:divBdr>
                                                        <w:top w:val="none" w:sz="0" w:space="0" w:color="auto"/>
                                                        <w:left w:val="none" w:sz="0" w:space="0" w:color="auto"/>
                                                        <w:bottom w:val="none" w:sz="0" w:space="0" w:color="auto"/>
                                                        <w:right w:val="none" w:sz="0" w:space="0" w:color="auto"/>
                                                      </w:divBdr>
                                                    </w:div>
                                                    <w:div w:id="452673778">
                                                      <w:marLeft w:val="0"/>
                                                      <w:marRight w:val="0"/>
                                                      <w:marTop w:val="180"/>
                                                      <w:marBottom w:val="240"/>
                                                      <w:divBdr>
                                                        <w:top w:val="none" w:sz="0" w:space="0" w:color="auto"/>
                                                        <w:left w:val="none" w:sz="0" w:space="0" w:color="auto"/>
                                                        <w:bottom w:val="none" w:sz="0" w:space="0" w:color="auto"/>
                                                        <w:right w:val="none" w:sz="0" w:space="0" w:color="auto"/>
                                                      </w:divBdr>
                                                    </w:div>
                                                    <w:div w:id="553588352">
                                                      <w:marLeft w:val="0"/>
                                                      <w:marRight w:val="0"/>
                                                      <w:marTop w:val="360"/>
                                                      <w:marBottom w:val="180"/>
                                                      <w:divBdr>
                                                        <w:top w:val="none" w:sz="0" w:space="0" w:color="auto"/>
                                                        <w:left w:val="none" w:sz="0" w:space="0" w:color="auto"/>
                                                        <w:bottom w:val="none" w:sz="0" w:space="0" w:color="auto"/>
                                                        <w:right w:val="none" w:sz="0" w:space="0" w:color="auto"/>
                                                      </w:divBdr>
                                                    </w:div>
                                                    <w:div w:id="1161194612">
                                                      <w:marLeft w:val="0"/>
                                                      <w:marRight w:val="0"/>
                                                      <w:marTop w:val="180"/>
                                                      <w:marBottom w:val="240"/>
                                                      <w:divBdr>
                                                        <w:top w:val="none" w:sz="0" w:space="0" w:color="auto"/>
                                                        <w:left w:val="none" w:sz="0" w:space="0" w:color="auto"/>
                                                        <w:bottom w:val="none" w:sz="0" w:space="0" w:color="auto"/>
                                                        <w:right w:val="none" w:sz="0" w:space="0" w:color="auto"/>
                                                      </w:divBdr>
                                                    </w:div>
                                                    <w:div w:id="894581438">
                                                      <w:marLeft w:val="0"/>
                                                      <w:marRight w:val="0"/>
                                                      <w:marTop w:val="360"/>
                                                      <w:marBottom w:val="180"/>
                                                      <w:divBdr>
                                                        <w:top w:val="none" w:sz="0" w:space="0" w:color="auto"/>
                                                        <w:left w:val="none" w:sz="0" w:space="0" w:color="auto"/>
                                                        <w:bottom w:val="none" w:sz="0" w:space="0" w:color="auto"/>
                                                        <w:right w:val="none" w:sz="0" w:space="0" w:color="auto"/>
                                                      </w:divBdr>
                                                    </w:div>
                                                    <w:div w:id="725033340">
                                                      <w:marLeft w:val="0"/>
                                                      <w:marRight w:val="0"/>
                                                      <w:marTop w:val="180"/>
                                                      <w:marBottom w:val="240"/>
                                                      <w:divBdr>
                                                        <w:top w:val="none" w:sz="0" w:space="0" w:color="auto"/>
                                                        <w:left w:val="none" w:sz="0" w:space="0" w:color="auto"/>
                                                        <w:bottom w:val="none" w:sz="0" w:space="0" w:color="auto"/>
                                                        <w:right w:val="none" w:sz="0" w:space="0" w:color="auto"/>
                                                      </w:divBdr>
                                                    </w:div>
                                                    <w:div w:id="41104736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868030709">
                                              <w:marLeft w:val="0"/>
                                              <w:marRight w:val="0"/>
                                              <w:marTop w:val="0"/>
                                              <w:marBottom w:val="0"/>
                                              <w:divBdr>
                                                <w:top w:val="none" w:sz="0" w:space="0" w:color="auto"/>
                                                <w:left w:val="none" w:sz="0" w:space="0" w:color="auto"/>
                                                <w:bottom w:val="none" w:sz="0" w:space="0" w:color="auto"/>
                                                <w:right w:val="none" w:sz="0" w:space="0" w:color="auto"/>
                                              </w:divBdr>
                                              <w:divsChild>
                                                <w:div w:id="570391619">
                                                  <w:marLeft w:val="0"/>
                                                  <w:marRight w:val="0"/>
                                                  <w:marTop w:val="0"/>
                                                  <w:marBottom w:val="0"/>
                                                  <w:divBdr>
                                                    <w:top w:val="none" w:sz="0" w:space="0" w:color="auto"/>
                                                    <w:left w:val="none" w:sz="0" w:space="0" w:color="auto"/>
                                                    <w:bottom w:val="none" w:sz="0" w:space="0" w:color="auto"/>
                                                    <w:right w:val="none" w:sz="0" w:space="0" w:color="auto"/>
                                                  </w:divBdr>
                                                  <w:divsChild>
                                                    <w:div w:id="2113085126">
                                                      <w:marLeft w:val="0"/>
                                                      <w:marRight w:val="0"/>
                                                      <w:marTop w:val="0"/>
                                                      <w:marBottom w:val="0"/>
                                                      <w:divBdr>
                                                        <w:top w:val="none" w:sz="0" w:space="0" w:color="auto"/>
                                                        <w:left w:val="none" w:sz="0" w:space="0" w:color="auto"/>
                                                        <w:bottom w:val="none" w:sz="0" w:space="0" w:color="auto"/>
                                                        <w:right w:val="none" w:sz="0" w:space="0" w:color="auto"/>
                                                      </w:divBdr>
                                                      <w:divsChild>
                                                        <w:div w:id="196547435">
                                                          <w:marLeft w:val="0"/>
                                                          <w:marRight w:val="0"/>
                                                          <w:marTop w:val="0"/>
                                                          <w:marBottom w:val="0"/>
                                                          <w:divBdr>
                                                            <w:top w:val="none" w:sz="0" w:space="0" w:color="auto"/>
                                                            <w:left w:val="none" w:sz="0" w:space="0" w:color="auto"/>
                                                            <w:bottom w:val="none" w:sz="0" w:space="0" w:color="auto"/>
                                                            <w:right w:val="none" w:sz="0" w:space="0" w:color="auto"/>
                                                          </w:divBdr>
                                                          <w:divsChild>
                                                            <w:div w:id="2120955251">
                                                              <w:marLeft w:val="0"/>
                                                              <w:marRight w:val="0"/>
                                                              <w:marTop w:val="0"/>
                                                              <w:marBottom w:val="0"/>
                                                              <w:divBdr>
                                                                <w:top w:val="none" w:sz="0" w:space="0" w:color="auto"/>
                                                                <w:left w:val="none" w:sz="0" w:space="0" w:color="auto"/>
                                                                <w:bottom w:val="none" w:sz="0" w:space="0" w:color="auto"/>
                                                                <w:right w:val="none" w:sz="0" w:space="0" w:color="auto"/>
                                                              </w:divBdr>
                                                              <w:divsChild>
                                                                <w:div w:id="1562210695">
                                                                  <w:marLeft w:val="0"/>
                                                                  <w:marRight w:val="0"/>
                                                                  <w:marTop w:val="0"/>
                                                                  <w:marBottom w:val="0"/>
                                                                  <w:divBdr>
                                                                    <w:top w:val="none" w:sz="0" w:space="0" w:color="auto"/>
                                                                    <w:left w:val="none" w:sz="0" w:space="0" w:color="auto"/>
                                                                    <w:bottom w:val="none" w:sz="0" w:space="0" w:color="auto"/>
                                                                    <w:right w:val="none" w:sz="0" w:space="0" w:color="auto"/>
                                                                  </w:divBdr>
                                                                </w:div>
                                                              </w:divsChild>
                                                            </w:div>
                                                            <w:div w:id="134027798">
                                                              <w:marLeft w:val="0"/>
                                                              <w:marRight w:val="0"/>
                                                              <w:marTop w:val="0"/>
                                                              <w:marBottom w:val="0"/>
                                                              <w:divBdr>
                                                                <w:top w:val="none" w:sz="0" w:space="0" w:color="auto"/>
                                                                <w:left w:val="none" w:sz="0" w:space="0" w:color="auto"/>
                                                                <w:bottom w:val="none" w:sz="0" w:space="0" w:color="auto"/>
                                                                <w:right w:val="none" w:sz="0" w:space="0" w:color="auto"/>
                                                              </w:divBdr>
                                                              <w:divsChild>
                                                                <w:div w:id="269244933">
                                                                  <w:marLeft w:val="0"/>
                                                                  <w:marRight w:val="0"/>
                                                                  <w:marTop w:val="0"/>
                                                                  <w:marBottom w:val="0"/>
                                                                  <w:divBdr>
                                                                    <w:top w:val="none" w:sz="0" w:space="0" w:color="auto"/>
                                                                    <w:left w:val="none" w:sz="0" w:space="0" w:color="auto"/>
                                                                    <w:bottom w:val="none" w:sz="0" w:space="0" w:color="auto"/>
                                                                    <w:right w:val="none" w:sz="0" w:space="0" w:color="auto"/>
                                                                  </w:divBdr>
                                                                  <w:divsChild>
                                                                    <w:div w:id="779647456">
                                                                      <w:marLeft w:val="0"/>
                                                                      <w:marRight w:val="0"/>
                                                                      <w:marTop w:val="0"/>
                                                                      <w:marBottom w:val="0"/>
                                                                      <w:divBdr>
                                                                        <w:top w:val="none" w:sz="0" w:space="0" w:color="auto"/>
                                                                        <w:left w:val="none" w:sz="0" w:space="0" w:color="auto"/>
                                                                        <w:bottom w:val="none" w:sz="0" w:space="0" w:color="auto"/>
                                                                        <w:right w:val="none" w:sz="0" w:space="0" w:color="auto"/>
                                                                      </w:divBdr>
                                                                      <w:divsChild>
                                                                        <w:div w:id="149907043">
                                                                          <w:marLeft w:val="0"/>
                                                                          <w:marRight w:val="0"/>
                                                                          <w:marTop w:val="0"/>
                                                                          <w:marBottom w:val="0"/>
                                                                          <w:divBdr>
                                                                            <w:top w:val="none" w:sz="0" w:space="0" w:color="auto"/>
                                                                            <w:left w:val="none" w:sz="0" w:space="0" w:color="auto"/>
                                                                            <w:bottom w:val="none" w:sz="0" w:space="0" w:color="auto"/>
                                                                            <w:right w:val="none" w:sz="0" w:space="0" w:color="auto"/>
                                                                          </w:divBdr>
                                                                          <w:divsChild>
                                                                            <w:div w:id="1170146153">
                                                                              <w:marLeft w:val="0"/>
                                                                              <w:marRight w:val="0"/>
                                                                              <w:marTop w:val="0"/>
                                                                              <w:marBottom w:val="60"/>
                                                                              <w:divBdr>
                                                                                <w:top w:val="none" w:sz="0" w:space="0" w:color="auto"/>
                                                                                <w:left w:val="none" w:sz="0" w:space="0" w:color="auto"/>
                                                                                <w:bottom w:val="none" w:sz="0" w:space="0" w:color="auto"/>
                                                                                <w:right w:val="none" w:sz="0" w:space="0" w:color="auto"/>
                                                                              </w:divBdr>
                                                                            </w:div>
                                                                            <w:div w:id="1648126967">
                                                                              <w:marLeft w:val="0"/>
                                                                              <w:marRight w:val="0"/>
                                                                              <w:marTop w:val="0"/>
                                                                              <w:marBottom w:val="0"/>
                                                                              <w:divBdr>
                                                                                <w:top w:val="none" w:sz="0" w:space="0" w:color="auto"/>
                                                                                <w:left w:val="none" w:sz="0" w:space="0" w:color="auto"/>
                                                                                <w:bottom w:val="none" w:sz="0" w:space="0" w:color="auto"/>
                                                                                <w:right w:val="none" w:sz="0" w:space="0" w:color="auto"/>
                                                                              </w:divBdr>
                                                                            </w:div>
                                                                          </w:divsChild>
                                                                        </w:div>
                                                                        <w:div w:id="24450090">
                                                                          <w:marLeft w:val="0"/>
                                                                          <w:marRight w:val="0"/>
                                                                          <w:marTop w:val="0"/>
                                                                          <w:marBottom w:val="0"/>
                                                                          <w:divBdr>
                                                                            <w:top w:val="none" w:sz="0" w:space="0" w:color="auto"/>
                                                                            <w:left w:val="none" w:sz="0" w:space="0" w:color="auto"/>
                                                                            <w:bottom w:val="none" w:sz="0" w:space="0" w:color="auto"/>
                                                                            <w:right w:val="none" w:sz="0" w:space="0" w:color="auto"/>
                                                                          </w:divBdr>
                                                                        </w:div>
                                                                      </w:divsChild>
                                                                    </w:div>
                                                                    <w:div w:id="471337471">
                                                                      <w:marLeft w:val="0"/>
                                                                      <w:marRight w:val="0"/>
                                                                      <w:marTop w:val="0"/>
                                                                      <w:marBottom w:val="0"/>
                                                                      <w:divBdr>
                                                                        <w:top w:val="none" w:sz="0" w:space="0" w:color="auto"/>
                                                                        <w:left w:val="none" w:sz="0" w:space="0" w:color="auto"/>
                                                                        <w:bottom w:val="none" w:sz="0" w:space="0" w:color="auto"/>
                                                                        <w:right w:val="none" w:sz="0" w:space="0" w:color="auto"/>
                                                                      </w:divBdr>
                                                                      <w:divsChild>
                                                                        <w:div w:id="708141496">
                                                                          <w:marLeft w:val="0"/>
                                                                          <w:marRight w:val="0"/>
                                                                          <w:marTop w:val="0"/>
                                                                          <w:marBottom w:val="0"/>
                                                                          <w:divBdr>
                                                                            <w:top w:val="none" w:sz="0" w:space="0" w:color="auto"/>
                                                                            <w:left w:val="none" w:sz="0" w:space="0" w:color="auto"/>
                                                                            <w:bottom w:val="none" w:sz="0" w:space="0" w:color="auto"/>
                                                                            <w:right w:val="none" w:sz="0" w:space="0" w:color="auto"/>
                                                                          </w:divBdr>
                                                                          <w:divsChild>
                                                                            <w:div w:id="762072304">
                                                                              <w:marLeft w:val="0"/>
                                                                              <w:marRight w:val="0"/>
                                                                              <w:marTop w:val="0"/>
                                                                              <w:marBottom w:val="0"/>
                                                                              <w:divBdr>
                                                                                <w:top w:val="none" w:sz="0" w:space="0" w:color="auto"/>
                                                                                <w:left w:val="none" w:sz="0" w:space="0" w:color="auto"/>
                                                                                <w:bottom w:val="none" w:sz="0" w:space="0" w:color="auto"/>
                                                                                <w:right w:val="none" w:sz="0" w:space="0" w:color="auto"/>
                                                                              </w:divBdr>
                                                                            </w:div>
                                                                          </w:divsChild>
                                                                        </w:div>
                                                                        <w:div w:id="26638365">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801119608">
                                                              <w:marLeft w:val="0"/>
                                                              <w:marRight w:val="0"/>
                                                              <w:marTop w:val="0"/>
                                                              <w:marBottom w:val="0"/>
                                                              <w:divBdr>
                                                                <w:top w:val="none" w:sz="0" w:space="0" w:color="auto"/>
                                                                <w:left w:val="none" w:sz="0" w:space="0" w:color="auto"/>
                                                                <w:bottom w:val="none" w:sz="0" w:space="0" w:color="auto"/>
                                                                <w:right w:val="none" w:sz="0" w:space="0" w:color="auto"/>
                                                              </w:divBdr>
                                                              <w:divsChild>
                                                                <w:div w:id="643240509">
                                                                  <w:marLeft w:val="0"/>
                                                                  <w:marRight w:val="0"/>
                                                                  <w:marTop w:val="0"/>
                                                                  <w:marBottom w:val="0"/>
                                                                  <w:divBdr>
                                                                    <w:top w:val="none" w:sz="0" w:space="0" w:color="auto"/>
                                                                    <w:left w:val="none" w:sz="0" w:space="0" w:color="auto"/>
                                                                    <w:bottom w:val="none" w:sz="0" w:space="0" w:color="auto"/>
                                                                    <w:right w:val="none" w:sz="0" w:space="0" w:color="auto"/>
                                                                  </w:divBdr>
                                                                  <w:divsChild>
                                                                    <w:div w:id="797838372">
                                                                      <w:marLeft w:val="0"/>
                                                                      <w:marRight w:val="0"/>
                                                                      <w:marTop w:val="0"/>
                                                                      <w:marBottom w:val="0"/>
                                                                      <w:divBdr>
                                                                        <w:top w:val="none" w:sz="0" w:space="0" w:color="auto"/>
                                                                        <w:left w:val="none" w:sz="0" w:space="0" w:color="auto"/>
                                                                        <w:bottom w:val="none" w:sz="0" w:space="0" w:color="auto"/>
                                                                        <w:right w:val="none" w:sz="0" w:space="0" w:color="auto"/>
                                                                      </w:divBdr>
                                                                      <w:divsChild>
                                                                        <w:div w:id="1192377186">
                                                                          <w:marLeft w:val="0"/>
                                                                          <w:marRight w:val="0"/>
                                                                          <w:marTop w:val="0"/>
                                                                          <w:marBottom w:val="0"/>
                                                                          <w:divBdr>
                                                                            <w:top w:val="none" w:sz="0" w:space="0" w:color="auto"/>
                                                                            <w:left w:val="none" w:sz="0" w:space="0" w:color="auto"/>
                                                                            <w:bottom w:val="none" w:sz="0" w:space="0" w:color="auto"/>
                                                                            <w:right w:val="none" w:sz="0" w:space="0" w:color="auto"/>
                                                                          </w:divBdr>
                                                                          <w:divsChild>
                                                                            <w:div w:id="1043746148">
                                                                              <w:marLeft w:val="0"/>
                                                                              <w:marRight w:val="0"/>
                                                                              <w:marTop w:val="0"/>
                                                                              <w:marBottom w:val="60"/>
                                                                              <w:divBdr>
                                                                                <w:top w:val="none" w:sz="0" w:space="0" w:color="auto"/>
                                                                                <w:left w:val="none" w:sz="0" w:space="0" w:color="auto"/>
                                                                                <w:bottom w:val="none" w:sz="0" w:space="0" w:color="auto"/>
                                                                                <w:right w:val="none" w:sz="0" w:space="0" w:color="auto"/>
                                                                              </w:divBdr>
                                                                            </w:div>
                                                                            <w:div w:id="60753672">
                                                                              <w:marLeft w:val="0"/>
                                                                              <w:marRight w:val="0"/>
                                                                              <w:marTop w:val="0"/>
                                                                              <w:marBottom w:val="0"/>
                                                                              <w:divBdr>
                                                                                <w:top w:val="none" w:sz="0" w:space="0" w:color="auto"/>
                                                                                <w:left w:val="none" w:sz="0" w:space="0" w:color="auto"/>
                                                                                <w:bottom w:val="none" w:sz="0" w:space="0" w:color="auto"/>
                                                                                <w:right w:val="none" w:sz="0" w:space="0" w:color="auto"/>
                                                                              </w:divBdr>
                                                                            </w:div>
                                                                          </w:divsChild>
                                                                        </w:div>
                                                                        <w:div w:id="970477972">
                                                                          <w:marLeft w:val="0"/>
                                                                          <w:marRight w:val="0"/>
                                                                          <w:marTop w:val="0"/>
                                                                          <w:marBottom w:val="0"/>
                                                                          <w:divBdr>
                                                                            <w:top w:val="none" w:sz="0" w:space="0" w:color="auto"/>
                                                                            <w:left w:val="none" w:sz="0" w:space="0" w:color="auto"/>
                                                                            <w:bottom w:val="none" w:sz="0" w:space="0" w:color="auto"/>
                                                                            <w:right w:val="none" w:sz="0" w:space="0" w:color="auto"/>
                                                                          </w:divBdr>
                                                                        </w:div>
                                                                      </w:divsChild>
                                                                    </w:div>
                                                                    <w:div w:id="304971225">
                                                                      <w:marLeft w:val="0"/>
                                                                      <w:marRight w:val="0"/>
                                                                      <w:marTop w:val="0"/>
                                                                      <w:marBottom w:val="0"/>
                                                                      <w:divBdr>
                                                                        <w:top w:val="none" w:sz="0" w:space="0" w:color="auto"/>
                                                                        <w:left w:val="none" w:sz="0" w:space="0" w:color="auto"/>
                                                                        <w:bottom w:val="none" w:sz="0" w:space="0" w:color="auto"/>
                                                                        <w:right w:val="none" w:sz="0" w:space="0" w:color="auto"/>
                                                                      </w:divBdr>
                                                                      <w:divsChild>
                                                                        <w:div w:id="1312173270">
                                                                          <w:marLeft w:val="0"/>
                                                                          <w:marRight w:val="0"/>
                                                                          <w:marTop w:val="0"/>
                                                                          <w:marBottom w:val="0"/>
                                                                          <w:divBdr>
                                                                            <w:top w:val="none" w:sz="0" w:space="0" w:color="auto"/>
                                                                            <w:left w:val="none" w:sz="0" w:space="0" w:color="auto"/>
                                                                            <w:bottom w:val="none" w:sz="0" w:space="0" w:color="auto"/>
                                                                            <w:right w:val="none" w:sz="0" w:space="0" w:color="auto"/>
                                                                          </w:divBdr>
                                                                          <w:divsChild>
                                                                            <w:div w:id="1221212493">
                                                                              <w:marLeft w:val="0"/>
                                                                              <w:marRight w:val="0"/>
                                                                              <w:marTop w:val="0"/>
                                                                              <w:marBottom w:val="0"/>
                                                                              <w:divBdr>
                                                                                <w:top w:val="none" w:sz="0" w:space="0" w:color="auto"/>
                                                                                <w:left w:val="none" w:sz="0" w:space="0" w:color="auto"/>
                                                                                <w:bottom w:val="none" w:sz="0" w:space="0" w:color="auto"/>
                                                                                <w:right w:val="none" w:sz="0" w:space="0" w:color="auto"/>
                                                                              </w:divBdr>
                                                                            </w:div>
                                                                          </w:divsChild>
                                                                        </w:div>
                                                                        <w:div w:id="697580222">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179586538">
                                                              <w:marLeft w:val="0"/>
                                                              <w:marRight w:val="0"/>
                                                              <w:marTop w:val="0"/>
                                                              <w:marBottom w:val="0"/>
                                                              <w:divBdr>
                                                                <w:top w:val="none" w:sz="0" w:space="0" w:color="auto"/>
                                                                <w:left w:val="none" w:sz="0" w:space="0" w:color="auto"/>
                                                                <w:bottom w:val="none" w:sz="0" w:space="0" w:color="auto"/>
                                                                <w:right w:val="none" w:sz="0" w:space="0" w:color="auto"/>
                                                              </w:divBdr>
                                                              <w:divsChild>
                                                                <w:div w:id="1604148072">
                                                                  <w:marLeft w:val="0"/>
                                                                  <w:marRight w:val="0"/>
                                                                  <w:marTop w:val="0"/>
                                                                  <w:marBottom w:val="0"/>
                                                                  <w:divBdr>
                                                                    <w:top w:val="none" w:sz="0" w:space="0" w:color="auto"/>
                                                                    <w:left w:val="none" w:sz="0" w:space="0" w:color="auto"/>
                                                                    <w:bottom w:val="none" w:sz="0" w:space="0" w:color="auto"/>
                                                                    <w:right w:val="none" w:sz="0" w:space="0" w:color="auto"/>
                                                                  </w:divBdr>
                                                                  <w:divsChild>
                                                                    <w:div w:id="112948362">
                                                                      <w:marLeft w:val="0"/>
                                                                      <w:marRight w:val="0"/>
                                                                      <w:marTop w:val="0"/>
                                                                      <w:marBottom w:val="0"/>
                                                                      <w:divBdr>
                                                                        <w:top w:val="none" w:sz="0" w:space="0" w:color="auto"/>
                                                                        <w:left w:val="none" w:sz="0" w:space="0" w:color="auto"/>
                                                                        <w:bottom w:val="none" w:sz="0" w:space="0" w:color="auto"/>
                                                                        <w:right w:val="none" w:sz="0" w:space="0" w:color="auto"/>
                                                                      </w:divBdr>
                                                                      <w:divsChild>
                                                                        <w:div w:id="386105289">
                                                                          <w:marLeft w:val="0"/>
                                                                          <w:marRight w:val="0"/>
                                                                          <w:marTop w:val="0"/>
                                                                          <w:marBottom w:val="0"/>
                                                                          <w:divBdr>
                                                                            <w:top w:val="none" w:sz="0" w:space="0" w:color="auto"/>
                                                                            <w:left w:val="none" w:sz="0" w:space="0" w:color="auto"/>
                                                                            <w:bottom w:val="none" w:sz="0" w:space="0" w:color="auto"/>
                                                                            <w:right w:val="none" w:sz="0" w:space="0" w:color="auto"/>
                                                                          </w:divBdr>
                                                                          <w:divsChild>
                                                                            <w:div w:id="145242099">
                                                                              <w:marLeft w:val="0"/>
                                                                              <w:marRight w:val="0"/>
                                                                              <w:marTop w:val="0"/>
                                                                              <w:marBottom w:val="60"/>
                                                                              <w:divBdr>
                                                                                <w:top w:val="none" w:sz="0" w:space="0" w:color="auto"/>
                                                                                <w:left w:val="none" w:sz="0" w:space="0" w:color="auto"/>
                                                                                <w:bottom w:val="none" w:sz="0" w:space="0" w:color="auto"/>
                                                                                <w:right w:val="none" w:sz="0" w:space="0" w:color="auto"/>
                                                                              </w:divBdr>
                                                                            </w:div>
                                                                            <w:div w:id="80376190">
                                                                              <w:marLeft w:val="0"/>
                                                                              <w:marRight w:val="0"/>
                                                                              <w:marTop w:val="0"/>
                                                                              <w:marBottom w:val="0"/>
                                                                              <w:divBdr>
                                                                                <w:top w:val="none" w:sz="0" w:space="0" w:color="auto"/>
                                                                                <w:left w:val="none" w:sz="0" w:space="0" w:color="auto"/>
                                                                                <w:bottom w:val="none" w:sz="0" w:space="0" w:color="auto"/>
                                                                                <w:right w:val="none" w:sz="0" w:space="0" w:color="auto"/>
                                                                              </w:divBdr>
                                                                            </w:div>
                                                                          </w:divsChild>
                                                                        </w:div>
                                                                        <w:div w:id="1888907589">
                                                                          <w:marLeft w:val="0"/>
                                                                          <w:marRight w:val="0"/>
                                                                          <w:marTop w:val="0"/>
                                                                          <w:marBottom w:val="0"/>
                                                                          <w:divBdr>
                                                                            <w:top w:val="none" w:sz="0" w:space="0" w:color="auto"/>
                                                                            <w:left w:val="none" w:sz="0" w:space="0" w:color="auto"/>
                                                                            <w:bottom w:val="none" w:sz="0" w:space="0" w:color="auto"/>
                                                                            <w:right w:val="none" w:sz="0" w:space="0" w:color="auto"/>
                                                                          </w:divBdr>
                                                                        </w:div>
                                                                      </w:divsChild>
                                                                    </w:div>
                                                                    <w:div w:id="2042782382">
                                                                      <w:marLeft w:val="0"/>
                                                                      <w:marRight w:val="0"/>
                                                                      <w:marTop w:val="0"/>
                                                                      <w:marBottom w:val="0"/>
                                                                      <w:divBdr>
                                                                        <w:top w:val="none" w:sz="0" w:space="0" w:color="auto"/>
                                                                        <w:left w:val="none" w:sz="0" w:space="0" w:color="auto"/>
                                                                        <w:bottom w:val="none" w:sz="0" w:space="0" w:color="auto"/>
                                                                        <w:right w:val="none" w:sz="0" w:space="0" w:color="auto"/>
                                                                      </w:divBdr>
                                                                      <w:divsChild>
                                                                        <w:div w:id="1926450430">
                                                                          <w:marLeft w:val="0"/>
                                                                          <w:marRight w:val="0"/>
                                                                          <w:marTop w:val="0"/>
                                                                          <w:marBottom w:val="0"/>
                                                                          <w:divBdr>
                                                                            <w:top w:val="none" w:sz="0" w:space="0" w:color="auto"/>
                                                                            <w:left w:val="none" w:sz="0" w:space="0" w:color="auto"/>
                                                                            <w:bottom w:val="none" w:sz="0" w:space="0" w:color="auto"/>
                                                                            <w:right w:val="none" w:sz="0" w:space="0" w:color="auto"/>
                                                                          </w:divBdr>
                                                                          <w:divsChild>
                                                                            <w:div w:id="1805154682">
                                                                              <w:marLeft w:val="0"/>
                                                                              <w:marRight w:val="0"/>
                                                                              <w:marTop w:val="0"/>
                                                                              <w:marBottom w:val="0"/>
                                                                              <w:divBdr>
                                                                                <w:top w:val="none" w:sz="0" w:space="0" w:color="auto"/>
                                                                                <w:left w:val="none" w:sz="0" w:space="0" w:color="auto"/>
                                                                                <w:bottom w:val="none" w:sz="0" w:space="0" w:color="auto"/>
                                                                                <w:right w:val="none" w:sz="0" w:space="0" w:color="auto"/>
                                                                              </w:divBdr>
                                                                            </w:div>
                                                                          </w:divsChild>
                                                                        </w:div>
                                                                        <w:div w:id="1077675368">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1735564">
                                  <w:marLeft w:val="0"/>
                                  <w:marRight w:val="0"/>
                                  <w:marTop w:val="450"/>
                                  <w:marBottom w:val="0"/>
                                  <w:divBdr>
                                    <w:top w:val="none" w:sz="0" w:space="0" w:color="auto"/>
                                    <w:left w:val="none" w:sz="0" w:space="0" w:color="auto"/>
                                    <w:bottom w:val="none" w:sz="0" w:space="0" w:color="auto"/>
                                    <w:right w:val="none" w:sz="0" w:space="0" w:color="auto"/>
                                  </w:divBdr>
                                  <w:divsChild>
                                    <w:div w:id="338578685">
                                      <w:marLeft w:val="0"/>
                                      <w:marRight w:val="0"/>
                                      <w:marTop w:val="0"/>
                                      <w:marBottom w:val="0"/>
                                      <w:divBdr>
                                        <w:top w:val="none" w:sz="0" w:space="0" w:color="auto"/>
                                        <w:left w:val="none" w:sz="0" w:space="0" w:color="auto"/>
                                        <w:bottom w:val="none" w:sz="0" w:space="0" w:color="auto"/>
                                        <w:right w:val="none" w:sz="0" w:space="0" w:color="auto"/>
                                      </w:divBdr>
                                      <w:divsChild>
                                        <w:div w:id="158740247">
                                          <w:marLeft w:val="0"/>
                                          <w:marRight w:val="0"/>
                                          <w:marTop w:val="0"/>
                                          <w:marBottom w:val="0"/>
                                          <w:divBdr>
                                            <w:top w:val="none" w:sz="0" w:space="0" w:color="auto"/>
                                            <w:left w:val="none" w:sz="0" w:space="0" w:color="auto"/>
                                            <w:bottom w:val="none" w:sz="0" w:space="0" w:color="auto"/>
                                            <w:right w:val="none" w:sz="0" w:space="0" w:color="auto"/>
                                          </w:divBdr>
                                          <w:divsChild>
                                            <w:div w:id="1925609597">
                                              <w:marLeft w:val="0"/>
                                              <w:marRight w:val="3914"/>
                                              <w:marTop w:val="0"/>
                                              <w:marBottom w:val="0"/>
                                              <w:divBdr>
                                                <w:top w:val="none" w:sz="0" w:space="0" w:color="auto"/>
                                                <w:left w:val="none" w:sz="0" w:space="0" w:color="auto"/>
                                                <w:bottom w:val="none" w:sz="0" w:space="0" w:color="auto"/>
                                                <w:right w:val="none" w:sz="0" w:space="0" w:color="auto"/>
                                              </w:divBdr>
                                              <w:divsChild>
                                                <w:div w:id="1104494830">
                                                  <w:marLeft w:val="0"/>
                                                  <w:marRight w:val="0"/>
                                                  <w:marTop w:val="0"/>
                                                  <w:marBottom w:val="0"/>
                                                  <w:divBdr>
                                                    <w:top w:val="none" w:sz="0" w:space="0" w:color="auto"/>
                                                    <w:left w:val="none" w:sz="0" w:space="0" w:color="auto"/>
                                                    <w:bottom w:val="none" w:sz="0" w:space="0" w:color="auto"/>
                                                    <w:right w:val="none" w:sz="0" w:space="0" w:color="auto"/>
                                                  </w:divBdr>
                                                  <w:divsChild>
                                                    <w:div w:id="1165363082">
                                                      <w:marLeft w:val="0"/>
                                                      <w:marRight w:val="0"/>
                                                      <w:marTop w:val="0"/>
                                                      <w:marBottom w:val="0"/>
                                                      <w:divBdr>
                                                        <w:top w:val="none" w:sz="0" w:space="0" w:color="auto"/>
                                                        <w:left w:val="none" w:sz="0" w:space="0" w:color="auto"/>
                                                        <w:bottom w:val="none" w:sz="0" w:space="0" w:color="auto"/>
                                                        <w:right w:val="none" w:sz="0" w:space="0" w:color="auto"/>
                                                      </w:divBdr>
                                                      <w:divsChild>
                                                        <w:div w:id="101603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217191">
                                              <w:marLeft w:val="0"/>
                                              <w:marRight w:val="0"/>
                                              <w:marTop w:val="0"/>
                                              <w:marBottom w:val="0"/>
                                              <w:divBdr>
                                                <w:top w:val="none" w:sz="0" w:space="0" w:color="auto"/>
                                                <w:left w:val="none" w:sz="0" w:space="0" w:color="auto"/>
                                                <w:bottom w:val="none" w:sz="0" w:space="0" w:color="auto"/>
                                                <w:right w:val="none" w:sz="0" w:space="0" w:color="auto"/>
                                              </w:divBdr>
                                              <w:divsChild>
                                                <w:div w:id="201097894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2089227222">
                                      <w:marLeft w:val="0"/>
                                      <w:marRight w:val="0"/>
                                      <w:marTop w:val="0"/>
                                      <w:marBottom w:val="0"/>
                                      <w:divBdr>
                                        <w:top w:val="none" w:sz="0" w:space="0" w:color="auto"/>
                                        <w:left w:val="none" w:sz="0" w:space="0" w:color="auto"/>
                                        <w:bottom w:val="none" w:sz="0" w:space="0" w:color="auto"/>
                                        <w:right w:val="none" w:sz="0" w:space="0" w:color="auto"/>
                                      </w:divBdr>
                                      <w:divsChild>
                                        <w:div w:id="662053950">
                                          <w:marLeft w:val="0"/>
                                          <w:marRight w:val="0"/>
                                          <w:marTop w:val="0"/>
                                          <w:marBottom w:val="0"/>
                                          <w:divBdr>
                                            <w:top w:val="none" w:sz="0" w:space="0" w:color="auto"/>
                                            <w:left w:val="none" w:sz="0" w:space="0" w:color="auto"/>
                                            <w:bottom w:val="none" w:sz="0" w:space="0" w:color="auto"/>
                                            <w:right w:val="none" w:sz="0" w:space="0" w:color="auto"/>
                                          </w:divBdr>
                                          <w:divsChild>
                                            <w:div w:id="46607220">
                                              <w:marLeft w:val="0"/>
                                              <w:marRight w:val="0"/>
                                              <w:marTop w:val="0"/>
                                              <w:marBottom w:val="0"/>
                                              <w:divBdr>
                                                <w:top w:val="none" w:sz="0" w:space="0" w:color="auto"/>
                                                <w:left w:val="none" w:sz="0" w:space="0" w:color="auto"/>
                                                <w:bottom w:val="none" w:sz="0" w:space="0" w:color="auto"/>
                                                <w:right w:val="none" w:sz="0" w:space="0" w:color="auto"/>
                                              </w:divBdr>
                                              <w:divsChild>
                                                <w:div w:id="1514150527">
                                                  <w:marLeft w:val="0"/>
                                                  <w:marRight w:val="0"/>
                                                  <w:marTop w:val="0"/>
                                                  <w:marBottom w:val="0"/>
                                                  <w:divBdr>
                                                    <w:top w:val="none" w:sz="0" w:space="0" w:color="auto"/>
                                                    <w:left w:val="none" w:sz="0" w:space="0" w:color="auto"/>
                                                    <w:bottom w:val="none" w:sz="0" w:space="0" w:color="auto"/>
                                                    <w:right w:val="none" w:sz="0" w:space="0" w:color="auto"/>
                                                  </w:divBdr>
                                                  <w:divsChild>
                                                    <w:div w:id="593591054">
                                                      <w:marLeft w:val="0"/>
                                                      <w:marRight w:val="0"/>
                                                      <w:marTop w:val="180"/>
                                                      <w:marBottom w:val="240"/>
                                                      <w:divBdr>
                                                        <w:top w:val="none" w:sz="0" w:space="0" w:color="auto"/>
                                                        <w:left w:val="none" w:sz="0" w:space="0" w:color="auto"/>
                                                        <w:bottom w:val="none" w:sz="0" w:space="0" w:color="auto"/>
                                                        <w:right w:val="none" w:sz="0" w:space="0" w:color="auto"/>
                                                      </w:divBdr>
                                                    </w:div>
                                                    <w:div w:id="1690569835">
                                                      <w:marLeft w:val="0"/>
                                                      <w:marRight w:val="0"/>
                                                      <w:marTop w:val="180"/>
                                                      <w:marBottom w:val="240"/>
                                                      <w:divBdr>
                                                        <w:top w:val="none" w:sz="0" w:space="0" w:color="auto"/>
                                                        <w:left w:val="none" w:sz="0" w:space="0" w:color="auto"/>
                                                        <w:bottom w:val="none" w:sz="0" w:space="0" w:color="auto"/>
                                                        <w:right w:val="none" w:sz="0" w:space="0" w:color="auto"/>
                                                      </w:divBdr>
                                                    </w:div>
                                                    <w:div w:id="1301956765">
                                                      <w:marLeft w:val="0"/>
                                                      <w:marRight w:val="0"/>
                                                      <w:marTop w:val="180"/>
                                                      <w:marBottom w:val="240"/>
                                                      <w:divBdr>
                                                        <w:top w:val="none" w:sz="0" w:space="0" w:color="auto"/>
                                                        <w:left w:val="none" w:sz="0" w:space="0" w:color="auto"/>
                                                        <w:bottom w:val="none" w:sz="0" w:space="0" w:color="auto"/>
                                                        <w:right w:val="none" w:sz="0" w:space="0" w:color="auto"/>
                                                      </w:divBdr>
                                                    </w:div>
                                                    <w:div w:id="1137725642">
                                                      <w:marLeft w:val="0"/>
                                                      <w:marRight w:val="0"/>
                                                      <w:marTop w:val="180"/>
                                                      <w:marBottom w:val="240"/>
                                                      <w:divBdr>
                                                        <w:top w:val="none" w:sz="0" w:space="0" w:color="auto"/>
                                                        <w:left w:val="none" w:sz="0" w:space="0" w:color="auto"/>
                                                        <w:bottom w:val="none" w:sz="0" w:space="0" w:color="auto"/>
                                                        <w:right w:val="none" w:sz="0" w:space="0" w:color="auto"/>
                                                      </w:divBdr>
                                                    </w:div>
                                                    <w:div w:id="213328703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596912277">
                                  <w:marLeft w:val="0"/>
                                  <w:marRight w:val="0"/>
                                  <w:marTop w:val="450"/>
                                  <w:marBottom w:val="0"/>
                                  <w:divBdr>
                                    <w:top w:val="none" w:sz="0" w:space="0" w:color="auto"/>
                                    <w:left w:val="none" w:sz="0" w:space="0" w:color="auto"/>
                                    <w:bottom w:val="none" w:sz="0" w:space="0" w:color="auto"/>
                                    <w:right w:val="none" w:sz="0" w:space="0" w:color="auto"/>
                                  </w:divBdr>
                                  <w:divsChild>
                                    <w:div w:id="348069197">
                                      <w:marLeft w:val="0"/>
                                      <w:marRight w:val="0"/>
                                      <w:marTop w:val="0"/>
                                      <w:marBottom w:val="0"/>
                                      <w:divBdr>
                                        <w:top w:val="none" w:sz="0" w:space="0" w:color="auto"/>
                                        <w:left w:val="none" w:sz="0" w:space="0" w:color="auto"/>
                                        <w:bottom w:val="none" w:sz="0" w:space="0" w:color="auto"/>
                                        <w:right w:val="none" w:sz="0" w:space="0" w:color="auto"/>
                                      </w:divBdr>
                                      <w:divsChild>
                                        <w:div w:id="1836263808">
                                          <w:marLeft w:val="0"/>
                                          <w:marRight w:val="0"/>
                                          <w:marTop w:val="0"/>
                                          <w:marBottom w:val="0"/>
                                          <w:divBdr>
                                            <w:top w:val="none" w:sz="0" w:space="0" w:color="auto"/>
                                            <w:left w:val="none" w:sz="0" w:space="0" w:color="auto"/>
                                            <w:bottom w:val="none" w:sz="0" w:space="0" w:color="auto"/>
                                            <w:right w:val="none" w:sz="0" w:space="0" w:color="auto"/>
                                          </w:divBdr>
                                          <w:divsChild>
                                            <w:div w:id="193202196">
                                              <w:marLeft w:val="0"/>
                                              <w:marRight w:val="6331"/>
                                              <w:marTop w:val="0"/>
                                              <w:marBottom w:val="0"/>
                                              <w:divBdr>
                                                <w:top w:val="none" w:sz="0" w:space="0" w:color="auto"/>
                                                <w:left w:val="none" w:sz="0" w:space="0" w:color="auto"/>
                                                <w:bottom w:val="none" w:sz="0" w:space="0" w:color="auto"/>
                                                <w:right w:val="none" w:sz="0" w:space="0" w:color="auto"/>
                                              </w:divBdr>
                                              <w:divsChild>
                                                <w:div w:id="153687045">
                                                  <w:marLeft w:val="0"/>
                                                  <w:marRight w:val="0"/>
                                                  <w:marTop w:val="0"/>
                                                  <w:marBottom w:val="0"/>
                                                  <w:divBdr>
                                                    <w:top w:val="none" w:sz="0" w:space="0" w:color="auto"/>
                                                    <w:left w:val="none" w:sz="0" w:space="0" w:color="auto"/>
                                                    <w:bottom w:val="none" w:sz="0" w:space="0" w:color="auto"/>
                                                    <w:right w:val="none" w:sz="0" w:space="0" w:color="auto"/>
                                                  </w:divBdr>
                                                  <w:divsChild>
                                                    <w:div w:id="1906992952">
                                                      <w:marLeft w:val="0"/>
                                                      <w:marRight w:val="0"/>
                                                      <w:marTop w:val="0"/>
                                                      <w:marBottom w:val="0"/>
                                                      <w:divBdr>
                                                        <w:top w:val="none" w:sz="0" w:space="0" w:color="auto"/>
                                                        <w:left w:val="none" w:sz="0" w:space="0" w:color="auto"/>
                                                        <w:bottom w:val="none" w:sz="0" w:space="0" w:color="auto"/>
                                                        <w:right w:val="none" w:sz="0" w:space="0" w:color="auto"/>
                                                      </w:divBdr>
                                                      <w:divsChild>
                                                        <w:div w:id="6818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798248">
                                              <w:marLeft w:val="0"/>
                                              <w:marRight w:val="0"/>
                                              <w:marTop w:val="0"/>
                                              <w:marBottom w:val="0"/>
                                              <w:divBdr>
                                                <w:top w:val="none" w:sz="0" w:space="0" w:color="auto"/>
                                                <w:left w:val="none" w:sz="0" w:space="0" w:color="auto"/>
                                                <w:bottom w:val="none" w:sz="0" w:space="0" w:color="auto"/>
                                                <w:right w:val="none" w:sz="0" w:space="0" w:color="auto"/>
                                              </w:divBdr>
                                              <w:divsChild>
                                                <w:div w:id="201295143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418601654">
                                      <w:marLeft w:val="0"/>
                                      <w:marRight w:val="0"/>
                                      <w:marTop w:val="0"/>
                                      <w:marBottom w:val="0"/>
                                      <w:divBdr>
                                        <w:top w:val="none" w:sz="0" w:space="0" w:color="auto"/>
                                        <w:left w:val="none" w:sz="0" w:space="0" w:color="auto"/>
                                        <w:bottom w:val="none" w:sz="0" w:space="0" w:color="auto"/>
                                        <w:right w:val="none" w:sz="0" w:space="0" w:color="auto"/>
                                      </w:divBdr>
                                      <w:divsChild>
                                        <w:div w:id="1756315016">
                                          <w:marLeft w:val="0"/>
                                          <w:marRight w:val="0"/>
                                          <w:marTop w:val="0"/>
                                          <w:marBottom w:val="0"/>
                                          <w:divBdr>
                                            <w:top w:val="none" w:sz="0" w:space="0" w:color="auto"/>
                                            <w:left w:val="none" w:sz="0" w:space="0" w:color="auto"/>
                                            <w:bottom w:val="none" w:sz="0" w:space="0" w:color="auto"/>
                                            <w:right w:val="none" w:sz="0" w:space="0" w:color="auto"/>
                                          </w:divBdr>
                                          <w:divsChild>
                                            <w:div w:id="783616891">
                                              <w:marLeft w:val="0"/>
                                              <w:marRight w:val="0"/>
                                              <w:marTop w:val="0"/>
                                              <w:marBottom w:val="0"/>
                                              <w:divBdr>
                                                <w:top w:val="none" w:sz="0" w:space="0" w:color="auto"/>
                                                <w:left w:val="none" w:sz="0" w:space="0" w:color="auto"/>
                                                <w:bottom w:val="none" w:sz="0" w:space="0" w:color="auto"/>
                                                <w:right w:val="none" w:sz="0" w:space="0" w:color="auto"/>
                                              </w:divBdr>
                                              <w:divsChild>
                                                <w:div w:id="1890412539">
                                                  <w:marLeft w:val="0"/>
                                                  <w:marRight w:val="0"/>
                                                  <w:marTop w:val="0"/>
                                                  <w:marBottom w:val="0"/>
                                                  <w:divBdr>
                                                    <w:top w:val="none" w:sz="0" w:space="0" w:color="auto"/>
                                                    <w:left w:val="none" w:sz="0" w:space="0" w:color="auto"/>
                                                    <w:bottom w:val="none" w:sz="0" w:space="0" w:color="auto"/>
                                                    <w:right w:val="none" w:sz="0" w:space="0" w:color="auto"/>
                                                  </w:divBdr>
                                                  <w:divsChild>
                                                    <w:div w:id="546458674">
                                                      <w:marLeft w:val="0"/>
                                                      <w:marRight w:val="0"/>
                                                      <w:marTop w:val="180"/>
                                                      <w:marBottom w:val="240"/>
                                                      <w:divBdr>
                                                        <w:top w:val="none" w:sz="0" w:space="0" w:color="auto"/>
                                                        <w:left w:val="none" w:sz="0" w:space="0" w:color="auto"/>
                                                        <w:bottom w:val="none" w:sz="0" w:space="0" w:color="auto"/>
                                                        <w:right w:val="none" w:sz="0" w:space="0" w:color="auto"/>
                                                      </w:divBdr>
                                                    </w:div>
                                                    <w:div w:id="909773106">
                                                      <w:marLeft w:val="0"/>
                                                      <w:marRight w:val="0"/>
                                                      <w:marTop w:val="360"/>
                                                      <w:marBottom w:val="180"/>
                                                      <w:divBdr>
                                                        <w:top w:val="none" w:sz="0" w:space="0" w:color="auto"/>
                                                        <w:left w:val="none" w:sz="0" w:space="0" w:color="auto"/>
                                                        <w:bottom w:val="none" w:sz="0" w:space="0" w:color="auto"/>
                                                        <w:right w:val="none" w:sz="0" w:space="0" w:color="auto"/>
                                                      </w:divBdr>
                                                    </w:div>
                                                    <w:div w:id="1054238423">
                                                      <w:marLeft w:val="0"/>
                                                      <w:marRight w:val="0"/>
                                                      <w:marTop w:val="180"/>
                                                      <w:marBottom w:val="240"/>
                                                      <w:divBdr>
                                                        <w:top w:val="none" w:sz="0" w:space="0" w:color="auto"/>
                                                        <w:left w:val="none" w:sz="0" w:space="0" w:color="auto"/>
                                                        <w:bottom w:val="none" w:sz="0" w:space="0" w:color="auto"/>
                                                        <w:right w:val="none" w:sz="0" w:space="0" w:color="auto"/>
                                                      </w:divBdr>
                                                    </w:div>
                                                    <w:div w:id="1592423839">
                                                      <w:marLeft w:val="0"/>
                                                      <w:marRight w:val="0"/>
                                                      <w:marTop w:val="180"/>
                                                      <w:marBottom w:val="240"/>
                                                      <w:divBdr>
                                                        <w:top w:val="none" w:sz="0" w:space="0" w:color="auto"/>
                                                        <w:left w:val="none" w:sz="0" w:space="0" w:color="auto"/>
                                                        <w:bottom w:val="none" w:sz="0" w:space="0" w:color="auto"/>
                                                        <w:right w:val="none" w:sz="0" w:space="0" w:color="auto"/>
                                                      </w:divBdr>
                                                    </w:div>
                                                    <w:div w:id="2026520643">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983433938">
                                  <w:marLeft w:val="0"/>
                                  <w:marRight w:val="0"/>
                                  <w:marTop w:val="450"/>
                                  <w:marBottom w:val="0"/>
                                  <w:divBdr>
                                    <w:top w:val="none" w:sz="0" w:space="0" w:color="auto"/>
                                    <w:left w:val="none" w:sz="0" w:space="0" w:color="auto"/>
                                    <w:bottom w:val="none" w:sz="0" w:space="0" w:color="auto"/>
                                    <w:right w:val="none" w:sz="0" w:space="0" w:color="auto"/>
                                  </w:divBdr>
                                  <w:divsChild>
                                    <w:div w:id="158620214">
                                      <w:marLeft w:val="0"/>
                                      <w:marRight w:val="0"/>
                                      <w:marTop w:val="0"/>
                                      <w:marBottom w:val="0"/>
                                      <w:divBdr>
                                        <w:top w:val="none" w:sz="0" w:space="0" w:color="auto"/>
                                        <w:left w:val="none" w:sz="0" w:space="0" w:color="auto"/>
                                        <w:bottom w:val="none" w:sz="0" w:space="0" w:color="auto"/>
                                        <w:right w:val="none" w:sz="0" w:space="0" w:color="auto"/>
                                      </w:divBdr>
                                      <w:divsChild>
                                        <w:div w:id="115880163">
                                          <w:marLeft w:val="0"/>
                                          <w:marRight w:val="0"/>
                                          <w:marTop w:val="0"/>
                                          <w:marBottom w:val="0"/>
                                          <w:divBdr>
                                            <w:top w:val="none" w:sz="0" w:space="0" w:color="auto"/>
                                            <w:left w:val="none" w:sz="0" w:space="0" w:color="auto"/>
                                            <w:bottom w:val="none" w:sz="0" w:space="0" w:color="auto"/>
                                            <w:right w:val="none" w:sz="0" w:space="0" w:color="auto"/>
                                          </w:divBdr>
                                          <w:divsChild>
                                            <w:div w:id="1321344857">
                                              <w:marLeft w:val="0"/>
                                              <w:marRight w:val="246"/>
                                              <w:marTop w:val="0"/>
                                              <w:marBottom w:val="0"/>
                                              <w:divBdr>
                                                <w:top w:val="none" w:sz="0" w:space="0" w:color="auto"/>
                                                <w:left w:val="none" w:sz="0" w:space="0" w:color="auto"/>
                                                <w:bottom w:val="none" w:sz="0" w:space="0" w:color="auto"/>
                                                <w:right w:val="none" w:sz="0" w:space="0" w:color="auto"/>
                                              </w:divBdr>
                                              <w:divsChild>
                                                <w:div w:id="298342625">
                                                  <w:marLeft w:val="0"/>
                                                  <w:marRight w:val="0"/>
                                                  <w:marTop w:val="0"/>
                                                  <w:marBottom w:val="0"/>
                                                  <w:divBdr>
                                                    <w:top w:val="none" w:sz="0" w:space="0" w:color="auto"/>
                                                    <w:left w:val="none" w:sz="0" w:space="0" w:color="auto"/>
                                                    <w:bottom w:val="none" w:sz="0" w:space="0" w:color="auto"/>
                                                    <w:right w:val="none" w:sz="0" w:space="0" w:color="auto"/>
                                                  </w:divBdr>
                                                  <w:divsChild>
                                                    <w:div w:id="1190726303">
                                                      <w:marLeft w:val="0"/>
                                                      <w:marRight w:val="0"/>
                                                      <w:marTop w:val="0"/>
                                                      <w:marBottom w:val="0"/>
                                                      <w:divBdr>
                                                        <w:top w:val="none" w:sz="0" w:space="0" w:color="auto"/>
                                                        <w:left w:val="none" w:sz="0" w:space="0" w:color="auto"/>
                                                        <w:bottom w:val="none" w:sz="0" w:space="0" w:color="auto"/>
                                                        <w:right w:val="none" w:sz="0" w:space="0" w:color="auto"/>
                                                      </w:divBdr>
                                                      <w:divsChild>
                                                        <w:div w:id="207824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68012">
                                              <w:marLeft w:val="0"/>
                                              <w:marRight w:val="0"/>
                                              <w:marTop w:val="0"/>
                                              <w:marBottom w:val="0"/>
                                              <w:divBdr>
                                                <w:top w:val="none" w:sz="0" w:space="0" w:color="auto"/>
                                                <w:left w:val="none" w:sz="0" w:space="0" w:color="auto"/>
                                                <w:bottom w:val="none" w:sz="0" w:space="0" w:color="auto"/>
                                                <w:right w:val="none" w:sz="0" w:space="0" w:color="auto"/>
                                              </w:divBdr>
                                              <w:divsChild>
                                                <w:div w:id="95919210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745298796">
                                      <w:marLeft w:val="0"/>
                                      <w:marRight w:val="0"/>
                                      <w:marTop w:val="0"/>
                                      <w:marBottom w:val="0"/>
                                      <w:divBdr>
                                        <w:top w:val="none" w:sz="0" w:space="0" w:color="auto"/>
                                        <w:left w:val="none" w:sz="0" w:space="0" w:color="auto"/>
                                        <w:bottom w:val="none" w:sz="0" w:space="0" w:color="auto"/>
                                        <w:right w:val="none" w:sz="0" w:space="0" w:color="auto"/>
                                      </w:divBdr>
                                      <w:divsChild>
                                        <w:div w:id="66732366">
                                          <w:marLeft w:val="0"/>
                                          <w:marRight w:val="0"/>
                                          <w:marTop w:val="0"/>
                                          <w:marBottom w:val="0"/>
                                          <w:divBdr>
                                            <w:top w:val="none" w:sz="0" w:space="0" w:color="auto"/>
                                            <w:left w:val="none" w:sz="0" w:space="0" w:color="auto"/>
                                            <w:bottom w:val="none" w:sz="0" w:space="0" w:color="auto"/>
                                            <w:right w:val="none" w:sz="0" w:space="0" w:color="auto"/>
                                          </w:divBdr>
                                          <w:divsChild>
                                            <w:div w:id="1704012710">
                                              <w:marLeft w:val="0"/>
                                              <w:marRight w:val="0"/>
                                              <w:marTop w:val="0"/>
                                              <w:marBottom w:val="0"/>
                                              <w:divBdr>
                                                <w:top w:val="none" w:sz="0" w:space="0" w:color="auto"/>
                                                <w:left w:val="none" w:sz="0" w:space="0" w:color="auto"/>
                                                <w:bottom w:val="none" w:sz="0" w:space="0" w:color="auto"/>
                                                <w:right w:val="none" w:sz="0" w:space="0" w:color="auto"/>
                                              </w:divBdr>
                                              <w:divsChild>
                                                <w:div w:id="2009671495">
                                                  <w:marLeft w:val="0"/>
                                                  <w:marRight w:val="0"/>
                                                  <w:marTop w:val="0"/>
                                                  <w:marBottom w:val="0"/>
                                                  <w:divBdr>
                                                    <w:top w:val="none" w:sz="0" w:space="0" w:color="auto"/>
                                                    <w:left w:val="none" w:sz="0" w:space="0" w:color="auto"/>
                                                    <w:bottom w:val="none" w:sz="0" w:space="0" w:color="auto"/>
                                                    <w:right w:val="none" w:sz="0" w:space="0" w:color="auto"/>
                                                  </w:divBdr>
                                                  <w:divsChild>
                                                    <w:div w:id="2108386012">
                                                      <w:marLeft w:val="0"/>
                                                      <w:marRight w:val="0"/>
                                                      <w:marTop w:val="180"/>
                                                      <w:marBottom w:val="240"/>
                                                      <w:divBdr>
                                                        <w:top w:val="none" w:sz="0" w:space="0" w:color="auto"/>
                                                        <w:left w:val="none" w:sz="0" w:space="0" w:color="auto"/>
                                                        <w:bottom w:val="none" w:sz="0" w:space="0" w:color="auto"/>
                                                        <w:right w:val="none" w:sz="0" w:space="0" w:color="auto"/>
                                                      </w:divBdr>
                                                    </w:div>
                                                    <w:div w:id="229311927">
                                                      <w:marLeft w:val="0"/>
                                                      <w:marRight w:val="0"/>
                                                      <w:marTop w:val="180"/>
                                                      <w:marBottom w:val="240"/>
                                                      <w:divBdr>
                                                        <w:top w:val="none" w:sz="0" w:space="0" w:color="auto"/>
                                                        <w:left w:val="none" w:sz="0" w:space="0" w:color="auto"/>
                                                        <w:bottom w:val="none" w:sz="0" w:space="0" w:color="auto"/>
                                                        <w:right w:val="none" w:sz="0" w:space="0" w:color="auto"/>
                                                      </w:divBdr>
                                                    </w:div>
                                                    <w:div w:id="1078090798">
                                                      <w:marLeft w:val="0"/>
                                                      <w:marRight w:val="0"/>
                                                      <w:marTop w:val="360"/>
                                                      <w:marBottom w:val="180"/>
                                                      <w:divBdr>
                                                        <w:top w:val="none" w:sz="0" w:space="0" w:color="auto"/>
                                                        <w:left w:val="none" w:sz="0" w:space="0" w:color="auto"/>
                                                        <w:bottom w:val="none" w:sz="0" w:space="0" w:color="auto"/>
                                                        <w:right w:val="none" w:sz="0" w:space="0" w:color="auto"/>
                                                      </w:divBdr>
                                                    </w:div>
                                                    <w:div w:id="1654214552">
                                                      <w:marLeft w:val="0"/>
                                                      <w:marRight w:val="0"/>
                                                      <w:marTop w:val="180"/>
                                                      <w:marBottom w:val="240"/>
                                                      <w:divBdr>
                                                        <w:top w:val="none" w:sz="0" w:space="0" w:color="auto"/>
                                                        <w:left w:val="none" w:sz="0" w:space="0" w:color="auto"/>
                                                        <w:bottom w:val="none" w:sz="0" w:space="0" w:color="auto"/>
                                                        <w:right w:val="none" w:sz="0" w:space="0" w:color="auto"/>
                                                      </w:divBdr>
                                                    </w:div>
                                                    <w:div w:id="131607371">
                                                      <w:marLeft w:val="0"/>
                                                      <w:marRight w:val="0"/>
                                                      <w:marTop w:val="180"/>
                                                      <w:marBottom w:val="240"/>
                                                      <w:divBdr>
                                                        <w:top w:val="none" w:sz="0" w:space="0" w:color="auto"/>
                                                        <w:left w:val="none" w:sz="0" w:space="0" w:color="auto"/>
                                                        <w:bottom w:val="none" w:sz="0" w:space="0" w:color="auto"/>
                                                        <w:right w:val="none" w:sz="0" w:space="0" w:color="auto"/>
                                                      </w:divBdr>
                                                    </w:div>
                                                    <w:div w:id="1833643529">
                                                      <w:marLeft w:val="0"/>
                                                      <w:marRight w:val="0"/>
                                                      <w:marTop w:val="180"/>
                                                      <w:marBottom w:val="240"/>
                                                      <w:divBdr>
                                                        <w:top w:val="none" w:sz="0" w:space="0" w:color="auto"/>
                                                        <w:left w:val="none" w:sz="0" w:space="0" w:color="auto"/>
                                                        <w:bottom w:val="none" w:sz="0" w:space="0" w:color="auto"/>
                                                        <w:right w:val="none" w:sz="0" w:space="0" w:color="auto"/>
                                                      </w:divBdr>
                                                    </w:div>
                                                    <w:div w:id="407072172">
                                                      <w:marLeft w:val="0"/>
                                                      <w:marRight w:val="0"/>
                                                      <w:marTop w:val="180"/>
                                                      <w:marBottom w:val="240"/>
                                                      <w:divBdr>
                                                        <w:top w:val="none" w:sz="0" w:space="0" w:color="auto"/>
                                                        <w:left w:val="none" w:sz="0" w:space="0" w:color="auto"/>
                                                        <w:bottom w:val="none" w:sz="0" w:space="0" w:color="auto"/>
                                                        <w:right w:val="none" w:sz="0" w:space="0" w:color="auto"/>
                                                      </w:divBdr>
                                                    </w:div>
                                                    <w:div w:id="9180835">
                                                      <w:marLeft w:val="0"/>
                                                      <w:marRight w:val="0"/>
                                                      <w:marTop w:val="180"/>
                                                      <w:marBottom w:val="240"/>
                                                      <w:divBdr>
                                                        <w:top w:val="none" w:sz="0" w:space="0" w:color="auto"/>
                                                        <w:left w:val="none" w:sz="0" w:space="0" w:color="auto"/>
                                                        <w:bottom w:val="none" w:sz="0" w:space="0" w:color="auto"/>
                                                        <w:right w:val="none" w:sz="0" w:space="0" w:color="auto"/>
                                                      </w:divBdr>
                                                    </w:div>
                                                    <w:div w:id="120347705">
                                                      <w:marLeft w:val="0"/>
                                                      <w:marRight w:val="0"/>
                                                      <w:marTop w:val="180"/>
                                                      <w:marBottom w:val="240"/>
                                                      <w:divBdr>
                                                        <w:top w:val="none" w:sz="0" w:space="0" w:color="auto"/>
                                                        <w:left w:val="none" w:sz="0" w:space="0" w:color="auto"/>
                                                        <w:bottom w:val="none" w:sz="0" w:space="0" w:color="auto"/>
                                                        <w:right w:val="none" w:sz="0" w:space="0" w:color="auto"/>
                                                      </w:divBdr>
                                                    </w:div>
                                                    <w:div w:id="132991935">
                                                      <w:marLeft w:val="0"/>
                                                      <w:marRight w:val="0"/>
                                                      <w:marTop w:val="180"/>
                                                      <w:marBottom w:val="240"/>
                                                      <w:divBdr>
                                                        <w:top w:val="none" w:sz="0" w:space="0" w:color="auto"/>
                                                        <w:left w:val="none" w:sz="0" w:space="0" w:color="auto"/>
                                                        <w:bottom w:val="none" w:sz="0" w:space="0" w:color="auto"/>
                                                        <w:right w:val="none" w:sz="0" w:space="0" w:color="auto"/>
                                                      </w:divBdr>
                                                    </w:div>
                                                    <w:div w:id="2113815594">
                                                      <w:marLeft w:val="0"/>
                                                      <w:marRight w:val="0"/>
                                                      <w:marTop w:val="180"/>
                                                      <w:marBottom w:val="240"/>
                                                      <w:divBdr>
                                                        <w:top w:val="none" w:sz="0" w:space="0" w:color="auto"/>
                                                        <w:left w:val="none" w:sz="0" w:space="0" w:color="auto"/>
                                                        <w:bottom w:val="none" w:sz="0" w:space="0" w:color="auto"/>
                                                        <w:right w:val="none" w:sz="0" w:space="0" w:color="auto"/>
                                                      </w:divBdr>
                                                    </w:div>
                                                    <w:div w:id="57004455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671299647">
                                  <w:marLeft w:val="0"/>
                                  <w:marRight w:val="0"/>
                                  <w:marTop w:val="450"/>
                                  <w:marBottom w:val="0"/>
                                  <w:divBdr>
                                    <w:top w:val="none" w:sz="0" w:space="0" w:color="auto"/>
                                    <w:left w:val="none" w:sz="0" w:space="0" w:color="auto"/>
                                    <w:bottom w:val="none" w:sz="0" w:space="0" w:color="auto"/>
                                    <w:right w:val="none" w:sz="0" w:space="0" w:color="auto"/>
                                  </w:divBdr>
                                  <w:divsChild>
                                    <w:div w:id="1188325132">
                                      <w:marLeft w:val="0"/>
                                      <w:marRight w:val="0"/>
                                      <w:marTop w:val="0"/>
                                      <w:marBottom w:val="0"/>
                                      <w:divBdr>
                                        <w:top w:val="none" w:sz="0" w:space="0" w:color="auto"/>
                                        <w:left w:val="none" w:sz="0" w:space="0" w:color="auto"/>
                                        <w:bottom w:val="none" w:sz="0" w:space="0" w:color="auto"/>
                                        <w:right w:val="none" w:sz="0" w:space="0" w:color="auto"/>
                                      </w:divBdr>
                                      <w:divsChild>
                                        <w:div w:id="599946597">
                                          <w:marLeft w:val="0"/>
                                          <w:marRight w:val="0"/>
                                          <w:marTop w:val="0"/>
                                          <w:marBottom w:val="0"/>
                                          <w:divBdr>
                                            <w:top w:val="none" w:sz="0" w:space="0" w:color="auto"/>
                                            <w:left w:val="none" w:sz="0" w:space="0" w:color="auto"/>
                                            <w:bottom w:val="none" w:sz="0" w:space="0" w:color="auto"/>
                                            <w:right w:val="none" w:sz="0" w:space="0" w:color="auto"/>
                                          </w:divBdr>
                                          <w:divsChild>
                                            <w:div w:id="1170220831">
                                              <w:marLeft w:val="0"/>
                                              <w:marRight w:val="4412"/>
                                              <w:marTop w:val="0"/>
                                              <w:marBottom w:val="0"/>
                                              <w:divBdr>
                                                <w:top w:val="none" w:sz="0" w:space="0" w:color="auto"/>
                                                <w:left w:val="none" w:sz="0" w:space="0" w:color="auto"/>
                                                <w:bottom w:val="none" w:sz="0" w:space="0" w:color="auto"/>
                                                <w:right w:val="none" w:sz="0" w:space="0" w:color="auto"/>
                                              </w:divBdr>
                                              <w:divsChild>
                                                <w:div w:id="1014579103">
                                                  <w:marLeft w:val="0"/>
                                                  <w:marRight w:val="0"/>
                                                  <w:marTop w:val="0"/>
                                                  <w:marBottom w:val="0"/>
                                                  <w:divBdr>
                                                    <w:top w:val="none" w:sz="0" w:space="0" w:color="auto"/>
                                                    <w:left w:val="none" w:sz="0" w:space="0" w:color="auto"/>
                                                    <w:bottom w:val="none" w:sz="0" w:space="0" w:color="auto"/>
                                                    <w:right w:val="none" w:sz="0" w:space="0" w:color="auto"/>
                                                  </w:divBdr>
                                                  <w:divsChild>
                                                    <w:div w:id="462578183">
                                                      <w:marLeft w:val="0"/>
                                                      <w:marRight w:val="0"/>
                                                      <w:marTop w:val="0"/>
                                                      <w:marBottom w:val="0"/>
                                                      <w:divBdr>
                                                        <w:top w:val="none" w:sz="0" w:space="0" w:color="auto"/>
                                                        <w:left w:val="none" w:sz="0" w:space="0" w:color="auto"/>
                                                        <w:bottom w:val="none" w:sz="0" w:space="0" w:color="auto"/>
                                                        <w:right w:val="none" w:sz="0" w:space="0" w:color="auto"/>
                                                      </w:divBdr>
                                                      <w:divsChild>
                                                        <w:div w:id="1948195891">
                                                          <w:marLeft w:val="0"/>
                                                          <w:marRight w:val="0"/>
                                                          <w:marTop w:val="0"/>
                                                          <w:marBottom w:val="0"/>
                                                          <w:divBdr>
                                                            <w:top w:val="none" w:sz="0" w:space="0" w:color="auto"/>
                                                            <w:left w:val="none" w:sz="0" w:space="0" w:color="auto"/>
                                                            <w:bottom w:val="none" w:sz="0" w:space="0" w:color="auto"/>
                                                            <w:right w:val="none" w:sz="0" w:space="0" w:color="auto"/>
                                                          </w:divBdr>
                                                          <w:divsChild>
                                                            <w:div w:id="1989705460">
                                                              <w:marLeft w:val="0"/>
                                                              <w:marRight w:val="0"/>
                                                              <w:marTop w:val="0"/>
                                                              <w:marBottom w:val="0"/>
                                                              <w:divBdr>
                                                                <w:top w:val="none" w:sz="0" w:space="0" w:color="auto"/>
                                                                <w:left w:val="none" w:sz="0" w:space="0" w:color="auto"/>
                                                                <w:bottom w:val="none" w:sz="0" w:space="0" w:color="auto"/>
                                                                <w:right w:val="none" w:sz="0" w:space="0" w:color="auto"/>
                                                              </w:divBdr>
                                                              <w:divsChild>
                                                                <w:div w:id="109910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89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706101">
                                              <w:marLeft w:val="0"/>
                                              <w:marRight w:val="0"/>
                                              <w:marTop w:val="0"/>
                                              <w:marBottom w:val="0"/>
                                              <w:divBdr>
                                                <w:top w:val="none" w:sz="0" w:space="0" w:color="auto"/>
                                                <w:left w:val="none" w:sz="0" w:space="0" w:color="auto"/>
                                                <w:bottom w:val="none" w:sz="0" w:space="0" w:color="auto"/>
                                                <w:right w:val="none" w:sz="0" w:space="0" w:color="auto"/>
                                              </w:divBdr>
                                              <w:divsChild>
                                                <w:div w:id="153488512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411969051">
                                      <w:marLeft w:val="0"/>
                                      <w:marRight w:val="0"/>
                                      <w:marTop w:val="0"/>
                                      <w:marBottom w:val="0"/>
                                      <w:divBdr>
                                        <w:top w:val="none" w:sz="0" w:space="0" w:color="auto"/>
                                        <w:left w:val="none" w:sz="0" w:space="0" w:color="auto"/>
                                        <w:bottom w:val="none" w:sz="0" w:space="0" w:color="auto"/>
                                        <w:right w:val="none" w:sz="0" w:space="0" w:color="auto"/>
                                      </w:divBdr>
                                      <w:divsChild>
                                        <w:div w:id="812672758">
                                          <w:marLeft w:val="0"/>
                                          <w:marRight w:val="0"/>
                                          <w:marTop w:val="0"/>
                                          <w:marBottom w:val="0"/>
                                          <w:divBdr>
                                            <w:top w:val="none" w:sz="0" w:space="0" w:color="auto"/>
                                            <w:left w:val="none" w:sz="0" w:space="0" w:color="auto"/>
                                            <w:bottom w:val="none" w:sz="0" w:space="0" w:color="auto"/>
                                            <w:right w:val="none" w:sz="0" w:space="0" w:color="auto"/>
                                          </w:divBdr>
                                          <w:divsChild>
                                            <w:div w:id="240143150">
                                              <w:marLeft w:val="0"/>
                                              <w:marRight w:val="0"/>
                                              <w:marTop w:val="0"/>
                                              <w:marBottom w:val="0"/>
                                              <w:divBdr>
                                                <w:top w:val="none" w:sz="0" w:space="0" w:color="auto"/>
                                                <w:left w:val="none" w:sz="0" w:space="0" w:color="auto"/>
                                                <w:bottom w:val="none" w:sz="0" w:space="0" w:color="auto"/>
                                                <w:right w:val="none" w:sz="0" w:space="0" w:color="auto"/>
                                              </w:divBdr>
                                              <w:divsChild>
                                                <w:div w:id="560991814">
                                                  <w:marLeft w:val="0"/>
                                                  <w:marRight w:val="0"/>
                                                  <w:marTop w:val="0"/>
                                                  <w:marBottom w:val="0"/>
                                                  <w:divBdr>
                                                    <w:top w:val="none" w:sz="0" w:space="0" w:color="auto"/>
                                                    <w:left w:val="none" w:sz="0" w:space="0" w:color="auto"/>
                                                    <w:bottom w:val="none" w:sz="0" w:space="0" w:color="auto"/>
                                                    <w:right w:val="none" w:sz="0" w:space="0" w:color="auto"/>
                                                  </w:divBdr>
                                                  <w:divsChild>
                                                    <w:div w:id="1738892079">
                                                      <w:marLeft w:val="0"/>
                                                      <w:marRight w:val="0"/>
                                                      <w:marTop w:val="180"/>
                                                      <w:marBottom w:val="240"/>
                                                      <w:divBdr>
                                                        <w:top w:val="none" w:sz="0" w:space="0" w:color="auto"/>
                                                        <w:left w:val="none" w:sz="0" w:space="0" w:color="auto"/>
                                                        <w:bottom w:val="none" w:sz="0" w:space="0" w:color="auto"/>
                                                        <w:right w:val="none" w:sz="0" w:space="0" w:color="auto"/>
                                                      </w:divBdr>
                                                    </w:div>
                                                    <w:div w:id="581332284">
                                                      <w:marLeft w:val="0"/>
                                                      <w:marRight w:val="0"/>
                                                      <w:marTop w:val="180"/>
                                                      <w:marBottom w:val="240"/>
                                                      <w:divBdr>
                                                        <w:top w:val="none" w:sz="0" w:space="0" w:color="auto"/>
                                                        <w:left w:val="none" w:sz="0" w:space="0" w:color="auto"/>
                                                        <w:bottom w:val="none" w:sz="0" w:space="0" w:color="auto"/>
                                                        <w:right w:val="none" w:sz="0" w:space="0" w:color="auto"/>
                                                      </w:divBdr>
                                                    </w:div>
                                                    <w:div w:id="1065421832">
                                                      <w:marLeft w:val="0"/>
                                                      <w:marRight w:val="0"/>
                                                      <w:marTop w:val="360"/>
                                                      <w:marBottom w:val="180"/>
                                                      <w:divBdr>
                                                        <w:top w:val="none" w:sz="0" w:space="0" w:color="auto"/>
                                                        <w:left w:val="none" w:sz="0" w:space="0" w:color="auto"/>
                                                        <w:bottom w:val="none" w:sz="0" w:space="0" w:color="auto"/>
                                                        <w:right w:val="none" w:sz="0" w:space="0" w:color="auto"/>
                                                      </w:divBdr>
                                                    </w:div>
                                                    <w:div w:id="2075009551">
                                                      <w:marLeft w:val="0"/>
                                                      <w:marRight w:val="0"/>
                                                      <w:marTop w:val="360"/>
                                                      <w:marBottom w:val="180"/>
                                                      <w:divBdr>
                                                        <w:top w:val="none" w:sz="0" w:space="0" w:color="auto"/>
                                                        <w:left w:val="none" w:sz="0" w:space="0" w:color="auto"/>
                                                        <w:bottom w:val="none" w:sz="0" w:space="0" w:color="auto"/>
                                                        <w:right w:val="none" w:sz="0" w:space="0" w:color="auto"/>
                                                      </w:divBdr>
                                                    </w:div>
                                                    <w:div w:id="511993833">
                                                      <w:marLeft w:val="0"/>
                                                      <w:marRight w:val="0"/>
                                                      <w:marTop w:val="180"/>
                                                      <w:marBottom w:val="240"/>
                                                      <w:divBdr>
                                                        <w:top w:val="none" w:sz="0" w:space="0" w:color="auto"/>
                                                        <w:left w:val="none" w:sz="0" w:space="0" w:color="auto"/>
                                                        <w:bottom w:val="none" w:sz="0" w:space="0" w:color="auto"/>
                                                        <w:right w:val="none" w:sz="0" w:space="0" w:color="auto"/>
                                                      </w:divBdr>
                                                    </w:div>
                                                    <w:div w:id="1864590758">
                                                      <w:marLeft w:val="0"/>
                                                      <w:marRight w:val="0"/>
                                                      <w:marTop w:val="360"/>
                                                      <w:marBottom w:val="180"/>
                                                      <w:divBdr>
                                                        <w:top w:val="none" w:sz="0" w:space="0" w:color="auto"/>
                                                        <w:left w:val="none" w:sz="0" w:space="0" w:color="auto"/>
                                                        <w:bottom w:val="none" w:sz="0" w:space="0" w:color="auto"/>
                                                        <w:right w:val="none" w:sz="0" w:space="0" w:color="auto"/>
                                                      </w:divBdr>
                                                    </w:div>
                                                    <w:div w:id="1211187925">
                                                      <w:marLeft w:val="0"/>
                                                      <w:marRight w:val="0"/>
                                                      <w:marTop w:val="180"/>
                                                      <w:marBottom w:val="240"/>
                                                      <w:divBdr>
                                                        <w:top w:val="none" w:sz="0" w:space="0" w:color="auto"/>
                                                        <w:left w:val="none" w:sz="0" w:space="0" w:color="auto"/>
                                                        <w:bottom w:val="none" w:sz="0" w:space="0" w:color="auto"/>
                                                        <w:right w:val="none" w:sz="0" w:space="0" w:color="auto"/>
                                                      </w:divBdr>
                                                    </w:div>
                                                    <w:div w:id="2071922638">
                                                      <w:marLeft w:val="0"/>
                                                      <w:marRight w:val="0"/>
                                                      <w:marTop w:val="180"/>
                                                      <w:marBottom w:val="240"/>
                                                      <w:divBdr>
                                                        <w:top w:val="none" w:sz="0" w:space="0" w:color="auto"/>
                                                        <w:left w:val="none" w:sz="0" w:space="0" w:color="auto"/>
                                                        <w:bottom w:val="none" w:sz="0" w:space="0" w:color="auto"/>
                                                        <w:right w:val="none" w:sz="0" w:space="0" w:color="auto"/>
                                                      </w:divBdr>
                                                    </w:div>
                                                    <w:div w:id="1832139284">
                                                      <w:marLeft w:val="0"/>
                                                      <w:marRight w:val="0"/>
                                                      <w:marTop w:val="180"/>
                                                      <w:marBottom w:val="240"/>
                                                      <w:divBdr>
                                                        <w:top w:val="none" w:sz="0" w:space="0" w:color="auto"/>
                                                        <w:left w:val="none" w:sz="0" w:space="0" w:color="auto"/>
                                                        <w:bottom w:val="none" w:sz="0" w:space="0" w:color="auto"/>
                                                        <w:right w:val="none" w:sz="0" w:space="0" w:color="auto"/>
                                                      </w:divBdr>
                                                    </w:div>
                                                    <w:div w:id="525874067">
                                                      <w:marLeft w:val="0"/>
                                                      <w:marRight w:val="0"/>
                                                      <w:marTop w:val="360"/>
                                                      <w:marBottom w:val="180"/>
                                                      <w:divBdr>
                                                        <w:top w:val="none" w:sz="0" w:space="0" w:color="auto"/>
                                                        <w:left w:val="none" w:sz="0" w:space="0" w:color="auto"/>
                                                        <w:bottom w:val="none" w:sz="0" w:space="0" w:color="auto"/>
                                                        <w:right w:val="none" w:sz="0" w:space="0" w:color="auto"/>
                                                      </w:divBdr>
                                                    </w:div>
                                                    <w:div w:id="343870485">
                                                      <w:marLeft w:val="0"/>
                                                      <w:marRight w:val="0"/>
                                                      <w:marTop w:val="180"/>
                                                      <w:marBottom w:val="240"/>
                                                      <w:divBdr>
                                                        <w:top w:val="none" w:sz="0" w:space="0" w:color="auto"/>
                                                        <w:left w:val="none" w:sz="0" w:space="0" w:color="auto"/>
                                                        <w:bottom w:val="none" w:sz="0" w:space="0" w:color="auto"/>
                                                        <w:right w:val="none" w:sz="0" w:space="0" w:color="auto"/>
                                                      </w:divBdr>
                                                    </w:div>
                                                    <w:div w:id="2093046780">
                                                      <w:marLeft w:val="0"/>
                                                      <w:marRight w:val="0"/>
                                                      <w:marTop w:val="180"/>
                                                      <w:marBottom w:val="240"/>
                                                      <w:divBdr>
                                                        <w:top w:val="none" w:sz="0" w:space="0" w:color="auto"/>
                                                        <w:left w:val="none" w:sz="0" w:space="0" w:color="auto"/>
                                                        <w:bottom w:val="none" w:sz="0" w:space="0" w:color="auto"/>
                                                        <w:right w:val="none" w:sz="0" w:space="0" w:color="auto"/>
                                                      </w:divBdr>
                                                    </w:div>
                                                    <w:div w:id="1771971493">
                                                      <w:marLeft w:val="0"/>
                                                      <w:marRight w:val="0"/>
                                                      <w:marTop w:val="180"/>
                                                      <w:marBottom w:val="240"/>
                                                      <w:divBdr>
                                                        <w:top w:val="none" w:sz="0" w:space="0" w:color="auto"/>
                                                        <w:left w:val="none" w:sz="0" w:space="0" w:color="auto"/>
                                                        <w:bottom w:val="none" w:sz="0" w:space="0" w:color="auto"/>
                                                        <w:right w:val="none" w:sz="0" w:space="0" w:color="auto"/>
                                                      </w:divBdr>
                                                    </w:div>
                                                    <w:div w:id="2003579771">
                                                      <w:marLeft w:val="0"/>
                                                      <w:marRight w:val="0"/>
                                                      <w:marTop w:val="180"/>
                                                      <w:marBottom w:val="240"/>
                                                      <w:divBdr>
                                                        <w:top w:val="none" w:sz="0" w:space="0" w:color="auto"/>
                                                        <w:left w:val="none" w:sz="0" w:space="0" w:color="auto"/>
                                                        <w:bottom w:val="none" w:sz="0" w:space="0" w:color="auto"/>
                                                        <w:right w:val="none" w:sz="0" w:space="0" w:color="auto"/>
                                                      </w:divBdr>
                                                    </w:div>
                                                    <w:div w:id="200830370">
                                                      <w:marLeft w:val="0"/>
                                                      <w:marRight w:val="0"/>
                                                      <w:marTop w:val="180"/>
                                                      <w:marBottom w:val="240"/>
                                                      <w:divBdr>
                                                        <w:top w:val="none" w:sz="0" w:space="0" w:color="auto"/>
                                                        <w:left w:val="none" w:sz="0" w:space="0" w:color="auto"/>
                                                        <w:bottom w:val="none" w:sz="0" w:space="0" w:color="auto"/>
                                                        <w:right w:val="none" w:sz="0" w:space="0" w:color="auto"/>
                                                      </w:divBdr>
                                                    </w:div>
                                                    <w:div w:id="210848394">
                                                      <w:marLeft w:val="0"/>
                                                      <w:marRight w:val="0"/>
                                                      <w:marTop w:val="180"/>
                                                      <w:marBottom w:val="240"/>
                                                      <w:divBdr>
                                                        <w:top w:val="none" w:sz="0" w:space="0" w:color="auto"/>
                                                        <w:left w:val="none" w:sz="0" w:space="0" w:color="auto"/>
                                                        <w:bottom w:val="none" w:sz="0" w:space="0" w:color="auto"/>
                                                        <w:right w:val="none" w:sz="0" w:space="0" w:color="auto"/>
                                                      </w:divBdr>
                                                    </w:div>
                                                    <w:div w:id="914972839">
                                                      <w:marLeft w:val="0"/>
                                                      <w:marRight w:val="0"/>
                                                      <w:marTop w:val="180"/>
                                                      <w:marBottom w:val="240"/>
                                                      <w:divBdr>
                                                        <w:top w:val="none" w:sz="0" w:space="0" w:color="auto"/>
                                                        <w:left w:val="none" w:sz="0" w:space="0" w:color="auto"/>
                                                        <w:bottom w:val="none" w:sz="0" w:space="0" w:color="auto"/>
                                                        <w:right w:val="none" w:sz="0" w:space="0" w:color="auto"/>
                                                      </w:divBdr>
                                                    </w:div>
                                                    <w:div w:id="230433861">
                                                      <w:marLeft w:val="0"/>
                                                      <w:marRight w:val="0"/>
                                                      <w:marTop w:val="180"/>
                                                      <w:marBottom w:val="240"/>
                                                      <w:divBdr>
                                                        <w:top w:val="none" w:sz="0" w:space="0" w:color="auto"/>
                                                        <w:left w:val="none" w:sz="0" w:space="0" w:color="auto"/>
                                                        <w:bottom w:val="none" w:sz="0" w:space="0" w:color="auto"/>
                                                        <w:right w:val="none" w:sz="0" w:space="0" w:color="auto"/>
                                                      </w:divBdr>
                                                    </w:div>
                                                    <w:div w:id="190266721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006783675">
                                  <w:marLeft w:val="0"/>
                                  <w:marRight w:val="0"/>
                                  <w:marTop w:val="450"/>
                                  <w:marBottom w:val="0"/>
                                  <w:divBdr>
                                    <w:top w:val="none" w:sz="0" w:space="0" w:color="auto"/>
                                    <w:left w:val="none" w:sz="0" w:space="0" w:color="auto"/>
                                    <w:bottom w:val="none" w:sz="0" w:space="0" w:color="auto"/>
                                    <w:right w:val="none" w:sz="0" w:space="0" w:color="auto"/>
                                  </w:divBdr>
                                  <w:divsChild>
                                    <w:div w:id="958997115">
                                      <w:marLeft w:val="0"/>
                                      <w:marRight w:val="0"/>
                                      <w:marTop w:val="0"/>
                                      <w:marBottom w:val="0"/>
                                      <w:divBdr>
                                        <w:top w:val="none" w:sz="0" w:space="0" w:color="auto"/>
                                        <w:left w:val="none" w:sz="0" w:space="0" w:color="auto"/>
                                        <w:bottom w:val="none" w:sz="0" w:space="0" w:color="auto"/>
                                        <w:right w:val="none" w:sz="0" w:space="0" w:color="auto"/>
                                      </w:divBdr>
                                      <w:divsChild>
                                        <w:div w:id="272640795">
                                          <w:marLeft w:val="0"/>
                                          <w:marRight w:val="0"/>
                                          <w:marTop w:val="0"/>
                                          <w:marBottom w:val="0"/>
                                          <w:divBdr>
                                            <w:top w:val="none" w:sz="0" w:space="0" w:color="auto"/>
                                            <w:left w:val="none" w:sz="0" w:space="0" w:color="auto"/>
                                            <w:bottom w:val="none" w:sz="0" w:space="0" w:color="auto"/>
                                            <w:right w:val="none" w:sz="0" w:space="0" w:color="auto"/>
                                          </w:divBdr>
                                          <w:divsChild>
                                            <w:div w:id="302080315">
                                              <w:marLeft w:val="0"/>
                                              <w:marRight w:val="991"/>
                                              <w:marTop w:val="0"/>
                                              <w:marBottom w:val="0"/>
                                              <w:divBdr>
                                                <w:top w:val="none" w:sz="0" w:space="0" w:color="auto"/>
                                                <w:left w:val="none" w:sz="0" w:space="0" w:color="auto"/>
                                                <w:bottom w:val="none" w:sz="0" w:space="0" w:color="auto"/>
                                                <w:right w:val="none" w:sz="0" w:space="0" w:color="auto"/>
                                              </w:divBdr>
                                              <w:divsChild>
                                                <w:div w:id="634529111">
                                                  <w:marLeft w:val="0"/>
                                                  <w:marRight w:val="0"/>
                                                  <w:marTop w:val="0"/>
                                                  <w:marBottom w:val="0"/>
                                                  <w:divBdr>
                                                    <w:top w:val="none" w:sz="0" w:space="0" w:color="auto"/>
                                                    <w:left w:val="none" w:sz="0" w:space="0" w:color="auto"/>
                                                    <w:bottom w:val="none" w:sz="0" w:space="0" w:color="auto"/>
                                                    <w:right w:val="none" w:sz="0" w:space="0" w:color="auto"/>
                                                  </w:divBdr>
                                                  <w:divsChild>
                                                    <w:div w:id="1648052527">
                                                      <w:marLeft w:val="0"/>
                                                      <w:marRight w:val="0"/>
                                                      <w:marTop w:val="0"/>
                                                      <w:marBottom w:val="0"/>
                                                      <w:divBdr>
                                                        <w:top w:val="none" w:sz="0" w:space="0" w:color="auto"/>
                                                        <w:left w:val="none" w:sz="0" w:space="0" w:color="auto"/>
                                                        <w:bottom w:val="none" w:sz="0" w:space="0" w:color="auto"/>
                                                        <w:right w:val="none" w:sz="0" w:space="0" w:color="auto"/>
                                                      </w:divBdr>
                                                      <w:divsChild>
                                                        <w:div w:id="62693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649357">
                                              <w:marLeft w:val="0"/>
                                              <w:marRight w:val="0"/>
                                              <w:marTop w:val="0"/>
                                              <w:marBottom w:val="0"/>
                                              <w:divBdr>
                                                <w:top w:val="none" w:sz="0" w:space="0" w:color="auto"/>
                                                <w:left w:val="none" w:sz="0" w:space="0" w:color="auto"/>
                                                <w:bottom w:val="none" w:sz="0" w:space="0" w:color="auto"/>
                                                <w:right w:val="none" w:sz="0" w:space="0" w:color="auto"/>
                                              </w:divBdr>
                                              <w:divsChild>
                                                <w:div w:id="83653169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53380582">
                                      <w:marLeft w:val="0"/>
                                      <w:marRight w:val="0"/>
                                      <w:marTop w:val="0"/>
                                      <w:marBottom w:val="0"/>
                                      <w:divBdr>
                                        <w:top w:val="none" w:sz="0" w:space="0" w:color="auto"/>
                                        <w:left w:val="none" w:sz="0" w:space="0" w:color="auto"/>
                                        <w:bottom w:val="none" w:sz="0" w:space="0" w:color="auto"/>
                                        <w:right w:val="none" w:sz="0" w:space="0" w:color="auto"/>
                                      </w:divBdr>
                                      <w:divsChild>
                                        <w:div w:id="23097702">
                                          <w:marLeft w:val="0"/>
                                          <w:marRight w:val="0"/>
                                          <w:marTop w:val="0"/>
                                          <w:marBottom w:val="0"/>
                                          <w:divBdr>
                                            <w:top w:val="none" w:sz="0" w:space="0" w:color="auto"/>
                                            <w:left w:val="none" w:sz="0" w:space="0" w:color="auto"/>
                                            <w:bottom w:val="none" w:sz="0" w:space="0" w:color="auto"/>
                                            <w:right w:val="none" w:sz="0" w:space="0" w:color="auto"/>
                                          </w:divBdr>
                                          <w:divsChild>
                                            <w:div w:id="1858303805">
                                              <w:marLeft w:val="0"/>
                                              <w:marRight w:val="0"/>
                                              <w:marTop w:val="0"/>
                                              <w:marBottom w:val="0"/>
                                              <w:divBdr>
                                                <w:top w:val="none" w:sz="0" w:space="0" w:color="auto"/>
                                                <w:left w:val="none" w:sz="0" w:space="0" w:color="auto"/>
                                                <w:bottom w:val="none" w:sz="0" w:space="0" w:color="auto"/>
                                                <w:right w:val="none" w:sz="0" w:space="0" w:color="auto"/>
                                              </w:divBdr>
                                              <w:divsChild>
                                                <w:div w:id="139808019">
                                                  <w:marLeft w:val="0"/>
                                                  <w:marRight w:val="0"/>
                                                  <w:marTop w:val="0"/>
                                                  <w:marBottom w:val="0"/>
                                                  <w:divBdr>
                                                    <w:top w:val="none" w:sz="0" w:space="0" w:color="auto"/>
                                                    <w:left w:val="none" w:sz="0" w:space="0" w:color="auto"/>
                                                    <w:bottom w:val="none" w:sz="0" w:space="0" w:color="auto"/>
                                                    <w:right w:val="none" w:sz="0" w:space="0" w:color="auto"/>
                                                  </w:divBdr>
                                                  <w:divsChild>
                                                    <w:div w:id="1769765029">
                                                      <w:marLeft w:val="0"/>
                                                      <w:marRight w:val="0"/>
                                                      <w:marTop w:val="180"/>
                                                      <w:marBottom w:val="240"/>
                                                      <w:divBdr>
                                                        <w:top w:val="none" w:sz="0" w:space="0" w:color="auto"/>
                                                        <w:left w:val="none" w:sz="0" w:space="0" w:color="auto"/>
                                                        <w:bottom w:val="none" w:sz="0" w:space="0" w:color="auto"/>
                                                        <w:right w:val="none" w:sz="0" w:space="0" w:color="auto"/>
                                                      </w:divBdr>
                                                    </w:div>
                                                    <w:div w:id="2133207285">
                                                      <w:marLeft w:val="0"/>
                                                      <w:marRight w:val="0"/>
                                                      <w:marTop w:val="180"/>
                                                      <w:marBottom w:val="240"/>
                                                      <w:divBdr>
                                                        <w:top w:val="none" w:sz="0" w:space="0" w:color="auto"/>
                                                        <w:left w:val="none" w:sz="0" w:space="0" w:color="auto"/>
                                                        <w:bottom w:val="none" w:sz="0" w:space="0" w:color="auto"/>
                                                        <w:right w:val="none" w:sz="0" w:space="0" w:color="auto"/>
                                                      </w:divBdr>
                                                    </w:div>
                                                    <w:div w:id="1184320517">
                                                      <w:marLeft w:val="0"/>
                                                      <w:marRight w:val="0"/>
                                                      <w:marTop w:val="180"/>
                                                      <w:marBottom w:val="240"/>
                                                      <w:divBdr>
                                                        <w:top w:val="none" w:sz="0" w:space="0" w:color="auto"/>
                                                        <w:left w:val="none" w:sz="0" w:space="0" w:color="auto"/>
                                                        <w:bottom w:val="none" w:sz="0" w:space="0" w:color="auto"/>
                                                        <w:right w:val="none" w:sz="0" w:space="0" w:color="auto"/>
                                                      </w:divBdr>
                                                    </w:div>
                                                    <w:div w:id="2131121235">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8783385">
                                  <w:marLeft w:val="0"/>
                                  <w:marRight w:val="0"/>
                                  <w:marTop w:val="450"/>
                                  <w:marBottom w:val="0"/>
                                  <w:divBdr>
                                    <w:top w:val="none" w:sz="0" w:space="0" w:color="auto"/>
                                    <w:left w:val="none" w:sz="0" w:space="0" w:color="auto"/>
                                    <w:bottom w:val="none" w:sz="0" w:space="0" w:color="auto"/>
                                    <w:right w:val="none" w:sz="0" w:space="0" w:color="auto"/>
                                  </w:divBdr>
                                  <w:divsChild>
                                    <w:div w:id="1329748935">
                                      <w:marLeft w:val="0"/>
                                      <w:marRight w:val="0"/>
                                      <w:marTop w:val="0"/>
                                      <w:marBottom w:val="0"/>
                                      <w:divBdr>
                                        <w:top w:val="none" w:sz="0" w:space="0" w:color="auto"/>
                                        <w:left w:val="none" w:sz="0" w:space="0" w:color="auto"/>
                                        <w:bottom w:val="none" w:sz="0" w:space="0" w:color="auto"/>
                                        <w:right w:val="none" w:sz="0" w:space="0" w:color="auto"/>
                                      </w:divBdr>
                                      <w:divsChild>
                                        <w:div w:id="159857733">
                                          <w:marLeft w:val="0"/>
                                          <w:marRight w:val="0"/>
                                          <w:marTop w:val="0"/>
                                          <w:marBottom w:val="0"/>
                                          <w:divBdr>
                                            <w:top w:val="none" w:sz="0" w:space="0" w:color="auto"/>
                                            <w:left w:val="none" w:sz="0" w:space="0" w:color="auto"/>
                                            <w:bottom w:val="none" w:sz="0" w:space="0" w:color="auto"/>
                                            <w:right w:val="none" w:sz="0" w:space="0" w:color="auto"/>
                                          </w:divBdr>
                                          <w:divsChild>
                                            <w:div w:id="918834341">
                                              <w:marLeft w:val="0"/>
                                              <w:marRight w:val="1735"/>
                                              <w:marTop w:val="0"/>
                                              <w:marBottom w:val="0"/>
                                              <w:divBdr>
                                                <w:top w:val="none" w:sz="0" w:space="0" w:color="auto"/>
                                                <w:left w:val="none" w:sz="0" w:space="0" w:color="auto"/>
                                                <w:bottom w:val="none" w:sz="0" w:space="0" w:color="auto"/>
                                                <w:right w:val="none" w:sz="0" w:space="0" w:color="auto"/>
                                              </w:divBdr>
                                              <w:divsChild>
                                                <w:div w:id="478153857">
                                                  <w:marLeft w:val="0"/>
                                                  <w:marRight w:val="0"/>
                                                  <w:marTop w:val="0"/>
                                                  <w:marBottom w:val="0"/>
                                                  <w:divBdr>
                                                    <w:top w:val="none" w:sz="0" w:space="0" w:color="auto"/>
                                                    <w:left w:val="none" w:sz="0" w:space="0" w:color="auto"/>
                                                    <w:bottom w:val="none" w:sz="0" w:space="0" w:color="auto"/>
                                                    <w:right w:val="none" w:sz="0" w:space="0" w:color="auto"/>
                                                  </w:divBdr>
                                                  <w:divsChild>
                                                    <w:div w:id="184638491">
                                                      <w:marLeft w:val="0"/>
                                                      <w:marRight w:val="0"/>
                                                      <w:marTop w:val="0"/>
                                                      <w:marBottom w:val="0"/>
                                                      <w:divBdr>
                                                        <w:top w:val="none" w:sz="0" w:space="0" w:color="auto"/>
                                                        <w:left w:val="none" w:sz="0" w:space="0" w:color="auto"/>
                                                        <w:bottom w:val="none" w:sz="0" w:space="0" w:color="auto"/>
                                                        <w:right w:val="none" w:sz="0" w:space="0" w:color="auto"/>
                                                      </w:divBdr>
                                                      <w:divsChild>
                                                        <w:div w:id="835919343">
                                                          <w:marLeft w:val="0"/>
                                                          <w:marRight w:val="0"/>
                                                          <w:marTop w:val="0"/>
                                                          <w:marBottom w:val="0"/>
                                                          <w:divBdr>
                                                            <w:top w:val="none" w:sz="0" w:space="0" w:color="auto"/>
                                                            <w:left w:val="none" w:sz="0" w:space="0" w:color="auto"/>
                                                            <w:bottom w:val="none" w:sz="0" w:space="0" w:color="auto"/>
                                                            <w:right w:val="none" w:sz="0" w:space="0" w:color="auto"/>
                                                          </w:divBdr>
                                                          <w:divsChild>
                                                            <w:div w:id="765728524">
                                                              <w:marLeft w:val="0"/>
                                                              <w:marRight w:val="0"/>
                                                              <w:marTop w:val="0"/>
                                                              <w:marBottom w:val="0"/>
                                                              <w:divBdr>
                                                                <w:top w:val="none" w:sz="0" w:space="0" w:color="auto"/>
                                                                <w:left w:val="none" w:sz="0" w:space="0" w:color="auto"/>
                                                                <w:bottom w:val="none" w:sz="0" w:space="0" w:color="auto"/>
                                                                <w:right w:val="none" w:sz="0" w:space="0" w:color="auto"/>
                                                              </w:divBdr>
                                                              <w:divsChild>
                                                                <w:div w:id="86744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13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021464">
                                              <w:marLeft w:val="0"/>
                                              <w:marRight w:val="0"/>
                                              <w:marTop w:val="0"/>
                                              <w:marBottom w:val="0"/>
                                              <w:divBdr>
                                                <w:top w:val="none" w:sz="0" w:space="0" w:color="auto"/>
                                                <w:left w:val="none" w:sz="0" w:space="0" w:color="auto"/>
                                                <w:bottom w:val="none" w:sz="0" w:space="0" w:color="auto"/>
                                                <w:right w:val="none" w:sz="0" w:space="0" w:color="auto"/>
                                              </w:divBdr>
                                              <w:divsChild>
                                                <w:div w:id="200462721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402023738">
                                      <w:marLeft w:val="0"/>
                                      <w:marRight w:val="0"/>
                                      <w:marTop w:val="0"/>
                                      <w:marBottom w:val="0"/>
                                      <w:divBdr>
                                        <w:top w:val="none" w:sz="0" w:space="0" w:color="auto"/>
                                        <w:left w:val="none" w:sz="0" w:space="0" w:color="auto"/>
                                        <w:bottom w:val="none" w:sz="0" w:space="0" w:color="auto"/>
                                        <w:right w:val="none" w:sz="0" w:space="0" w:color="auto"/>
                                      </w:divBdr>
                                      <w:divsChild>
                                        <w:div w:id="629240904">
                                          <w:marLeft w:val="0"/>
                                          <w:marRight w:val="0"/>
                                          <w:marTop w:val="0"/>
                                          <w:marBottom w:val="0"/>
                                          <w:divBdr>
                                            <w:top w:val="none" w:sz="0" w:space="0" w:color="auto"/>
                                            <w:left w:val="none" w:sz="0" w:space="0" w:color="auto"/>
                                            <w:bottom w:val="none" w:sz="0" w:space="0" w:color="auto"/>
                                            <w:right w:val="none" w:sz="0" w:space="0" w:color="auto"/>
                                          </w:divBdr>
                                          <w:divsChild>
                                            <w:div w:id="970209758">
                                              <w:marLeft w:val="0"/>
                                              <w:marRight w:val="0"/>
                                              <w:marTop w:val="0"/>
                                              <w:marBottom w:val="0"/>
                                              <w:divBdr>
                                                <w:top w:val="none" w:sz="0" w:space="0" w:color="auto"/>
                                                <w:left w:val="none" w:sz="0" w:space="0" w:color="auto"/>
                                                <w:bottom w:val="none" w:sz="0" w:space="0" w:color="auto"/>
                                                <w:right w:val="none" w:sz="0" w:space="0" w:color="auto"/>
                                              </w:divBdr>
                                              <w:divsChild>
                                                <w:div w:id="548612824">
                                                  <w:marLeft w:val="0"/>
                                                  <w:marRight w:val="0"/>
                                                  <w:marTop w:val="0"/>
                                                  <w:marBottom w:val="0"/>
                                                  <w:divBdr>
                                                    <w:top w:val="none" w:sz="0" w:space="0" w:color="auto"/>
                                                    <w:left w:val="none" w:sz="0" w:space="0" w:color="auto"/>
                                                    <w:bottom w:val="none" w:sz="0" w:space="0" w:color="auto"/>
                                                    <w:right w:val="none" w:sz="0" w:space="0" w:color="auto"/>
                                                  </w:divBdr>
                                                  <w:divsChild>
                                                    <w:div w:id="142699315">
                                                      <w:marLeft w:val="0"/>
                                                      <w:marRight w:val="0"/>
                                                      <w:marTop w:val="180"/>
                                                      <w:marBottom w:val="240"/>
                                                      <w:divBdr>
                                                        <w:top w:val="none" w:sz="0" w:space="0" w:color="auto"/>
                                                        <w:left w:val="none" w:sz="0" w:space="0" w:color="auto"/>
                                                        <w:bottom w:val="none" w:sz="0" w:space="0" w:color="auto"/>
                                                        <w:right w:val="none" w:sz="0" w:space="0" w:color="auto"/>
                                                      </w:divBdr>
                                                    </w:div>
                                                    <w:div w:id="977491019">
                                                      <w:marLeft w:val="0"/>
                                                      <w:marRight w:val="0"/>
                                                      <w:marTop w:val="180"/>
                                                      <w:marBottom w:val="240"/>
                                                      <w:divBdr>
                                                        <w:top w:val="none" w:sz="0" w:space="0" w:color="auto"/>
                                                        <w:left w:val="none" w:sz="0" w:space="0" w:color="auto"/>
                                                        <w:bottom w:val="none" w:sz="0" w:space="0" w:color="auto"/>
                                                        <w:right w:val="none" w:sz="0" w:space="0" w:color="auto"/>
                                                      </w:divBdr>
                                                    </w:div>
                                                    <w:div w:id="1505975346">
                                                      <w:marLeft w:val="0"/>
                                                      <w:marRight w:val="0"/>
                                                      <w:marTop w:val="180"/>
                                                      <w:marBottom w:val="240"/>
                                                      <w:divBdr>
                                                        <w:top w:val="none" w:sz="0" w:space="0" w:color="auto"/>
                                                        <w:left w:val="none" w:sz="0" w:space="0" w:color="auto"/>
                                                        <w:bottom w:val="none" w:sz="0" w:space="0" w:color="auto"/>
                                                        <w:right w:val="none" w:sz="0" w:space="0" w:color="auto"/>
                                                      </w:divBdr>
                                                    </w:div>
                                                    <w:div w:id="31307125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596863552">
                                  <w:marLeft w:val="0"/>
                                  <w:marRight w:val="0"/>
                                  <w:marTop w:val="450"/>
                                  <w:marBottom w:val="0"/>
                                  <w:divBdr>
                                    <w:top w:val="none" w:sz="0" w:space="0" w:color="auto"/>
                                    <w:left w:val="none" w:sz="0" w:space="0" w:color="auto"/>
                                    <w:bottom w:val="none" w:sz="0" w:space="0" w:color="auto"/>
                                    <w:right w:val="none" w:sz="0" w:space="0" w:color="auto"/>
                                  </w:divBdr>
                                  <w:divsChild>
                                    <w:div w:id="1149786307">
                                      <w:marLeft w:val="0"/>
                                      <w:marRight w:val="0"/>
                                      <w:marTop w:val="0"/>
                                      <w:marBottom w:val="0"/>
                                      <w:divBdr>
                                        <w:top w:val="none" w:sz="0" w:space="0" w:color="auto"/>
                                        <w:left w:val="none" w:sz="0" w:space="0" w:color="auto"/>
                                        <w:bottom w:val="none" w:sz="0" w:space="0" w:color="auto"/>
                                        <w:right w:val="none" w:sz="0" w:space="0" w:color="auto"/>
                                      </w:divBdr>
                                      <w:divsChild>
                                        <w:div w:id="1215508065">
                                          <w:marLeft w:val="0"/>
                                          <w:marRight w:val="0"/>
                                          <w:marTop w:val="0"/>
                                          <w:marBottom w:val="0"/>
                                          <w:divBdr>
                                            <w:top w:val="none" w:sz="0" w:space="0" w:color="auto"/>
                                            <w:left w:val="none" w:sz="0" w:space="0" w:color="auto"/>
                                            <w:bottom w:val="none" w:sz="0" w:space="0" w:color="auto"/>
                                            <w:right w:val="none" w:sz="0" w:space="0" w:color="auto"/>
                                          </w:divBdr>
                                          <w:divsChild>
                                            <w:div w:id="490758998">
                                              <w:marLeft w:val="0"/>
                                              <w:marRight w:val="246"/>
                                              <w:marTop w:val="0"/>
                                              <w:marBottom w:val="0"/>
                                              <w:divBdr>
                                                <w:top w:val="none" w:sz="0" w:space="0" w:color="auto"/>
                                                <w:left w:val="none" w:sz="0" w:space="0" w:color="auto"/>
                                                <w:bottom w:val="none" w:sz="0" w:space="0" w:color="auto"/>
                                                <w:right w:val="none" w:sz="0" w:space="0" w:color="auto"/>
                                              </w:divBdr>
                                              <w:divsChild>
                                                <w:div w:id="38748599">
                                                  <w:marLeft w:val="0"/>
                                                  <w:marRight w:val="0"/>
                                                  <w:marTop w:val="0"/>
                                                  <w:marBottom w:val="0"/>
                                                  <w:divBdr>
                                                    <w:top w:val="none" w:sz="0" w:space="0" w:color="auto"/>
                                                    <w:left w:val="none" w:sz="0" w:space="0" w:color="auto"/>
                                                    <w:bottom w:val="none" w:sz="0" w:space="0" w:color="auto"/>
                                                    <w:right w:val="none" w:sz="0" w:space="0" w:color="auto"/>
                                                  </w:divBdr>
                                                  <w:divsChild>
                                                    <w:div w:id="1902788773">
                                                      <w:marLeft w:val="0"/>
                                                      <w:marRight w:val="0"/>
                                                      <w:marTop w:val="0"/>
                                                      <w:marBottom w:val="0"/>
                                                      <w:divBdr>
                                                        <w:top w:val="none" w:sz="0" w:space="0" w:color="auto"/>
                                                        <w:left w:val="none" w:sz="0" w:space="0" w:color="auto"/>
                                                        <w:bottom w:val="none" w:sz="0" w:space="0" w:color="auto"/>
                                                        <w:right w:val="none" w:sz="0" w:space="0" w:color="auto"/>
                                                      </w:divBdr>
                                                      <w:divsChild>
                                                        <w:div w:id="217597934">
                                                          <w:marLeft w:val="0"/>
                                                          <w:marRight w:val="0"/>
                                                          <w:marTop w:val="0"/>
                                                          <w:marBottom w:val="0"/>
                                                          <w:divBdr>
                                                            <w:top w:val="none" w:sz="0" w:space="0" w:color="auto"/>
                                                            <w:left w:val="none" w:sz="0" w:space="0" w:color="auto"/>
                                                            <w:bottom w:val="none" w:sz="0" w:space="0" w:color="auto"/>
                                                            <w:right w:val="none" w:sz="0" w:space="0" w:color="auto"/>
                                                          </w:divBdr>
                                                          <w:divsChild>
                                                            <w:div w:id="1072388423">
                                                              <w:marLeft w:val="0"/>
                                                              <w:marRight w:val="0"/>
                                                              <w:marTop w:val="0"/>
                                                              <w:marBottom w:val="0"/>
                                                              <w:divBdr>
                                                                <w:top w:val="none" w:sz="0" w:space="0" w:color="auto"/>
                                                                <w:left w:val="none" w:sz="0" w:space="0" w:color="auto"/>
                                                                <w:bottom w:val="none" w:sz="0" w:space="0" w:color="auto"/>
                                                                <w:right w:val="none" w:sz="0" w:space="0" w:color="auto"/>
                                                              </w:divBdr>
                                                              <w:divsChild>
                                                                <w:div w:id="207234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44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223064">
                                              <w:marLeft w:val="0"/>
                                              <w:marRight w:val="0"/>
                                              <w:marTop w:val="0"/>
                                              <w:marBottom w:val="0"/>
                                              <w:divBdr>
                                                <w:top w:val="none" w:sz="0" w:space="0" w:color="auto"/>
                                                <w:left w:val="none" w:sz="0" w:space="0" w:color="auto"/>
                                                <w:bottom w:val="none" w:sz="0" w:space="0" w:color="auto"/>
                                                <w:right w:val="none" w:sz="0" w:space="0" w:color="auto"/>
                                              </w:divBdr>
                                              <w:divsChild>
                                                <w:div w:id="24303037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028725112">
                                      <w:marLeft w:val="0"/>
                                      <w:marRight w:val="0"/>
                                      <w:marTop w:val="0"/>
                                      <w:marBottom w:val="0"/>
                                      <w:divBdr>
                                        <w:top w:val="none" w:sz="0" w:space="0" w:color="auto"/>
                                        <w:left w:val="none" w:sz="0" w:space="0" w:color="auto"/>
                                        <w:bottom w:val="none" w:sz="0" w:space="0" w:color="auto"/>
                                        <w:right w:val="none" w:sz="0" w:space="0" w:color="auto"/>
                                      </w:divBdr>
                                      <w:divsChild>
                                        <w:div w:id="1622685968">
                                          <w:marLeft w:val="0"/>
                                          <w:marRight w:val="0"/>
                                          <w:marTop w:val="0"/>
                                          <w:marBottom w:val="0"/>
                                          <w:divBdr>
                                            <w:top w:val="none" w:sz="0" w:space="0" w:color="auto"/>
                                            <w:left w:val="none" w:sz="0" w:space="0" w:color="auto"/>
                                            <w:bottom w:val="none" w:sz="0" w:space="0" w:color="auto"/>
                                            <w:right w:val="none" w:sz="0" w:space="0" w:color="auto"/>
                                          </w:divBdr>
                                          <w:divsChild>
                                            <w:div w:id="1885174488">
                                              <w:marLeft w:val="0"/>
                                              <w:marRight w:val="0"/>
                                              <w:marTop w:val="0"/>
                                              <w:marBottom w:val="0"/>
                                              <w:divBdr>
                                                <w:top w:val="none" w:sz="0" w:space="0" w:color="auto"/>
                                                <w:left w:val="none" w:sz="0" w:space="0" w:color="auto"/>
                                                <w:bottom w:val="none" w:sz="0" w:space="0" w:color="auto"/>
                                                <w:right w:val="none" w:sz="0" w:space="0" w:color="auto"/>
                                              </w:divBdr>
                                              <w:divsChild>
                                                <w:div w:id="1847748238">
                                                  <w:marLeft w:val="0"/>
                                                  <w:marRight w:val="0"/>
                                                  <w:marTop w:val="0"/>
                                                  <w:marBottom w:val="0"/>
                                                  <w:divBdr>
                                                    <w:top w:val="none" w:sz="0" w:space="0" w:color="auto"/>
                                                    <w:left w:val="none" w:sz="0" w:space="0" w:color="auto"/>
                                                    <w:bottom w:val="none" w:sz="0" w:space="0" w:color="auto"/>
                                                    <w:right w:val="none" w:sz="0" w:space="0" w:color="auto"/>
                                                  </w:divBdr>
                                                  <w:divsChild>
                                                    <w:div w:id="1413774462">
                                                      <w:marLeft w:val="0"/>
                                                      <w:marRight w:val="0"/>
                                                      <w:marTop w:val="180"/>
                                                      <w:marBottom w:val="240"/>
                                                      <w:divBdr>
                                                        <w:top w:val="none" w:sz="0" w:space="0" w:color="auto"/>
                                                        <w:left w:val="none" w:sz="0" w:space="0" w:color="auto"/>
                                                        <w:bottom w:val="none" w:sz="0" w:space="0" w:color="auto"/>
                                                        <w:right w:val="none" w:sz="0" w:space="0" w:color="auto"/>
                                                      </w:divBdr>
                                                    </w:div>
                                                    <w:div w:id="431897934">
                                                      <w:marLeft w:val="0"/>
                                                      <w:marRight w:val="0"/>
                                                      <w:marTop w:val="180"/>
                                                      <w:marBottom w:val="240"/>
                                                      <w:divBdr>
                                                        <w:top w:val="none" w:sz="0" w:space="0" w:color="auto"/>
                                                        <w:left w:val="none" w:sz="0" w:space="0" w:color="auto"/>
                                                        <w:bottom w:val="none" w:sz="0" w:space="0" w:color="auto"/>
                                                        <w:right w:val="none" w:sz="0" w:space="0" w:color="auto"/>
                                                      </w:divBdr>
                                                    </w:div>
                                                    <w:div w:id="1658224456">
                                                      <w:marLeft w:val="0"/>
                                                      <w:marRight w:val="0"/>
                                                      <w:marTop w:val="360"/>
                                                      <w:marBottom w:val="180"/>
                                                      <w:divBdr>
                                                        <w:top w:val="none" w:sz="0" w:space="0" w:color="auto"/>
                                                        <w:left w:val="none" w:sz="0" w:space="0" w:color="auto"/>
                                                        <w:bottom w:val="none" w:sz="0" w:space="0" w:color="auto"/>
                                                        <w:right w:val="none" w:sz="0" w:space="0" w:color="auto"/>
                                                      </w:divBdr>
                                                    </w:div>
                                                    <w:div w:id="519512173">
                                                      <w:marLeft w:val="0"/>
                                                      <w:marRight w:val="0"/>
                                                      <w:marTop w:val="360"/>
                                                      <w:marBottom w:val="180"/>
                                                      <w:divBdr>
                                                        <w:top w:val="none" w:sz="0" w:space="0" w:color="auto"/>
                                                        <w:left w:val="none" w:sz="0" w:space="0" w:color="auto"/>
                                                        <w:bottom w:val="none" w:sz="0" w:space="0" w:color="auto"/>
                                                        <w:right w:val="none" w:sz="0" w:space="0" w:color="auto"/>
                                                      </w:divBdr>
                                                    </w:div>
                                                    <w:div w:id="340670667">
                                                      <w:marLeft w:val="0"/>
                                                      <w:marRight w:val="0"/>
                                                      <w:marTop w:val="180"/>
                                                      <w:marBottom w:val="240"/>
                                                      <w:divBdr>
                                                        <w:top w:val="none" w:sz="0" w:space="0" w:color="auto"/>
                                                        <w:left w:val="none" w:sz="0" w:space="0" w:color="auto"/>
                                                        <w:bottom w:val="none" w:sz="0" w:space="0" w:color="auto"/>
                                                        <w:right w:val="none" w:sz="0" w:space="0" w:color="auto"/>
                                                      </w:divBdr>
                                                    </w:div>
                                                    <w:div w:id="1811290471">
                                                      <w:marLeft w:val="0"/>
                                                      <w:marRight w:val="0"/>
                                                      <w:marTop w:val="360"/>
                                                      <w:marBottom w:val="180"/>
                                                      <w:divBdr>
                                                        <w:top w:val="none" w:sz="0" w:space="0" w:color="auto"/>
                                                        <w:left w:val="none" w:sz="0" w:space="0" w:color="auto"/>
                                                        <w:bottom w:val="none" w:sz="0" w:space="0" w:color="auto"/>
                                                        <w:right w:val="none" w:sz="0" w:space="0" w:color="auto"/>
                                                      </w:divBdr>
                                                    </w:div>
                                                    <w:div w:id="473252296">
                                                      <w:marLeft w:val="0"/>
                                                      <w:marRight w:val="0"/>
                                                      <w:marTop w:val="180"/>
                                                      <w:marBottom w:val="240"/>
                                                      <w:divBdr>
                                                        <w:top w:val="none" w:sz="0" w:space="0" w:color="auto"/>
                                                        <w:left w:val="none" w:sz="0" w:space="0" w:color="auto"/>
                                                        <w:bottom w:val="none" w:sz="0" w:space="0" w:color="auto"/>
                                                        <w:right w:val="none" w:sz="0" w:space="0" w:color="auto"/>
                                                      </w:divBdr>
                                                    </w:div>
                                                    <w:div w:id="748038863">
                                                      <w:marLeft w:val="0"/>
                                                      <w:marRight w:val="0"/>
                                                      <w:marTop w:val="360"/>
                                                      <w:marBottom w:val="180"/>
                                                      <w:divBdr>
                                                        <w:top w:val="none" w:sz="0" w:space="0" w:color="auto"/>
                                                        <w:left w:val="none" w:sz="0" w:space="0" w:color="auto"/>
                                                        <w:bottom w:val="none" w:sz="0" w:space="0" w:color="auto"/>
                                                        <w:right w:val="none" w:sz="0" w:space="0" w:color="auto"/>
                                                      </w:divBdr>
                                                    </w:div>
                                                    <w:div w:id="1423841170">
                                                      <w:marLeft w:val="0"/>
                                                      <w:marRight w:val="0"/>
                                                      <w:marTop w:val="180"/>
                                                      <w:marBottom w:val="240"/>
                                                      <w:divBdr>
                                                        <w:top w:val="none" w:sz="0" w:space="0" w:color="auto"/>
                                                        <w:left w:val="none" w:sz="0" w:space="0" w:color="auto"/>
                                                        <w:bottom w:val="none" w:sz="0" w:space="0" w:color="auto"/>
                                                        <w:right w:val="none" w:sz="0" w:space="0" w:color="auto"/>
                                                      </w:divBdr>
                                                    </w:div>
                                                    <w:div w:id="1164475639">
                                                      <w:marLeft w:val="0"/>
                                                      <w:marRight w:val="0"/>
                                                      <w:marTop w:val="360"/>
                                                      <w:marBottom w:val="180"/>
                                                      <w:divBdr>
                                                        <w:top w:val="none" w:sz="0" w:space="0" w:color="auto"/>
                                                        <w:left w:val="none" w:sz="0" w:space="0" w:color="auto"/>
                                                        <w:bottom w:val="none" w:sz="0" w:space="0" w:color="auto"/>
                                                        <w:right w:val="none" w:sz="0" w:space="0" w:color="auto"/>
                                                      </w:divBdr>
                                                    </w:div>
                                                    <w:div w:id="899949734">
                                                      <w:marLeft w:val="0"/>
                                                      <w:marRight w:val="0"/>
                                                      <w:marTop w:val="180"/>
                                                      <w:marBottom w:val="240"/>
                                                      <w:divBdr>
                                                        <w:top w:val="none" w:sz="0" w:space="0" w:color="auto"/>
                                                        <w:left w:val="none" w:sz="0" w:space="0" w:color="auto"/>
                                                        <w:bottom w:val="none" w:sz="0" w:space="0" w:color="auto"/>
                                                        <w:right w:val="none" w:sz="0" w:space="0" w:color="auto"/>
                                                      </w:divBdr>
                                                    </w:div>
                                                    <w:div w:id="2058046181">
                                                      <w:marLeft w:val="0"/>
                                                      <w:marRight w:val="0"/>
                                                      <w:marTop w:val="360"/>
                                                      <w:marBottom w:val="180"/>
                                                      <w:divBdr>
                                                        <w:top w:val="none" w:sz="0" w:space="0" w:color="auto"/>
                                                        <w:left w:val="none" w:sz="0" w:space="0" w:color="auto"/>
                                                        <w:bottom w:val="none" w:sz="0" w:space="0" w:color="auto"/>
                                                        <w:right w:val="none" w:sz="0" w:space="0" w:color="auto"/>
                                                      </w:divBdr>
                                                    </w:div>
                                                    <w:div w:id="1526363955">
                                                      <w:marLeft w:val="0"/>
                                                      <w:marRight w:val="0"/>
                                                      <w:marTop w:val="180"/>
                                                      <w:marBottom w:val="240"/>
                                                      <w:divBdr>
                                                        <w:top w:val="none" w:sz="0" w:space="0" w:color="auto"/>
                                                        <w:left w:val="none" w:sz="0" w:space="0" w:color="auto"/>
                                                        <w:bottom w:val="none" w:sz="0" w:space="0" w:color="auto"/>
                                                        <w:right w:val="none" w:sz="0" w:space="0" w:color="auto"/>
                                                      </w:divBdr>
                                                    </w:div>
                                                    <w:div w:id="429545395">
                                                      <w:marLeft w:val="0"/>
                                                      <w:marRight w:val="0"/>
                                                      <w:marTop w:val="360"/>
                                                      <w:marBottom w:val="180"/>
                                                      <w:divBdr>
                                                        <w:top w:val="none" w:sz="0" w:space="0" w:color="auto"/>
                                                        <w:left w:val="none" w:sz="0" w:space="0" w:color="auto"/>
                                                        <w:bottom w:val="none" w:sz="0" w:space="0" w:color="auto"/>
                                                        <w:right w:val="none" w:sz="0" w:space="0" w:color="auto"/>
                                                      </w:divBdr>
                                                    </w:div>
                                                    <w:div w:id="69888556">
                                                      <w:marLeft w:val="0"/>
                                                      <w:marRight w:val="0"/>
                                                      <w:marTop w:val="360"/>
                                                      <w:marBottom w:val="180"/>
                                                      <w:divBdr>
                                                        <w:top w:val="none" w:sz="0" w:space="0" w:color="auto"/>
                                                        <w:left w:val="none" w:sz="0" w:space="0" w:color="auto"/>
                                                        <w:bottom w:val="none" w:sz="0" w:space="0" w:color="auto"/>
                                                        <w:right w:val="none" w:sz="0" w:space="0" w:color="auto"/>
                                                      </w:divBdr>
                                                    </w:div>
                                                    <w:div w:id="1099717256">
                                                      <w:marLeft w:val="0"/>
                                                      <w:marRight w:val="0"/>
                                                      <w:marTop w:val="180"/>
                                                      <w:marBottom w:val="240"/>
                                                      <w:divBdr>
                                                        <w:top w:val="none" w:sz="0" w:space="0" w:color="auto"/>
                                                        <w:left w:val="none" w:sz="0" w:space="0" w:color="auto"/>
                                                        <w:bottom w:val="none" w:sz="0" w:space="0" w:color="auto"/>
                                                        <w:right w:val="none" w:sz="0" w:space="0" w:color="auto"/>
                                                      </w:divBdr>
                                                    </w:div>
                                                    <w:div w:id="999624243">
                                                      <w:marLeft w:val="0"/>
                                                      <w:marRight w:val="0"/>
                                                      <w:marTop w:val="180"/>
                                                      <w:marBottom w:val="240"/>
                                                      <w:divBdr>
                                                        <w:top w:val="none" w:sz="0" w:space="0" w:color="auto"/>
                                                        <w:left w:val="none" w:sz="0" w:space="0" w:color="auto"/>
                                                        <w:bottom w:val="none" w:sz="0" w:space="0" w:color="auto"/>
                                                        <w:right w:val="none" w:sz="0" w:space="0" w:color="auto"/>
                                                      </w:divBdr>
                                                    </w:div>
                                                    <w:div w:id="1263996997">
                                                      <w:marLeft w:val="0"/>
                                                      <w:marRight w:val="0"/>
                                                      <w:marTop w:val="360"/>
                                                      <w:marBottom w:val="180"/>
                                                      <w:divBdr>
                                                        <w:top w:val="none" w:sz="0" w:space="0" w:color="auto"/>
                                                        <w:left w:val="none" w:sz="0" w:space="0" w:color="auto"/>
                                                        <w:bottom w:val="none" w:sz="0" w:space="0" w:color="auto"/>
                                                        <w:right w:val="none" w:sz="0" w:space="0" w:color="auto"/>
                                                      </w:divBdr>
                                                    </w:div>
                                                    <w:div w:id="989791216">
                                                      <w:marLeft w:val="0"/>
                                                      <w:marRight w:val="0"/>
                                                      <w:marTop w:val="180"/>
                                                      <w:marBottom w:val="240"/>
                                                      <w:divBdr>
                                                        <w:top w:val="none" w:sz="0" w:space="0" w:color="auto"/>
                                                        <w:left w:val="none" w:sz="0" w:space="0" w:color="auto"/>
                                                        <w:bottom w:val="none" w:sz="0" w:space="0" w:color="auto"/>
                                                        <w:right w:val="none" w:sz="0" w:space="0" w:color="auto"/>
                                                      </w:divBdr>
                                                    </w:div>
                                                    <w:div w:id="547954431">
                                                      <w:marLeft w:val="0"/>
                                                      <w:marRight w:val="0"/>
                                                      <w:marTop w:val="180"/>
                                                      <w:marBottom w:val="240"/>
                                                      <w:divBdr>
                                                        <w:top w:val="none" w:sz="0" w:space="0" w:color="auto"/>
                                                        <w:left w:val="none" w:sz="0" w:space="0" w:color="auto"/>
                                                        <w:bottom w:val="none" w:sz="0" w:space="0" w:color="auto"/>
                                                        <w:right w:val="none" w:sz="0" w:space="0" w:color="auto"/>
                                                      </w:divBdr>
                                                    </w:div>
                                                    <w:div w:id="952899875">
                                                      <w:marLeft w:val="0"/>
                                                      <w:marRight w:val="0"/>
                                                      <w:marTop w:val="360"/>
                                                      <w:marBottom w:val="180"/>
                                                      <w:divBdr>
                                                        <w:top w:val="none" w:sz="0" w:space="0" w:color="auto"/>
                                                        <w:left w:val="none" w:sz="0" w:space="0" w:color="auto"/>
                                                        <w:bottom w:val="none" w:sz="0" w:space="0" w:color="auto"/>
                                                        <w:right w:val="none" w:sz="0" w:space="0" w:color="auto"/>
                                                      </w:divBdr>
                                                    </w:div>
                                                    <w:div w:id="1958947786">
                                                      <w:marLeft w:val="0"/>
                                                      <w:marRight w:val="0"/>
                                                      <w:marTop w:val="180"/>
                                                      <w:marBottom w:val="240"/>
                                                      <w:divBdr>
                                                        <w:top w:val="none" w:sz="0" w:space="0" w:color="auto"/>
                                                        <w:left w:val="none" w:sz="0" w:space="0" w:color="auto"/>
                                                        <w:bottom w:val="none" w:sz="0" w:space="0" w:color="auto"/>
                                                        <w:right w:val="none" w:sz="0" w:space="0" w:color="auto"/>
                                                      </w:divBdr>
                                                    </w:div>
                                                    <w:div w:id="151482554">
                                                      <w:marLeft w:val="0"/>
                                                      <w:marRight w:val="0"/>
                                                      <w:marTop w:val="180"/>
                                                      <w:marBottom w:val="240"/>
                                                      <w:divBdr>
                                                        <w:top w:val="none" w:sz="0" w:space="0" w:color="auto"/>
                                                        <w:left w:val="none" w:sz="0" w:space="0" w:color="auto"/>
                                                        <w:bottom w:val="none" w:sz="0" w:space="0" w:color="auto"/>
                                                        <w:right w:val="none" w:sz="0" w:space="0" w:color="auto"/>
                                                      </w:divBdr>
                                                    </w:div>
                                                    <w:div w:id="961181990">
                                                      <w:marLeft w:val="0"/>
                                                      <w:marRight w:val="0"/>
                                                      <w:marTop w:val="180"/>
                                                      <w:marBottom w:val="240"/>
                                                      <w:divBdr>
                                                        <w:top w:val="none" w:sz="0" w:space="0" w:color="auto"/>
                                                        <w:left w:val="none" w:sz="0" w:space="0" w:color="auto"/>
                                                        <w:bottom w:val="none" w:sz="0" w:space="0" w:color="auto"/>
                                                        <w:right w:val="none" w:sz="0" w:space="0" w:color="auto"/>
                                                      </w:divBdr>
                                                    </w:div>
                                                    <w:div w:id="1382360711">
                                                      <w:marLeft w:val="0"/>
                                                      <w:marRight w:val="0"/>
                                                      <w:marTop w:val="180"/>
                                                      <w:marBottom w:val="240"/>
                                                      <w:divBdr>
                                                        <w:top w:val="none" w:sz="0" w:space="0" w:color="auto"/>
                                                        <w:left w:val="none" w:sz="0" w:space="0" w:color="auto"/>
                                                        <w:bottom w:val="none" w:sz="0" w:space="0" w:color="auto"/>
                                                        <w:right w:val="none" w:sz="0" w:space="0" w:color="auto"/>
                                                      </w:divBdr>
                                                    </w:div>
                                                    <w:div w:id="75913553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64689181">
                                  <w:marLeft w:val="0"/>
                                  <w:marRight w:val="0"/>
                                  <w:marTop w:val="450"/>
                                  <w:marBottom w:val="0"/>
                                  <w:divBdr>
                                    <w:top w:val="none" w:sz="0" w:space="0" w:color="auto"/>
                                    <w:left w:val="none" w:sz="0" w:space="0" w:color="auto"/>
                                    <w:bottom w:val="none" w:sz="0" w:space="0" w:color="auto"/>
                                    <w:right w:val="none" w:sz="0" w:space="0" w:color="auto"/>
                                  </w:divBdr>
                                  <w:divsChild>
                                    <w:div w:id="1991013215">
                                      <w:marLeft w:val="0"/>
                                      <w:marRight w:val="0"/>
                                      <w:marTop w:val="0"/>
                                      <w:marBottom w:val="0"/>
                                      <w:divBdr>
                                        <w:top w:val="none" w:sz="0" w:space="0" w:color="auto"/>
                                        <w:left w:val="none" w:sz="0" w:space="0" w:color="auto"/>
                                        <w:bottom w:val="none" w:sz="0" w:space="0" w:color="auto"/>
                                        <w:right w:val="none" w:sz="0" w:space="0" w:color="auto"/>
                                      </w:divBdr>
                                      <w:divsChild>
                                        <w:div w:id="402530443">
                                          <w:marLeft w:val="0"/>
                                          <w:marRight w:val="0"/>
                                          <w:marTop w:val="0"/>
                                          <w:marBottom w:val="0"/>
                                          <w:divBdr>
                                            <w:top w:val="none" w:sz="0" w:space="0" w:color="auto"/>
                                            <w:left w:val="none" w:sz="0" w:space="0" w:color="auto"/>
                                            <w:bottom w:val="none" w:sz="0" w:space="0" w:color="auto"/>
                                            <w:right w:val="none" w:sz="0" w:space="0" w:color="auto"/>
                                          </w:divBdr>
                                          <w:divsChild>
                                            <w:div w:id="422842160">
                                              <w:marLeft w:val="0"/>
                                              <w:marRight w:val="4412"/>
                                              <w:marTop w:val="0"/>
                                              <w:marBottom w:val="0"/>
                                              <w:divBdr>
                                                <w:top w:val="none" w:sz="0" w:space="0" w:color="auto"/>
                                                <w:left w:val="none" w:sz="0" w:space="0" w:color="auto"/>
                                                <w:bottom w:val="none" w:sz="0" w:space="0" w:color="auto"/>
                                                <w:right w:val="none" w:sz="0" w:space="0" w:color="auto"/>
                                              </w:divBdr>
                                              <w:divsChild>
                                                <w:div w:id="130295071">
                                                  <w:marLeft w:val="0"/>
                                                  <w:marRight w:val="0"/>
                                                  <w:marTop w:val="0"/>
                                                  <w:marBottom w:val="0"/>
                                                  <w:divBdr>
                                                    <w:top w:val="none" w:sz="0" w:space="0" w:color="auto"/>
                                                    <w:left w:val="none" w:sz="0" w:space="0" w:color="auto"/>
                                                    <w:bottom w:val="none" w:sz="0" w:space="0" w:color="auto"/>
                                                    <w:right w:val="none" w:sz="0" w:space="0" w:color="auto"/>
                                                  </w:divBdr>
                                                  <w:divsChild>
                                                    <w:div w:id="390034257">
                                                      <w:marLeft w:val="0"/>
                                                      <w:marRight w:val="0"/>
                                                      <w:marTop w:val="0"/>
                                                      <w:marBottom w:val="0"/>
                                                      <w:divBdr>
                                                        <w:top w:val="none" w:sz="0" w:space="0" w:color="auto"/>
                                                        <w:left w:val="none" w:sz="0" w:space="0" w:color="auto"/>
                                                        <w:bottom w:val="none" w:sz="0" w:space="0" w:color="auto"/>
                                                        <w:right w:val="none" w:sz="0" w:space="0" w:color="auto"/>
                                                      </w:divBdr>
                                                      <w:divsChild>
                                                        <w:div w:id="85611886">
                                                          <w:marLeft w:val="0"/>
                                                          <w:marRight w:val="0"/>
                                                          <w:marTop w:val="0"/>
                                                          <w:marBottom w:val="0"/>
                                                          <w:divBdr>
                                                            <w:top w:val="none" w:sz="0" w:space="0" w:color="auto"/>
                                                            <w:left w:val="none" w:sz="0" w:space="0" w:color="auto"/>
                                                            <w:bottom w:val="none" w:sz="0" w:space="0" w:color="auto"/>
                                                            <w:right w:val="none" w:sz="0" w:space="0" w:color="auto"/>
                                                          </w:divBdr>
                                                          <w:divsChild>
                                                            <w:div w:id="1541242242">
                                                              <w:marLeft w:val="0"/>
                                                              <w:marRight w:val="0"/>
                                                              <w:marTop w:val="0"/>
                                                              <w:marBottom w:val="0"/>
                                                              <w:divBdr>
                                                                <w:top w:val="none" w:sz="0" w:space="0" w:color="auto"/>
                                                                <w:left w:val="none" w:sz="0" w:space="0" w:color="auto"/>
                                                                <w:bottom w:val="none" w:sz="0" w:space="0" w:color="auto"/>
                                                                <w:right w:val="none" w:sz="0" w:space="0" w:color="auto"/>
                                                              </w:divBdr>
                                                              <w:divsChild>
                                                                <w:div w:id="96654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63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374723">
                                              <w:marLeft w:val="0"/>
                                              <w:marRight w:val="0"/>
                                              <w:marTop w:val="0"/>
                                              <w:marBottom w:val="0"/>
                                              <w:divBdr>
                                                <w:top w:val="none" w:sz="0" w:space="0" w:color="auto"/>
                                                <w:left w:val="none" w:sz="0" w:space="0" w:color="auto"/>
                                                <w:bottom w:val="none" w:sz="0" w:space="0" w:color="auto"/>
                                                <w:right w:val="none" w:sz="0" w:space="0" w:color="auto"/>
                                              </w:divBdr>
                                              <w:divsChild>
                                                <w:div w:id="85283824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811867971">
                                      <w:marLeft w:val="0"/>
                                      <w:marRight w:val="0"/>
                                      <w:marTop w:val="0"/>
                                      <w:marBottom w:val="0"/>
                                      <w:divBdr>
                                        <w:top w:val="none" w:sz="0" w:space="0" w:color="auto"/>
                                        <w:left w:val="none" w:sz="0" w:space="0" w:color="auto"/>
                                        <w:bottom w:val="none" w:sz="0" w:space="0" w:color="auto"/>
                                        <w:right w:val="none" w:sz="0" w:space="0" w:color="auto"/>
                                      </w:divBdr>
                                      <w:divsChild>
                                        <w:div w:id="1771503894">
                                          <w:marLeft w:val="0"/>
                                          <w:marRight w:val="0"/>
                                          <w:marTop w:val="0"/>
                                          <w:marBottom w:val="0"/>
                                          <w:divBdr>
                                            <w:top w:val="none" w:sz="0" w:space="0" w:color="auto"/>
                                            <w:left w:val="none" w:sz="0" w:space="0" w:color="auto"/>
                                            <w:bottom w:val="none" w:sz="0" w:space="0" w:color="auto"/>
                                            <w:right w:val="none" w:sz="0" w:space="0" w:color="auto"/>
                                          </w:divBdr>
                                          <w:divsChild>
                                            <w:div w:id="1795556265">
                                              <w:marLeft w:val="0"/>
                                              <w:marRight w:val="0"/>
                                              <w:marTop w:val="0"/>
                                              <w:marBottom w:val="0"/>
                                              <w:divBdr>
                                                <w:top w:val="none" w:sz="0" w:space="0" w:color="auto"/>
                                                <w:left w:val="none" w:sz="0" w:space="0" w:color="auto"/>
                                                <w:bottom w:val="none" w:sz="0" w:space="0" w:color="auto"/>
                                                <w:right w:val="none" w:sz="0" w:space="0" w:color="auto"/>
                                              </w:divBdr>
                                              <w:divsChild>
                                                <w:div w:id="1587567014">
                                                  <w:marLeft w:val="0"/>
                                                  <w:marRight w:val="0"/>
                                                  <w:marTop w:val="0"/>
                                                  <w:marBottom w:val="0"/>
                                                  <w:divBdr>
                                                    <w:top w:val="none" w:sz="0" w:space="0" w:color="auto"/>
                                                    <w:left w:val="none" w:sz="0" w:space="0" w:color="auto"/>
                                                    <w:bottom w:val="none" w:sz="0" w:space="0" w:color="auto"/>
                                                    <w:right w:val="none" w:sz="0" w:space="0" w:color="auto"/>
                                                  </w:divBdr>
                                                  <w:divsChild>
                                                    <w:div w:id="862746206">
                                                      <w:marLeft w:val="0"/>
                                                      <w:marRight w:val="0"/>
                                                      <w:marTop w:val="180"/>
                                                      <w:marBottom w:val="240"/>
                                                      <w:divBdr>
                                                        <w:top w:val="none" w:sz="0" w:space="0" w:color="auto"/>
                                                        <w:left w:val="none" w:sz="0" w:space="0" w:color="auto"/>
                                                        <w:bottom w:val="none" w:sz="0" w:space="0" w:color="auto"/>
                                                        <w:right w:val="none" w:sz="0" w:space="0" w:color="auto"/>
                                                      </w:divBdr>
                                                    </w:div>
                                                    <w:div w:id="821190921">
                                                      <w:marLeft w:val="0"/>
                                                      <w:marRight w:val="0"/>
                                                      <w:marTop w:val="180"/>
                                                      <w:marBottom w:val="240"/>
                                                      <w:divBdr>
                                                        <w:top w:val="none" w:sz="0" w:space="0" w:color="auto"/>
                                                        <w:left w:val="none" w:sz="0" w:space="0" w:color="auto"/>
                                                        <w:bottom w:val="none" w:sz="0" w:space="0" w:color="auto"/>
                                                        <w:right w:val="none" w:sz="0" w:space="0" w:color="auto"/>
                                                      </w:divBdr>
                                                    </w:div>
                                                    <w:div w:id="699622991">
                                                      <w:marLeft w:val="0"/>
                                                      <w:marRight w:val="0"/>
                                                      <w:marTop w:val="180"/>
                                                      <w:marBottom w:val="240"/>
                                                      <w:divBdr>
                                                        <w:top w:val="none" w:sz="0" w:space="0" w:color="auto"/>
                                                        <w:left w:val="none" w:sz="0" w:space="0" w:color="auto"/>
                                                        <w:bottom w:val="none" w:sz="0" w:space="0" w:color="auto"/>
                                                        <w:right w:val="none" w:sz="0" w:space="0" w:color="auto"/>
                                                      </w:divBdr>
                                                    </w:div>
                                                    <w:div w:id="503863157">
                                                      <w:marLeft w:val="0"/>
                                                      <w:marRight w:val="0"/>
                                                      <w:marTop w:val="180"/>
                                                      <w:marBottom w:val="240"/>
                                                      <w:divBdr>
                                                        <w:top w:val="none" w:sz="0" w:space="0" w:color="auto"/>
                                                        <w:left w:val="none" w:sz="0" w:space="0" w:color="auto"/>
                                                        <w:bottom w:val="none" w:sz="0" w:space="0" w:color="auto"/>
                                                        <w:right w:val="none" w:sz="0" w:space="0" w:color="auto"/>
                                                      </w:divBdr>
                                                    </w:div>
                                                    <w:div w:id="135511453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845363347">
                                  <w:marLeft w:val="0"/>
                                  <w:marRight w:val="0"/>
                                  <w:marTop w:val="450"/>
                                  <w:marBottom w:val="0"/>
                                  <w:divBdr>
                                    <w:top w:val="none" w:sz="0" w:space="0" w:color="auto"/>
                                    <w:left w:val="none" w:sz="0" w:space="0" w:color="auto"/>
                                    <w:bottom w:val="none" w:sz="0" w:space="0" w:color="auto"/>
                                    <w:right w:val="none" w:sz="0" w:space="0" w:color="auto"/>
                                  </w:divBdr>
                                  <w:divsChild>
                                    <w:div w:id="267466488">
                                      <w:marLeft w:val="0"/>
                                      <w:marRight w:val="0"/>
                                      <w:marTop w:val="0"/>
                                      <w:marBottom w:val="0"/>
                                      <w:divBdr>
                                        <w:top w:val="none" w:sz="0" w:space="0" w:color="auto"/>
                                        <w:left w:val="none" w:sz="0" w:space="0" w:color="auto"/>
                                        <w:bottom w:val="none" w:sz="0" w:space="0" w:color="auto"/>
                                        <w:right w:val="none" w:sz="0" w:space="0" w:color="auto"/>
                                      </w:divBdr>
                                      <w:divsChild>
                                        <w:div w:id="1678967819">
                                          <w:marLeft w:val="0"/>
                                          <w:marRight w:val="0"/>
                                          <w:marTop w:val="0"/>
                                          <w:marBottom w:val="0"/>
                                          <w:divBdr>
                                            <w:top w:val="none" w:sz="0" w:space="0" w:color="auto"/>
                                            <w:left w:val="none" w:sz="0" w:space="0" w:color="auto"/>
                                            <w:bottom w:val="none" w:sz="0" w:space="0" w:color="auto"/>
                                            <w:right w:val="none" w:sz="0" w:space="0" w:color="auto"/>
                                          </w:divBdr>
                                          <w:divsChild>
                                            <w:div w:id="508838991">
                                              <w:marLeft w:val="0"/>
                                              <w:marRight w:val="246"/>
                                              <w:marTop w:val="0"/>
                                              <w:marBottom w:val="0"/>
                                              <w:divBdr>
                                                <w:top w:val="none" w:sz="0" w:space="0" w:color="auto"/>
                                                <w:left w:val="none" w:sz="0" w:space="0" w:color="auto"/>
                                                <w:bottom w:val="none" w:sz="0" w:space="0" w:color="auto"/>
                                                <w:right w:val="none" w:sz="0" w:space="0" w:color="auto"/>
                                              </w:divBdr>
                                              <w:divsChild>
                                                <w:div w:id="152137593">
                                                  <w:marLeft w:val="0"/>
                                                  <w:marRight w:val="0"/>
                                                  <w:marTop w:val="0"/>
                                                  <w:marBottom w:val="0"/>
                                                  <w:divBdr>
                                                    <w:top w:val="none" w:sz="0" w:space="0" w:color="auto"/>
                                                    <w:left w:val="none" w:sz="0" w:space="0" w:color="auto"/>
                                                    <w:bottom w:val="none" w:sz="0" w:space="0" w:color="auto"/>
                                                    <w:right w:val="none" w:sz="0" w:space="0" w:color="auto"/>
                                                  </w:divBdr>
                                                  <w:divsChild>
                                                    <w:div w:id="1070730741">
                                                      <w:marLeft w:val="0"/>
                                                      <w:marRight w:val="0"/>
                                                      <w:marTop w:val="0"/>
                                                      <w:marBottom w:val="0"/>
                                                      <w:divBdr>
                                                        <w:top w:val="none" w:sz="0" w:space="0" w:color="auto"/>
                                                        <w:left w:val="none" w:sz="0" w:space="0" w:color="auto"/>
                                                        <w:bottom w:val="none" w:sz="0" w:space="0" w:color="auto"/>
                                                        <w:right w:val="none" w:sz="0" w:space="0" w:color="auto"/>
                                                      </w:divBdr>
                                                      <w:divsChild>
                                                        <w:div w:id="95074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628701">
                                              <w:marLeft w:val="0"/>
                                              <w:marRight w:val="0"/>
                                              <w:marTop w:val="0"/>
                                              <w:marBottom w:val="0"/>
                                              <w:divBdr>
                                                <w:top w:val="none" w:sz="0" w:space="0" w:color="auto"/>
                                                <w:left w:val="none" w:sz="0" w:space="0" w:color="auto"/>
                                                <w:bottom w:val="none" w:sz="0" w:space="0" w:color="auto"/>
                                                <w:right w:val="none" w:sz="0" w:space="0" w:color="auto"/>
                                              </w:divBdr>
                                              <w:divsChild>
                                                <w:div w:id="77918050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94450653">
                                      <w:marLeft w:val="0"/>
                                      <w:marRight w:val="0"/>
                                      <w:marTop w:val="0"/>
                                      <w:marBottom w:val="0"/>
                                      <w:divBdr>
                                        <w:top w:val="none" w:sz="0" w:space="0" w:color="auto"/>
                                        <w:left w:val="none" w:sz="0" w:space="0" w:color="auto"/>
                                        <w:bottom w:val="none" w:sz="0" w:space="0" w:color="auto"/>
                                        <w:right w:val="none" w:sz="0" w:space="0" w:color="auto"/>
                                      </w:divBdr>
                                      <w:divsChild>
                                        <w:div w:id="2024747051">
                                          <w:marLeft w:val="0"/>
                                          <w:marRight w:val="0"/>
                                          <w:marTop w:val="0"/>
                                          <w:marBottom w:val="0"/>
                                          <w:divBdr>
                                            <w:top w:val="none" w:sz="0" w:space="0" w:color="auto"/>
                                            <w:left w:val="none" w:sz="0" w:space="0" w:color="auto"/>
                                            <w:bottom w:val="none" w:sz="0" w:space="0" w:color="auto"/>
                                            <w:right w:val="none" w:sz="0" w:space="0" w:color="auto"/>
                                          </w:divBdr>
                                          <w:divsChild>
                                            <w:div w:id="686521165">
                                              <w:marLeft w:val="0"/>
                                              <w:marRight w:val="0"/>
                                              <w:marTop w:val="0"/>
                                              <w:marBottom w:val="0"/>
                                              <w:divBdr>
                                                <w:top w:val="none" w:sz="0" w:space="0" w:color="auto"/>
                                                <w:left w:val="none" w:sz="0" w:space="0" w:color="auto"/>
                                                <w:bottom w:val="none" w:sz="0" w:space="0" w:color="auto"/>
                                                <w:right w:val="none" w:sz="0" w:space="0" w:color="auto"/>
                                              </w:divBdr>
                                              <w:divsChild>
                                                <w:div w:id="1690990278">
                                                  <w:marLeft w:val="0"/>
                                                  <w:marRight w:val="0"/>
                                                  <w:marTop w:val="0"/>
                                                  <w:marBottom w:val="0"/>
                                                  <w:divBdr>
                                                    <w:top w:val="none" w:sz="0" w:space="0" w:color="auto"/>
                                                    <w:left w:val="none" w:sz="0" w:space="0" w:color="auto"/>
                                                    <w:bottom w:val="none" w:sz="0" w:space="0" w:color="auto"/>
                                                    <w:right w:val="none" w:sz="0" w:space="0" w:color="auto"/>
                                                  </w:divBdr>
                                                  <w:divsChild>
                                                    <w:div w:id="1635014808">
                                                      <w:marLeft w:val="0"/>
                                                      <w:marRight w:val="0"/>
                                                      <w:marTop w:val="180"/>
                                                      <w:marBottom w:val="240"/>
                                                      <w:divBdr>
                                                        <w:top w:val="none" w:sz="0" w:space="0" w:color="auto"/>
                                                        <w:left w:val="none" w:sz="0" w:space="0" w:color="auto"/>
                                                        <w:bottom w:val="none" w:sz="0" w:space="0" w:color="auto"/>
                                                        <w:right w:val="none" w:sz="0" w:space="0" w:color="auto"/>
                                                      </w:divBdr>
                                                    </w:div>
                                                    <w:div w:id="1499030142">
                                                      <w:marLeft w:val="0"/>
                                                      <w:marRight w:val="0"/>
                                                      <w:marTop w:val="180"/>
                                                      <w:marBottom w:val="240"/>
                                                      <w:divBdr>
                                                        <w:top w:val="none" w:sz="0" w:space="0" w:color="auto"/>
                                                        <w:left w:val="none" w:sz="0" w:space="0" w:color="auto"/>
                                                        <w:bottom w:val="none" w:sz="0" w:space="0" w:color="auto"/>
                                                        <w:right w:val="none" w:sz="0" w:space="0" w:color="auto"/>
                                                      </w:divBdr>
                                                    </w:div>
                                                    <w:div w:id="259416233">
                                                      <w:marLeft w:val="0"/>
                                                      <w:marRight w:val="0"/>
                                                      <w:marTop w:val="180"/>
                                                      <w:marBottom w:val="240"/>
                                                      <w:divBdr>
                                                        <w:top w:val="none" w:sz="0" w:space="0" w:color="auto"/>
                                                        <w:left w:val="none" w:sz="0" w:space="0" w:color="auto"/>
                                                        <w:bottom w:val="none" w:sz="0" w:space="0" w:color="auto"/>
                                                        <w:right w:val="none" w:sz="0" w:space="0" w:color="auto"/>
                                                      </w:divBdr>
                                                    </w:div>
                                                    <w:div w:id="1561208645">
                                                      <w:marLeft w:val="0"/>
                                                      <w:marRight w:val="0"/>
                                                      <w:marTop w:val="360"/>
                                                      <w:marBottom w:val="180"/>
                                                      <w:divBdr>
                                                        <w:top w:val="none" w:sz="0" w:space="0" w:color="auto"/>
                                                        <w:left w:val="none" w:sz="0" w:space="0" w:color="auto"/>
                                                        <w:bottom w:val="none" w:sz="0" w:space="0" w:color="auto"/>
                                                        <w:right w:val="none" w:sz="0" w:space="0" w:color="auto"/>
                                                      </w:divBdr>
                                                    </w:div>
                                                    <w:div w:id="1659650217">
                                                      <w:marLeft w:val="0"/>
                                                      <w:marRight w:val="0"/>
                                                      <w:marTop w:val="180"/>
                                                      <w:marBottom w:val="240"/>
                                                      <w:divBdr>
                                                        <w:top w:val="none" w:sz="0" w:space="0" w:color="auto"/>
                                                        <w:left w:val="none" w:sz="0" w:space="0" w:color="auto"/>
                                                        <w:bottom w:val="none" w:sz="0" w:space="0" w:color="auto"/>
                                                        <w:right w:val="none" w:sz="0" w:space="0" w:color="auto"/>
                                                      </w:divBdr>
                                                    </w:div>
                                                    <w:div w:id="85947077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699891584">
                                  <w:marLeft w:val="0"/>
                                  <w:marRight w:val="0"/>
                                  <w:marTop w:val="450"/>
                                  <w:marBottom w:val="0"/>
                                  <w:divBdr>
                                    <w:top w:val="none" w:sz="0" w:space="0" w:color="auto"/>
                                    <w:left w:val="none" w:sz="0" w:space="0" w:color="auto"/>
                                    <w:bottom w:val="none" w:sz="0" w:space="0" w:color="auto"/>
                                    <w:right w:val="none" w:sz="0" w:space="0" w:color="auto"/>
                                  </w:divBdr>
                                  <w:divsChild>
                                    <w:div w:id="1850023296">
                                      <w:marLeft w:val="0"/>
                                      <w:marRight w:val="0"/>
                                      <w:marTop w:val="0"/>
                                      <w:marBottom w:val="0"/>
                                      <w:divBdr>
                                        <w:top w:val="none" w:sz="0" w:space="0" w:color="auto"/>
                                        <w:left w:val="none" w:sz="0" w:space="0" w:color="auto"/>
                                        <w:bottom w:val="none" w:sz="0" w:space="0" w:color="auto"/>
                                        <w:right w:val="none" w:sz="0" w:space="0" w:color="auto"/>
                                      </w:divBdr>
                                      <w:divsChild>
                                        <w:div w:id="1585870622">
                                          <w:marLeft w:val="0"/>
                                          <w:marRight w:val="0"/>
                                          <w:marTop w:val="0"/>
                                          <w:marBottom w:val="0"/>
                                          <w:divBdr>
                                            <w:top w:val="none" w:sz="0" w:space="0" w:color="auto"/>
                                            <w:left w:val="none" w:sz="0" w:space="0" w:color="auto"/>
                                            <w:bottom w:val="none" w:sz="0" w:space="0" w:color="auto"/>
                                            <w:right w:val="none" w:sz="0" w:space="0" w:color="auto"/>
                                          </w:divBdr>
                                          <w:divsChild>
                                            <w:div w:id="1397507357">
                                              <w:marLeft w:val="0"/>
                                              <w:marRight w:val="1758"/>
                                              <w:marTop w:val="0"/>
                                              <w:marBottom w:val="0"/>
                                              <w:divBdr>
                                                <w:top w:val="none" w:sz="0" w:space="0" w:color="auto"/>
                                                <w:left w:val="none" w:sz="0" w:space="0" w:color="auto"/>
                                                <w:bottom w:val="none" w:sz="0" w:space="0" w:color="auto"/>
                                                <w:right w:val="none" w:sz="0" w:space="0" w:color="auto"/>
                                              </w:divBdr>
                                              <w:divsChild>
                                                <w:div w:id="605385908">
                                                  <w:marLeft w:val="0"/>
                                                  <w:marRight w:val="0"/>
                                                  <w:marTop w:val="0"/>
                                                  <w:marBottom w:val="0"/>
                                                  <w:divBdr>
                                                    <w:top w:val="none" w:sz="0" w:space="0" w:color="auto"/>
                                                    <w:left w:val="none" w:sz="0" w:space="0" w:color="auto"/>
                                                    <w:bottom w:val="none" w:sz="0" w:space="0" w:color="auto"/>
                                                    <w:right w:val="none" w:sz="0" w:space="0" w:color="auto"/>
                                                  </w:divBdr>
                                                  <w:divsChild>
                                                    <w:div w:id="2043164370">
                                                      <w:marLeft w:val="0"/>
                                                      <w:marRight w:val="0"/>
                                                      <w:marTop w:val="0"/>
                                                      <w:marBottom w:val="0"/>
                                                      <w:divBdr>
                                                        <w:top w:val="none" w:sz="0" w:space="0" w:color="auto"/>
                                                        <w:left w:val="none" w:sz="0" w:space="0" w:color="auto"/>
                                                        <w:bottom w:val="none" w:sz="0" w:space="0" w:color="auto"/>
                                                        <w:right w:val="none" w:sz="0" w:space="0" w:color="auto"/>
                                                      </w:divBdr>
                                                      <w:divsChild>
                                                        <w:div w:id="209443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606857">
                                              <w:marLeft w:val="0"/>
                                              <w:marRight w:val="0"/>
                                              <w:marTop w:val="0"/>
                                              <w:marBottom w:val="0"/>
                                              <w:divBdr>
                                                <w:top w:val="none" w:sz="0" w:space="0" w:color="auto"/>
                                                <w:left w:val="none" w:sz="0" w:space="0" w:color="auto"/>
                                                <w:bottom w:val="none" w:sz="0" w:space="0" w:color="auto"/>
                                                <w:right w:val="none" w:sz="0" w:space="0" w:color="auto"/>
                                              </w:divBdr>
                                              <w:divsChild>
                                                <w:div w:id="22514241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515800480">
                                      <w:marLeft w:val="0"/>
                                      <w:marRight w:val="0"/>
                                      <w:marTop w:val="0"/>
                                      <w:marBottom w:val="0"/>
                                      <w:divBdr>
                                        <w:top w:val="none" w:sz="0" w:space="0" w:color="auto"/>
                                        <w:left w:val="none" w:sz="0" w:space="0" w:color="auto"/>
                                        <w:bottom w:val="none" w:sz="0" w:space="0" w:color="auto"/>
                                        <w:right w:val="none" w:sz="0" w:space="0" w:color="auto"/>
                                      </w:divBdr>
                                      <w:divsChild>
                                        <w:div w:id="1016275129">
                                          <w:marLeft w:val="0"/>
                                          <w:marRight w:val="0"/>
                                          <w:marTop w:val="0"/>
                                          <w:marBottom w:val="0"/>
                                          <w:divBdr>
                                            <w:top w:val="none" w:sz="0" w:space="0" w:color="auto"/>
                                            <w:left w:val="none" w:sz="0" w:space="0" w:color="auto"/>
                                            <w:bottom w:val="none" w:sz="0" w:space="0" w:color="auto"/>
                                            <w:right w:val="none" w:sz="0" w:space="0" w:color="auto"/>
                                          </w:divBdr>
                                          <w:divsChild>
                                            <w:div w:id="1114902847">
                                              <w:marLeft w:val="0"/>
                                              <w:marRight w:val="0"/>
                                              <w:marTop w:val="0"/>
                                              <w:marBottom w:val="0"/>
                                              <w:divBdr>
                                                <w:top w:val="none" w:sz="0" w:space="0" w:color="auto"/>
                                                <w:left w:val="none" w:sz="0" w:space="0" w:color="auto"/>
                                                <w:bottom w:val="none" w:sz="0" w:space="0" w:color="auto"/>
                                                <w:right w:val="none" w:sz="0" w:space="0" w:color="auto"/>
                                              </w:divBdr>
                                              <w:divsChild>
                                                <w:div w:id="1082071597">
                                                  <w:marLeft w:val="0"/>
                                                  <w:marRight w:val="0"/>
                                                  <w:marTop w:val="0"/>
                                                  <w:marBottom w:val="0"/>
                                                  <w:divBdr>
                                                    <w:top w:val="none" w:sz="0" w:space="0" w:color="auto"/>
                                                    <w:left w:val="none" w:sz="0" w:space="0" w:color="auto"/>
                                                    <w:bottom w:val="none" w:sz="0" w:space="0" w:color="auto"/>
                                                    <w:right w:val="none" w:sz="0" w:space="0" w:color="auto"/>
                                                  </w:divBdr>
                                                  <w:divsChild>
                                                    <w:div w:id="1343162410">
                                                      <w:marLeft w:val="0"/>
                                                      <w:marRight w:val="0"/>
                                                      <w:marTop w:val="180"/>
                                                      <w:marBottom w:val="240"/>
                                                      <w:divBdr>
                                                        <w:top w:val="none" w:sz="0" w:space="0" w:color="auto"/>
                                                        <w:left w:val="none" w:sz="0" w:space="0" w:color="auto"/>
                                                        <w:bottom w:val="none" w:sz="0" w:space="0" w:color="auto"/>
                                                        <w:right w:val="none" w:sz="0" w:space="0" w:color="auto"/>
                                                      </w:divBdr>
                                                    </w:div>
                                                    <w:div w:id="968361871">
                                                      <w:marLeft w:val="0"/>
                                                      <w:marRight w:val="0"/>
                                                      <w:marTop w:val="180"/>
                                                      <w:marBottom w:val="240"/>
                                                      <w:divBdr>
                                                        <w:top w:val="none" w:sz="0" w:space="0" w:color="auto"/>
                                                        <w:left w:val="none" w:sz="0" w:space="0" w:color="auto"/>
                                                        <w:bottom w:val="none" w:sz="0" w:space="0" w:color="auto"/>
                                                        <w:right w:val="none" w:sz="0" w:space="0" w:color="auto"/>
                                                      </w:divBdr>
                                                    </w:div>
                                                    <w:div w:id="2119138229">
                                                      <w:marLeft w:val="0"/>
                                                      <w:marRight w:val="0"/>
                                                      <w:marTop w:val="180"/>
                                                      <w:marBottom w:val="240"/>
                                                      <w:divBdr>
                                                        <w:top w:val="none" w:sz="0" w:space="0" w:color="auto"/>
                                                        <w:left w:val="none" w:sz="0" w:space="0" w:color="auto"/>
                                                        <w:bottom w:val="none" w:sz="0" w:space="0" w:color="auto"/>
                                                        <w:right w:val="none" w:sz="0" w:space="0" w:color="auto"/>
                                                      </w:divBdr>
                                                    </w:div>
                                                    <w:div w:id="2101563510">
                                                      <w:marLeft w:val="0"/>
                                                      <w:marRight w:val="0"/>
                                                      <w:marTop w:val="360"/>
                                                      <w:marBottom w:val="180"/>
                                                      <w:divBdr>
                                                        <w:top w:val="none" w:sz="0" w:space="0" w:color="auto"/>
                                                        <w:left w:val="none" w:sz="0" w:space="0" w:color="auto"/>
                                                        <w:bottom w:val="none" w:sz="0" w:space="0" w:color="auto"/>
                                                        <w:right w:val="none" w:sz="0" w:space="0" w:color="auto"/>
                                                      </w:divBdr>
                                                    </w:div>
                                                    <w:div w:id="1803159780">
                                                      <w:marLeft w:val="0"/>
                                                      <w:marRight w:val="0"/>
                                                      <w:marTop w:val="360"/>
                                                      <w:marBottom w:val="180"/>
                                                      <w:divBdr>
                                                        <w:top w:val="none" w:sz="0" w:space="0" w:color="auto"/>
                                                        <w:left w:val="none" w:sz="0" w:space="0" w:color="auto"/>
                                                        <w:bottom w:val="none" w:sz="0" w:space="0" w:color="auto"/>
                                                        <w:right w:val="none" w:sz="0" w:space="0" w:color="auto"/>
                                                      </w:divBdr>
                                                    </w:div>
                                                    <w:div w:id="184904121">
                                                      <w:marLeft w:val="0"/>
                                                      <w:marRight w:val="0"/>
                                                      <w:marTop w:val="180"/>
                                                      <w:marBottom w:val="240"/>
                                                      <w:divBdr>
                                                        <w:top w:val="none" w:sz="0" w:space="0" w:color="auto"/>
                                                        <w:left w:val="none" w:sz="0" w:space="0" w:color="auto"/>
                                                        <w:bottom w:val="none" w:sz="0" w:space="0" w:color="auto"/>
                                                        <w:right w:val="none" w:sz="0" w:space="0" w:color="auto"/>
                                                      </w:divBdr>
                                                    </w:div>
                                                    <w:div w:id="3826558">
                                                      <w:marLeft w:val="0"/>
                                                      <w:marRight w:val="0"/>
                                                      <w:marTop w:val="180"/>
                                                      <w:marBottom w:val="240"/>
                                                      <w:divBdr>
                                                        <w:top w:val="none" w:sz="0" w:space="0" w:color="auto"/>
                                                        <w:left w:val="none" w:sz="0" w:space="0" w:color="auto"/>
                                                        <w:bottom w:val="none" w:sz="0" w:space="0" w:color="auto"/>
                                                        <w:right w:val="none" w:sz="0" w:space="0" w:color="auto"/>
                                                      </w:divBdr>
                                                    </w:div>
                                                    <w:div w:id="204801406">
                                                      <w:marLeft w:val="0"/>
                                                      <w:marRight w:val="0"/>
                                                      <w:marTop w:val="180"/>
                                                      <w:marBottom w:val="240"/>
                                                      <w:divBdr>
                                                        <w:top w:val="none" w:sz="0" w:space="0" w:color="auto"/>
                                                        <w:left w:val="none" w:sz="0" w:space="0" w:color="auto"/>
                                                        <w:bottom w:val="none" w:sz="0" w:space="0" w:color="auto"/>
                                                        <w:right w:val="none" w:sz="0" w:space="0" w:color="auto"/>
                                                      </w:divBdr>
                                                    </w:div>
                                                    <w:div w:id="1108161316">
                                                      <w:marLeft w:val="0"/>
                                                      <w:marRight w:val="0"/>
                                                      <w:marTop w:val="180"/>
                                                      <w:marBottom w:val="240"/>
                                                      <w:divBdr>
                                                        <w:top w:val="none" w:sz="0" w:space="0" w:color="auto"/>
                                                        <w:left w:val="none" w:sz="0" w:space="0" w:color="auto"/>
                                                        <w:bottom w:val="none" w:sz="0" w:space="0" w:color="auto"/>
                                                        <w:right w:val="none" w:sz="0" w:space="0" w:color="auto"/>
                                                      </w:divBdr>
                                                    </w:div>
                                                    <w:div w:id="1984893612">
                                                      <w:marLeft w:val="0"/>
                                                      <w:marRight w:val="0"/>
                                                      <w:marTop w:val="180"/>
                                                      <w:marBottom w:val="240"/>
                                                      <w:divBdr>
                                                        <w:top w:val="none" w:sz="0" w:space="0" w:color="auto"/>
                                                        <w:left w:val="none" w:sz="0" w:space="0" w:color="auto"/>
                                                        <w:bottom w:val="none" w:sz="0" w:space="0" w:color="auto"/>
                                                        <w:right w:val="none" w:sz="0" w:space="0" w:color="auto"/>
                                                      </w:divBdr>
                                                    </w:div>
                                                    <w:div w:id="1313605276">
                                                      <w:marLeft w:val="0"/>
                                                      <w:marRight w:val="0"/>
                                                      <w:marTop w:val="180"/>
                                                      <w:marBottom w:val="240"/>
                                                      <w:divBdr>
                                                        <w:top w:val="none" w:sz="0" w:space="0" w:color="auto"/>
                                                        <w:left w:val="none" w:sz="0" w:space="0" w:color="auto"/>
                                                        <w:bottom w:val="none" w:sz="0" w:space="0" w:color="auto"/>
                                                        <w:right w:val="none" w:sz="0" w:space="0" w:color="auto"/>
                                                      </w:divBdr>
                                                    </w:div>
                                                    <w:div w:id="339938295">
                                                      <w:marLeft w:val="0"/>
                                                      <w:marRight w:val="0"/>
                                                      <w:marTop w:val="180"/>
                                                      <w:marBottom w:val="240"/>
                                                      <w:divBdr>
                                                        <w:top w:val="none" w:sz="0" w:space="0" w:color="auto"/>
                                                        <w:left w:val="none" w:sz="0" w:space="0" w:color="auto"/>
                                                        <w:bottom w:val="none" w:sz="0" w:space="0" w:color="auto"/>
                                                        <w:right w:val="none" w:sz="0" w:space="0" w:color="auto"/>
                                                      </w:divBdr>
                                                    </w:div>
                                                    <w:div w:id="130052931">
                                                      <w:marLeft w:val="0"/>
                                                      <w:marRight w:val="0"/>
                                                      <w:marTop w:val="180"/>
                                                      <w:marBottom w:val="240"/>
                                                      <w:divBdr>
                                                        <w:top w:val="none" w:sz="0" w:space="0" w:color="auto"/>
                                                        <w:left w:val="none" w:sz="0" w:space="0" w:color="auto"/>
                                                        <w:bottom w:val="none" w:sz="0" w:space="0" w:color="auto"/>
                                                        <w:right w:val="none" w:sz="0" w:space="0" w:color="auto"/>
                                                      </w:divBdr>
                                                    </w:div>
                                                    <w:div w:id="2069914396">
                                                      <w:marLeft w:val="0"/>
                                                      <w:marRight w:val="0"/>
                                                      <w:marTop w:val="180"/>
                                                      <w:marBottom w:val="240"/>
                                                      <w:divBdr>
                                                        <w:top w:val="none" w:sz="0" w:space="0" w:color="auto"/>
                                                        <w:left w:val="none" w:sz="0" w:space="0" w:color="auto"/>
                                                        <w:bottom w:val="none" w:sz="0" w:space="0" w:color="auto"/>
                                                        <w:right w:val="none" w:sz="0" w:space="0" w:color="auto"/>
                                                      </w:divBdr>
                                                    </w:div>
                                                    <w:div w:id="1471051660">
                                                      <w:marLeft w:val="0"/>
                                                      <w:marRight w:val="0"/>
                                                      <w:marTop w:val="180"/>
                                                      <w:marBottom w:val="240"/>
                                                      <w:divBdr>
                                                        <w:top w:val="none" w:sz="0" w:space="0" w:color="auto"/>
                                                        <w:left w:val="none" w:sz="0" w:space="0" w:color="auto"/>
                                                        <w:bottom w:val="none" w:sz="0" w:space="0" w:color="auto"/>
                                                        <w:right w:val="none" w:sz="0" w:space="0" w:color="auto"/>
                                                      </w:divBdr>
                                                    </w:div>
                                                    <w:div w:id="1742095217">
                                                      <w:marLeft w:val="0"/>
                                                      <w:marRight w:val="0"/>
                                                      <w:marTop w:val="180"/>
                                                      <w:marBottom w:val="240"/>
                                                      <w:divBdr>
                                                        <w:top w:val="none" w:sz="0" w:space="0" w:color="auto"/>
                                                        <w:left w:val="none" w:sz="0" w:space="0" w:color="auto"/>
                                                        <w:bottom w:val="none" w:sz="0" w:space="0" w:color="auto"/>
                                                        <w:right w:val="none" w:sz="0" w:space="0" w:color="auto"/>
                                                      </w:divBdr>
                                                    </w:div>
                                                    <w:div w:id="1489323843">
                                                      <w:marLeft w:val="0"/>
                                                      <w:marRight w:val="0"/>
                                                      <w:marTop w:val="180"/>
                                                      <w:marBottom w:val="240"/>
                                                      <w:divBdr>
                                                        <w:top w:val="none" w:sz="0" w:space="0" w:color="auto"/>
                                                        <w:left w:val="none" w:sz="0" w:space="0" w:color="auto"/>
                                                        <w:bottom w:val="none" w:sz="0" w:space="0" w:color="auto"/>
                                                        <w:right w:val="none" w:sz="0" w:space="0" w:color="auto"/>
                                                      </w:divBdr>
                                                    </w:div>
                                                    <w:div w:id="2006085102">
                                                      <w:marLeft w:val="0"/>
                                                      <w:marRight w:val="0"/>
                                                      <w:marTop w:val="180"/>
                                                      <w:marBottom w:val="240"/>
                                                      <w:divBdr>
                                                        <w:top w:val="none" w:sz="0" w:space="0" w:color="auto"/>
                                                        <w:left w:val="none" w:sz="0" w:space="0" w:color="auto"/>
                                                        <w:bottom w:val="none" w:sz="0" w:space="0" w:color="auto"/>
                                                        <w:right w:val="none" w:sz="0" w:space="0" w:color="auto"/>
                                                      </w:divBdr>
                                                    </w:div>
                                                    <w:div w:id="1998220229">
                                                      <w:marLeft w:val="0"/>
                                                      <w:marRight w:val="0"/>
                                                      <w:marTop w:val="180"/>
                                                      <w:marBottom w:val="240"/>
                                                      <w:divBdr>
                                                        <w:top w:val="none" w:sz="0" w:space="0" w:color="auto"/>
                                                        <w:left w:val="none" w:sz="0" w:space="0" w:color="auto"/>
                                                        <w:bottom w:val="none" w:sz="0" w:space="0" w:color="auto"/>
                                                        <w:right w:val="none" w:sz="0" w:space="0" w:color="auto"/>
                                                      </w:divBdr>
                                                    </w:div>
                                                    <w:div w:id="508906637">
                                                      <w:marLeft w:val="0"/>
                                                      <w:marRight w:val="0"/>
                                                      <w:marTop w:val="180"/>
                                                      <w:marBottom w:val="240"/>
                                                      <w:divBdr>
                                                        <w:top w:val="none" w:sz="0" w:space="0" w:color="auto"/>
                                                        <w:left w:val="none" w:sz="0" w:space="0" w:color="auto"/>
                                                        <w:bottom w:val="none" w:sz="0" w:space="0" w:color="auto"/>
                                                        <w:right w:val="none" w:sz="0" w:space="0" w:color="auto"/>
                                                      </w:divBdr>
                                                    </w:div>
                                                    <w:div w:id="1451437104">
                                                      <w:marLeft w:val="0"/>
                                                      <w:marRight w:val="0"/>
                                                      <w:marTop w:val="180"/>
                                                      <w:marBottom w:val="240"/>
                                                      <w:divBdr>
                                                        <w:top w:val="none" w:sz="0" w:space="0" w:color="auto"/>
                                                        <w:left w:val="none" w:sz="0" w:space="0" w:color="auto"/>
                                                        <w:bottom w:val="none" w:sz="0" w:space="0" w:color="auto"/>
                                                        <w:right w:val="none" w:sz="0" w:space="0" w:color="auto"/>
                                                      </w:divBdr>
                                                    </w:div>
                                                    <w:div w:id="850992542">
                                                      <w:marLeft w:val="0"/>
                                                      <w:marRight w:val="0"/>
                                                      <w:marTop w:val="180"/>
                                                      <w:marBottom w:val="240"/>
                                                      <w:divBdr>
                                                        <w:top w:val="none" w:sz="0" w:space="0" w:color="auto"/>
                                                        <w:left w:val="none" w:sz="0" w:space="0" w:color="auto"/>
                                                        <w:bottom w:val="none" w:sz="0" w:space="0" w:color="auto"/>
                                                        <w:right w:val="none" w:sz="0" w:space="0" w:color="auto"/>
                                                      </w:divBdr>
                                                    </w:div>
                                                    <w:div w:id="1252470527">
                                                      <w:marLeft w:val="0"/>
                                                      <w:marRight w:val="0"/>
                                                      <w:marTop w:val="180"/>
                                                      <w:marBottom w:val="240"/>
                                                      <w:divBdr>
                                                        <w:top w:val="none" w:sz="0" w:space="0" w:color="auto"/>
                                                        <w:left w:val="none" w:sz="0" w:space="0" w:color="auto"/>
                                                        <w:bottom w:val="none" w:sz="0" w:space="0" w:color="auto"/>
                                                        <w:right w:val="none" w:sz="0" w:space="0" w:color="auto"/>
                                                      </w:divBdr>
                                                    </w:div>
                                                    <w:div w:id="143548070">
                                                      <w:marLeft w:val="0"/>
                                                      <w:marRight w:val="0"/>
                                                      <w:marTop w:val="180"/>
                                                      <w:marBottom w:val="240"/>
                                                      <w:divBdr>
                                                        <w:top w:val="none" w:sz="0" w:space="0" w:color="auto"/>
                                                        <w:left w:val="none" w:sz="0" w:space="0" w:color="auto"/>
                                                        <w:bottom w:val="none" w:sz="0" w:space="0" w:color="auto"/>
                                                        <w:right w:val="none" w:sz="0" w:space="0" w:color="auto"/>
                                                      </w:divBdr>
                                                    </w:div>
                                                    <w:div w:id="827669687">
                                                      <w:marLeft w:val="0"/>
                                                      <w:marRight w:val="0"/>
                                                      <w:marTop w:val="180"/>
                                                      <w:marBottom w:val="240"/>
                                                      <w:divBdr>
                                                        <w:top w:val="none" w:sz="0" w:space="0" w:color="auto"/>
                                                        <w:left w:val="none" w:sz="0" w:space="0" w:color="auto"/>
                                                        <w:bottom w:val="none" w:sz="0" w:space="0" w:color="auto"/>
                                                        <w:right w:val="none" w:sz="0" w:space="0" w:color="auto"/>
                                                      </w:divBdr>
                                                    </w:div>
                                                    <w:div w:id="1302882570">
                                                      <w:marLeft w:val="0"/>
                                                      <w:marRight w:val="0"/>
                                                      <w:marTop w:val="360"/>
                                                      <w:marBottom w:val="180"/>
                                                      <w:divBdr>
                                                        <w:top w:val="none" w:sz="0" w:space="0" w:color="auto"/>
                                                        <w:left w:val="none" w:sz="0" w:space="0" w:color="auto"/>
                                                        <w:bottom w:val="none" w:sz="0" w:space="0" w:color="auto"/>
                                                        <w:right w:val="none" w:sz="0" w:space="0" w:color="auto"/>
                                                      </w:divBdr>
                                                    </w:div>
                                                    <w:div w:id="1124496703">
                                                      <w:marLeft w:val="0"/>
                                                      <w:marRight w:val="0"/>
                                                      <w:marTop w:val="180"/>
                                                      <w:marBottom w:val="240"/>
                                                      <w:divBdr>
                                                        <w:top w:val="none" w:sz="0" w:space="0" w:color="auto"/>
                                                        <w:left w:val="none" w:sz="0" w:space="0" w:color="auto"/>
                                                        <w:bottom w:val="none" w:sz="0" w:space="0" w:color="auto"/>
                                                        <w:right w:val="none" w:sz="0" w:space="0" w:color="auto"/>
                                                      </w:divBdr>
                                                    </w:div>
                                                    <w:div w:id="671644268">
                                                      <w:marLeft w:val="0"/>
                                                      <w:marRight w:val="0"/>
                                                      <w:marTop w:val="180"/>
                                                      <w:marBottom w:val="240"/>
                                                      <w:divBdr>
                                                        <w:top w:val="none" w:sz="0" w:space="0" w:color="auto"/>
                                                        <w:left w:val="none" w:sz="0" w:space="0" w:color="auto"/>
                                                        <w:bottom w:val="none" w:sz="0" w:space="0" w:color="auto"/>
                                                        <w:right w:val="none" w:sz="0" w:space="0" w:color="auto"/>
                                                      </w:divBdr>
                                                    </w:div>
                                                    <w:div w:id="695737442">
                                                      <w:marLeft w:val="0"/>
                                                      <w:marRight w:val="0"/>
                                                      <w:marTop w:val="180"/>
                                                      <w:marBottom w:val="240"/>
                                                      <w:divBdr>
                                                        <w:top w:val="none" w:sz="0" w:space="0" w:color="auto"/>
                                                        <w:left w:val="none" w:sz="0" w:space="0" w:color="auto"/>
                                                        <w:bottom w:val="none" w:sz="0" w:space="0" w:color="auto"/>
                                                        <w:right w:val="none" w:sz="0" w:space="0" w:color="auto"/>
                                                      </w:divBdr>
                                                    </w:div>
                                                    <w:div w:id="1689020803">
                                                      <w:marLeft w:val="0"/>
                                                      <w:marRight w:val="0"/>
                                                      <w:marTop w:val="180"/>
                                                      <w:marBottom w:val="240"/>
                                                      <w:divBdr>
                                                        <w:top w:val="none" w:sz="0" w:space="0" w:color="auto"/>
                                                        <w:left w:val="none" w:sz="0" w:space="0" w:color="auto"/>
                                                        <w:bottom w:val="none" w:sz="0" w:space="0" w:color="auto"/>
                                                        <w:right w:val="none" w:sz="0" w:space="0" w:color="auto"/>
                                                      </w:divBdr>
                                                    </w:div>
                                                    <w:div w:id="1738360484">
                                                      <w:marLeft w:val="0"/>
                                                      <w:marRight w:val="0"/>
                                                      <w:marTop w:val="180"/>
                                                      <w:marBottom w:val="240"/>
                                                      <w:divBdr>
                                                        <w:top w:val="none" w:sz="0" w:space="0" w:color="auto"/>
                                                        <w:left w:val="none" w:sz="0" w:space="0" w:color="auto"/>
                                                        <w:bottom w:val="none" w:sz="0" w:space="0" w:color="auto"/>
                                                        <w:right w:val="none" w:sz="0" w:space="0" w:color="auto"/>
                                                      </w:divBdr>
                                                    </w:div>
                                                    <w:div w:id="384766543">
                                                      <w:marLeft w:val="0"/>
                                                      <w:marRight w:val="0"/>
                                                      <w:marTop w:val="180"/>
                                                      <w:marBottom w:val="240"/>
                                                      <w:divBdr>
                                                        <w:top w:val="none" w:sz="0" w:space="0" w:color="auto"/>
                                                        <w:left w:val="none" w:sz="0" w:space="0" w:color="auto"/>
                                                        <w:bottom w:val="none" w:sz="0" w:space="0" w:color="auto"/>
                                                        <w:right w:val="none" w:sz="0" w:space="0" w:color="auto"/>
                                                      </w:divBdr>
                                                    </w:div>
                                                    <w:div w:id="2024553384">
                                                      <w:marLeft w:val="0"/>
                                                      <w:marRight w:val="0"/>
                                                      <w:marTop w:val="180"/>
                                                      <w:marBottom w:val="240"/>
                                                      <w:divBdr>
                                                        <w:top w:val="none" w:sz="0" w:space="0" w:color="auto"/>
                                                        <w:left w:val="none" w:sz="0" w:space="0" w:color="auto"/>
                                                        <w:bottom w:val="none" w:sz="0" w:space="0" w:color="auto"/>
                                                        <w:right w:val="none" w:sz="0" w:space="0" w:color="auto"/>
                                                      </w:divBdr>
                                                    </w:div>
                                                    <w:div w:id="986742742">
                                                      <w:marLeft w:val="0"/>
                                                      <w:marRight w:val="0"/>
                                                      <w:marTop w:val="180"/>
                                                      <w:marBottom w:val="240"/>
                                                      <w:divBdr>
                                                        <w:top w:val="none" w:sz="0" w:space="0" w:color="auto"/>
                                                        <w:left w:val="none" w:sz="0" w:space="0" w:color="auto"/>
                                                        <w:bottom w:val="none" w:sz="0" w:space="0" w:color="auto"/>
                                                        <w:right w:val="none" w:sz="0" w:space="0" w:color="auto"/>
                                                      </w:divBdr>
                                                    </w:div>
                                                    <w:div w:id="1674994130">
                                                      <w:marLeft w:val="0"/>
                                                      <w:marRight w:val="0"/>
                                                      <w:marTop w:val="180"/>
                                                      <w:marBottom w:val="240"/>
                                                      <w:divBdr>
                                                        <w:top w:val="none" w:sz="0" w:space="0" w:color="auto"/>
                                                        <w:left w:val="none" w:sz="0" w:space="0" w:color="auto"/>
                                                        <w:bottom w:val="none" w:sz="0" w:space="0" w:color="auto"/>
                                                        <w:right w:val="none" w:sz="0" w:space="0" w:color="auto"/>
                                                      </w:divBdr>
                                                    </w:div>
                                                    <w:div w:id="1663503912">
                                                      <w:marLeft w:val="0"/>
                                                      <w:marRight w:val="0"/>
                                                      <w:marTop w:val="180"/>
                                                      <w:marBottom w:val="240"/>
                                                      <w:divBdr>
                                                        <w:top w:val="none" w:sz="0" w:space="0" w:color="auto"/>
                                                        <w:left w:val="none" w:sz="0" w:space="0" w:color="auto"/>
                                                        <w:bottom w:val="none" w:sz="0" w:space="0" w:color="auto"/>
                                                        <w:right w:val="none" w:sz="0" w:space="0" w:color="auto"/>
                                                      </w:divBdr>
                                                    </w:div>
                                                    <w:div w:id="46211385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678191903">
                                  <w:marLeft w:val="0"/>
                                  <w:marRight w:val="0"/>
                                  <w:marTop w:val="450"/>
                                  <w:marBottom w:val="0"/>
                                  <w:divBdr>
                                    <w:top w:val="none" w:sz="0" w:space="0" w:color="auto"/>
                                    <w:left w:val="none" w:sz="0" w:space="0" w:color="auto"/>
                                    <w:bottom w:val="none" w:sz="0" w:space="0" w:color="auto"/>
                                    <w:right w:val="none" w:sz="0" w:space="0" w:color="auto"/>
                                  </w:divBdr>
                                  <w:divsChild>
                                    <w:div w:id="686295286">
                                      <w:marLeft w:val="0"/>
                                      <w:marRight w:val="0"/>
                                      <w:marTop w:val="0"/>
                                      <w:marBottom w:val="0"/>
                                      <w:divBdr>
                                        <w:top w:val="none" w:sz="0" w:space="0" w:color="auto"/>
                                        <w:left w:val="none" w:sz="0" w:space="0" w:color="auto"/>
                                        <w:bottom w:val="none" w:sz="0" w:space="0" w:color="auto"/>
                                        <w:right w:val="none" w:sz="0" w:space="0" w:color="auto"/>
                                      </w:divBdr>
                                      <w:divsChild>
                                        <w:div w:id="1148014161">
                                          <w:marLeft w:val="0"/>
                                          <w:marRight w:val="0"/>
                                          <w:marTop w:val="0"/>
                                          <w:marBottom w:val="0"/>
                                          <w:divBdr>
                                            <w:top w:val="none" w:sz="0" w:space="0" w:color="auto"/>
                                            <w:left w:val="none" w:sz="0" w:space="0" w:color="auto"/>
                                            <w:bottom w:val="none" w:sz="0" w:space="0" w:color="auto"/>
                                            <w:right w:val="none" w:sz="0" w:space="0" w:color="auto"/>
                                          </w:divBdr>
                                          <w:divsChild>
                                            <w:div w:id="2006005703">
                                              <w:marLeft w:val="0"/>
                                              <w:marRight w:val="246"/>
                                              <w:marTop w:val="0"/>
                                              <w:marBottom w:val="0"/>
                                              <w:divBdr>
                                                <w:top w:val="none" w:sz="0" w:space="0" w:color="auto"/>
                                                <w:left w:val="none" w:sz="0" w:space="0" w:color="auto"/>
                                                <w:bottom w:val="none" w:sz="0" w:space="0" w:color="auto"/>
                                                <w:right w:val="none" w:sz="0" w:space="0" w:color="auto"/>
                                              </w:divBdr>
                                              <w:divsChild>
                                                <w:div w:id="8070189">
                                                  <w:marLeft w:val="0"/>
                                                  <w:marRight w:val="0"/>
                                                  <w:marTop w:val="0"/>
                                                  <w:marBottom w:val="0"/>
                                                  <w:divBdr>
                                                    <w:top w:val="none" w:sz="0" w:space="0" w:color="auto"/>
                                                    <w:left w:val="none" w:sz="0" w:space="0" w:color="auto"/>
                                                    <w:bottom w:val="none" w:sz="0" w:space="0" w:color="auto"/>
                                                    <w:right w:val="none" w:sz="0" w:space="0" w:color="auto"/>
                                                  </w:divBdr>
                                                  <w:divsChild>
                                                    <w:div w:id="1811747701">
                                                      <w:marLeft w:val="0"/>
                                                      <w:marRight w:val="0"/>
                                                      <w:marTop w:val="0"/>
                                                      <w:marBottom w:val="0"/>
                                                      <w:divBdr>
                                                        <w:top w:val="none" w:sz="0" w:space="0" w:color="auto"/>
                                                        <w:left w:val="none" w:sz="0" w:space="0" w:color="auto"/>
                                                        <w:bottom w:val="none" w:sz="0" w:space="0" w:color="auto"/>
                                                        <w:right w:val="none" w:sz="0" w:space="0" w:color="auto"/>
                                                      </w:divBdr>
                                                      <w:divsChild>
                                                        <w:div w:id="165748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497752">
                                              <w:marLeft w:val="0"/>
                                              <w:marRight w:val="0"/>
                                              <w:marTop w:val="0"/>
                                              <w:marBottom w:val="0"/>
                                              <w:divBdr>
                                                <w:top w:val="none" w:sz="0" w:space="0" w:color="auto"/>
                                                <w:left w:val="none" w:sz="0" w:space="0" w:color="auto"/>
                                                <w:bottom w:val="none" w:sz="0" w:space="0" w:color="auto"/>
                                                <w:right w:val="none" w:sz="0" w:space="0" w:color="auto"/>
                                              </w:divBdr>
                                              <w:divsChild>
                                                <w:div w:id="199833918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796486724">
                                      <w:marLeft w:val="0"/>
                                      <w:marRight w:val="0"/>
                                      <w:marTop w:val="0"/>
                                      <w:marBottom w:val="0"/>
                                      <w:divBdr>
                                        <w:top w:val="none" w:sz="0" w:space="0" w:color="auto"/>
                                        <w:left w:val="none" w:sz="0" w:space="0" w:color="auto"/>
                                        <w:bottom w:val="none" w:sz="0" w:space="0" w:color="auto"/>
                                        <w:right w:val="none" w:sz="0" w:space="0" w:color="auto"/>
                                      </w:divBdr>
                                      <w:divsChild>
                                        <w:div w:id="1999841579">
                                          <w:marLeft w:val="0"/>
                                          <w:marRight w:val="0"/>
                                          <w:marTop w:val="0"/>
                                          <w:marBottom w:val="0"/>
                                          <w:divBdr>
                                            <w:top w:val="none" w:sz="0" w:space="0" w:color="auto"/>
                                            <w:left w:val="none" w:sz="0" w:space="0" w:color="auto"/>
                                            <w:bottom w:val="none" w:sz="0" w:space="0" w:color="auto"/>
                                            <w:right w:val="none" w:sz="0" w:space="0" w:color="auto"/>
                                          </w:divBdr>
                                          <w:divsChild>
                                            <w:div w:id="1676028480">
                                              <w:marLeft w:val="0"/>
                                              <w:marRight w:val="0"/>
                                              <w:marTop w:val="0"/>
                                              <w:marBottom w:val="0"/>
                                              <w:divBdr>
                                                <w:top w:val="none" w:sz="0" w:space="0" w:color="auto"/>
                                                <w:left w:val="none" w:sz="0" w:space="0" w:color="auto"/>
                                                <w:bottom w:val="none" w:sz="0" w:space="0" w:color="auto"/>
                                                <w:right w:val="none" w:sz="0" w:space="0" w:color="auto"/>
                                              </w:divBdr>
                                              <w:divsChild>
                                                <w:div w:id="445732773">
                                                  <w:marLeft w:val="0"/>
                                                  <w:marRight w:val="0"/>
                                                  <w:marTop w:val="0"/>
                                                  <w:marBottom w:val="0"/>
                                                  <w:divBdr>
                                                    <w:top w:val="none" w:sz="0" w:space="0" w:color="auto"/>
                                                    <w:left w:val="none" w:sz="0" w:space="0" w:color="auto"/>
                                                    <w:bottom w:val="none" w:sz="0" w:space="0" w:color="auto"/>
                                                    <w:right w:val="none" w:sz="0" w:space="0" w:color="auto"/>
                                                  </w:divBdr>
                                                  <w:divsChild>
                                                    <w:div w:id="1388724541">
                                                      <w:marLeft w:val="0"/>
                                                      <w:marRight w:val="0"/>
                                                      <w:marTop w:val="180"/>
                                                      <w:marBottom w:val="240"/>
                                                      <w:divBdr>
                                                        <w:top w:val="none" w:sz="0" w:space="0" w:color="auto"/>
                                                        <w:left w:val="none" w:sz="0" w:space="0" w:color="auto"/>
                                                        <w:bottom w:val="none" w:sz="0" w:space="0" w:color="auto"/>
                                                        <w:right w:val="none" w:sz="0" w:space="0" w:color="auto"/>
                                                      </w:divBdr>
                                                    </w:div>
                                                    <w:div w:id="1285310317">
                                                      <w:marLeft w:val="0"/>
                                                      <w:marRight w:val="0"/>
                                                      <w:marTop w:val="180"/>
                                                      <w:marBottom w:val="240"/>
                                                      <w:divBdr>
                                                        <w:top w:val="none" w:sz="0" w:space="0" w:color="auto"/>
                                                        <w:left w:val="none" w:sz="0" w:space="0" w:color="auto"/>
                                                        <w:bottom w:val="none" w:sz="0" w:space="0" w:color="auto"/>
                                                        <w:right w:val="none" w:sz="0" w:space="0" w:color="auto"/>
                                                      </w:divBdr>
                                                    </w:div>
                                                    <w:div w:id="1059865857">
                                                      <w:marLeft w:val="0"/>
                                                      <w:marRight w:val="0"/>
                                                      <w:marTop w:val="180"/>
                                                      <w:marBottom w:val="240"/>
                                                      <w:divBdr>
                                                        <w:top w:val="none" w:sz="0" w:space="0" w:color="auto"/>
                                                        <w:left w:val="none" w:sz="0" w:space="0" w:color="auto"/>
                                                        <w:bottom w:val="none" w:sz="0" w:space="0" w:color="auto"/>
                                                        <w:right w:val="none" w:sz="0" w:space="0" w:color="auto"/>
                                                      </w:divBdr>
                                                    </w:div>
                                                    <w:div w:id="1641300125">
                                                      <w:marLeft w:val="0"/>
                                                      <w:marRight w:val="0"/>
                                                      <w:marTop w:val="180"/>
                                                      <w:marBottom w:val="240"/>
                                                      <w:divBdr>
                                                        <w:top w:val="none" w:sz="0" w:space="0" w:color="auto"/>
                                                        <w:left w:val="none" w:sz="0" w:space="0" w:color="auto"/>
                                                        <w:bottom w:val="none" w:sz="0" w:space="0" w:color="auto"/>
                                                        <w:right w:val="none" w:sz="0" w:space="0" w:color="auto"/>
                                                      </w:divBdr>
                                                    </w:div>
                                                    <w:div w:id="1475685329">
                                                      <w:marLeft w:val="0"/>
                                                      <w:marRight w:val="0"/>
                                                      <w:marTop w:val="360"/>
                                                      <w:marBottom w:val="180"/>
                                                      <w:divBdr>
                                                        <w:top w:val="none" w:sz="0" w:space="0" w:color="auto"/>
                                                        <w:left w:val="none" w:sz="0" w:space="0" w:color="auto"/>
                                                        <w:bottom w:val="none" w:sz="0" w:space="0" w:color="auto"/>
                                                        <w:right w:val="none" w:sz="0" w:space="0" w:color="auto"/>
                                                      </w:divBdr>
                                                    </w:div>
                                                    <w:div w:id="2055544019">
                                                      <w:marLeft w:val="0"/>
                                                      <w:marRight w:val="0"/>
                                                      <w:marTop w:val="360"/>
                                                      <w:marBottom w:val="180"/>
                                                      <w:divBdr>
                                                        <w:top w:val="none" w:sz="0" w:space="0" w:color="auto"/>
                                                        <w:left w:val="none" w:sz="0" w:space="0" w:color="auto"/>
                                                        <w:bottom w:val="none" w:sz="0" w:space="0" w:color="auto"/>
                                                        <w:right w:val="none" w:sz="0" w:space="0" w:color="auto"/>
                                                      </w:divBdr>
                                                    </w:div>
                                                    <w:div w:id="1796947733">
                                                      <w:marLeft w:val="0"/>
                                                      <w:marRight w:val="0"/>
                                                      <w:marTop w:val="180"/>
                                                      <w:marBottom w:val="240"/>
                                                      <w:divBdr>
                                                        <w:top w:val="none" w:sz="0" w:space="0" w:color="auto"/>
                                                        <w:left w:val="none" w:sz="0" w:space="0" w:color="auto"/>
                                                        <w:bottom w:val="none" w:sz="0" w:space="0" w:color="auto"/>
                                                        <w:right w:val="none" w:sz="0" w:space="0" w:color="auto"/>
                                                      </w:divBdr>
                                                    </w:div>
                                                    <w:div w:id="911889450">
                                                      <w:marLeft w:val="0"/>
                                                      <w:marRight w:val="0"/>
                                                      <w:marTop w:val="180"/>
                                                      <w:marBottom w:val="240"/>
                                                      <w:divBdr>
                                                        <w:top w:val="none" w:sz="0" w:space="0" w:color="auto"/>
                                                        <w:left w:val="none" w:sz="0" w:space="0" w:color="auto"/>
                                                        <w:bottom w:val="none" w:sz="0" w:space="0" w:color="auto"/>
                                                        <w:right w:val="none" w:sz="0" w:space="0" w:color="auto"/>
                                                      </w:divBdr>
                                                    </w:div>
                                                    <w:div w:id="1775007241">
                                                      <w:marLeft w:val="0"/>
                                                      <w:marRight w:val="0"/>
                                                      <w:marTop w:val="180"/>
                                                      <w:marBottom w:val="240"/>
                                                      <w:divBdr>
                                                        <w:top w:val="none" w:sz="0" w:space="0" w:color="auto"/>
                                                        <w:left w:val="none" w:sz="0" w:space="0" w:color="auto"/>
                                                        <w:bottom w:val="none" w:sz="0" w:space="0" w:color="auto"/>
                                                        <w:right w:val="none" w:sz="0" w:space="0" w:color="auto"/>
                                                      </w:divBdr>
                                                    </w:div>
                                                    <w:div w:id="1930767616">
                                                      <w:marLeft w:val="0"/>
                                                      <w:marRight w:val="0"/>
                                                      <w:marTop w:val="180"/>
                                                      <w:marBottom w:val="240"/>
                                                      <w:divBdr>
                                                        <w:top w:val="none" w:sz="0" w:space="0" w:color="auto"/>
                                                        <w:left w:val="none" w:sz="0" w:space="0" w:color="auto"/>
                                                        <w:bottom w:val="none" w:sz="0" w:space="0" w:color="auto"/>
                                                        <w:right w:val="none" w:sz="0" w:space="0" w:color="auto"/>
                                                      </w:divBdr>
                                                    </w:div>
                                                    <w:div w:id="1632516646">
                                                      <w:marLeft w:val="0"/>
                                                      <w:marRight w:val="0"/>
                                                      <w:marTop w:val="180"/>
                                                      <w:marBottom w:val="240"/>
                                                      <w:divBdr>
                                                        <w:top w:val="none" w:sz="0" w:space="0" w:color="auto"/>
                                                        <w:left w:val="none" w:sz="0" w:space="0" w:color="auto"/>
                                                        <w:bottom w:val="none" w:sz="0" w:space="0" w:color="auto"/>
                                                        <w:right w:val="none" w:sz="0" w:space="0" w:color="auto"/>
                                                      </w:divBdr>
                                                    </w:div>
                                                    <w:div w:id="1543444187">
                                                      <w:marLeft w:val="0"/>
                                                      <w:marRight w:val="0"/>
                                                      <w:marTop w:val="180"/>
                                                      <w:marBottom w:val="240"/>
                                                      <w:divBdr>
                                                        <w:top w:val="none" w:sz="0" w:space="0" w:color="auto"/>
                                                        <w:left w:val="none" w:sz="0" w:space="0" w:color="auto"/>
                                                        <w:bottom w:val="none" w:sz="0" w:space="0" w:color="auto"/>
                                                        <w:right w:val="none" w:sz="0" w:space="0" w:color="auto"/>
                                                      </w:divBdr>
                                                    </w:div>
                                                    <w:div w:id="1694842911">
                                                      <w:marLeft w:val="0"/>
                                                      <w:marRight w:val="0"/>
                                                      <w:marTop w:val="180"/>
                                                      <w:marBottom w:val="240"/>
                                                      <w:divBdr>
                                                        <w:top w:val="none" w:sz="0" w:space="0" w:color="auto"/>
                                                        <w:left w:val="none" w:sz="0" w:space="0" w:color="auto"/>
                                                        <w:bottom w:val="none" w:sz="0" w:space="0" w:color="auto"/>
                                                        <w:right w:val="none" w:sz="0" w:space="0" w:color="auto"/>
                                                      </w:divBdr>
                                                    </w:div>
                                                    <w:div w:id="109010297">
                                                      <w:marLeft w:val="0"/>
                                                      <w:marRight w:val="0"/>
                                                      <w:marTop w:val="180"/>
                                                      <w:marBottom w:val="240"/>
                                                      <w:divBdr>
                                                        <w:top w:val="none" w:sz="0" w:space="0" w:color="auto"/>
                                                        <w:left w:val="none" w:sz="0" w:space="0" w:color="auto"/>
                                                        <w:bottom w:val="none" w:sz="0" w:space="0" w:color="auto"/>
                                                        <w:right w:val="none" w:sz="0" w:space="0" w:color="auto"/>
                                                      </w:divBdr>
                                                    </w:div>
                                                    <w:div w:id="460849938">
                                                      <w:marLeft w:val="0"/>
                                                      <w:marRight w:val="0"/>
                                                      <w:marTop w:val="180"/>
                                                      <w:marBottom w:val="240"/>
                                                      <w:divBdr>
                                                        <w:top w:val="none" w:sz="0" w:space="0" w:color="auto"/>
                                                        <w:left w:val="none" w:sz="0" w:space="0" w:color="auto"/>
                                                        <w:bottom w:val="none" w:sz="0" w:space="0" w:color="auto"/>
                                                        <w:right w:val="none" w:sz="0" w:space="0" w:color="auto"/>
                                                      </w:divBdr>
                                                    </w:div>
                                                    <w:div w:id="1153913127">
                                                      <w:marLeft w:val="0"/>
                                                      <w:marRight w:val="0"/>
                                                      <w:marTop w:val="180"/>
                                                      <w:marBottom w:val="240"/>
                                                      <w:divBdr>
                                                        <w:top w:val="none" w:sz="0" w:space="0" w:color="auto"/>
                                                        <w:left w:val="none" w:sz="0" w:space="0" w:color="auto"/>
                                                        <w:bottom w:val="none" w:sz="0" w:space="0" w:color="auto"/>
                                                        <w:right w:val="none" w:sz="0" w:space="0" w:color="auto"/>
                                                      </w:divBdr>
                                                    </w:div>
                                                    <w:div w:id="1754357934">
                                                      <w:marLeft w:val="0"/>
                                                      <w:marRight w:val="0"/>
                                                      <w:marTop w:val="180"/>
                                                      <w:marBottom w:val="240"/>
                                                      <w:divBdr>
                                                        <w:top w:val="none" w:sz="0" w:space="0" w:color="auto"/>
                                                        <w:left w:val="none" w:sz="0" w:space="0" w:color="auto"/>
                                                        <w:bottom w:val="none" w:sz="0" w:space="0" w:color="auto"/>
                                                        <w:right w:val="none" w:sz="0" w:space="0" w:color="auto"/>
                                                      </w:divBdr>
                                                    </w:div>
                                                    <w:div w:id="93593921">
                                                      <w:marLeft w:val="0"/>
                                                      <w:marRight w:val="0"/>
                                                      <w:marTop w:val="180"/>
                                                      <w:marBottom w:val="240"/>
                                                      <w:divBdr>
                                                        <w:top w:val="none" w:sz="0" w:space="0" w:color="auto"/>
                                                        <w:left w:val="none" w:sz="0" w:space="0" w:color="auto"/>
                                                        <w:bottom w:val="none" w:sz="0" w:space="0" w:color="auto"/>
                                                        <w:right w:val="none" w:sz="0" w:space="0" w:color="auto"/>
                                                      </w:divBdr>
                                                    </w:div>
                                                    <w:div w:id="1141725486">
                                                      <w:marLeft w:val="0"/>
                                                      <w:marRight w:val="0"/>
                                                      <w:marTop w:val="180"/>
                                                      <w:marBottom w:val="240"/>
                                                      <w:divBdr>
                                                        <w:top w:val="none" w:sz="0" w:space="0" w:color="auto"/>
                                                        <w:left w:val="none" w:sz="0" w:space="0" w:color="auto"/>
                                                        <w:bottom w:val="none" w:sz="0" w:space="0" w:color="auto"/>
                                                        <w:right w:val="none" w:sz="0" w:space="0" w:color="auto"/>
                                                      </w:divBdr>
                                                    </w:div>
                                                    <w:div w:id="1549223103">
                                                      <w:marLeft w:val="0"/>
                                                      <w:marRight w:val="0"/>
                                                      <w:marTop w:val="180"/>
                                                      <w:marBottom w:val="240"/>
                                                      <w:divBdr>
                                                        <w:top w:val="none" w:sz="0" w:space="0" w:color="auto"/>
                                                        <w:left w:val="none" w:sz="0" w:space="0" w:color="auto"/>
                                                        <w:bottom w:val="none" w:sz="0" w:space="0" w:color="auto"/>
                                                        <w:right w:val="none" w:sz="0" w:space="0" w:color="auto"/>
                                                      </w:divBdr>
                                                    </w:div>
                                                    <w:div w:id="1668359661">
                                                      <w:marLeft w:val="0"/>
                                                      <w:marRight w:val="0"/>
                                                      <w:marTop w:val="180"/>
                                                      <w:marBottom w:val="240"/>
                                                      <w:divBdr>
                                                        <w:top w:val="none" w:sz="0" w:space="0" w:color="auto"/>
                                                        <w:left w:val="none" w:sz="0" w:space="0" w:color="auto"/>
                                                        <w:bottom w:val="none" w:sz="0" w:space="0" w:color="auto"/>
                                                        <w:right w:val="none" w:sz="0" w:space="0" w:color="auto"/>
                                                      </w:divBdr>
                                                    </w:div>
                                                    <w:div w:id="436875650">
                                                      <w:marLeft w:val="0"/>
                                                      <w:marRight w:val="0"/>
                                                      <w:marTop w:val="180"/>
                                                      <w:marBottom w:val="240"/>
                                                      <w:divBdr>
                                                        <w:top w:val="none" w:sz="0" w:space="0" w:color="auto"/>
                                                        <w:left w:val="none" w:sz="0" w:space="0" w:color="auto"/>
                                                        <w:bottom w:val="none" w:sz="0" w:space="0" w:color="auto"/>
                                                        <w:right w:val="none" w:sz="0" w:space="0" w:color="auto"/>
                                                      </w:divBdr>
                                                    </w:div>
                                                    <w:div w:id="1736969324">
                                                      <w:marLeft w:val="0"/>
                                                      <w:marRight w:val="0"/>
                                                      <w:marTop w:val="180"/>
                                                      <w:marBottom w:val="240"/>
                                                      <w:divBdr>
                                                        <w:top w:val="none" w:sz="0" w:space="0" w:color="auto"/>
                                                        <w:left w:val="none" w:sz="0" w:space="0" w:color="auto"/>
                                                        <w:bottom w:val="none" w:sz="0" w:space="0" w:color="auto"/>
                                                        <w:right w:val="none" w:sz="0" w:space="0" w:color="auto"/>
                                                      </w:divBdr>
                                                    </w:div>
                                                    <w:div w:id="298611882">
                                                      <w:marLeft w:val="0"/>
                                                      <w:marRight w:val="0"/>
                                                      <w:marTop w:val="180"/>
                                                      <w:marBottom w:val="240"/>
                                                      <w:divBdr>
                                                        <w:top w:val="none" w:sz="0" w:space="0" w:color="auto"/>
                                                        <w:left w:val="none" w:sz="0" w:space="0" w:color="auto"/>
                                                        <w:bottom w:val="none" w:sz="0" w:space="0" w:color="auto"/>
                                                        <w:right w:val="none" w:sz="0" w:space="0" w:color="auto"/>
                                                      </w:divBdr>
                                                    </w:div>
                                                    <w:div w:id="1043745670">
                                                      <w:marLeft w:val="0"/>
                                                      <w:marRight w:val="0"/>
                                                      <w:marTop w:val="180"/>
                                                      <w:marBottom w:val="240"/>
                                                      <w:divBdr>
                                                        <w:top w:val="none" w:sz="0" w:space="0" w:color="auto"/>
                                                        <w:left w:val="none" w:sz="0" w:space="0" w:color="auto"/>
                                                        <w:bottom w:val="none" w:sz="0" w:space="0" w:color="auto"/>
                                                        <w:right w:val="none" w:sz="0" w:space="0" w:color="auto"/>
                                                      </w:divBdr>
                                                    </w:div>
                                                    <w:div w:id="2075615901">
                                                      <w:marLeft w:val="0"/>
                                                      <w:marRight w:val="0"/>
                                                      <w:marTop w:val="180"/>
                                                      <w:marBottom w:val="240"/>
                                                      <w:divBdr>
                                                        <w:top w:val="none" w:sz="0" w:space="0" w:color="auto"/>
                                                        <w:left w:val="none" w:sz="0" w:space="0" w:color="auto"/>
                                                        <w:bottom w:val="none" w:sz="0" w:space="0" w:color="auto"/>
                                                        <w:right w:val="none" w:sz="0" w:space="0" w:color="auto"/>
                                                      </w:divBdr>
                                                    </w:div>
                                                    <w:div w:id="135950432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160924241">
                                  <w:marLeft w:val="0"/>
                                  <w:marRight w:val="0"/>
                                  <w:marTop w:val="450"/>
                                  <w:marBottom w:val="0"/>
                                  <w:divBdr>
                                    <w:top w:val="none" w:sz="0" w:space="0" w:color="auto"/>
                                    <w:left w:val="none" w:sz="0" w:space="0" w:color="auto"/>
                                    <w:bottom w:val="none" w:sz="0" w:space="0" w:color="auto"/>
                                    <w:right w:val="none" w:sz="0" w:space="0" w:color="auto"/>
                                  </w:divBdr>
                                  <w:divsChild>
                                    <w:div w:id="1748917161">
                                      <w:marLeft w:val="0"/>
                                      <w:marRight w:val="0"/>
                                      <w:marTop w:val="0"/>
                                      <w:marBottom w:val="0"/>
                                      <w:divBdr>
                                        <w:top w:val="none" w:sz="0" w:space="0" w:color="auto"/>
                                        <w:left w:val="none" w:sz="0" w:space="0" w:color="auto"/>
                                        <w:bottom w:val="none" w:sz="0" w:space="0" w:color="auto"/>
                                        <w:right w:val="none" w:sz="0" w:space="0" w:color="auto"/>
                                      </w:divBdr>
                                      <w:divsChild>
                                        <w:div w:id="1553424937">
                                          <w:marLeft w:val="0"/>
                                          <w:marRight w:val="0"/>
                                          <w:marTop w:val="0"/>
                                          <w:marBottom w:val="0"/>
                                          <w:divBdr>
                                            <w:top w:val="none" w:sz="0" w:space="0" w:color="auto"/>
                                            <w:left w:val="none" w:sz="0" w:space="0" w:color="auto"/>
                                            <w:bottom w:val="none" w:sz="0" w:space="0" w:color="auto"/>
                                            <w:right w:val="none" w:sz="0" w:space="0" w:color="auto"/>
                                          </w:divBdr>
                                          <w:divsChild>
                                            <w:div w:id="477767399">
                                              <w:marLeft w:val="0"/>
                                              <w:marRight w:val="246"/>
                                              <w:marTop w:val="0"/>
                                              <w:marBottom w:val="0"/>
                                              <w:divBdr>
                                                <w:top w:val="none" w:sz="0" w:space="0" w:color="auto"/>
                                                <w:left w:val="none" w:sz="0" w:space="0" w:color="auto"/>
                                                <w:bottom w:val="none" w:sz="0" w:space="0" w:color="auto"/>
                                                <w:right w:val="none" w:sz="0" w:space="0" w:color="auto"/>
                                              </w:divBdr>
                                              <w:divsChild>
                                                <w:div w:id="694581697">
                                                  <w:marLeft w:val="0"/>
                                                  <w:marRight w:val="0"/>
                                                  <w:marTop w:val="0"/>
                                                  <w:marBottom w:val="0"/>
                                                  <w:divBdr>
                                                    <w:top w:val="none" w:sz="0" w:space="0" w:color="auto"/>
                                                    <w:left w:val="none" w:sz="0" w:space="0" w:color="auto"/>
                                                    <w:bottom w:val="none" w:sz="0" w:space="0" w:color="auto"/>
                                                    <w:right w:val="none" w:sz="0" w:space="0" w:color="auto"/>
                                                  </w:divBdr>
                                                  <w:divsChild>
                                                    <w:div w:id="1034889013">
                                                      <w:marLeft w:val="0"/>
                                                      <w:marRight w:val="0"/>
                                                      <w:marTop w:val="0"/>
                                                      <w:marBottom w:val="0"/>
                                                      <w:divBdr>
                                                        <w:top w:val="none" w:sz="0" w:space="0" w:color="auto"/>
                                                        <w:left w:val="none" w:sz="0" w:space="0" w:color="auto"/>
                                                        <w:bottom w:val="none" w:sz="0" w:space="0" w:color="auto"/>
                                                        <w:right w:val="none" w:sz="0" w:space="0" w:color="auto"/>
                                                      </w:divBdr>
                                                      <w:divsChild>
                                                        <w:div w:id="516968725">
                                                          <w:marLeft w:val="0"/>
                                                          <w:marRight w:val="0"/>
                                                          <w:marTop w:val="0"/>
                                                          <w:marBottom w:val="0"/>
                                                          <w:divBdr>
                                                            <w:top w:val="none" w:sz="0" w:space="0" w:color="auto"/>
                                                            <w:left w:val="none" w:sz="0" w:space="0" w:color="auto"/>
                                                            <w:bottom w:val="none" w:sz="0" w:space="0" w:color="auto"/>
                                                            <w:right w:val="none" w:sz="0" w:space="0" w:color="auto"/>
                                                          </w:divBdr>
                                                          <w:divsChild>
                                                            <w:div w:id="1474718621">
                                                              <w:marLeft w:val="0"/>
                                                              <w:marRight w:val="0"/>
                                                              <w:marTop w:val="0"/>
                                                              <w:marBottom w:val="0"/>
                                                              <w:divBdr>
                                                                <w:top w:val="none" w:sz="0" w:space="0" w:color="auto"/>
                                                                <w:left w:val="none" w:sz="0" w:space="0" w:color="auto"/>
                                                                <w:bottom w:val="none" w:sz="0" w:space="0" w:color="auto"/>
                                                                <w:right w:val="none" w:sz="0" w:space="0" w:color="auto"/>
                                                              </w:divBdr>
                                                              <w:divsChild>
                                                                <w:div w:id="22754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51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5987">
                                              <w:marLeft w:val="0"/>
                                              <w:marRight w:val="0"/>
                                              <w:marTop w:val="0"/>
                                              <w:marBottom w:val="0"/>
                                              <w:divBdr>
                                                <w:top w:val="none" w:sz="0" w:space="0" w:color="auto"/>
                                                <w:left w:val="none" w:sz="0" w:space="0" w:color="auto"/>
                                                <w:bottom w:val="none" w:sz="0" w:space="0" w:color="auto"/>
                                                <w:right w:val="none" w:sz="0" w:space="0" w:color="auto"/>
                                              </w:divBdr>
                                              <w:divsChild>
                                                <w:div w:id="210124668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725786411">
                                      <w:marLeft w:val="0"/>
                                      <w:marRight w:val="0"/>
                                      <w:marTop w:val="0"/>
                                      <w:marBottom w:val="0"/>
                                      <w:divBdr>
                                        <w:top w:val="none" w:sz="0" w:space="0" w:color="auto"/>
                                        <w:left w:val="none" w:sz="0" w:space="0" w:color="auto"/>
                                        <w:bottom w:val="none" w:sz="0" w:space="0" w:color="auto"/>
                                        <w:right w:val="none" w:sz="0" w:space="0" w:color="auto"/>
                                      </w:divBdr>
                                      <w:divsChild>
                                        <w:div w:id="521432254">
                                          <w:marLeft w:val="0"/>
                                          <w:marRight w:val="0"/>
                                          <w:marTop w:val="0"/>
                                          <w:marBottom w:val="0"/>
                                          <w:divBdr>
                                            <w:top w:val="none" w:sz="0" w:space="0" w:color="auto"/>
                                            <w:left w:val="none" w:sz="0" w:space="0" w:color="auto"/>
                                            <w:bottom w:val="none" w:sz="0" w:space="0" w:color="auto"/>
                                            <w:right w:val="none" w:sz="0" w:space="0" w:color="auto"/>
                                          </w:divBdr>
                                          <w:divsChild>
                                            <w:div w:id="648166792">
                                              <w:marLeft w:val="0"/>
                                              <w:marRight w:val="0"/>
                                              <w:marTop w:val="0"/>
                                              <w:marBottom w:val="0"/>
                                              <w:divBdr>
                                                <w:top w:val="none" w:sz="0" w:space="0" w:color="auto"/>
                                                <w:left w:val="none" w:sz="0" w:space="0" w:color="auto"/>
                                                <w:bottom w:val="none" w:sz="0" w:space="0" w:color="auto"/>
                                                <w:right w:val="none" w:sz="0" w:space="0" w:color="auto"/>
                                              </w:divBdr>
                                              <w:divsChild>
                                                <w:div w:id="1491487123">
                                                  <w:marLeft w:val="0"/>
                                                  <w:marRight w:val="0"/>
                                                  <w:marTop w:val="0"/>
                                                  <w:marBottom w:val="0"/>
                                                  <w:divBdr>
                                                    <w:top w:val="none" w:sz="0" w:space="0" w:color="auto"/>
                                                    <w:left w:val="none" w:sz="0" w:space="0" w:color="auto"/>
                                                    <w:bottom w:val="none" w:sz="0" w:space="0" w:color="auto"/>
                                                    <w:right w:val="none" w:sz="0" w:space="0" w:color="auto"/>
                                                  </w:divBdr>
                                                  <w:divsChild>
                                                    <w:div w:id="2118475710">
                                                      <w:marLeft w:val="0"/>
                                                      <w:marRight w:val="0"/>
                                                      <w:marTop w:val="180"/>
                                                      <w:marBottom w:val="240"/>
                                                      <w:divBdr>
                                                        <w:top w:val="none" w:sz="0" w:space="0" w:color="auto"/>
                                                        <w:left w:val="none" w:sz="0" w:space="0" w:color="auto"/>
                                                        <w:bottom w:val="none" w:sz="0" w:space="0" w:color="auto"/>
                                                        <w:right w:val="none" w:sz="0" w:space="0" w:color="auto"/>
                                                      </w:divBdr>
                                                    </w:div>
                                                    <w:div w:id="400059096">
                                                      <w:marLeft w:val="0"/>
                                                      <w:marRight w:val="0"/>
                                                      <w:marTop w:val="180"/>
                                                      <w:marBottom w:val="240"/>
                                                      <w:divBdr>
                                                        <w:top w:val="none" w:sz="0" w:space="0" w:color="auto"/>
                                                        <w:left w:val="none" w:sz="0" w:space="0" w:color="auto"/>
                                                        <w:bottom w:val="none" w:sz="0" w:space="0" w:color="auto"/>
                                                        <w:right w:val="none" w:sz="0" w:space="0" w:color="auto"/>
                                                      </w:divBdr>
                                                    </w:div>
                                                    <w:div w:id="302849523">
                                                      <w:marLeft w:val="0"/>
                                                      <w:marRight w:val="0"/>
                                                      <w:marTop w:val="180"/>
                                                      <w:marBottom w:val="240"/>
                                                      <w:divBdr>
                                                        <w:top w:val="none" w:sz="0" w:space="0" w:color="auto"/>
                                                        <w:left w:val="none" w:sz="0" w:space="0" w:color="auto"/>
                                                        <w:bottom w:val="none" w:sz="0" w:space="0" w:color="auto"/>
                                                        <w:right w:val="none" w:sz="0" w:space="0" w:color="auto"/>
                                                      </w:divBdr>
                                                    </w:div>
                                                    <w:div w:id="2094550148">
                                                      <w:marLeft w:val="0"/>
                                                      <w:marRight w:val="0"/>
                                                      <w:marTop w:val="360"/>
                                                      <w:marBottom w:val="180"/>
                                                      <w:divBdr>
                                                        <w:top w:val="none" w:sz="0" w:space="0" w:color="auto"/>
                                                        <w:left w:val="none" w:sz="0" w:space="0" w:color="auto"/>
                                                        <w:bottom w:val="none" w:sz="0" w:space="0" w:color="auto"/>
                                                        <w:right w:val="none" w:sz="0" w:space="0" w:color="auto"/>
                                                      </w:divBdr>
                                                    </w:div>
                                                    <w:div w:id="2033342326">
                                                      <w:marLeft w:val="0"/>
                                                      <w:marRight w:val="0"/>
                                                      <w:marTop w:val="180"/>
                                                      <w:marBottom w:val="240"/>
                                                      <w:divBdr>
                                                        <w:top w:val="none" w:sz="0" w:space="0" w:color="auto"/>
                                                        <w:left w:val="none" w:sz="0" w:space="0" w:color="auto"/>
                                                        <w:bottom w:val="none" w:sz="0" w:space="0" w:color="auto"/>
                                                        <w:right w:val="none" w:sz="0" w:space="0" w:color="auto"/>
                                                      </w:divBdr>
                                                    </w:div>
                                                    <w:div w:id="1932808620">
                                                      <w:marLeft w:val="0"/>
                                                      <w:marRight w:val="0"/>
                                                      <w:marTop w:val="360"/>
                                                      <w:marBottom w:val="180"/>
                                                      <w:divBdr>
                                                        <w:top w:val="none" w:sz="0" w:space="0" w:color="auto"/>
                                                        <w:left w:val="none" w:sz="0" w:space="0" w:color="auto"/>
                                                        <w:bottom w:val="none" w:sz="0" w:space="0" w:color="auto"/>
                                                        <w:right w:val="none" w:sz="0" w:space="0" w:color="auto"/>
                                                      </w:divBdr>
                                                    </w:div>
                                                    <w:div w:id="1314674124">
                                                      <w:marLeft w:val="0"/>
                                                      <w:marRight w:val="0"/>
                                                      <w:marTop w:val="180"/>
                                                      <w:marBottom w:val="240"/>
                                                      <w:divBdr>
                                                        <w:top w:val="none" w:sz="0" w:space="0" w:color="auto"/>
                                                        <w:left w:val="none" w:sz="0" w:space="0" w:color="auto"/>
                                                        <w:bottom w:val="none" w:sz="0" w:space="0" w:color="auto"/>
                                                        <w:right w:val="none" w:sz="0" w:space="0" w:color="auto"/>
                                                      </w:divBdr>
                                                    </w:div>
                                                    <w:div w:id="593629889">
                                                      <w:marLeft w:val="0"/>
                                                      <w:marRight w:val="0"/>
                                                      <w:marTop w:val="180"/>
                                                      <w:marBottom w:val="240"/>
                                                      <w:divBdr>
                                                        <w:top w:val="none" w:sz="0" w:space="0" w:color="auto"/>
                                                        <w:left w:val="none" w:sz="0" w:space="0" w:color="auto"/>
                                                        <w:bottom w:val="none" w:sz="0" w:space="0" w:color="auto"/>
                                                        <w:right w:val="none" w:sz="0" w:space="0" w:color="auto"/>
                                                      </w:divBdr>
                                                    </w:div>
                                                    <w:div w:id="134105404">
                                                      <w:marLeft w:val="0"/>
                                                      <w:marRight w:val="0"/>
                                                      <w:marTop w:val="180"/>
                                                      <w:marBottom w:val="240"/>
                                                      <w:divBdr>
                                                        <w:top w:val="none" w:sz="0" w:space="0" w:color="auto"/>
                                                        <w:left w:val="none" w:sz="0" w:space="0" w:color="auto"/>
                                                        <w:bottom w:val="none" w:sz="0" w:space="0" w:color="auto"/>
                                                        <w:right w:val="none" w:sz="0" w:space="0" w:color="auto"/>
                                                      </w:divBdr>
                                                    </w:div>
                                                    <w:div w:id="757560014">
                                                      <w:marLeft w:val="0"/>
                                                      <w:marRight w:val="0"/>
                                                      <w:marTop w:val="180"/>
                                                      <w:marBottom w:val="240"/>
                                                      <w:divBdr>
                                                        <w:top w:val="none" w:sz="0" w:space="0" w:color="auto"/>
                                                        <w:left w:val="none" w:sz="0" w:space="0" w:color="auto"/>
                                                        <w:bottom w:val="none" w:sz="0" w:space="0" w:color="auto"/>
                                                        <w:right w:val="none" w:sz="0" w:space="0" w:color="auto"/>
                                                      </w:divBdr>
                                                    </w:div>
                                                    <w:div w:id="1789813285">
                                                      <w:marLeft w:val="0"/>
                                                      <w:marRight w:val="0"/>
                                                      <w:marTop w:val="180"/>
                                                      <w:marBottom w:val="240"/>
                                                      <w:divBdr>
                                                        <w:top w:val="none" w:sz="0" w:space="0" w:color="auto"/>
                                                        <w:left w:val="none" w:sz="0" w:space="0" w:color="auto"/>
                                                        <w:bottom w:val="none" w:sz="0" w:space="0" w:color="auto"/>
                                                        <w:right w:val="none" w:sz="0" w:space="0" w:color="auto"/>
                                                      </w:divBdr>
                                                    </w:div>
                                                    <w:div w:id="1315601133">
                                                      <w:marLeft w:val="0"/>
                                                      <w:marRight w:val="0"/>
                                                      <w:marTop w:val="180"/>
                                                      <w:marBottom w:val="240"/>
                                                      <w:divBdr>
                                                        <w:top w:val="none" w:sz="0" w:space="0" w:color="auto"/>
                                                        <w:left w:val="none" w:sz="0" w:space="0" w:color="auto"/>
                                                        <w:bottom w:val="none" w:sz="0" w:space="0" w:color="auto"/>
                                                        <w:right w:val="none" w:sz="0" w:space="0" w:color="auto"/>
                                                      </w:divBdr>
                                                    </w:div>
                                                    <w:div w:id="1910730648">
                                                      <w:marLeft w:val="0"/>
                                                      <w:marRight w:val="0"/>
                                                      <w:marTop w:val="180"/>
                                                      <w:marBottom w:val="240"/>
                                                      <w:divBdr>
                                                        <w:top w:val="none" w:sz="0" w:space="0" w:color="auto"/>
                                                        <w:left w:val="none" w:sz="0" w:space="0" w:color="auto"/>
                                                        <w:bottom w:val="none" w:sz="0" w:space="0" w:color="auto"/>
                                                        <w:right w:val="none" w:sz="0" w:space="0" w:color="auto"/>
                                                      </w:divBdr>
                                                    </w:div>
                                                    <w:div w:id="1380741022">
                                                      <w:marLeft w:val="0"/>
                                                      <w:marRight w:val="0"/>
                                                      <w:marTop w:val="180"/>
                                                      <w:marBottom w:val="240"/>
                                                      <w:divBdr>
                                                        <w:top w:val="none" w:sz="0" w:space="0" w:color="auto"/>
                                                        <w:left w:val="none" w:sz="0" w:space="0" w:color="auto"/>
                                                        <w:bottom w:val="none" w:sz="0" w:space="0" w:color="auto"/>
                                                        <w:right w:val="none" w:sz="0" w:space="0" w:color="auto"/>
                                                      </w:divBdr>
                                                    </w:div>
                                                    <w:div w:id="453599551">
                                                      <w:marLeft w:val="0"/>
                                                      <w:marRight w:val="0"/>
                                                      <w:marTop w:val="180"/>
                                                      <w:marBottom w:val="240"/>
                                                      <w:divBdr>
                                                        <w:top w:val="none" w:sz="0" w:space="0" w:color="auto"/>
                                                        <w:left w:val="none" w:sz="0" w:space="0" w:color="auto"/>
                                                        <w:bottom w:val="none" w:sz="0" w:space="0" w:color="auto"/>
                                                        <w:right w:val="none" w:sz="0" w:space="0" w:color="auto"/>
                                                      </w:divBdr>
                                                    </w:div>
                                                    <w:div w:id="1447310942">
                                                      <w:marLeft w:val="0"/>
                                                      <w:marRight w:val="0"/>
                                                      <w:marTop w:val="180"/>
                                                      <w:marBottom w:val="240"/>
                                                      <w:divBdr>
                                                        <w:top w:val="none" w:sz="0" w:space="0" w:color="auto"/>
                                                        <w:left w:val="none" w:sz="0" w:space="0" w:color="auto"/>
                                                        <w:bottom w:val="none" w:sz="0" w:space="0" w:color="auto"/>
                                                        <w:right w:val="none" w:sz="0" w:space="0" w:color="auto"/>
                                                      </w:divBdr>
                                                    </w:div>
                                                    <w:div w:id="1415324538">
                                                      <w:marLeft w:val="0"/>
                                                      <w:marRight w:val="0"/>
                                                      <w:marTop w:val="180"/>
                                                      <w:marBottom w:val="240"/>
                                                      <w:divBdr>
                                                        <w:top w:val="none" w:sz="0" w:space="0" w:color="auto"/>
                                                        <w:left w:val="none" w:sz="0" w:space="0" w:color="auto"/>
                                                        <w:bottom w:val="none" w:sz="0" w:space="0" w:color="auto"/>
                                                        <w:right w:val="none" w:sz="0" w:space="0" w:color="auto"/>
                                                      </w:divBdr>
                                                    </w:div>
                                                    <w:div w:id="2135169985">
                                                      <w:marLeft w:val="0"/>
                                                      <w:marRight w:val="0"/>
                                                      <w:marTop w:val="180"/>
                                                      <w:marBottom w:val="240"/>
                                                      <w:divBdr>
                                                        <w:top w:val="none" w:sz="0" w:space="0" w:color="auto"/>
                                                        <w:left w:val="none" w:sz="0" w:space="0" w:color="auto"/>
                                                        <w:bottom w:val="none" w:sz="0" w:space="0" w:color="auto"/>
                                                        <w:right w:val="none" w:sz="0" w:space="0" w:color="auto"/>
                                                      </w:divBdr>
                                                    </w:div>
                                                    <w:div w:id="1056054340">
                                                      <w:marLeft w:val="0"/>
                                                      <w:marRight w:val="0"/>
                                                      <w:marTop w:val="180"/>
                                                      <w:marBottom w:val="240"/>
                                                      <w:divBdr>
                                                        <w:top w:val="none" w:sz="0" w:space="0" w:color="auto"/>
                                                        <w:left w:val="none" w:sz="0" w:space="0" w:color="auto"/>
                                                        <w:bottom w:val="none" w:sz="0" w:space="0" w:color="auto"/>
                                                        <w:right w:val="none" w:sz="0" w:space="0" w:color="auto"/>
                                                      </w:divBdr>
                                                    </w:div>
                                                    <w:div w:id="2131974605">
                                                      <w:marLeft w:val="0"/>
                                                      <w:marRight w:val="0"/>
                                                      <w:marTop w:val="180"/>
                                                      <w:marBottom w:val="240"/>
                                                      <w:divBdr>
                                                        <w:top w:val="none" w:sz="0" w:space="0" w:color="auto"/>
                                                        <w:left w:val="none" w:sz="0" w:space="0" w:color="auto"/>
                                                        <w:bottom w:val="none" w:sz="0" w:space="0" w:color="auto"/>
                                                        <w:right w:val="none" w:sz="0" w:space="0" w:color="auto"/>
                                                      </w:divBdr>
                                                    </w:div>
                                                    <w:div w:id="1059592659">
                                                      <w:marLeft w:val="0"/>
                                                      <w:marRight w:val="0"/>
                                                      <w:marTop w:val="180"/>
                                                      <w:marBottom w:val="240"/>
                                                      <w:divBdr>
                                                        <w:top w:val="none" w:sz="0" w:space="0" w:color="auto"/>
                                                        <w:left w:val="none" w:sz="0" w:space="0" w:color="auto"/>
                                                        <w:bottom w:val="none" w:sz="0" w:space="0" w:color="auto"/>
                                                        <w:right w:val="none" w:sz="0" w:space="0" w:color="auto"/>
                                                      </w:divBdr>
                                                    </w:div>
                                                    <w:div w:id="1243442756">
                                                      <w:marLeft w:val="0"/>
                                                      <w:marRight w:val="0"/>
                                                      <w:marTop w:val="180"/>
                                                      <w:marBottom w:val="240"/>
                                                      <w:divBdr>
                                                        <w:top w:val="none" w:sz="0" w:space="0" w:color="auto"/>
                                                        <w:left w:val="none" w:sz="0" w:space="0" w:color="auto"/>
                                                        <w:bottom w:val="none" w:sz="0" w:space="0" w:color="auto"/>
                                                        <w:right w:val="none" w:sz="0" w:space="0" w:color="auto"/>
                                                      </w:divBdr>
                                                    </w:div>
                                                    <w:div w:id="1294284781">
                                                      <w:marLeft w:val="0"/>
                                                      <w:marRight w:val="0"/>
                                                      <w:marTop w:val="180"/>
                                                      <w:marBottom w:val="240"/>
                                                      <w:divBdr>
                                                        <w:top w:val="none" w:sz="0" w:space="0" w:color="auto"/>
                                                        <w:left w:val="none" w:sz="0" w:space="0" w:color="auto"/>
                                                        <w:bottom w:val="none" w:sz="0" w:space="0" w:color="auto"/>
                                                        <w:right w:val="none" w:sz="0" w:space="0" w:color="auto"/>
                                                      </w:divBdr>
                                                    </w:div>
                                                    <w:div w:id="446120138">
                                                      <w:marLeft w:val="0"/>
                                                      <w:marRight w:val="0"/>
                                                      <w:marTop w:val="180"/>
                                                      <w:marBottom w:val="240"/>
                                                      <w:divBdr>
                                                        <w:top w:val="none" w:sz="0" w:space="0" w:color="auto"/>
                                                        <w:left w:val="none" w:sz="0" w:space="0" w:color="auto"/>
                                                        <w:bottom w:val="none" w:sz="0" w:space="0" w:color="auto"/>
                                                        <w:right w:val="none" w:sz="0" w:space="0" w:color="auto"/>
                                                      </w:divBdr>
                                                    </w:div>
                                                    <w:div w:id="769862205">
                                                      <w:marLeft w:val="0"/>
                                                      <w:marRight w:val="0"/>
                                                      <w:marTop w:val="180"/>
                                                      <w:marBottom w:val="240"/>
                                                      <w:divBdr>
                                                        <w:top w:val="none" w:sz="0" w:space="0" w:color="auto"/>
                                                        <w:left w:val="none" w:sz="0" w:space="0" w:color="auto"/>
                                                        <w:bottom w:val="none" w:sz="0" w:space="0" w:color="auto"/>
                                                        <w:right w:val="none" w:sz="0" w:space="0" w:color="auto"/>
                                                      </w:divBdr>
                                                    </w:div>
                                                    <w:div w:id="1796437511">
                                                      <w:marLeft w:val="0"/>
                                                      <w:marRight w:val="0"/>
                                                      <w:marTop w:val="180"/>
                                                      <w:marBottom w:val="240"/>
                                                      <w:divBdr>
                                                        <w:top w:val="none" w:sz="0" w:space="0" w:color="auto"/>
                                                        <w:left w:val="none" w:sz="0" w:space="0" w:color="auto"/>
                                                        <w:bottom w:val="none" w:sz="0" w:space="0" w:color="auto"/>
                                                        <w:right w:val="none" w:sz="0" w:space="0" w:color="auto"/>
                                                      </w:divBdr>
                                                    </w:div>
                                                    <w:div w:id="335380295">
                                                      <w:marLeft w:val="0"/>
                                                      <w:marRight w:val="0"/>
                                                      <w:marTop w:val="180"/>
                                                      <w:marBottom w:val="240"/>
                                                      <w:divBdr>
                                                        <w:top w:val="none" w:sz="0" w:space="0" w:color="auto"/>
                                                        <w:left w:val="none" w:sz="0" w:space="0" w:color="auto"/>
                                                        <w:bottom w:val="none" w:sz="0" w:space="0" w:color="auto"/>
                                                        <w:right w:val="none" w:sz="0" w:space="0" w:color="auto"/>
                                                      </w:divBdr>
                                                    </w:div>
                                                    <w:div w:id="177104811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201210828">
                                  <w:marLeft w:val="0"/>
                                  <w:marRight w:val="0"/>
                                  <w:marTop w:val="450"/>
                                  <w:marBottom w:val="0"/>
                                  <w:divBdr>
                                    <w:top w:val="none" w:sz="0" w:space="0" w:color="auto"/>
                                    <w:left w:val="none" w:sz="0" w:space="0" w:color="auto"/>
                                    <w:bottom w:val="none" w:sz="0" w:space="0" w:color="auto"/>
                                    <w:right w:val="none" w:sz="0" w:space="0" w:color="auto"/>
                                  </w:divBdr>
                                  <w:divsChild>
                                    <w:div w:id="531066867">
                                      <w:marLeft w:val="0"/>
                                      <w:marRight w:val="0"/>
                                      <w:marTop w:val="0"/>
                                      <w:marBottom w:val="0"/>
                                      <w:divBdr>
                                        <w:top w:val="none" w:sz="0" w:space="0" w:color="auto"/>
                                        <w:left w:val="none" w:sz="0" w:space="0" w:color="auto"/>
                                        <w:bottom w:val="none" w:sz="0" w:space="0" w:color="auto"/>
                                        <w:right w:val="none" w:sz="0" w:space="0" w:color="auto"/>
                                      </w:divBdr>
                                      <w:divsChild>
                                        <w:div w:id="624235335">
                                          <w:marLeft w:val="0"/>
                                          <w:marRight w:val="0"/>
                                          <w:marTop w:val="0"/>
                                          <w:marBottom w:val="0"/>
                                          <w:divBdr>
                                            <w:top w:val="none" w:sz="0" w:space="0" w:color="auto"/>
                                            <w:left w:val="none" w:sz="0" w:space="0" w:color="auto"/>
                                            <w:bottom w:val="none" w:sz="0" w:space="0" w:color="auto"/>
                                            <w:right w:val="none" w:sz="0" w:space="0" w:color="auto"/>
                                          </w:divBdr>
                                          <w:divsChild>
                                            <w:div w:id="1809201247">
                                              <w:marLeft w:val="0"/>
                                              <w:marRight w:val="2960"/>
                                              <w:marTop w:val="0"/>
                                              <w:marBottom w:val="0"/>
                                              <w:divBdr>
                                                <w:top w:val="none" w:sz="0" w:space="0" w:color="auto"/>
                                                <w:left w:val="none" w:sz="0" w:space="0" w:color="auto"/>
                                                <w:bottom w:val="none" w:sz="0" w:space="0" w:color="auto"/>
                                                <w:right w:val="none" w:sz="0" w:space="0" w:color="auto"/>
                                              </w:divBdr>
                                              <w:divsChild>
                                                <w:div w:id="948006652">
                                                  <w:marLeft w:val="0"/>
                                                  <w:marRight w:val="0"/>
                                                  <w:marTop w:val="0"/>
                                                  <w:marBottom w:val="0"/>
                                                  <w:divBdr>
                                                    <w:top w:val="none" w:sz="0" w:space="0" w:color="auto"/>
                                                    <w:left w:val="none" w:sz="0" w:space="0" w:color="auto"/>
                                                    <w:bottom w:val="none" w:sz="0" w:space="0" w:color="auto"/>
                                                    <w:right w:val="none" w:sz="0" w:space="0" w:color="auto"/>
                                                  </w:divBdr>
                                                  <w:divsChild>
                                                    <w:div w:id="1030646796">
                                                      <w:marLeft w:val="0"/>
                                                      <w:marRight w:val="0"/>
                                                      <w:marTop w:val="0"/>
                                                      <w:marBottom w:val="0"/>
                                                      <w:divBdr>
                                                        <w:top w:val="none" w:sz="0" w:space="0" w:color="auto"/>
                                                        <w:left w:val="none" w:sz="0" w:space="0" w:color="auto"/>
                                                        <w:bottom w:val="none" w:sz="0" w:space="0" w:color="auto"/>
                                                        <w:right w:val="none" w:sz="0" w:space="0" w:color="auto"/>
                                                      </w:divBdr>
                                                      <w:divsChild>
                                                        <w:div w:id="1736660940">
                                                          <w:marLeft w:val="0"/>
                                                          <w:marRight w:val="0"/>
                                                          <w:marTop w:val="0"/>
                                                          <w:marBottom w:val="0"/>
                                                          <w:divBdr>
                                                            <w:top w:val="none" w:sz="0" w:space="0" w:color="auto"/>
                                                            <w:left w:val="none" w:sz="0" w:space="0" w:color="auto"/>
                                                            <w:bottom w:val="none" w:sz="0" w:space="0" w:color="auto"/>
                                                            <w:right w:val="none" w:sz="0" w:space="0" w:color="auto"/>
                                                          </w:divBdr>
                                                          <w:divsChild>
                                                            <w:div w:id="957642850">
                                                              <w:marLeft w:val="0"/>
                                                              <w:marRight w:val="0"/>
                                                              <w:marTop w:val="0"/>
                                                              <w:marBottom w:val="0"/>
                                                              <w:divBdr>
                                                                <w:top w:val="none" w:sz="0" w:space="0" w:color="auto"/>
                                                                <w:left w:val="none" w:sz="0" w:space="0" w:color="auto"/>
                                                                <w:bottom w:val="none" w:sz="0" w:space="0" w:color="auto"/>
                                                                <w:right w:val="none" w:sz="0" w:space="0" w:color="auto"/>
                                                              </w:divBdr>
                                                              <w:divsChild>
                                                                <w:div w:id="163309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3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277343">
                                              <w:marLeft w:val="0"/>
                                              <w:marRight w:val="0"/>
                                              <w:marTop w:val="0"/>
                                              <w:marBottom w:val="0"/>
                                              <w:divBdr>
                                                <w:top w:val="none" w:sz="0" w:space="0" w:color="auto"/>
                                                <w:left w:val="none" w:sz="0" w:space="0" w:color="auto"/>
                                                <w:bottom w:val="none" w:sz="0" w:space="0" w:color="auto"/>
                                                <w:right w:val="none" w:sz="0" w:space="0" w:color="auto"/>
                                              </w:divBdr>
                                              <w:divsChild>
                                                <w:div w:id="982462586">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2081518815">
                                      <w:marLeft w:val="0"/>
                                      <w:marRight w:val="0"/>
                                      <w:marTop w:val="0"/>
                                      <w:marBottom w:val="0"/>
                                      <w:divBdr>
                                        <w:top w:val="none" w:sz="0" w:space="0" w:color="auto"/>
                                        <w:left w:val="none" w:sz="0" w:space="0" w:color="auto"/>
                                        <w:bottom w:val="none" w:sz="0" w:space="0" w:color="auto"/>
                                        <w:right w:val="none" w:sz="0" w:space="0" w:color="auto"/>
                                      </w:divBdr>
                                      <w:divsChild>
                                        <w:div w:id="898243823">
                                          <w:marLeft w:val="0"/>
                                          <w:marRight w:val="0"/>
                                          <w:marTop w:val="0"/>
                                          <w:marBottom w:val="0"/>
                                          <w:divBdr>
                                            <w:top w:val="none" w:sz="0" w:space="0" w:color="auto"/>
                                            <w:left w:val="none" w:sz="0" w:space="0" w:color="auto"/>
                                            <w:bottom w:val="none" w:sz="0" w:space="0" w:color="auto"/>
                                            <w:right w:val="none" w:sz="0" w:space="0" w:color="auto"/>
                                          </w:divBdr>
                                          <w:divsChild>
                                            <w:div w:id="2016107251">
                                              <w:marLeft w:val="0"/>
                                              <w:marRight w:val="0"/>
                                              <w:marTop w:val="0"/>
                                              <w:marBottom w:val="0"/>
                                              <w:divBdr>
                                                <w:top w:val="none" w:sz="0" w:space="0" w:color="auto"/>
                                                <w:left w:val="none" w:sz="0" w:space="0" w:color="auto"/>
                                                <w:bottom w:val="none" w:sz="0" w:space="0" w:color="auto"/>
                                                <w:right w:val="none" w:sz="0" w:space="0" w:color="auto"/>
                                              </w:divBdr>
                                              <w:divsChild>
                                                <w:div w:id="1602028974">
                                                  <w:marLeft w:val="0"/>
                                                  <w:marRight w:val="0"/>
                                                  <w:marTop w:val="0"/>
                                                  <w:marBottom w:val="0"/>
                                                  <w:divBdr>
                                                    <w:top w:val="none" w:sz="0" w:space="0" w:color="auto"/>
                                                    <w:left w:val="none" w:sz="0" w:space="0" w:color="auto"/>
                                                    <w:bottom w:val="none" w:sz="0" w:space="0" w:color="auto"/>
                                                    <w:right w:val="none" w:sz="0" w:space="0" w:color="auto"/>
                                                  </w:divBdr>
                                                  <w:divsChild>
                                                    <w:div w:id="1520582636">
                                                      <w:marLeft w:val="0"/>
                                                      <w:marRight w:val="0"/>
                                                      <w:marTop w:val="180"/>
                                                      <w:marBottom w:val="240"/>
                                                      <w:divBdr>
                                                        <w:top w:val="none" w:sz="0" w:space="0" w:color="auto"/>
                                                        <w:left w:val="none" w:sz="0" w:space="0" w:color="auto"/>
                                                        <w:bottom w:val="none" w:sz="0" w:space="0" w:color="auto"/>
                                                        <w:right w:val="none" w:sz="0" w:space="0" w:color="auto"/>
                                                      </w:divBdr>
                                                    </w:div>
                                                    <w:div w:id="1729958612">
                                                      <w:marLeft w:val="0"/>
                                                      <w:marRight w:val="0"/>
                                                      <w:marTop w:val="180"/>
                                                      <w:marBottom w:val="240"/>
                                                      <w:divBdr>
                                                        <w:top w:val="none" w:sz="0" w:space="0" w:color="auto"/>
                                                        <w:left w:val="none" w:sz="0" w:space="0" w:color="auto"/>
                                                        <w:bottom w:val="none" w:sz="0" w:space="0" w:color="auto"/>
                                                        <w:right w:val="none" w:sz="0" w:space="0" w:color="auto"/>
                                                      </w:divBdr>
                                                    </w:div>
                                                    <w:div w:id="178010321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052071401">
                                  <w:marLeft w:val="0"/>
                                  <w:marRight w:val="0"/>
                                  <w:marTop w:val="450"/>
                                  <w:marBottom w:val="0"/>
                                  <w:divBdr>
                                    <w:top w:val="none" w:sz="0" w:space="0" w:color="auto"/>
                                    <w:left w:val="none" w:sz="0" w:space="0" w:color="auto"/>
                                    <w:bottom w:val="none" w:sz="0" w:space="0" w:color="auto"/>
                                    <w:right w:val="none" w:sz="0" w:space="0" w:color="auto"/>
                                  </w:divBdr>
                                  <w:divsChild>
                                    <w:div w:id="308481606">
                                      <w:marLeft w:val="0"/>
                                      <w:marRight w:val="0"/>
                                      <w:marTop w:val="0"/>
                                      <w:marBottom w:val="0"/>
                                      <w:divBdr>
                                        <w:top w:val="none" w:sz="0" w:space="0" w:color="auto"/>
                                        <w:left w:val="none" w:sz="0" w:space="0" w:color="auto"/>
                                        <w:bottom w:val="none" w:sz="0" w:space="0" w:color="auto"/>
                                        <w:right w:val="none" w:sz="0" w:space="0" w:color="auto"/>
                                      </w:divBdr>
                                      <w:divsChild>
                                        <w:div w:id="1527019492">
                                          <w:marLeft w:val="0"/>
                                          <w:marRight w:val="0"/>
                                          <w:marTop w:val="0"/>
                                          <w:marBottom w:val="0"/>
                                          <w:divBdr>
                                            <w:top w:val="none" w:sz="0" w:space="0" w:color="auto"/>
                                            <w:left w:val="none" w:sz="0" w:space="0" w:color="auto"/>
                                            <w:bottom w:val="none" w:sz="0" w:space="0" w:color="auto"/>
                                            <w:right w:val="none" w:sz="0" w:space="0" w:color="auto"/>
                                          </w:divBdr>
                                          <w:divsChild>
                                            <w:div w:id="1948466108">
                                              <w:marLeft w:val="0"/>
                                              <w:marRight w:val="246"/>
                                              <w:marTop w:val="0"/>
                                              <w:marBottom w:val="0"/>
                                              <w:divBdr>
                                                <w:top w:val="none" w:sz="0" w:space="0" w:color="auto"/>
                                                <w:left w:val="none" w:sz="0" w:space="0" w:color="auto"/>
                                                <w:bottom w:val="none" w:sz="0" w:space="0" w:color="auto"/>
                                                <w:right w:val="none" w:sz="0" w:space="0" w:color="auto"/>
                                              </w:divBdr>
                                              <w:divsChild>
                                                <w:div w:id="162204319">
                                                  <w:marLeft w:val="0"/>
                                                  <w:marRight w:val="0"/>
                                                  <w:marTop w:val="0"/>
                                                  <w:marBottom w:val="0"/>
                                                  <w:divBdr>
                                                    <w:top w:val="none" w:sz="0" w:space="0" w:color="auto"/>
                                                    <w:left w:val="none" w:sz="0" w:space="0" w:color="auto"/>
                                                    <w:bottom w:val="none" w:sz="0" w:space="0" w:color="auto"/>
                                                    <w:right w:val="none" w:sz="0" w:space="0" w:color="auto"/>
                                                  </w:divBdr>
                                                  <w:divsChild>
                                                    <w:div w:id="1076587221">
                                                      <w:marLeft w:val="0"/>
                                                      <w:marRight w:val="0"/>
                                                      <w:marTop w:val="0"/>
                                                      <w:marBottom w:val="0"/>
                                                      <w:divBdr>
                                                        <w:top w:val="none" w:sz="0" w:space="0" w:color="auto"/>
                                                        <w:left w:val="none" w:sz="0" w:space="0" w:color="auto"/>
                                                        <w:bottom w:val="none" w:sz="0" w:space="0" w:color="auto"/>
                                                        <w:right w:val="none" w:sz="0" w:space="0" w:color="auto"/>
                                                      </w:divBdr>
                                                      <w:divsChild>
                                                        <w:div w:id="317004062">
                                                          <w:marLeft w:val="0"/>
                                                          <w:marRight w:val="0"/>
                                                          <w:marTop w:val="0"/>
                                                          <w:marBottom w:val="0"/>
                                                          <w:divBdr>
                                                            <w:top w:val="none" w:sz="0" w:space="0" w:color="auto"/>
                                                            <w:left w:val="none" w:sz="0" w:space="0" w:color="auto"/>
                                                            <w:bottom w:val="none" w:sz="0" w:space="0" w:color="auto"/>
                                                            <w:right w:val="none" w:sz="0" w:space="0" w:color="auto"/>
                                                          </w:divBdr>
                                                          <w:divsChild>
                                                            <w:div w:id="979454738">
                                                              <w:marLeft w:val="0"/>
                                                              <w:marRight w:val="0"/>
                                                              <w:marTop w:val="0"/>
                                                              <w:marBottom w:val="0"/>
                                                              <w:divBdr>
                                                                <w:top w:val="none" w:sz="0" w:space="0" w:color="auto"/>
                                                                <w:left w:val="none" w:sz="0" w:space="0" w:color="auto"/>
                                                                <w:bottom w:val="none" w:sz="0" w:space="0" w:color="auto"/>
                                                                <w:right w:val="none" w:sz="0" w:space="0" w:color="auto"/>
                                                              </w:divBdr>
                                                              <w:divsChild>
                                                                <w:div w:id="186281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06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916648">
                                              <w:marLeft w:val="0"/>
                                              <w:marRight w:val="0"/>
                                              <w:marTop w:val="0"/>
                                              <w:marBottom w:val="0"/>
                                              <w:divBdr>
                                                <w:top w:val="none" w:sz="0" w:space="0" w:color="auto"/>
                                                <w:left w:val="none" w:sz="0" w:space="0" w:color="auto"/>
                                                <w:bottom w:val="none" w:sz="0" w:space="0" w:color="auto"/>
                                                <w:right w:val="none" w:sz="0" w:space="0" w:color="auto"/>
                                              </w:divBdr>
                                              <w:divsChild>
                                                <w:div w:id="73901318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701970338">
                                      <w:marLeft w:val="0"/>
                                      <w:marRight w:val="0"/>
                                      <w:marTop w:val="0"/>
                                      <w:marBottom w:val="0"/>
                                      <w:divBdr>
                                        <w:top w:val="none" w:sz="0" w:space="0" w:color="auto"/>
                                        <w:left w:val="none" w:sz="0" w:space="0" w:color="auto"/>
                                        <w:bottom w:val="none" w:sz="0" w:space="0" w:color="auto"/>
                                        <w:right w:val="none" w:sz="0" w:space="0" w:color="auto"/>
                                      </w:divBdr>
                                      <w:divsChild>
                                        <w:div w:id="346175715">
                                          <w:marLeft w:val="0"/>
                                          <w:marRight w:val="0"/>
                                          <w:marTop w:val="0"/>
                                          <w:marBottom w:val="0"/>
                                          <w:divBdr>
                                            <w:top w:val="none" w:sz="0" w:space="0" w:color="auto"/>
                                            <w:left w:val="none" w:sz="0" w:space="0" w:color="auto"/>
                                            <w:bottom w:val="none" w:sz="0" w:space="0" w:color="auto"/>
                                            <w:right w:val="none" w:sz="0" w:space="0" w:color="auto"/>
                                          </w:divBdr>
                                          <w:divsChild>
                                            <w:div w:id="220211453">
                                              <w:marLeft w:val="0"/>
                                              <w:marRight w:val="0"/>
                                              <w:marTop w:val="0"/>
                                              <w:marBottom w:val="0"/>
                                              <w:divBdr>
                                                <w:top w:val="none" w:sz="0" w:space="0" w:color="auto"/>
                                                <w:left w:val="none" w:sz="0" w:space="0" w:color="auto"/>
                                                <w:bottom w:val="none" w:sz="0" w:space="0" w:color="auto"/>
                                                <w:right w:val="none" w:sz="0" w:space="0" w:color="auto"/>
                                              </w:divBdr>
                                              <w:divsChild>
                                                <w:div w:id="386296963">
                                                  <w:marLeft w:val="0"/>
                                                  <w:marRight w:val="0"/>
                                                  <w:marTop w:val="0"/>
                                                  <w:marBottom w:val="0"/>
                                                  <w:divBdr>
                                                    <w:top w:val="none" w:sz="0" w:space="0" w:color="auto"/>
                                                    <w:left w:val="none" w:sz="0" w:space="0" w:color="auto"/>
                                                    <w:bottom w:val="none" w:sz="0" w:space="0" w:color="auto"/>
                                                    <w:right w:val="none" w:sz="0" w:space="0" w:color="auto"/>
                                                  </w:divBdr>
                                                  <w:divsChild>
                                                    <w:div w:id="432943329">
                                                      <w:marLeft w:val="0"/>
                                                      <w:marRight w:val="0"/>
                                                      <w:marTop w:val="180"/>
                                                      <w:marBottom w:val="240"/>
                                                      <w:divBdr>
                                                        <w:top w:val="none" w:sz="0" w:space="0" w:color="auto"/>
                                                        <w:left w:val="none" w:sz="0" w:space="0" w:color="auto"/>
                                                        <w:bottom w:val="none" w:sz="0" w:space="0" w:color="auto"/>
                                                        <w:right w:val="none" w:sz="0" w:space="0" w:color="auto"/>
                                                      </w:divBdr>
                                                    </w:div>
                                                    <w:div w:id="172378499">
                                                      <w:marLeft w:val="0"/>
                                                      <w:marRight w:val="0"/>
                                                      <w:marTop w:val="180"/>
                                                      <w:marBottom w:val="240"/>
                                                      <w:divBdr>
                                                        <w:top w:val="none" w:sz="0" w:space="0" w:color="auto"/>
                                                        <w:left w:val="none" w:sz="0" w:space="0" w:color="auto"/>
                                                        <w:bottom w:val="none" w:sz="0" w:space="0" w:color="auto"/>
                                                        <w:right w:val="none" w:sz="0" w:space="0" w:color="auto"/>
                                                      </w:divBdr>
                                                    </w:div>
                                                    <w:div w:id="1032027977">
                                                      <w:marLeft w:val="0"/>
                                                      <w:marRight w:val="0"/>
                                                      <w:marTop w:val="360"/>
                                                      <w:marBottom w:val="180"/>
                                                      <w:divBdr>
                                                        <w:top w:val="none" w:sz="0" w:space="0" w:color="auto"/>
                                                        <w:left w:val="none" w:sz="0" w:space="0" w:color="auto"/>
                                                        <w:bottom w:val="none" w:sz="0" w:space="0" w:color="auto"/>
                                                        <w:right w:val="none" w:sz="0" w:space="0" w:color="auto"/>
                                                      </w:divBdr>
                                                    </w:div>
                                                    <w:div w:id="1399786615">
                                                      <w:marLeft w:val="0"/>
                                                      <w:marRight w:val="0"/>
                                                      <w:marTop w:val="360"/>
                                                      <w:marBottom w:val="180"/>
                                                      <w:divBdr>
                                                        <w:top w:val="none" w:sz="0" w:space="0" w:color="auto"/>
                                                        <w:left w:val="none" w:sz="0" w:space="0" w:color="auto"/>
                                                        <w:bottom w:val="none" w:sz="0" w:space="0" w:color="auto"/>
                                                        <w:right w:val="none" w:sz="0" w:space="0" w:color="auto"/>
                                                      </w:divBdr>
                                                    </w:div>
                                                    <w:div w:id="936401487">
                                                      <w:marLeft w:val="0"/>
                                                      <w:marRight w:val="0"/>
                                                      <w:marTop w:val="180"/>
                                                      <w:marBottom w:val="240"/>
                                                      <w:divBdr>
                                                        <w:top w:val="none" w:sz="0" w:space="0" w:color="auto"/>
                                                        <w:left w:val="none" w:sz="0" w:space="0" w:color="auto"/>
                                                        <w:bottom w:val="none" w:sz="0" w:space="0" w:color="auto"/>
                                                        <w:right w:val="none" w:sz="0" w:space="0" w:color="auto"/>
                                                      </w:divBdr>
                                                    </w:div>
                                                    <w:div w:id="820003823">
                                                      <w:marLeft w:val="0"/>
                                                      <w:marRight w:val="0"/>
                                                      <w:marTop w:val="360"/>
                                                      <w:marBottom w:val="180"/>
                                                      <w:divBdr>
                                                        <w:top w:val="none" w:sz="0" w:space="0" w:color="auto"/>
                                                        <w:left w:val="none" w:sz="0" w:space="0" w:color="auto"/>
                                                        <w:bottom w:val="none" w:sz="0" w:space="0" w:color="auto"/>
                                                        <w:right w:val="none" w:sz="0" w:space="0" w:color="auto"/>
                                                      </w:divBdr>
                                                    </w:div>
                                                    <w:div w:id="1035808454">
                                                      <w:marLeft w:val="0"/>
                                                      <w:marRight w:val="0"/>
                                                      <w:marTop w:val="180"/>
                                                      <w:marBottom w:val="240"/>
                                                      <w:divBdr>
                                                        <w:top w:val="none" w:sz="0" w:space="0" w:color="auto"/>
                                                        <w:left w:val="none" w:sz="0" w:space="0" w:color="auto"/>
                                                        <w:bottom w:val="none" w:sz="0" w:space="0" w:color="auto"/>
                                                        <w:right w:val="none" w:sz="0" w:space="0" w:color="auto"/>
                                                      </w:divBdr>
                                                    </w:div>
                                                    <w:div w:id="167595925">
                                                      <w:marLeft w:val="0"/>
                                                      <w:marRight w:val="0"/>
                                                      <w:marTop w:val="360"/>
                                                      <w:marBottom w:val="180"/>
                                                      <w:divBdr>
                                                        <w:top w:val="none" w:sz="0" w:space="0" w:color="auto"/>
                                                        <w:left w:val="none" w:sz="0" w:space="0" w:color="auto"/>
                                                        <w:bottom w:val="none" w:sz="0" w:space="0" w:color="auto"/>
                                                        <w:right w:val="none" w:sz="0" w:space="0" w:color="auto"/>
                                                      </w:divBdr>
                                                    </w:div>
                                                    <w:div w:id="361439932">
                                                      <w:marLeft w:val="0"/>
                                                      <w:marRight w:val="0"/>
                                                      <w:marTop w:val="180"/>
                                                      <w:marBottom w:val="240"/>
                                                      <w:divBdr>
                                                        <w:top w:val="none" w:sz="0" w:space="0" w:color="auto"/>
                                                        <w:left w:val="none" w:sz="0" w:space="0" w:color="auto"/>
                                                        <w:bottom w:val="none" w:sz="0" w:space="0" w:color="auto"/>
                                                        <w:right w:val="none" w:sz="0" w:space="0" w:color="auto"/>
                                                      </w:divBdr>
                                                    </w:div>
                                                    <w:div w:id="568736243">
                                                      <w:marLeft w:val="0"/>
                                                      <w:marRight w:val="0"/>
                                                      <w:marTop w:val="360"/>
                                                      <w:marBottom w:val="180"/>
                                                      <w:divBdr>
                                                        <w:top w:val="none" w:sz="0" w:space="0" w:color="auto"/>
                                                        <w:left w:val="none" w:sz="0" w:space="0" w:color="auto"/>
                                                        <w:bottom w:val="none" w:sz="0" w:space="0" w:color="auto"/>
                                                        <w:right w:val="none" w:sz="0" w:space="0" w:color="auto"/>
                                                      </w:divBdr>
                                                    </w:div>
                                                    <w:div w:id="1771967273">
                                                      <w:marLeft w:val="0"/>
                                                      <w:marRight w:val="0"/>
                                                      <w:marTop w:val="360"/>
                                                      <w:marBottom w:val="180"/>
                                                      <w:divBdr>
                                                        <w:top w:val="none" w:sz="0" w:space="0" w:color="auto"/>
                                                        <w:left w:val="none" w:sz="0" w:space="0" w:color="auto"/>
                                                        <w:bottom w:val="none" w:sz="0" w:space="0" w:color="auto"/>
                                                        <w:right w:val="none" w:sz="0" w:space="0" w:color="auto"/>
                                                      </w:divBdr>
                                                    </w:div>
                                                    <w:div w:id="192769041">
                                                      <w:marLeft w:val="0"/>
                                                      <w:marRight w:val="0"/>
                                                      <w:marTop w:val="180"/>
                                                      <w:marBottom w:val="240"/>
                                                      <w:divBdr>
                                                        <w:top w:val="none" w:sz="0" w:space="0" w:color="auto"/>
                                                        <w:left w:val="none" w:sz="0" w:space="0" w:color="auto"/>
                                                        <w:bottom w:val="none" w:sz="0" w:space="0" w:color="auto"/>
                                                        <w:right w:val="none" w:sz="0" w:space="0" w:color="auto"/>
                                                      </w:divBdr>
                                                    </w:div>
                                                    <w:div w:id="2142109985">
                                                      <w:marLeft w:val="0"/>
                                                      <w:marRight w:val="0"/>
                                                      <w:marTop w:val="360"/>
                                                      <w:marBottom w:val="180"/>
                                                      <w:divBdr>
                                                        <w:top w:val="none" w:sz="0" w:space="0" w:color="auto"/>
                                                        <w:left w:val="none" w:sz="0" w:space="0" w:color="auto"/>
                                                        <w:bottom w:val="none" w:sz="0" w:space="0" w:color="auto"/>
                                                        <w:right w:val="none" w:sz="0" w:space="0" w:color="auto"/>
                                                      </w:divBdr>
                                                    </w:div>
                                                    <w:div w:id="1254163206">
                                                      <w:marLeft w:val="0"/>
                                                      <w:marRight w:val="0"/>
                                                      <w:marTop w:val="180"/>
                                                      <w:marBottom w:val="240"/>
                                                      <w:divBdr>
                                                        <w:top w:val="none" w:sz="0" w:space="0" w:color="auto"/>
                                                        <w:left w:val="none" w:sz="0" w:space="0" w:color="auto"/>
                                                        <w:bottom w:val="none" w:sz="0" w:space="0" w:color="auto"/>
                                                        <w:right w:val="none" w:sz="0" w:space="0" w:color="auto"/>
                                                      </w:divBdr>
                                                    </w:div>
                                                    <w:div w:id="1801806491">
                                                      <w:marLeft w:val="0"/>
                                                      <w:marRight w:val="0"/>
                                                      <w:marTop w:val="60"/>
                                                      <w:marBottom w:val="180"/>
                                                      <w:divBdr>
                                                        <w:top w:val="none" w:sz="0" w:space="0" w:color="auto"/>
                                                        <w:left w:val="none" w:sz="0" w:space="0" w:color="auto"/>
                                                        <w:bottom w:val="none" w:sz="0" w:space="0" w:color="auto"/>
                                                        <w:right w:val="none" w:sz="0" w:space="0" w:color="auto"/>
                                                      </w:divBdr>
                                                    </w:div>
                                                    <w:div w:id="1983388634">
                                                      <w:marLeft w:val="0"/>
                                                      <w:marRight w:val="0"/>
                                                      <w:marTop w:val="360"/>
                                                      <w:marBottom w:val="180"/>
                                                      <w:divBdr>
                                                        <w:top w:val="none" w:sz="0" w:space="0" w:color="auto"/>
                                                        <w:left w:val="none" w:sz="0" w:space="0" w:color="auto"/>
                                                        <w:bottom w:val="none" w:sz="0" w:space="0" w:color="auto"/>
                                                        <w:right w:val="none" w:sz="0" w:space="0" w:color="auto"/>
                                                      </w:divBdr>
                                                    </w:div>
                                                    <w:div w:id="488375312">
                                                      <w:marLeft w:val="0"/>
                                                      <w:marRight w:val="0"/>
                                                      <w:marTop w:val="180"/>
                                                      <w:marBottom w:val="240"/>
                                                      <w:divBdr>
                                                        <w:top w:val="none" w:sz="0" w:space="0" w:color="auto"/>
                                                        <w:left w:val="none" w:sz="0" w:space="0" w:color="auto"/>
                                                        <w:bottom w:val="none" w:sz="0" w:space="0" w:color="auto"/>
                                                        <w:right w:val="none" w:sz="0" w:space="0" w:color="auto"/>
                                                      </w:divBdr>
                                                    </w:div>
                                                    <w:div w:id="1558932963">
                                                      <w:marLeft w:val="0"/>
                                                      <w:marRight w:val="0"/>
                                                      <w:marTop w:val="60"/>
                                                      <w:marBottom w:val="180"/>
                                                      <w:divBdr>
                                                        <w:top w:val="none" w:sz="0" w:space="0" w:color="auto"/>
                                                        <w:left w:val="none" w:sz="0" w:space="0" w:color="auto"/>
                                                        <w:bottom w:val="none" w:sz="0" w:space="0" w:color="auto"/>
                                                        <w:right w:val="none" w:sz="0" w:space="0" w:color="auto"/>
                                                      </w:divBdr>
                                                    </w:div>
                                                    <w:div w:id="1038511496">
                                                      <w:marLeft w:val="0"/>
                                                      <w:marRight w:val="0"/>
                                                      <w:marTop w:val="360"/>
                                                      <w:marBottom w:val="180"/>
                                                      <w:divBdr>
                                                        <w:top w:val="none" w:sz="0" w:space="0" w:color="auto"/>
                                                        <w:left w:val="none" w:sz="0" w:space="0" w:color="auto"/>
                                                        <w:bottom w:val="none" w:sz="0" w:space="0" w:color="auto"/>
                                                        <w:right w:val="none" w:sz="0" w:space="0" w:color="auto"/>
                                                      </w:divBdr>
                                                    </w:div>
                                                    <w:div w:id="405494161">
                                                      <w:marLeft w:val="0"/>
                                                      <w:marRight w:val="0"/>
                                                      <w:marTop w:val="180"/>
                                                      <w:marBottom w:val="240"/>
                                                      <w:divBdr>
                                                        <w:top w:val="none" w:sz="0" w:space="0" w:color="auto"/>
                                                        <w:left w:val="none" w:sz="0" w:space="0" w:color="auto"/>
                                                        <w:bottom w:val="none" w:sz="0" w:space="0" w:color="auto"/>
                                                        <w:right w:val="none" w:sz="0" w:space="0" w:color="auto"/>
                                                      </w:divBdr>
                                                    </w:div>
                                                    <w:div w:id="1011298359">
                                                      <w:marLeft w:val="0"/>
                                                      <w:marRight w:val="0"/>
                                                      <w:marTop w:val="180"/>
                                                      <w:marBottom w:val="240"/>
                                                      <w:divBdr>
                                                        <w:top w:val="none" w:sz="0" w:space="0" w:color="auto"/>
                                                        <w:left w:val="none" w:sz="0" w:space="0" w:color="auto"/>
                                                        <w:bottom w:val="none" w:sz="0" w:space="0" w:color="auto"/>
                                                        <w:right w:val="none" w:sz="0" w:space="0" w:color="auto"/>
                                                      </w:divBdr>
                                                    </w:div>
                                                    <w:div w:id="1327900121">
                                                      <w:marLeft w:val="0"/>
                                                      <w:marRight w:val="0"/>
                                                      <w:marTop w:val="180"/>
                                                      <w:marBottom w:val="240"/>
                                                      <w:divBdr>
                                                        <w:top w:val="none" w:sz="0" w:space="0" w:color="auto"/>
                                                        <w:left w:val="none" w:sz="0" w:space="0" w:color="auto"/>
                                                        <w:bottom w:val="none" w:sz="0" w:space="0" w:color="auto"/>
                                                        <w:right w:val="none" w:sz="0" w:space="0" w:color="auto"/>
                                                      </w:divBdr>
                                                    </w:div>
                                                    <w:div w:id="19951714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2127187289">
                                  <w:marLeft w:val="0"/>
                                  <w:marRight w:val="0"/>
                                  <w:marTop w:val="450"/>
                                  <w:marBottom w:val="0"/>
                                  <w:divBdr>
                                    <w:top w:val="none" w:sz="0" w:space="0" w:color="auto"/>
                                    <w:left w:val="none" w:sz="0" w:space="0" w:color="auto"/>
                                    <w:bottom w:val="none" w:sz="0" w:space="0" w:color="auto"/>
                                    <w:right w:val="none" w:sz="0" w:space="0" w:color="auto"/>
                                  </w:divBdr>
                                  <w:divsChild>
                                    <w:div w:id="1082025881">
                                      <w:marLeft w:val="0"/>
                                      <w:marRight w:val="0"/>
                                      <w:marTop w:val="0"/>
                                      <w:marBottom w:val="0"/>
                                      <w:divBdr>
                                        <w:top w:val="none" w:sz="0" w:space="0" w:color="auto"/>
                                        <w:left w:val="none" w:sz="0" w:space="0" w:color="auto"/>
                                        <w:bottom w:val="none" w:sz="0" w:space="0" w:color="auto"/>
                                        <w:right w:val="none" w:sz="0" w:space="0" w:color="auto"/>
                                      </w:divBdr>
                                      <w:divsChild>
                                        <w:div w:id="1273394192">
                                          <w:marLeft w:val="0"/>
                                          <w:marRight w:val="0"/>
                                          <w:marTop w:val="0"/>
                                          <w:marBottom w:val="0"/>
                                          <w:divBdr>
                                            <w:top w:val="none" w:sz="0" w:space="0" w:color="auto"/>
                                            <w:left w:val="none" w:sz="0" w:space="0" w:color="auto"/>
                                            <w:bottom w:val="none" w:sz="0" w:space="0" w:color="auto"/>
                                            <w:right w:val="none" w:sz="0" w:space="0" w:color="auto"/>
                                          </w:divBdr>
                                          <w:divsChild>
                                            <w:div w:id="6061340">
                                              <w:marLeft w:val="0"/>
                                              <w:marRight w:val="246"/>
                                              <w:marTop w:val="0"/>
                                              <w:marBottom w:val="0"/>
                                              <w:divBdr>
                                                <w:top w:val="none" w:sz="0" w:space="0" w:color="auto"/>
                                                <w:left w:val="none" w:sz="0" w:space="0" w:color="auto"/>
                                                <w:bottom w:val="none" w:sz="0" w:space="0" w:color="auto"/>
                                                <w:right w:val="none" w:sz="0" w:space="0" w:color="auto"/>
                                              </w:divBdr>
                                              <w:divsChild>
                                                <w:div w:id="1608388852">
                                                  <w:marLeft w:val="0"/>
                                                  <w:marRight w:val="0"/>
                                                  <w:marTop w:val="0"/>
                                                  <w:marBottom w:val="0"/>
                                                  <w:divBdr>
                                                    <w:top w:val="none" w:sz="0" w:space="0" w:color="auto"/>
                                                    <w:left w:val="none" w:sz="0" w:space="0" w:color="auto"/>
                                                    <w:bottom w:val="none" w:sz="0" w:space="0" w:color="auto"/>
                                                    <w:right w:val="none" w:sz="0" w:space="0" w:color="auto"/>
                                                  </w:divBdr>
                                                  <w:divsChild>
                                                    <w:div w:id="1471898527">
                                                      <w:marLeft w:val="0"/>
                                                      <w:marRight w:val="0"/>
                                                      <w:marTop w:val="0"/>
                                                      <w:marBottom w:val="0"/>
                                                      <w:divBdr>
                                                        <w:top w:val="none" w:sz="0" w:space="0" w:color="auto"/>
                                                        <w:left w:val="none" w:sz="0" w:space="0" w:color="auto"/>
                                                        <w:bottom w:val="none" w:sz="0" w:space="0" w:color="auto"/>
                                                        <w:right w:val="none" w:sz="0" w:space="0" w:color="auto"/>
                                                      </w:divBdr>
                                                      <w:divsChild>
                                                        <w:div w:id="177959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070969">
                                              <w:marLeft w:val="0"/>
                                              <w:marRight w:val="0"/>
                                              <w:marTop w:val="0"/>
                                              <w:marBottom w:val="0"/>
                                              <w:divBdr>
                                                <w:top w:val="none" w:sz="0" w:space="0" w:color="auto"/>
                                                <w:left w:val="none" w:sz="0" w:space="0" w:color="auto"/>
                                                <w:bottom w:val="none" w:sz="0" w:space="0" w:color="auto"/>
                                                <w:right w:val="none" w:sz="0" w:space="0" w:color="auto"/>
                                              </w:divBdr>
                                              <w:divsChild>
                                                <w:div w:id="1112432866">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951664144">
                                      <w:marLeft w:val="0"/>
                                      <w:marRight w:val="0"/>
                                      <w:marTop w:val="0"/>
                                      <w:marBottom w:val="0"/>
                                      <w:divBdr>
                                        <w:top w:val="none" w:sz="0" w:space="0" w:color="auto"/>
                                        <w:left w:val="none" w:sz="0" w:space="0" w:color="auto"/>
                                        <w:bottom w:val="none" w:sz="0" w:space="0" w:color="auto"/>
                                        <w:right w:val="none" w:sz="0" w:space="0" w:color="auto"/>
                                      </w:divBdr>
                                      <w:divsChild>
                                        <w:div w:id="2065713716">
                                          <w:marLeft w:val="0"/>
                                          <w:marRight w:val="0"/>
                                          <w:marTop w:val="0"/>
                                          <w:marBottom w:val="0"/>
                                          <w:divBdr>
                                            <w:top w:val="none" w:sz="0" w:space="0" w:color="auto"/>
                                            <w:left w:val="none" w:sz="0" w:space="0" w:color="auto"/>
                                            <w:bottom w:val="none" w:sz="0" w:space="0" w:color="auto"/>
                                            <w:right w:val="none" w:sz="0" w:space="0" w:color="auto"/>
                                          </w:divBdr>
                                          <w:divsChild>
                                            <w:div w:id="1513765879">
                                              <w:marLeft w:val="0"/>
                                              <w:marRight w:val="0"/>
                                              <w:marTop w:val="0"/>
                                              <w:marBottom w:val="0"/>
                                              <w:divBdr>
                                                <w:top w:val="none" w:sz="0" w:space="0" w:color="auto"/>
                                                <w:left w:val="none" w:sz="0" w:space="0" w:color="auto"/>
                                                <w:bottom w:val="none" w:sz="0" w:space="0" w:color="auto"/>
                                                <w:right w:val="none" w:sz="0" w:space="0" w:color="auto"/>
                                              </w:divBdr>
                                              <w:divsChild>
                                                <w:div w:id="1088313025">
                                                  <w:marLeft w:val="0"/>
                                                  <w:marRight w:val="0"/>
                                                  <w:marTop w:val="0"/>
                                                  <w:marBottom w:val="0"/>
                                                  <w:divBdr>
                                                    <w:top w:val="none" w:sz="0" w:space="0" w:color="auto"/>
                                                    <w:left w:val="none" w:sz="0" w:space="0" w:color="auto"/>
                                                    <w:bottom w:val="none" w:sz="0" w:space="0" w:color="auto"/>
                                                    <w:right w:val="none" w:sz="0" w:space="0" w:color="auto"/>
                                                  </w:divBdr>
                                                  <w:divsChild>
                                                    <w:div w:id="2003387350">
                                                      <w:marLeft w:val="0"/>
                                                      <w:marRight w:val="0"/>
                                                      <w:marTop w:val="180"/>
                                                      <w:marBottom w:val="240"/>
                                                      <w:divBdr>
                                                        <w:top w:val="none" w:sz="0" w:space="0" w:color="auto"/>
                                                        <w:left w:val="none" w:sz="0" w:space="0" w:color="auto"/>
                                                        <w:bottom w:val="none" w:sz="0" w:space="0" w:color="auto"/>
                                                        <w:right w:val="none" w:sz="0" w:space="0" w:color="auto"/>
                                                      </w:divBdr>
                                                    </w:div>
                                                    <w:div w:id="364142586">
                                                      <w:marLeft w:val="0"/>
                                                      <w:marRight w:val="0"/>
                                                      <w:marTop w:val="180"/>
                                                      <w:marBottom w:val="240"/>
                                                      <w:divBdr>
                                                        <w:top w:val="none" w:sz="0" w:space="0" w:color="auto"/>
                                                        <w:left w:val="none" w:sz="0" w:space="0" w:color="auto"/>
                                                        <w:bottom w:val="none" w:sz="0" w:space="0" w:color="auto"/>
                                                        <w:right w:val="none" w:sz="0" w:space="0" w:color="auto"/>
                                                      </w:divBdr>
                                                    </w:div>
                                                    <w:div w:id="196092366">
                                                      <w:marLeft w:val="0"/>
                                                      <w:marRight w:val="0"/>
                                                      <w:marTop w:val="360"/>
                                                      <w:marBottom w:val="180"/>
                                                      <w:divBdr>
                                                        <w:top w:val="none" w:sz="0" w:space="0" w:color="auto"/>
                                                        <w:left w:val="none" w:sz="0" w:space="0" w:color="auto"/>
                                                        <w:bottom w:val="none" w:sz="0" w:space="0" w:color="auto"/>
                                                        <w:right w:val="none" w:sz="0" w:space="0" w:color="auto"/>
                                                      </w:divBdr>
                                                    </w:div>
                                                    <w:div w:id="2082364643">
                                                      <w:marLeft w:val="0"/>
                                                      <w:marRight w:val="0"/>
                                                      <w:marTop w:val="360"/>
                                                      <w:marBottom w:val="180"/>
                                                      <w:divBdr>
                                                        <w:top w:val="none" w:sz="0" w:space="0" w:color="auto"/>
                                                        <w:left w:val="none" w:sz="0" w:space="0" w:color="auto"/>
                                                        <w:bottom w:val="none" w:sz="0" w:space="0" w:color="auto"/>
                                                        <w:right w:val="none" w:sz="0" w:space="0" w:color="auto"/>
                                                      </w:divBdr>
                                                    </w:div>
                                                    <w:div w:id="375588367">
                                                      <w:marLeft w:val="0"/>
                                                      <w:marRight w:val="0"/>
                                                      <w:marTop w:val="180"/>
                                                      <w:marBottom w:val="240"/>
                                                      <w:divBdr>
                                                        <w:top w:val="none" w:sz="0" w:space="0" w:color="auto"/>
                                                        <w:left w:val="none" w:sz="0" w:space="0" w:color="auto"/>
                                                        <w:bottom w:val="none" w:sz="0" w:space="0" w:color="auto"/>
                                                        <w:right w:val="none" w:sz="0" w:space="0" w:color="auto"/>
                                                      </w:divBdr>
                                                    </w:div>
                                                    <w:div w:id="1873957090">
                                                      <w:marLeft w:val="0"/>
                                                      <w:marRight w:val="0"/>
                                                      <w:marTop w:val="360"/>
                                                      <w:marBottom w:val="180"/>
                                                      <w:divBdr>
                                                        <w:top w:val="none" w:sz="0" w:space="0" w:color="auto"/>
                                                        <w:left w:val="none" w:sz="0" w:space="0" w:color="auto"/>
                                                        <w:bottom w:val="none" w:sz="0" w:space="0" w:color="auto"/>
                                                        <w:right w:val="none" w:sz="0" w:space="0" w:color="auto"/>
                                                      </w:divBdr>
                                                    </w:div>
                                                    <w:div w:id="123156233">
                                                      <w:marLeft w:val="0"/>
                                                      <w:marRight w:val="0"/>
                                                      <w:marTop w:val="180"/>
                                                      <w:marBottom w:val="240"/>
                                                      <w:divBdr>
                                                        <w:top w:val="none" w:sz="0" w:space="0" w:color="auto"/>
                                                        <w:left w:val="none" w:sz="0" w:space="0" w:color="auto"/>
                                                        <w:bottom w:val="none" w:sz="0" w:space="0" w:color="auto"/>
                                                        <w:right w:val="none" w:sz="0" w:space="0" w:color="auto"/>
                                                      </w:divBdr>
                                                    </w:div>
                                                    <w:div w:id="887959938">
                                                      <w:marLeft w:val="0"/>
                                                      <w:marRight w:val="0"/>
                                                      <w:marTop w:val="360"/>
                                                      <w:marBottom w:val="180"/>
                                                      <w:divBdr>
                                                        <w:top w:val="none" w:sz="0" w:space="0" w:color="auto"/>
                                                        <w:left w:val="none" w:sz="0" w:space="0" w:color="auto"/>
                                                        <w:bottom w:val="none" w:sz="0" w:space="0" w:color="auto"/>
                                                        <w:right w:val="none" w:sz="0" w:space="0" w:color="auto"/>
                                                      </w:divBdr>
                                                    </w:div>
                                                    <w:div w:id="1392920856">
                                                      <w:marLeft w:val="0"/>
                                                      <w:marRight w:val="0"/>
                                                      <w:marTop w:val="180"/>
                                                      <w:marBottom w:val="240"/>
                                                      <w:divBdr>
                                                        <w:top w:val="none" w:sz="0" w:space="0" w:color="auto"/>
                                                        <w:left w:val="none" w:sz="0" w:space="0" w:color="auto"/>
                                                        <w:bottom w:val="none" w:sz="0" w:space="0" w:color="auto"/>
                                                        <w:right w:val="none" w:sz="0" w:space="0" w:color="auto"/>
                                                      </w:divBdr>
                                                    </w:div>
                                                    <w:div w:id="792092012">
                                                      <w:marLeft w:val="0"/>
                                                      <w:marRight w:val="0"/>
                                                      <w:marTop w:val="360"/>
                                                      <w:marBottom w:val="180"/>
                                                      <w:divBdr>
                                                        <w:top w:val="none" w:sz="0" w:space="0" w:color="auto"/>
                                                        <w:left w:val="none" w:sz="0" w:space="0" w:color="auto"/>
                                                        <w:bottom w:val="none" w:sz="0" w:space="0" w:color="auto"/>
                                                        <w:right w:val="none" w:sz="0" w:space="0" w:color="auto"/>
                                                      </w:divBdr>
                                                    </w:div>
                                                    <w:div w:id="176191576">
                                                      <w:marLeft w:val="0"/>
                                                      <w:marRight w:val="0"/>
                                                      <w:marTop w:val="360"/>
                                                      <w:marBottom w:val="180"/>
                                                      <w:divBdr>
                                                        <w:top w:val="none" w:sz="0" w:space="0" w:color="auto"/>
                                                        <w:left w:val="none" w:sz="0" w:space="0" w:color="auto"/>
                                                        <w:bottom w:val="none" w:sz="0" w:space="0" w:color="auto"/>
                                                        <w:right w:val="none" w:sz="0" w:space="0" w:color="auto"/>
                                                      </w:divBdr>
                                                    </w:div>
                                                    <w:div w:id="1700663822">
                                                      <w:marLeft w:val="0"/>
                                                      <w:marRight w:val="0"/>
                                                      <w:marTop w:val="180"/>
                                                      <w:marBottom w:val="240"/>
                                                      <w:divBdr>
                                                        <w:top w:val="none" w:sz="0" w:space="0" w:color="auto"/>
                                                        <w:left w:val="none" w:sz="0" w:space="0" w:color="auto"/>
                                                        <w:bottom w:val="none" w:sz="0" w:space="0" w:color="auto"/>
                                                        <w:right w:val="none" w:sz="0" w:space="0" w:color="auto"/>
                                                      </w:divBdr>
                                                    </w:div>
                                                    <w:div w:id="808789346">
                                                      <w:marLeft w:val="0"/>
                                                      <w:marRight w:val="0"/>
                                                      <w:marTop w:val="360"/>
                                                      <w:marBottom w:val="180"/>
                                                      <w:divBdr>
                                                        <w:top w:val="none" w:sz="0" w:space="0" w:color="auto"/>
                                                        <w:left w:val="none" w:sz="0" w:space="0" w:color="auto"/>
                                                        <w:bottom w:val="none" w:sz="0" w:space="0" w:color="auto"/>
                                                        <w:right w:val="none" w:sz="0" w:space="0" w:color="auto"/>
                                                      </w:divBdr>
                                                    </w:div>
                                                    <w:div w:id="1186752286">
                                                      <w:marLeft w:val="0"/>
                                                      <w:marRight w:val="0"/>
                                                      <w:marTop w:val="180"/>
                                                      <w:marBottom w:val="240"/>
                                                      <w:divBdr>
                                                        <w:top w:val="none" w:sz="0" w:space="0" w:color="auto"/>
                                                        <w:left w:val="none" w:sz="0" w:space="0" w:color="auto"/>
                                                        <w:bottom w:val="none" w:sz="0" w:space="0" w:color="auto"/>
                                                        <w:right w:val="none" w:sz="0" w:space="0" w:color="auto"/>
                                                      </w:divBdr>
                                                    </w:div>
                                                    <w:div w:id="1938512288">
                                                      <w:marLeft w:val="0"/>
                                                      <w:marRight w:val="0"/>
                                                      <w:marTop w:val="60"/>
                                                      <w:marBottom w:val="180"/>
                                                      <w:divBdr>
                                                        <w:top w:val="none" w:sz="0" w:space="0" w:color="auto"/>
                                                        <w:left w:val="none" w:sz="0" w:space="0" w:color="auto"/>
                                                        <w:bottom w:val="none" w:sz="0" w:space="0" w:color="auto"/>
                                                        <w:right w:val="none" w:sz="0" w:space="0" w:color="auto"/>
                                                      </w:divBdr>
                                                    </w:div>
                                                    <w:div w:id="1650088230">
                                                      <w:marLeft w:val="0"/>
                                                      <w:marRight w:val="0"/>
                                                      <w:marTop w:val="360"/>
                                                      <w:marBottom w:val="180"/>
                                                      <w:divBdr>
                                                        <w:top w:val="none" w:sz="0" w:space="0" w:color="auto"/>
                                                        <w:left w:val="none" w:sz="0" w:space="0" w:color="auto"/>
                                                        <w:bottom w:val="none" w:sz="0" w:space="0" w:color="auto"/>
                                                        <w:right w:val="none" w:sz="0" w:space="0" w:color="auto"/>
                                                      </w:divBdr>
                                                    </w:div>
                                                    <w:div w:id="573591807">
                                                      <w:marLeft w:val="0"/>
                                                      <w:marRight w:val="0"/>
                                                      <w:marTop w:val="180"/>
                                                      <w:marBottom w:val="240"/>
                                                      <w:divBdr>
                                                        <w:top w:val="none" w:sz="0" w:space="0" w:color="auto"/>
                                                        <w:left w:val="none" w:sz="0" w:space="0" w:color="auto"/>
                                                        <w:bottom w:val="none" w:sz="0" w:space="0" w:color="auto"/>
                                                        <w:right w:val="none" w:sz="0" w:space="0" w:color="auto"/>
                                                      </w:divBdr>
                                                    </w:div>
                                                    <w:div w:id="1868172632">
                                                      <w:marLeft w:val="0"/>
                                                      <w:marRight w:val="0"/>
                                                      <w:marTop w:val="60"/>
                                                      <w:marBottom w:val="180"/>
                                                      <w:divBdr>
                                                        <w:top w:val="none" w:sz="0" w:space="0" w:color="auto"/>
                                                        <w:left w:val="none" w:sz="0" w:space="0" w:color="auto"/>
                                                        <w:bottom w:val="none" w:sz="0" w:space="0" w:color="auto"/>
                                                        <w:right w:val="none" w:sz="0" w:space="0" w:color="auto"/>
                                                      </w:divBdr>
                                                    </w:div>
                                                    <w:div w:id="1886018743">
                                                      <w:marLeft w:val="0"/>
                                                      <w:marRight w:val="0"/>
                                                      <w:marTop w:val="360"/>
                                                      <w:marBottom w:val="180"/>
                                                      <w:divBdr>
                                                        <w:top w:val="none" w:sz="0" w:space="0" w:color="auto"/>
                                                        <w:left w:val="none" w:sz="0" w:space="0" w:color="auto"/>
                                                        <w:bottom w:val="none" w:sz="0" w:space="0" w:color="auto"/>
                                                        <w:right w:val="none" w:sz="0" w:space="0" w:color="auto"/>
                                                      </w:divBdr>
                                                    </w:div>
                                                    <w:div w:id="2106686209">
                                                      <w:marLeft w:val="0"/>
                                                      <w:marRight w:val="0"/>
                                                      <w:marTop w:val="180"/>
                                                      <w:marBottom w:val="240"/>
                                                      <w:divBdr>
                                                        <w:top w:val="none" w:sz="0" w:space="0" w:color="auto"/>
                                                        <w:left w:val="none" w:sz="0" w:space="0" w:color="auto"/>
                                                        <w:bottom w:val="none" w:sz="0" w:space="0" w:color="auto"/>
                                                        <w:right w:val="none" w:sz="0" w:space="0" w:color="auto"/>
                                                      </w:divBdr>
                                                    </w:div>
                                                    <w:div w:id="2091193587">
                                                      <w:marLeft w:val="0"/>
                                                      <w:marRight w:val="0"/>
                                                      <w:marTop w:val="180"/>
                                                      <w:marBottom w:val="240"/>
                                                      <w:divBdr>
                                                        <w:top w:val="none" w:sz="0" w:space="0" w:color="auto"/>
                                                        <w:left w:val="none" w:sz="0" w:space="0" w:color="auto"/>
                                                        <w:bottom w:val="none" w:sz="0" w:space="0" w:color="auto"/>
                                                        <w:right w:val="none" w:sz="0" w:space="0" w:color="auto"/>
                                                      </w:divBdr>
                                                    </w:div>
                                                    <w:div w:id="705257184">
                                                      <w:marLeft w:val="0"/>
                                                      <w:marRight w:val="0"/>
                                                      <w:marTop w:val="180"/>
                                                      <w:marBottom w:val="240"/>
                                                      <w:divBdr>
                                                        <w:top w:val="none" w:sz="0" w:space="0" w:color="auto"/>
                                                        <w:left w:val="none" w:sz="0" w:space="0" w:color="auto"/>
                                                        <w:bottom w:val="none" w:sz="0" w:space="0" w:color="auto"/>
                                                        <w:right w:val="none" w:sz="0" w:space="0" w:color="auto"/>
                                                      </w:divBdr>
                                                    </w:div>
                                                    <w:div w:id="185692283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052538220">
                                  <w:marLeft w:val="0"/>
                                  <w:marRight w:val="0"/>
                                  <w:marTop w:val="450"/>
                                  <w:marBottom w:val="0"/>
                                  <w:divBdr>
                                    <w:top w:val="none" w:sz="0" w:space="0" w:color="auto"/>
                                    <w:left w:val="none" w:sz="0" w:space="0" w:color="auto"/>
                                    <w:bottom w:val="none" w:sz="0" w:space="0" w:color="auto"/>
                                    <w:right w:val="none" w:sz="0" w:space="0" w:color="auto"/>
                                  </w:divBdr>
                                  <w:divsChild>
                                    <w:div w:id="1966807579">
                                      <w:marLeft w:val="0"/>
                                      <w:marRight w:val="0"/>
                                      <w:marTop w:val="0"/>
                                      <w:marBottom w:val="0"/>
                                      <w:divBdr>
                                        <w:top w:val="none" w:sz="0" w:space="0" w:color="auto"/>
                                        <w:left w:val="none" w:sz="0" w:space="0" w:color="auto"/>
                                        <w:bottom w:val="none" w:sz="0" w:space="0" w:color="auto"/>
                                        <w:right w:val="none" w:sz="0" w:space="0" w:color="auto"/>
                                      </w:divBdr>
                                      <w:divsChild>
                                        <w:div w:id="1859654577">
                                          <w:marLeft w:val="0"/>
                                          <w:marRight w:val="0"/>
                                          <w:marTop w:val="0"/>
                                          <w:marBottom w:val="0"/>
                                          <w:divBdr>
                                            <w:top w:val="none" w:sz="0" w:space="0" w:color="auto"/>
                                            <w:left w:val="none" w:sz="0" w:space="0" w:color="auto"/>
                                            <w:bottom w:val="none" w:sz="0" w:space="0" w:color="auto"/>
                                            <w:right w:val="none" w:sz="0" w:space="0" w:color="auto"/>
                                          </w:divBdr>
                                          <w:divsChild>
                                            <w:div w:id="2017030546">
                                              <w:marLeft w:val="0"/>
                                              <w:marRight w:val="246"/>
                                              <w:marTop w:val="0"/>
                                              <w:marBottom w:val="0"/>
                                              <w:divBdr>
                                                <w:top w:val="none" w:sz="0" w:space="0" w:color="auto"/>
                                                <w:left w:val="none" w:sz="0" w:space="0" w:color="auto"/>
                                                <w:bottom w:val="none" w:sz="0" w:space="0" w:color="auto"/>
                                                <w:right w:val="none" w:sz="0" w:space="0" w:color="auto"/>
                                              </w:divBdr>
                                              <w:divsChild>
                                                <w:div w:id="994530156">
                                                  <w:marLeft w:val="0"/>
                                                  <w:marRight w:val="0"/>
                                                  <w:marTop w:val="0"/>
                                                  <w:marBottom w:val="0"/>
                                                  <w:divBdr>
                                                    <w:top w:val="none" w:sz="0" w:space="0" w:color="auto"/>
                                                    <w:left w:val="none" w:sz="0" w:space="0" w:color="auto"/>
                                                    <w:bottom w:val="none" w:sz="0" w:space="0" w:color="auto"/>
                                                    <w:right w:val="none" w:sz="0" w:space="0" w:color="auto"/>
                                                  </w:divBdr>
                                                  <w:divsChild>
                                                    <w:div w:id="1702123094">
                                                      <w:marLeft w:val="0"/>
                                                      <w:marRight w:val="0"/>
                                                      <w:marTop w:val="0"/>
                                                      <w:marBottom w:val="0"/>
                                                      <w:divBdr>
                                                        <w:top w:val="none" w:sz="0" w:space="0" w:color="auto"/>
                                                        <w:left w:val="none" w:sz="0" w:space="0" w:color="auto"/>
                                                        <w:bottom w:val="none" w:sz="0" w:space="0" w:color="auto"/>
                                                        <w:right w:val="none" w:sz="0" w:space="0" w:color="auto"/>
                                                      </w:divBdr>
                                                      <w:divsChild>
                                                        <w:div w:id="162026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888900">
                                              <w:marLeft w:val="0"/>
                                              <w:marRight w:val="0"/>
                                              <w:marTop w:val="0"/>
                                              <w:marBottom w:val="0"/>
                                              <w:divBdr>
                                                <w:top w:val="none" w:sz="0" w:space="0" w:color="auto"/>
                                                <w:left w:val="none" w:sz="0" w:space="0" w:color="auto"/>
                                                <w:bottom w:val="none" w:sz="0" w:space="0" w:color="auto"/>
                                                <w:right w:val="none" w:sz="0" w:space="0" w:color="auto"/>
                                              </w:divBdr>
                                              <w:divsChild>
                                                <w:div w:id="25810247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171987957">
                                      <w:marLeft w:val="0"/>
                                      <w:marRight w:val="0"/>
                                      <w:marTop w:val="0"/>
                                      <w:marBottom w:val="0"/>
                                      <w:divBdr>
                                        <w:top w:val="none" w:sz="0" w:space="0" w:color="auto"/>
                                        <w:left w:val="none" w:sz="0" w:space="0" w:color="auto"/>
                                        <w:bottom w:val="none" w:sz="0" w:space="0" w:color="auto"/>
                                        <w:right w:val="none" w:sz="0" w:space="0" w:color="auto"/>
                                      </w:divBdr>
                                      <w:divsChild>
                                        <w:div w:id="698508687">
                                          <w:marLeft w:val="0"/>
                                          <w:marRight w:val="0"/>
                                          <w:marTop w:val="0"/>
                                          <w:marBottom w:val="0"/>
                                          <w:divBdr>
                                            <w:top w:val="none" w:sz="0" w:space="0" w:color="auto"/>
                                            <w:left w:val="none" w:sz="0" w:space="0" w:color="auto"/>
                                            <w:bottom w:val="none" w:sz="0" w:space="0" w:color="auto"/>
                                            <w:right w:val="none" w:sz="0" w:space="0" w:color="auto"/>
                                          </w:divBdr>
                                          <w:divsChild>
                                            <w:div w:id="1102335543">
                                              <w:marLeft w:val="0"/>
                                              <w:marRight w:val="0"/>
                                              <w:marTop w:val="0"/>
                                              <w:marBottom w:val="0"/>
                                              <w:divBdr>
                                                <w:top w:val="none" w:sz="0" w:space="0" w:color="auto"/>
                                                <w:left w:val="none" w:sz="0" w:space="0" w:color="auto"/>
                                                <w:bottom w:val="none" w:sz="0" w:space="0" w:color="auto"/>
                                                <w:right w:val="none" w:sz="0" w:space="0" w:color="auto"/>
                                              </w:divBdr>
                                              <w:divsChild>
                                                <w:div w:id="2111195119">
                                                  <w:marLeft w:val="0"/>
                                                  <w:marRight w:val="0"/>
                                                  <w:marTop w:val="0"/>
                                                  <w:marBottom w:val="0"/>
                                                  <w:divBdr>
                                                    <w:top w:val="none" w:sz="0" w:space="0" w:color="auto"/>
                                                    <w:left w:val="none" w:sz="0" w:space="0" w:color="auto"/>
                                                    <w:bottom w:val="none" w:sz="0" w:space="0" w:color="auto"/>
                                                    <w:right w:val="none" w:sz="0" w:space="0" w:color="auto"/>
                                                  </w:divBdr>
                                                  <w:divsChild>
                                                    <w:div w:id="13189127">
                                                      <w:marLeft w:val="0"/>
                                                      <w:marRight w:val="0"/>
                                                      <w:marTop w:val="180"/>
                                                      <w:marBottom w:val="240"/>
                                                      <w:divBdr>
                                                        <w:top w:val="none" w:sz="0" w:space="0" w:color="auto"/>
                                                        <w:left w:val="none" w:sz="0" w:space="0" w:color="auto"/>
                                                        <w:bottom w:val="none" w:sz="0" w:space="0" w:color="auto"/>
                                                        <w:right w:val="none" w:sz="0" w:space="0" w:color="auto"/>
                                                      </w:divBdr>
                                                    </w:div>
                                                    <w:div w:id="1837068078">
                                                      <w:marLeft w:val="0"/>
                                                      <w:marRight w:val="0"/>
                                                      <w:marTop w:val="180"/>
                                                      <w:marBottom w:val="240"/>
                                                      <w:divBdr>
                                                        <w:top w:val="none" w:sz="0" w:space="0" w:color="auto"/>
                                                        <w:left w:val="none" w:sz="0" w:space="0" w:color="auto"/>
                                                        <w:bottom w:val="none" w:sz="0" w:space="0" w:color="auto"/>
                                                        <w:right w:val="none" w:sz="0" w:space="0" w:color="auto"/>
                                                      </w:divBdr>
                                                    </w:div>
                                                    <w:div w:id="1796826189">
                                                      <w:marLeft w:val="0"/>
                                                      <w:marRight w:val="0"/>
                                                      <w:marTop w:val="360"/>
                                                      <w:marBottom w:val="180"/>
                                                      <w:divBdr>
                                                        <w:top w:val="none" w:sz="0" w:space="0" w:color="auto"/>
                                                        <w:left w:val="none" w:sz="0" w:space="0" w:color="auto"/>
                                                        <w:bottom w:val="none" w:sz="0" w:space="0" w:color="auto"/>
                                                        <w:right w:val="none" w:sz="0" w:space="0" w:color="auto"/>
                                                      </w:divBdr>
                                                    </w:div>
                                                    <w:div w:id="2011176623">
                                                      <w:marLeft w:val="0"/>
                                                      <w:marRight w:val="0"/>
                                                      <w:marTop w:val="360"/>
                                                      <w:marBottom w:val="180"/>
                                                      <w:divBdr>
                                                        <w:top w:val="none" w:sz="0" w:space="0" w:color="auto"/>
                                                        <w:left w:val="none" w:sz="0" w:space="0" w:color="auto"/>
                                                        <w:bottom w:val="none" w:sz="0" w:space="0" w:color="auto"/>
                                                        <w:right w:val="none" w:sz="0" w:space="0" w:color="auto"/>
                                                      </w:divBdr>
                                                    </w:div>
                                                    <w:div w:id="867332117">
                                                      <w:marLeft w:val="0"/>
                                                      <w:marRight w:val="0"/>
                                                      <w:marTop w:val="180"/>
                                                      <w:marBottom w:val="240"/>
                                                      <w:divBdr>
                                                        <w:top w:val="none" w:sz="0" w:space="0" w:color="auto"/>
                                                        <w:left w:val="none" w:sz="0" w:space="0" w:color="auto"/>
                                                        <w:bottom w:val="none" w:sz="0" w:space="0" w:color="auto"/>
                                                        <w:right w:val="none" w:sz="0" w:space="0" w:color="auto"/>
                                                      </w:divBdr>
                                                    </w:div>
                                                    <w:div w:id="405035672">
                                                      <w:marLeft w:val="0"/>
                                                      <w:marRight w:val="0"/>
                                                      <w:marTop w:val="360"/>
                                                      <w:marBottom w:val="180"/>
                                                      <w:divBdr>
                                                        <w:top w:val="none" w:sz="0" w:space="0" w:color="auto"/>
                                                        <w:left w:val="none" w:sz="0" w:space="0" w:color="auto"/>
                                                        <w:bottom w:val="none" w:sz="0" w:space="0" w:color="auto"/>
                                                        <w:right w:val="none" w:sz="0" w:space="0" w:color="auto"/>
                                                      </w:divBdr>
                                                    </w:div>
                                                    <w:div w:id="489563580">
                                                      <w:marLeft w:val="0"/>
                                                      <w:marRight w:val="0"/>
                                                      <w:marTop w:val="180"/>
                                                      <w:marBottom w:val="240"/>
                                                      <w:divBdr>
                                                        <w:top w:val="none" w:sz="0" w:space="0" w:color="auto"/>
                                                        <w:left w:val="none" w:sz="0" w:space="0" w:color="auto"/>
                                                        <w:bottom w:val="none" w:sz="0" w:space="0" w:color="auto"/>
                                                        <w:right w:val="none" w:sz="0" w:space="0" w:color="auto"/>
                                                      </w:divBdr>
                                                    </w:div>
                                                    <w:div w:id="381373293">
                                                      <w:marLeft w:val="0"/>
                                                      <w:marRight w:val="0"/>
                                                      <w:marTop w:val="180"/>
                                                      <w:marBottom w:val="240"/>
                                                      <w:divBdr>
                                                        <w:top w:val="none" w:sz="0" w:space="0" w:color="auto"/>
                                                        <w:left w:val="none" w:sz="0" w:space="0" w:color="auto"/>
                                                        <w:bottom w:val="none" w:sz="0" w:space="0" w:color="auto"/>
                                                        <w:right w:val="none" w:sz="0" w:space="0" w:color="auto"/>
                                                      </w:divBdr>
                                                    </w:div>
                                                    <w:div w:id="845439393">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978415467">
                                  <w:marLeft w:val="0"/>
                                  <w:marRight w:val="0"/>
                                  <w:marTop w:val="450"/>
                                  <w:marBottom w:val="0"/>
                                  <w:divBdr>
                                    <w:top w:val="none" w:sz="0" w:space="0" w:color="auto"/>
                                    <w:left w:val="none" w:sz="0" w:space="0" w:color="auto"/>
                                    <w:bottom w:val="none" w:sz="0" w:space="0" w:color="auto"/>
                                    <w:right w:val="none" w:sz="0" w:space="0" w:color="auto"/>
                                  </w:divBdr>
                                  <w:divsChild>
                                    <w:div w:id="1378821259">
                                      <w:marLeft w:val="0"/>
                                      <w:marRight w:val="0"/>
                                      <w:marTop w:val="0"/>
                                      <w:marBottom w:val="0"/>
                                      <w:divBdr>
                                        <w:top w:val="none" w:sz="0" w:space="0" w:color="auto"/>
                                        <w:left w:val="none" w:sz="0" w:space="0" w:color="auto"/>
                                        <w:bottom w:val="none" w:sz="0" w:space="0" w:color="auto"/>
                                        <w:right w:val="none" w:sz="0" w:space="0" w:color="auto"/>
                                      </w:divBdr>
                                      <w:divsChild>
                                        <w:div w:id="1143275525">
                                          <w:marLeft w:val="0"/>
                                          <w:marRight w:val="0"/>
                                          <w:marTop w:val="0"/>
                                          <w:marBottom w:val="0"/>
                                          <w:divBdr>
                                            <w:top w:val="none" w:sz="0" w:space="0" w:color="auto"/>
                                            <w:left w:val="none" w:sz="0" w:space="0" w:color="auto"/>
                                            <w:bottom w:val="none" w:sz="0" w:space="0" w:color="auto"/>
                                            <w:right w:val="none" w:sz="0" w:space="0" w:color="auto"/>
                                          </w:divBdr>
                                          <w:divsChild>
                                            <w:div w:id="1771848036">
                                              <w:marLeft w:val="0"/>
                                              <w:marRight w:val="246"/>
                                              <w:marTop w:val="0"/>
                                              <w:marBottom w:val="0"/>
                                              <w:divBdr>
                                                <w:top w:val="none" w:sz="0" w:space="0" w:color="auto"/>
                                                <w:left w:val="none" w:sz="0" w:space="0" w:color="auto"/>
                                                <w:bottom w:val="none" w:sz="0" w:space="0" w:color="auto"/>
                                                <w:right w:val="none" w:sz="0" w:space="0" w:color="auto"/>
                                              </w:divBdr>
                                              <w:divsChild>
                                                <w:div w:id="1714573911">
                                                  <w:marLeft w:val="0"/>
                                                  <w:marRight w:val="0"/>
                                                  <w:marTop w:val="0"/>
                                                  <w:marBottom w:val="0"/>
                                                  <w:divBdr>
                                                    <w:top w:val="none" w:sz="0" w:space="0" w:color="auto"/>
                                                    <w:left w:val="none" w:sz="0" w:space="0" w:color="auto"/>
                                                    <w:bottom w:val="none" w:sz="0" w:space="0" w:color="auto"/>
                                                    <w:right w:val="none" w:sz="0" w:space="0" w:color="auto"/>
                                                  </w:divBdr>
                                                  <w:divsChild>
                                                    <w:div w:id="1438675481">
                                                      <w:marLeft w:val="0"/>
                                                      <w:marRight w:val="0"/>
                                                      <w:marTop w:val="0"/>
                                                      <w:marBottom w:val="0"/>
                                                      <w:divBdr>
                                                        <w:top w:val="none" w:sz="0" w:space="0" w:color="auto"/>
                                                        <w:left w:val="none" w:sz="0" w:space="0" w:color="auto"/>
                                                        <w:bottom w:val="none" w:sz="0" w:space="0" w:color="auto"/>
                                                        <w:right w:val="none" w:sz="0" w:space="0" w:color="auto"/>
                                                      </w:divBdr>
                                                      <w:divsChild>
                                                        <w:div w:id="160145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926813">
                                              <w:marLeft w:val="0"/>
                                              <w:marRight w:val="0"/>
                                              <w:marTop w:val="0"/>
                                              <w:marBottom w:val="0"/>
                                              <w:divBdr>
                                                <w:top w:val="none" w:sz="0" w:space="0" w:color="auto"/>
                                                <w:left w:val="none" w:sz="0" w:space="0" w:color="auto"/>
                                                <w:bottom w:val="none" w:sz="0" w:space="0" w:color="auto"/>
                                                <w:right w:val="none" w:sz="0" w:space="0" w:color="auto"/>
                                              </w:divBdr>
                                              <w:divsChild>
                                                <w:div w:id="72044852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058892293">
                                      <w:marLeft w:val="0"/>
                                      <w:marRight w:val="0"/>
                                      <w:marTop w:val="0"/>
                                      <w:marBottom w:val="0"/>
                                      <w:divBdr>
                                        <w:top w:val="none" w:sz="0" w:space="0" w:color="auto"/>
                                        <w:left w:val="none" w:sz="0" w:space="0" w:color="auto"/>
                                        <w:bottom w:val="none" w:sz="0" w:space="0" w:color="auto"/>
                                        <w:right w:val="none" w:sz="0" w:space="0" w:color="auto"/>
                                      </w:divBdr>
                                      <w:divsChild>
                                        <w:div w:id="1810853664">
                                          <w:marLeft w:val="0"/>
                                          <w:marRight w:val="0"/>
                                          <w:marTop w:val="0"/>
                                          <w:marBottom w:val="0"/>
                                          <w:divBdr>
                                            <w:top w:val="none" w:sz="0" w:space="0" w:color="auto"/>
                                            <w:left w:val="none" w:sz="0" w:space="0" w:color="auto"/>
                                            <w:bottom w:val="none" w:sz="0" w:space="0" w:color="auto"/>
                                            <w:right w:val="none" w:sz="0" w:space="0" w:color="auto"/>
                                          </w:divBdr>
                                          <w:divsChild>
                                            <w:div w:id="1204295681">
                                              <w:marLeft w:val="0"/>
                                              <w:marRight w:val="0"/>
                                              <w:marTop w:val="0"/>
                                              <w:marBottom w:val="0"/>
                                              <w:divBdr>
                                                <w:top w:val="none" w:sz="0" w:space="0" w:color="auto"/>
                                                <w:left w:val="none" w:sz="0" w:space="0" w:color="auto"/>
                                                <w:bottom w:val="none" w:sz="0" w:space="0" w:color="auto"/>
                                                <w:right w:val="none" w:sz="0" w:space="0" w:color="auto"/>
                                              </w:divBdr>
                                              <w:divsChild>
                                                <w:div w:id="758909321">
                                                  <w:marLeft w:val="0"/>
                                                  <w:marRight w:val="0"/>
                                                  <w:marTop w:val="0"/>
                                                  <w:marBottom w:val="0"/>
                                                  <w:divBdr>
                                                    <w:top w:val="none" w:sz="0" w:space="0" w:color="auto"/>
                                                    <w:left w:val="none" w:sz="0" w:space="0" w:color="auto"/>
                                                    <w:bottom w:val="none" w:sz="0" w:space="0" w:color="auto"/>
                                                    <w:right w:val="none" w:sz="0" w:space="0" w:color="auto"/>
                                                  </w:divBdr>
                                                  <w:divsChild>
                                                    <w:div w:id="2057047672">
                                                      <w:marLeft w:val="0"/>
                                                      <w:marRight w:val="0"/>
                                                      <w:marTop w:val="180"/>
                                                      <w:marBottom w:val="240"/>
                                                      <w:divBdr>
                                                        <w:top w:val="none" w:sz="0" w:space="0" w:color="auto"/>
                                                        <w:left w:val="none" w:sz="0" w:space="0" w:color="auto"/>
                                                        <w:bottom w:val="none" w:sz="0" w:space="0" w:color="auto"/>
                                                        <w:right w:val="none" w:sz="0" w:space="0" w:color="auto"/>
                                                      </w:divBdr>
                                                    </w:div>
                                                    <w:div w:id="766465694">
                                                      <w:marLeft w:val="0"/>
                                                      <w:marRight w:val="0"/>
                                                      <w:marTop w:val="180"/>
                                                      <w:marBottom w:val="240"/>
                                                      <w:divBdr>
                                                        <w:top w:val="none" w:sz="0" w:space="0" w:color="auto"/>
                                                        <w:left w:val="none" w:sz="0" w:space="0" w:color="auto"/>
                                                        <w:bottom w:val="none" w:sz="0" w:space="0" w:color="auto"/>
                                                        <w:right w:val="none" w:sz="0" w:space="0" w:color="auto"/>
                                                      </w:divBdr>
                                                    </w:div>
                                                    <w:div w:id="528952535">
                                                      <w:marLeft w:val="0"/>
                                                      <w:marRight w:val="0"/>
                                                      <w:marTop w:val="360"/>
                                                      <w:marBottom w:val="180"/>
                                                      <w:divBdr>
                                                        <w:top w:val="none" w:sz="0" w:space="0" w:color="auto"/>
                                                        <w:left w:val="none" w:sz="0" w:space="0" w:color="auto"/>
                                                        <w:bottom w:val="none" w:sz="0" w:space="0" w:color="auto"/>
                                                        <w:right w:val="none" w:sz="0" w:space="0" w:color="auto"/>
                                                      </w:divBdr>
                                                    </w:div>
                                                    <w:div w:id="1060634887">
                                                      <w:marLeft w:val="0"/>
                                                      <w:marRight w:val="0"/>
                                                      <w:marTop w:val="360"/>
                                                      <w:marBottom w:val="180"/>
                                                      <w:divBdr>
                                                        <w:top w:val="none" w:sz="0" w:space="0" w:color="auto"/>
                                                        <w:left w:val="none" w:sz="0" w:space="0" w:color="auto"/>
                                                        <w:bottom w:val="none" w:sz="0" w:space="0" w:color="auto"/>
                                                        <w:right w:val="none" w:sz="0" w:space="0" w:color="auto"/>
                                                      </w:divBdr>
                                                    </w:div>
                                                    <w:div w:id="2092895450">
                                                      <w:marLeft w:val="0"/>
                                                      <w:marRight w:val="0"/>
                                                      <w:marTop w:val="180"/>
                                                      <w:marBottom w:val="240"/>
                                                      <w:divBdr>
                                                        <w:top w:val="none" w:sz="0" w:space="0" w:color="auto"/>
                                                        <w:left w:val="none" w:sz="0" w:space="0" w:color="auto"/>
                                                        <w:bottom w:val="none" w:sz="0" w:space="0" w:color="auto"/>
                                                        <w:right w:val="none" w:sz="0" w:space="0" w:color="auto"/>
                                                      </w:divBdr>
                                                    </w:div>
                                                    <w:div w:id="1764380677">
                                                      <w:marLeft w:val="0"/>
                                                      <w:marRight w:val="0"/>
                                                      <w:marTop w:val="360"/>
                                                      <w:marBottom w:val="180"/>
                                                      <w:divBdr>
                                                        <w:top w:val="none" w:sz="0" w:space="0" w:color="auto"/>
                                                        <w:left w:val="none" w:sz="0" w:space="0" w:color="auto"/>
                                                        <w:bottom w:val="none" w:sz="0" w:space="0" w:color="auto"/>
                                                        <w:right w:val="none" w:sz="0" w:space="0" w:color="auto"/>
                                                      </w:divBdr>
                                                    </w:div>
                                                    <w:div w:id="2094932527">
                                                      <w:marLeft w:val="0"/>
                                                      <w:marRight w:val="0"/>
                                                      <w:marTop w:val="180"/>
                                                      <w:marBottom w:val="240"/>
                                                      <w:divBdr>
                                                        <w:top w:val="none" w:sz="0" w:space="0" w:color="auto"/>
                                                        <w:left w:val="none" w:sz="0" w:space="0" w:color="auto"/>
                                                        <w:bottom w:val="none" w:sz="0" w:space="0" w:color="auto"/>
                                                        <w:right w:val="none" w:sz="0" w:space="0" w:color="auto"/>
                                                      </w:divBdr>
                                                    </w:div>
                                                    <w:div w:id="585844204">
                                                      <w:marLeft w:val="0"/>
                                                      <w:marRight w:val="0"/>
                                                      <w:marTop w:val="180"/>
                                                      <w:marBottom w:val="240"/>
                                                      <w:divBdr>
                                                        <w:top w:val="none" w:sz="0" w:space="0" w:color="auto"/>
                                                        <w:left w:val="none" w:sz="0" w:space="0" w:color="auto"/>
                                                        <w:bottom w:val="none" w:sz="0" w:space="0" w:color="auto"/>
                                                        <w:right w:val="none" w:sz="0" w:space="0" w:color="auto"/>
                                                      </w:divBdr>
                                                    </w:div>
                                                    <w:div w:id="2073768581">
                                                      <w:marLeft w:val="0"/>
                                                      <w:marRight w:val="0"/>
                                                      <w:marTop w:val="180"/>
                                                      <w:marBottom w:val="240"/>
                                                      <w:divBdr>
                                                        <w:top w:val="none" w:sz="0" w:space="0" w:color="auto"/>
                                                        <w:left w:val="none" w:sz="0" w:space="0" w:color="auto"/>
                                                        <w:bottom w:val="none" w:sz="0" w:space="0" w:color="auto"/>
                                                        <w:right w:val="none" w:sz="0" w:space="0" w:color="auto"/>
                                                      </w:divBdr>
                                                    </w:div>
                                                    <w:div w:id="716395323">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004018098">
                                  <w:marLeft w:val="0"/>
                                  <w:marRight w:val="0"/>
                                  <w:marTop w:val="450"/>
                                  <w:marBottom w:val="0"/>
                                  <w:divBdr>
                                    <w:top w:val="none" w:sz="0" w:space="0" w:color="auto"/>
                                    <w:left w:val="none" w:sz="0" w:space="0" w:color="auto"/>
                                    <w:bottom w:val="none" w:sz="0" w:space="0" w:color="auto"/>
                                    <w:right w:val="none" w:sz="0" w:space="0" w:color="auto"/>
                                  </w:divBdr>
                                  <w:divsChild>
                                    <w:div w:id="1577127930">
                                      <w:marLeft w:val="0"/>
                                      <w:marRight w:val="0"/>
                                      <w:marTop w:val="0"/>
                                      <w:marBottom w:val="0"/>
                                      <w:divBdr>
                                        <w:top w:val="none" w:sz="0" w:space="0" w:color="auto"/>
                                        <w:left w:val="none" w:sz="0" w:space="0" w:color="auto"/>
                                        <w:bottom w:val="none" w:sz="0" w:space="0" w:color="auto"/>
                                        <w:right w:val="none" w:sz="0" w:space="0" w:color="auto"/>
                                      </w:divBdr>
                                      <w:divsChild>
                                        <w:div w:id="1346711377">
                                          <w:marLeft w:val="0"/>
                                          <w:marRight w:val="0"/>
                                          <w:marTop w:val="0"/>
                                          <w:marBottom w:val="0"/>
                                          <w:divBdr>
                                            <w:top w:val="none" w:sz="0" w:space="0" w:color="auto"/>
                                            <w:left w:val="none" w:sz="0" w:space="0" w:color="auto"/>
                                            <w:bottom w:val="none" w:sz="0" w:space="0" w:color="auto"/>
                                            <w:right w:val="none" w:sz="0" w:space="0" w:color="auto"/>
                                          </w:divBdr>
                                          <w:divsChild>
                                            <w:div w:id="1038745824">
                                              <w:marLeft w:val="0"/>
                                              <w:marRight w:val="246"/>
                                              <w:marTop w:val="0"/>
                                              <w:marBottom w:val="0"/>
                                              <w:divBdr>
                                                <w:top w:val="none" w:sz="0" w:space="0" w:color="auto"/>
                                                <w:left w:val="none" w:sz="0" w:space="0" w:color="auto"/>
                                                <w:bottom w:val="none" w:sz="0" w:space="0" w:color="auto"/>
                                                <w:right w:val="none" w:sz="0" w:space="0" w:color="auto"/>
                                              </w:divBdr>
                                              <w:divsChild>
                                                <w:div w:id="898707124">
                                                  <w:marLeft w:val="0"/>
                                                  <w:marRight w:val="0"/>
                                                  <w:marTop w:val="0"/>
                                                  <w:marBottom w:val="0"/>
                                                  <w:divBdr>
                                                    <w:top w:val="none" w:sz="0" w:space="0" w:color="auto"/>
                                                    <w:left w:val="none" w:sz="0" w:space="0" w:color="auto"/>
                                                    <w:bottom w:val="none" w:sz="0" w:space="0" w:color="auto"/>
                                                    <w:right w:val="none" w:sz="0" w:space="0" w:color="auto"/>
                                                  </w:divBdr>
                                                  <w:divsChild>
                                                    <w:div w:id="1937443275">
                                                      <w:marLeft w:val="0"/>
                                                      <w:marRight w:val="0"/>
                                                      <w:marTop w:val="0"/>
                                                      <w:marBottom w:val="0"/>
                                                      <w:divBdr>
                                                        <w:top w:val="none" w:sz="0" w:space="0" w:color="auto"/>
                                                        <w:left w:val="none" w:sz="0" w:space="0" w:color="auto"/>
                                                        <w:bottom w:val="none" w:sz="0" w:space="0" w:color="auto"/>
                                                        <w:right w:val="none" w:sz="0" w:space="0" w:color="auto"/>
                                                      </w:divBdr>
                                                      <w:divsChild>
                                                        <w:div w:id="138949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29430">
                                              <w:marLeft w:val="0"/>
                                              <w:marRight w:val="0"/>
                                              <w:marTop w:val="0"/>
                                              <w:marBottom w:val="0"/>
                                              <w:divBdr>
                                                <w:top w:val="none" w:sz="0" w:space="0" w:color="auto"/>
                                                <w:left w:val="none" w:sz="0" w:space="0" w:color="auto"/>
                                                <w:bottom w:val="none" w:sz="0" w:space="0" w:color="auto"/>
                                                <w:right w:val="none" w:sz="0" w:space="0" w:color="auto"/>
                                              </w:divBdr>
                                              <w:divsChild>
                                                <w:div w:id="20383184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872378424">
                                      <w:marLeft w:val="0"/>
                                      <w:marRight w:val="0"/>
                                      <w:marTop w:val="0"/>
                                      <w:marBottom w:val="0"/>
                                      <w:divBdr>
                                        <w:top w:val="none" w:sz="0" w:space="0" w:color="auto"/>
                                        <w:left w:val="none" w:sz="0" w:space="0" w:color="auto"/>
                                        <w:bottom w:val="none" w:sz="0" w:space="0" w:color="auto"/>
                                        <w:right w:val="none" w:sz="0" w:space="0" w:color="auto"/>
                                      </w:divBdr>
                                      <w:divsChild>
                                        <w:div w:id="1975409648">
                                          <w:marLeft w:val="0"/>
                                          <w:marRight w:val="0"/>
                                          <w:marTop w:val="0"/>
                                          <w:marBottom w:val="0"/>
                                          <w:divBdr>
                                            <w:top w:val="none" w:sz="0" w:space="0" w:color="auto"/>
                                            <w:left w:val="none" w:sz="0" w:space="0" w:color="auto"/>
                                            <w:bottom w:val="none" w:sz="0" w:space="0" w:color="auto"/>
                                            <w:right w:val="none" w:sz="0" w:space="0" w:color="auto"/>
                                          </w:divBdr>
                                          <w:divsChild>
                                            <w:div w:id="2103256043">
                                              <w:marLeft w:val="0"/>
                                              <w:marRight w:val="0"/>
                                              <w:marTop w:val="0"/>
                                              <w:marBottom w:val="0"/>
                                              <w:divBdr>
                                                <w:top w:val="none" w:sz="0" w:space="0" w:color="auto"/>
                                                <w:left w:val="none" w:sz="0" w:space="0" w:color="auto"/>
                                                <w:bottom w:val="none" w:sz="0" w:space="0" w:color="auto"/>
                                                <w:right w:val="none" w:sz="0" w:space="0" w:color="auto"/>
                                              </w:divBdr>
                                              <w:divsChild>
                                                <w:div w:id="342248506">
                                                  <w:marLeft w:val="0"/>
                                                  <w:marRight w:val="0"/>
                                                  <w:marTop w:val="0"/>
                                                  <w:marBottom w:val="0"/>
                                                  <w:divBdr>
                                                    <w:top w:val="none" w:sz="0" w:space="0" w:color="auto"/>
                                                    <w:left w:val="none" w:sz="0" w:space="0" w:color="auto"/>
                                                    <w:bottom w:val="none" w:sz="0" w:space="0" w:color="auto"/>
                                                    <w:right w:val="none" w:sz="0" w:space="0" w:color="auto"/>
                                                  </w:divBdr>
                                                  <w:divsChild>
                                                    <w:div w:id="2001275204">
                                                      <w:marLeft w:val="0"/>
                                                      <w:marRight w:val="0"/>
                                                      <w:marTop w:val="180"/>
                                                      <w:marBottom w:val="240"/>
                                                      <w:divBdr>
                                                        <w:top w:val="none" w:sz="0" w:space="0" w:color="auto"/>
                                                        <w:left w:val="none" w:sz="0" w:space="0" w:color="auto"/>
                                                        <w:bottom w:val="none" w:sz="0" w:space="0" w:color="auto"/>
                                                        <w:right w:val="none" w:sz="0" w:space="0" w:color="auto"/>
                                                      </w:divBdr>
                                                    </w:div>
                                                    <w:div w:id="2106000755">
                                                      <w:marLeft w:val="0"/>
                                                      <w:marRight w:val="0"/>
                                                      <w:marTop w:val="180"/>
                                                      <w:marBottom w:val="240"/>
                                                      <w:divBdr>
                                                        <w:top w:val="none" w:sz="0" w:space="0" w:color="auto"/>
                                                        <w:left w:val="none" w:sz="0" w:space="0" w:color="auto"/>
                                                        <w:bottom w:val="none" w:sz="0" w:space="0" w:color="auto"/>
                                                        <w:right w:val="none" w:sz="0" w:space="0" w:color="auto"/>
                                                      </w:divBdr>
                                                    </w:div>
                                                    <w:div w:id="215439225">
                                                      <w:marLeft w:val="0"/>
                                                      <w:marRight w:val="0"/>
                                                      <w:marTop w:val="180"/>
                                                      <w:marBottom w:val="240"/>
                                                      <w:divBdr>
                                                        <w:top w:val="none" w:sz="0" w:space="0" w:color="auto"/>
                                                        <w:left w:val="none" w:sz="0" w:space="0" w:color="auto"/>
                                                        <w:bottom w:val="none" w:sz="0" w:space="0" w:color="auto"/>
                                                        <w:right w:val="none" w:sz="0" w:space="0" w:color="auto"/>
                                                      </w:divBdr>
                                                    </w:div>
                                                    <w:div w:id="1283877059">
                                                      <w:marLeft w:val="0"/>
                                                      <w:marRight w:val="0"/>
                                                      <w:marTop w:val="360"/>
                                                      <w:marBottom w:val="180"/>
                                                      <w:divBdr>
                                                        <w:top w:val="none" w:sz="0" w:space="0" w:color="auto"/>
                                                        <w:left w:val="none" w:sz="0" w:space="0" w:color="auto"/>
                                                        <w:bottom w:val="none" w:sz="0" w:space="0" w:color="auto"/>
                                                        <w:right w:val="none" w:sz="0" w:space="0" w:color="auto"/>
                                                      </w:divBdr>
                                                    </w:div>
                                                    <w:div w:id="778717423">
                                                      <w:marLeft w:val="0"/>
                                                      <w:marRight w:val="0"/>
                                                      <w:marTop w:val="360"/>
                                                      <w:marBottom w:val="180"/>
                                                      <w:divBdr>
                                                        <w:top w:val="none" w:sz="0" w:space="0" w:color="auto"/>
                                                        <w:left w:val="none" w:sz="0" w:space="0" w:color="auto"/>
                                                        <w:bottom w:val="none" w:sz="0" w:space="0" w:color="auto"/>
                                                        <w:right w:val="none" w:sz="0" w:space="0" w:color="auto"/>
                                                      </w:divBdr>
                                                    </w:div>
                                                    <w:div w:id="643202216">
                                                      <w:marLeft w:val="0"/>
                                                      <w:marRight w:val="0"/>
                                                      <w:marTop w:val="180"/>
                                                      <w:marBottom w:val="240"/>
                                                      <w:divBdr>
                                                        <w:top w:val="none" w:sz="0" w:space="0" w:color="auto"/>
                                                        <w:left w:val="none" w:sz="0" w:space="0" w:color="auto"/>
                                                        <w:bottom w:val="none" w:sz="0" w:space="0" w:color="auto"/>
                                                        <w:right w:val="none" w:sz="0" w:space="0" w:color="auto"/>
                                                      </w:divBdr>
                                                    </w:div>
                                                    <w:div w:id="949244574">
                                                      <w:marLeft w:val="0"/>
                                                      <w:marRight w:val="0"/>
                                                      <w:marTop w:val="360"/>
                                                      <w:marBottom w:val="180"/>
                                                      <w:divBdr>
                                                        <w:top w:val="none" w:sz="0" w:space="0" w:color="auto"/>
                                                        <w:left w:val="none" w:sz="0" w:space="0" w:color="auto"/>
                                                        <w:bottom w:val="none" w:sz="0" w:space="0" w:color="auto"/>
                                                        <w:right w:val="none" w:sz="0" w:space="0" w:color="auto"/>
                                                      </w:divBdr>
                                                    </w:div>
                                                    <w:div w:id="110905510">
                                                      <w:marLeft w:val="0"/>
                                                      <w:marRight w:val="0"/>
                                                      <w:marTop w:val="180"/>
                                                      <w:marBottom w:val="240"/>
                                                      <w:divBdr>
                                                        <w:top w:val="none" w:sz="0" w:space="0" w:color="auto"/>
                                                        <w:left w:val="none" w:sz="0" w:space="0" w:color="auto"/>
                                                        <w:bottom w:val="none" w:sz="0" w:space="0" w:color="auto"/>
                                                        <w:right w:val="none" w:sz="0" w:space="0" w:color="auto"/>
                                                      </w:divBdr>
                                                    </w:div>
                                                    <w:div w:id="999427110">
                                                      <w:marLeft w:val="0"/>
                                                      <w:marRight w:val="0"/>
                                                      <w:marTop w:val="180"/>
                                                      <w:marBottom w:val="240"/>
                                                      <w:divBdr>
                                                        <w:top w:val="none" w:sz="0" w:space="0" w:color="auto"/>
                                                        <w:left w:val="none" w:sz="0" w:space="0" w:color="auto"/>
                                                        <w:bottom w:val="none" w:sz="0" w:space="0" w:color="auto"/>
                                                        <w:right w:val="none" w:sz="0" w:space="0" w:color="auto"/>
                                                      </w:divBdr>
                                                    </w:div>
                                                    <w:div w:id="740950571">
                                                      <w:marLeft w:val="0"/>
                                                      <w:marRight w:val="0"/>
                                                      <w:marTop w:val="180"/>
                                                      <w:marBottom w:val="240"/>
                                                      <w:divBdr>
                                                        <w:top w:val="none" w:sz="0" w:space="0" w:color="auto"/>
                                                        <w:left w:val="none" w:sz="0" w:space="0" w:color="auto"/>
                                                        <w:bottom w:val="none" w:sz="0" w:space="0" w:color="auto"/>
                                                        <w:right w:val="none" w:sz="0" w:space="0" w:color="auto"/>
                                                      </w:divBdr>
                                                    </w:div>
                                                    <w:div w:id="79082490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61239809">
                                  <w:marLeft w:val="0"/>
                                  <w:marRight w:val="0"/>
                                  <w:marTop w:val="450"/>
                                  <w:marBottom w:val="0"/>
                                  <w:divBdr>
                                    <w:top w:val="none" w:sz="0" w:space="0" w:color="auto"/>
                                    <w:left w:val="none" w:sz="0" w:space="0" w:color="auto"/>
                                    <w:bottom w:val="none" w:sz="0" w:space="0" w:color="auto"/>
                                    <w:right w:val="none" w:sz="0" w:space="0" w:color="auto"/>
                                  </w:divBdr>
                                  <w:divsChild>
                                    <w:div w:id="2116485548">
                                      <w:marLeft w:val="0"/>
                                      <w:marRight w:val="0"/>
                                      <w:marTop w:val="0"/>
                                      <w:marBottom w:val="0"/>
                                      <w:divBdr>
                                        <w:top w:val="none" w:sz="0" w:space="0" w:color="auto"/>
                                        <w:left w:val="none" w:sz="0" w:space="0" w:color="auto"/>
                                        <w:bottom w:val="none" w:sz="0" w:space="0" w:color="auto"/>
                                        <w:right w:val="none" w:sz="0" w:space="0" w:color="auto"/>
                                      </w:divBdr>
                                      <w:divsChild>
                                        <w:div w:id="243220768">
                                          <w:marLeft w:val="0"/>
                                          <w:marRight w:val="0"/>
                                          <w:marTop w:val="0"/>
                                          <w:marBottom w:val="0"/>
                                          <w:divBdr>
                                            <w:top w:val="none" w:sz="0" w:space="0" w:color="auto"/>
                                            <w:left w:val="none" w:sz="0" w:space="0" w:color="auto"/>
                                            <w:bottom w:val="none" w:sz="0" w:space="0" w:color="auto"/>
                                            <w:right w:val="none" w:sz="0" w:space="0" w:color="auto"/>
                                          </w:divBdr>
                                          <w:divsChild>
                                            <w:div w:id="364674593">
                                              <w:marLeft w:val="0"/>
                                              <w:marRight w:val="246"/>
                                              <w:marTop w:val="0"/>
                                              <w:marBottom w:val="0"/>
                                              <w:divBdr>
                                                <w:top w:val="none" w:sz="0" w:space="0" w:color="auto"/>
                                                <w:left w:val="none" w:sz="0" w:space="0" w:color="auto"/>
                                                <w:bottom w:val="none" w:sz="0" w:space="0" w:color="auto"/>
                                                <w:right w:val="none" w:sz="0" w:space="0" w:color="auto"/>
                                              </w:divBdr>
                                              <w:divsChild>
                                                <w:div w:id="1062292709">
                                                  <w:marLeft w:val="0"/>
                                                  <w:marRight w:val="0"/>
                                                  <w:marTop w:val="0"/>
                                                  <w:marBottom w:val="0"/>
                                                  <w:divBdr>
                                                    <w:top w:val="none" w:sz="0" w:space="0" w:color="auto"/>
                                                    <w:left w:val="none" w:sz="0" w:space="0" w:color="auto"/>
                                                    <w:bottom w:val="none" w:sz="0" w:space="0" w:color="auto"/>
                                                    <w:right w:val="none" w:sz="0" w:space="0" w:color="auto"/>
                                                  </w:divBdr>
                                                  <w:divsChild>
                                                    <w:div w:id="1518763318">
                                                      <w:marLeft w:val="0"/>
                                                      <w:marRight w:val="0"/>
                                                      <w:marTop w:val="0"/>
                                                      <w:marBottom w:val="0"/>
                                                      <w:divBdr>
                                                        <w:top w:val="none" w:sz="0" w:space="0" w:color="auto"/>
                                                        <w:left w:val="none" w:sz="0" w:space="0" w:color="auto"/>
                                                        <w:bottom w:val="none" w:sz="0" w:space="0" w:color="auto"/>
                                                        <w:right w:val="none" w:sz="0" w:space="0" w:color="auto"/>
                                                      </w:divBdr>
                                                      <w:divsChild>
                                                        <w:div w:id="117168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456501">
                                              <w:marLeft w:val="0"/>
                                              <w:marRight w:val="0"/>
                                              <w:marTop w:val="0"/>
                                              <w:marBottom w:val="0"/>
                                              <w:divBdr>
                                                <w:top w:val="none" w:sz="0" w:space="0" w:color="auto"/>
                                                <w:left w:val="none" w:sz="0" w:space="0" w:color="auto"/>
                                                <w:bottom w:val="none" w:sz="0" w:space="0" w:color="auto"/>
                                                <w:right w:val="none" w:sz="0" w:space="0" w:color="auto"/>
                                              </w:divBdr>
                                              <w:divsChild>
                                                <w:div w:id="182434668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50618485">
                                      <w:marLeft w:val="0"/>
                                      <w:marRight w:val="0"/>
                                      <w:marTop w:val="0"/>
                                      <w:marBottom w:val="0"/>
                                      <w:divBdr>
                                        <w:top w:val="none" w:sz="0" w:space="0" w:color="auto"/>
                                        <w:left w:val="none" w:sz="0" w:space="0" w:color="auto"/>
                                        <w:bottom w:val="none" w:sz="0" w:space="0" w:color="auto"/>
                                        <w:right w:val="none" w:sz="0" w:space="0" w:color="auto"/>
                                      </w:divBdr>
                                      <w:divsChild>
                                        <w:div w:id="1587225095">
                                          <w:marLeft w:val="0"/>
                                          <w:marRight w:val="0"/>
                                          <w:marTop w:val="0"/>
                                          <w:marBottom w:val="0"/>
                                          <w:divBdr>
                                            <w:top w:val="none" w:sz="0" w:space="0" w:color="auto"/>
                                            <w:left w:val="none" w:sz="0" w:space="0" w:color="auto"/>
                                            <w:bottom w:val="none" w:sz="0" w:space="0" w:color="auto"/>
                                            <w:right w:val="none" w:sz="0" w:space="0" w:color="auto"/>
                                          </w:divBdr>
                                          <w:divsChild>
                                            <w:div w:id="723144602">
                                              <w:marLeft w:val="0"/>
                                              <w:marRight w:val="0"/>
                                              <w:marTop w:val="0"/>
                                              <w:marBottom w:val="0"/>
                                              <w:divBdr>
                                                <w:top w:val="none" w:sz="0" w:space="0" w:color="auto"/>
                                                <w:left w:val="none" w:sz="0" w:space="0" w:color="auto"/>
                                                <w:bottom w:val="none" w:sz="0" w:space="0" w:color="auto"/>
                                                <w:right w:val="none" w:sz="0" w:space="0" w:color="auto"/>
                                              </w:divBdr>
                                              <w:divsChild>
                                                <w:div w:id="1936474428">
                                                  <w:marLeft w:val="0"/>
                                                  <w:marRight w:val="0"/>
                                                  <w:marTop w:val="0"/>
                                                  <w:marBottom w:val="0"/>
                                                  <w:divBdr>
                                                    <w:top w:val="none" w:sz="0" w:space="0" w:color="auto"/>
                                                    <w:left w:val="none" w:sz="0" w:space="0" w:color="auto"/>
                                                    <w:bottom w:val="none" w:sz="0" w:space="0" w:color="auto"/>
                                                    <w:right w:val="none" w:sz="0" w:space="0" w:color="auto"/>
                                                  </w:divBdr>
                                                  <w:divsChild>
                                                    <w:div w:id="911087686">
                                                      <w:marLeft w:val="0"/>
                                                      <w:marRight w:val="0"/>
                                                      <w:marTop w:val="180"/>
                                                      <w:marBottom w:val="240"/>
                                                      <w:divBdr>
                                                        <w:top w:val="none" w:sz="0" w:space="0" w:color="auto"/>
                                                        <w:left w:val="none" w:sz="0" w:space="0" w:color="auto"/>
                                                        <w:bottom w:val="none" w:sz="0" w:space="0" w:color="auto"/>
                                                        <w:right w:val="none" w:sz="0" w:space="0" w:color="auto"/>
                                                      </w:divBdr>
                                                    </w:div>
                                                    <w:div w:id="1141387909">
                                                      <w:marLeft w:val="0"/>
                                                      <w:marRight w:val="0"/>
                                                      <w:marTop w:val="180"/>
                                                      <w:marBottom w:val="240"/>
                                                      <w:divBdr>
                                                        <w:top w:val="none" w:sz="0" w:space="0" w:color="auto"/>
                                                        <w:left w:val="none" w:sz="0" w:space="0" w:color="auto"/>
                                                        <w:bottom w:val="none" w:sz="0" w:space="0" w:color="auto"/>
                                                        <w:right w:val="none" w:sz="0" w:space="0" w:color="auto"/>
                                                      </w:divBdr>
                                                    </w:div>
                                                    <w:div w:id="1310283206">
                                                      <w:marLeft w:val="0"/>
                                                      <w:marRight w:val="0"/>
                                                      <w:marTop w:val="180"/>
                                                      <w:marBottom w:val="240"/>
                                                      <w:divBdr>
                                                        <w:top w:val="none" w:sz="0" w:space="0" w:color="auto"/>
                                                        <w:left w:val="none" w:sz="0" w:space="0" w:color="auto"/>
                                                        <w:bottom w:val="none" w:sz="0" w:space="0" w:color="auto"/>
                                                        <w:right w:val="none" w:sz="0" w:space="0" w:color="auto"/>
                                                      </w:divBdr>
                                                    </w:div>
                                                    <w:div w:id="488328033">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073161141">
                                  <w:marLeft w:val="0"/>
                                  <w:marRight w:val="0"/>
                                  <w:marTop w:val="450"/>
                                  <w:marBottom w:val="0"/>
                                  <w:divBdr>
                                    <w:top w:val="none" w:sz="0" w:space="0" w:color="auto"/>
                                    <w:left w:val="none" w:sz="0" w:space="0" w:color="auto"/>
                                    <w:bottom w:val="none" w:sz="0" w:space="0" w:color="auto"/>
                                    <w:right w:val="none" w:sz="0" w:space="0" w:color="auto"/>
                                  </w:divBdr>
                                  <w:divsChild>
                                    <w:div w:id="312682084">
                                      <w:marLeft w:val="0"/>
                                      <w:marRight w:val="0"/>
                                      <w:marTop w:val="0"/>
                                      <w:marBottom w:val="0"/>
                                      <w:divBdr>
                                        <w:top w:val="none" w:sz="0" w:space="0" w:color="auto"/>
                                        <w:left w:val="none" w:sz="0" w:space="0" w:color="auto"/>
                                        <w:bottom w:val="none" w:sz="0" w:space="0" w:color="auto"/>
                                        <w:right w:val="none" w:sz="0" w:space="0" w:color="auto"/>
                                      </w:divBdr>
                                      <w:divsChild>
                                        <w:div w:id="320738055">
                                          <w:marLeft w:val="0"/>
                                          <w:marRight w:val="0"/>
                                          <w:marTop w:val="0"/>
                                          <w:marBottom w:val="0"/>
                                          <w:divBdr>
                                            <w:top w:val="none" w:sz="0" w:space="0" w:color="auto"/>
                                            <w:left w:val="none" w:sz="0" w:space="0" w:color="auto"/>
                                            <w:bottom w:val="none" w:sz="0" w:space="0" w:color="auto"/>
                                            <w:right w:val="none" w:sz="0" w:space="0" w:color="auto"/>
                                          </w:divBdr>
                                          <w:divsChild>
                                            <w:div w:id="2003467689">
                                              <w:marLeft w:val="0"/>
                                              <w:marRight w:val="3991"/>
                                              <w:marTop w:val="0"/>
                                              <w:marBottom w:val="0"/>
                                              <w:divBdr>
                                                <w:top w:val="none" w:sz="0" w:space="0" w:color="auto"/>
                                                <w:left w:val="none" w:sz="0" w:space="0" w:color="auto"/>
                                                <w:bottom w:val="none" w:sz="0" w:space="0" w:color="auto"/>
                                                <w:right w:val="none" w:sz="0" w:space="0" w:color="auto"/>
                                              </w:divBdr>
                                              <w:divsChild>
                                                <w:div w:id="2031881140">
                                                  <w:marLeft w:val="0"/>
                                                  <w:marRight w:val="0"/>
                                                  <w:marTop w:val="0"/>
                                                  <w:marBottom w:val="0"/>
                                                  <w:divBdr>
                                                    <w:top w:val="none" w:sz="0" w:space="0" w:color="auto"/>
                                                    <w:left w:val="none" w:sz="0" w:space="0" w:color="auto"/>
                                                    <w:bottom w:val="none" w:sz="0" w:space="0" w:color="auto"/>
                                                    <w:right w:val="none" w:sz="0" w:space="0" w:color="auto"/>
                                                  </w:divBdr>
                                                  <w:divsChild>
                                                    <w:div w:id="2003969323">
                                                      <w:marLeft w:val="0"/>
                                                      <w:marRight w:val="0"/>
                                                      <w:marTop w:val="0"/>
                                                      <w:marBottom w:val="0"/>
                                                      <w:divBdr>
                                                        <w:top w:val="none" w:sz="0" w:space="0" w:color="auto"/>
                                                        <w:left w:val="none" w:sz="0" w:space="0" w:color="auto"/>
                                                        <w:bottom w:val="none" w:sz="0" w:space="0" w:color="auto"/>
                                                        <w:right w:val="none" w:sz="0" w:space="0" w:color="auto"/>
                                                      </w:divBdr>
                                                      <w:divsChild>
                                                        <w:div w:id="13457247">
                                                          <w:marLeft w:val="0"/>
                                                          <w:marRight w:val="0"/>
                                                          <w:marTop w:val="0"/>
                                                          <w:marBottom w:val="0"/>
                                                          <w:divBdr>
                                                            <w:top w:val="none" w:sz="0" w:space="0" w:color="auto"/>
                                                            <w:left w:val="none" w:sz="0" w:space="0" w:color="auto"/>
                                                            <w:bottom w:val="none" w:sz="0" w:space="0" w:color="auto"/>
                                                            <w:right w:val="none" w:sz="0" w:space="0" w:color="auto"/>
                                                          </w:divBdr>
                                                          <w:divsChild>
                                                            <w:div w:id="1717896095">
                                                              <w:marLeft w:val="0"/>
                                                              <w:marRight w:val="0"/>
                                                              <w:marTop w:val="0"/>
                                                              <w:marBottom w:val="0"/>
                                                              <w:divBdr>
                                                                <w:top w:val="none" w:sz="0" w:space="0" w:color="auto"/>
                                                                <w:left w:val="none" w:sz="0" w:space="0" w:color="auto"/>
                                                                <w:bottom w:val="none" w:sz="0" w:space="0" w:color="auto"/>
                                                                <w:right w:val="none" w:sz="0" w:space="0" w:color="auto"/>
                                                              </w:divBdr>
                                                              <w:divsChild>
                                                                <w:div w:id="180801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2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839276">
                                              <w:marLeft w:val="0"/>
                                              <w:marRight w:val="0"/>
                                              <w:marTop w:val="0"/>
                                              <w:marBottom w:val="0"/>
                                              <w:divBdr>
                                                <w:top w:val="none" w:sz="0" w:space="0" w:color="auto"/>
                                                <w:left w:val="none" w:sz="0" w:space="0" w:color="auto"/>
                                                <w:bottom w:val="none" w:sz="0" w:space="0" w:color="auto"/>
                                                <w:right w:val="none" w:sz="0" w:space="0" w:color="auto"/>
                                              </w:divBdr>
                                              <w:divsChild>
                                                <w:div w:id="148014648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198353274">
                                      <w:marLeft w:val="0"/>
                                      <w:marRight w:val="0"/>
                                      <w:marTop w:val="0"/>
                                      <w:marBottom w:val="0"/>
                                      <w:divBdr>
                                        <w:top w:val="none" w:sz="0" w:space="0" w:color="auto"/>
                                        <w:left w:val="none" w:sz="0" w:space="0" w:color="auto"/>
                                        <w:bottom w:val="none" w:sz="0" w:space="0" w:color="auto"/>
                                        <w:right w:val="none" w:sz="0" w:space="0" w:color="auto"/>
                                      </w:divBdr>
                                      <w:divsChild>
                                        <w:div w:id="445858492">
                                          <w:marLeft w:val="0"/>
                                          <w:marRight w:val="0"/>
                                          <w:marTop w:val="0"/>
                                          <w:marBottom w:val="0"/>
                                          <w:divBdr>
                                            <w:top w:val="none" w:sz="0" w:space="0" w:color="auto"/>
                                            <w:left w:val="none" w:sz="0" w:space="0" w:color="auto"/>
                                            <w:bottom w:val="none" w:sz="0" w:space="0" w:color="auto"/>
                                            <w:right w:val="none" w:sz="0" w:space="0" w:color="auto"/>
                                          </w:divBdr>
                                          <w:divsChild>
                                            <w:div w:id="1756050613">
                                              <w:marLeft w:val="0"/>
                                              <w:marRight w:val="0"/>
                                              <w:marTop w:val="0"/>
                                              <w:marBottom w:val="0"/>
                                              <w:divBdr>
                                                <w:top w:val="none" w:sz="0" w:space="0" w:color="auto"/>
                                                <w:left w:val="none" w:sz="0" w:space="0" w:color="auto"/>
                                                <w:bottom w:val="none" w:sz="0" w:space="0" w:color="auto"/>
                                                <w:right w:val="none" w:sz="0" w:space="0" w:color="auto"/>
                                              </w:divBdr>
                                              <w:divsChild>
                                                <w:div w:id="1621841268">
                                                  <w:marLeft w:val="0"/>
                                                  <w:marRight w:val="0"/>
                                                  <w:marTop w:val="0"/>
                                                  <w:marBottom w:val="0"/>
                                                  <w:divBdr>
                                                    <w:top w:val="none" w:sz="0" w:space="0" w:color="auto"/>
                                                    <w:left w:val="none" w:sz="0" w:space="0" w:color="auto"/>
                                                    <w:bottom w:val="none" w:sz="0" w:space="0" w:color="auto"/>
                                                    <w:right w:val="none" w:sz="0" w:space="0" w:color="auto"/>
                                                  </w:divBdr>
                                                  <w:divsChild>
                                                    <w:div w:id="1654021136">
                                                      <w:marLeft w:val="0"/>
                                                      <w:marRight w:val="0"/>
                                                      <w:marTop w:val="180"/>
                                                      <w:marBottom w:val="240"/>
                                                      <w:divBdr>
                                                        <w:top w:val="none" w:sz="0" w:space="0" w:color="auto"/>
                                                        <w:left w:val="none" w:sz="0" w:space="0" w:color="auto"/>
                                                        <w:bottom w:val="none" w:sz="0" w:space="0" w:color="auto"/>
                                                        <w:right w:val="none" w:sz="0" w:space="0" w:color="auto"/>
                                                      </w:divBdr>
                                                    </w:div>
                                                    <w:div w:id="1872381913">
                                                      <w:marLeft w:val="0"/>
                                                      <w:marRight w:val="0"/>
                                                      <w:marTop w:val="180"/>
                                                      <w:marBottom w:val="240"/>
                                                      <w:divBdr>
                                                        <w:top w:val="none" w:sz="0" w:space="0" w:color="auto"/>
                                                        <w:left w:val="none" w:sz="0" w:space="0" w:color="auto"/>
                                                        <w:bottom w:val="none" w:sz="0" w:space="0" w:color="auto"/>
                                                        <w:right w:val="none" w:sz="0" w:space="0" w:color="auto"/>
                                                      </w:divBdr>
                                                    </w:div>
                                                    <w:div w:id="1582371264">
                                                      <w:marLeft w:val="0"/>
                                                      <w:marRight w:val="0"/>
                                                      <w:marTop w:val="360"/>
                                                      <w:marBottom w:val="180"/>
                                                      <w:divBdr>
                                                        <w:top w:val="none" w:sz="0" w:space="0" w:color="auto"/>
                                                        <w:left w:val="none" w:sz="0" w:space="0" w:color="auto"/>
                                                        <w:bottom w:val="none" w:sz="0" w:space="0" w:color="auto"/>
                                                        <w:right w:val="none" w:sz="0" w:space="0" w:color="auto"/>
                                                      </w:divBdr>
                                                    </w:div>
                                                    <w:div w:id="136848962">
                                                      <w:marLeft w:val="0"/>
                                                      <w:marRight w:val="0"/>
                                                      <w:marTop w:val="360"/>
                                                      <w:marBottom w:val="180"/>
                                                      <w:divBdr>
                                                        <w:top w:val="none" w:sz="0" w:space="0" w:color="auto"/>
                                                        <w:left w:val="none" w:sz="0" w:space="0" w:color="auto"/>
                                                        <w:bottom w:val="none" w:sz="0" w:space="0" w:color="auto"/>
                                                        <w:right w:val="none" w:sz="0" w:space="0" w:color="auto"/>
                                                      </w:divBdr>
                                                    </w:div>
                                                    <w:div w:id="987248898">
                                                      <w:marLeft w:val="0"/>
                                                      <w:marRight w:val="0"/>
                                                      <w:marTop w:val="180"/>
                                                      <w:marBottom w:val="240"/>
                                                      <w:divBdr>
                                                        <w:top w:val="none" w:sz="0" w:space="0" w:color="auto"/>
                                                        <w:left w:val="none" w:sz="0" w:space="0" w:color="auto"/>
                                                        <w:bottom w:val="none" w:sz="0" w:space="0" w:color="auto"/>
                                                        <w:right w:val="none" w:sz="0" w:space="0" w:color="auto"/>
                                                      </w:divBdr>
                                                    </w:div>
                                                    <w:div w:id="691611159">
                                                      <w:marLeft w:val="0"/>
                                                      <w:marRight w:val="0"/>
                                                      <w:marTop w:val="360"/>
                                                      <w:marBottom w:val="180"/>
                                                      <w:divBdr>
                                                        <w:top w:val="none" w:sz="0" w:space="0" w:color="auto"/>
                                                        <w:left w:val="none" w:sz="0" w:space="0" w:color="auto"/>
                                                        <w:bottom w:val="none" w:sz="0" w:space="0" w:color="auto"/>
                                                        <w:right w:val="none" w:sz="0" w:space="0" w:color="auto"/>
                                                      </w:divBdr>
                                                    </w:div>
                                                    <w:div w:id="1289125369">
                                                      <w:marLeft w:val="0"/>
                                                      <w:marRight w:val="0"/>
                                                      <w:marTop w:val="360"/>
                                                      <w:marBottom w:val="180"/>
                                                      <w:divBdr>
                                                        <w:top w:val="none" w:sz="0" w:space="0" w:color="auto"/>
                                                        <w:left w:val="none" w:sz="0" w:space="0" w:color="auto"/>
                                                        <w:bottom w:val="none" w:sz="0" w:space="0" w:color="auto"/>
                                                        <w:right w:val="none" w:sz="0" w:space="0" w:color="auto"/>
                                                      </w:divBdr>
                                                    </w:div>
                                                    <w:div w:id="1961493264">
                                                      <w:marLeft w:val="0"/>
                                                      <w:marRight w:val="0"/>
                                                      <w:marTop w:val="180"/>
                                                      <w:marBottom w:val="240"/>
                                                      <w:divBdr>
                                                        <w:top w:val="none" w:sz="0" w:space="0" w:color="auto"/>
                                                        <w:left w:val="none" w:sz="0" w:space="0" w:color="auto"/>
                                                        <w:bottom w:val="none" w:sz="0" w:space="0" w:color="auto"/>
                                                        <w:right w:val="none" w:sz="0" w:space="0" w:color="auto"/>
                                                      </w:divBdr>
                                                    </w:div>
                                                    <w:div w:id="53703237">
                                                      <w:marLeft w:val="0"/>
                                                      <w:marRight w:val="0"/>
                                                      <w:marTop w:val="360"/>
                                                      <w:marBottom w:val="180"/>
                                                      <w:divBdr>
                                                        <w:top w:val="none" w:sz="0" w:space="0" w:color="auto"/>
                                                        <w:left w:val="none" w:sz="0" w:space="0" w:color="auto"/>
                                                        <w:bottom w:val="none" w:sz="0" w:space="0" w:color="auto"/>
                                                        <w:right w:val="none" w:sz="0" w:space="0" w:color="auto"/>
                                                      </w:divBdr>
                                                    </w:div>
                                                    <w:div w:id="2113160106">
                                                      <w:marLeft w:val="0"/>
                                                      <w:marRight w:val="0"/>
                                                      <w:marTop w:val="180"/>
                                                      <w:marBottom w:val="240"/>
                                                      <w:divBdr>
                                                        <w:top w:val="none" w:sz="0" w:space="0" w:color="auto"/>
                                                        <w:left w:val="none" w:sz="0" w:space="0" w:color="auto"/>
                                                        <w:bottom w:val="none" w:sz="0" w:space="0" w:color="auto"/>
                                                        <w:right w:val="none" w:sz="0" w:space="0" w:color="auto"/>
                                                      </w:divBdr>
                                                    </w:div>
                                                    <w:div w:id="1349408742">
                                                      <w:marLeft w:val="0"/>
                                                      <w:marRight w:val="0"/>
                                                      <w:marTop w:val="60"/>
                                                      <w:marBottom w:val="180"/>
                                                      <w:divBdr>
                                                        <w:top w:val="none" w:sz="0" w:space="0" w:color="auto"/>
                                                        <w:left w:val="none" w:sz="0" w:space="0" w:color="auto"/>
                                                        <w:bottom w:val="none" w:sz="0" w:space="0" w:color="auto"/>
                                                        <w:right w:val="none" w:sz="0" w:space="0" w:color="auto"/>
                                                      </w:divBdr>
                                                    </w:div>
                                                    <w:div w:id="827675762">
                                                      <w:marLeft w:val="0"/>
                                                      <w:marRight w:val="0"/>
                                                      <w:marTop w:val="360"/>
                                                      <w:marBottom w:val="180"/>
                                                      <w:divBdr>
                                                        <w:top w:val="none" w:sz="0" w:space="0" w:color="auto"/>
                                                        <w:left w:val="none" w:sz="0" w:space="0" w:color="auto"/>
                                                        <w:bottom w:val="none" w:sz="0" w:space="0" w:color="auto"/>
                                                        <w:right w:val="none" w:sz="0" w:space="0" w:color="auto"/>
                                                      </w:divBdr>
                                                    </w:div>
                                                    <w:div w:id="1282761249">
                                                      <w:marLeft w:val="0"/>
                                                      <w:marRight w:val="0"/>
                                                      <w:marTop w:val="180"/>
                                                      <w:marBottom w:val="240"/>
                                                      <w:divBdr>
                                                        <w:top w:val="none" w:sz="0" w:space="0" w:color="auto"/>
                                                        <w:left w:val="none" w:sz="0" w:space="0" w:color="auto"/>
                                                        <w:bottom w:val="none" w:sz="0" w:space="0" w:color="auto"/>
                                                        <w:right w:val="none" w:sz="0" w:space="0" w:color="auto"/>
                                                      </w:divBdr>
                                                    </w:div>
                                                    <w:div w:id="1799375191">
                                                      <w:marLeft w:val="0"/>
                                                      <w:marRight w:val="0"/>
                                                      <w:marTop w:val="60"/>
                                                      <w:marBottom w:val="180"/>
                                                      <w:divBdr>
                                                        <w:top w:val="none" w:sz="0" w:space="0" w:color="auto"/>
                                                        <w:left w:val="none" w:sz="0" w:space="0" w:color="auto"/>
                                                        <w:bottom w:val="none" w:sz="0" w:space="0" w:color="auto"/>
                                                        <w:right w:val="none" w:sz="0" w:space="0" w:color="auto"/>
                                                      </w:divBdr>
                                                    </w:div>
                                                    <w:div w:id="465469258">
                                                      <w:marLeft w:val="0"/>
                                                      <w:marRight w:val="0"/>
                                                      <w:marTop w:val="360"/>
                                                      <w:marBottom w:val="180"/>
                                                      <w:divBdr>
                                                        <w:top w:val="none" w:sz="0" w:space="0" w:color="auto"/>
                                                        <w:left w:val="none" w:sz="0" w:space="0" w:color="auto"/>
                                                        <w:bottom w:val="none" w:sz="0" w:space="0" w:color="auto"/>
                                                        <w:right w:val="none" w:sz="0" w:space="0" w:color="auto"/>
                                                      </w:divBdr>
                                                    </w:div>
                                                    <w:div w:id="1964652598">
                                                      <w:marLeft w:val="0"/>
                                                      <w:marRight w:val="0"/>
                                                      <w:marTop w:val="180"/>
                                                      <w:marBottom w:val="240"/>
                                                      <w:divBdr>
                                                        <w:top w:val="none" w:sz="0" w:space="0" w:color="auto"/>
                                                        <w:left w:val="none" w:sz="0" w:space="0" w:color="auto"/>
                                                        <w:bottom w:val="none" w:sz="0" w:space="0" w:color="auto"/>
                                                        <w:right w:val="none" w:sz="0" w:space="0" w:color="auto"/>
                                                      </w:divBdr>
                                                    </w:div>
                                                    <w:div w:id="69622120">
                                                      <w:marLeft w:val="0"/>
                                                      <w:marRight w:val="0"/>
                                                      <w:marTop w:val="180"/>
                                                      <w:marBottom w:val="240"/>
                                                      <w:divBdr>
                                                        <w:top w:val="none" w:sz="0" w:space="0" w:color="auto"/>
                                                        <w:left w:val="none" w:sz="0" w:space="0" w:color="auto"/>
                                                        <w:bottom w:val="none" w:sz="0" w:space="0" w:color="auto"/>
                                                        <w:right w:val="none" w:sz="0" w:space="0" w:color="auto"/>
                                                      </w:divBdr>
                                                    </w:div>
                                                    <w:div w:id="383873286">
                                                      <w:marLeft w:val="0"/>
                                                      <w:marRight w:val="0"/>
                                                      <w:marTop w:val="180"/>
                                                      <w:marBottom w:val="240"/>
                                                      <w:divBdr>
                                                        <w:top w:val="none" w:sz="0" w:space="0" w:color="auto"/>
                                                        <w:left w:val="none" w:sz="0" w:space="0" w:color="auto"/>
                                                        <w:bottom w:val="none" w:sz="0" w:space="0" w:color="auto"/>
                                                        <w:right w:val="none" w:sz="0" w:space="0" w:color="auto"/>
                                                      </w:divBdr>
                                                    </w:div>
                                                    <w:div w:id="186677115">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59256118">
                                  <w:marLeft w:val="0"/>
                                  <w:marRight w:val="0"/>
                                  <w:marTop w:val="450"/>
                                  <w:marBottom w:val="0"/>
                                  <w:divBdr>
                                    <w:top w:val="none" w:sz="0" w:space="0" w:color="auto"/>
                                    <w:left w:val="none" w:sz="0" w:space="0" w:color="auto"/>
                                    <w:bottom w:val="none" w:sz="0" w:space="0" w:color="auto"/>
                                    <w:right w:val="none" w:sz="0" w:space="0" w:color="auto"/>
                                  </w:divBdr>
                                  <w:divsChild>
                                    <w:div w:id="1375739314">
                                      <w:marLeft w:val="0"/>
                                      <w:marRight w:val="0"/>
                                      <w:marTop w:val="0"/>
                                      <w:marBottom w:val="0"/>
                                      <w:divBdr>
                                        <w:top w:val="none" w:sz="0" w:space="0" w:color="auto"/>
                                        <w:left w:val="none" w:sz="0" w:space="0" w:color="auto"/>
                                        <w:bottom w:val="none" w:sz="0" w:space="0" w:color="auto"/>
                                        <w:right w:val="none" w:sz="0" w:space="0" w:color="auto"/>
                                      </w:divBdr>
                                      <w:divsChild>
                                        <w:div w:id="882211010">
                                          <w:marLeft w:val="0"/>
                                          <w:marRight w:val="0"/>
                                          <w:marTop w:val="0"/>
                                          <w:marBottom w:val="0"/>
                                          <w:divBdr>
                                            <w:top w:val="none" w:sz="0" w:space="0" w:color="auto"/>
                                            <w:left w:val="none" w:sz="0" w:space="0" w:color="auto"/>
                                            <w:bottom w:val="none" w:sz="0" w:space="0" w:color="auto"/>
                                            <w:right w:val="none" w:sz="0" w:space="0" w:color="auto"/>
                                          </w:divBdr>
                                          <w:divsChild>
                                            <w:div w:id="109014792">
                                              <w:marLeft w:val="0"/>
                                              <w:marRight w:val="653"/>
                                              <w:marTop w:val="0"/>
                                              <w:marBottom w:val="0"/>
                                              <w:divBdr>
                                                <w:top w:val="none" w:sz="0" w:space="0" w:color="auto"/>
                                                <w:left w:val="none" w:sz="0" w:space="0" w:color="auto"/>
                                                <w:bottom w:val="none" w:sz="0" w:space="0" w:color="auto"/>
                                                <w:right w:val="none" w:sz="0" w:space="0" w:color="auto"/>
                                              </w:divBdr>
                                              <w:divsChild>
                                                <w:div w:id="1702900419">
                                                  <w:marLeft w:val="0"/>
                                                  <w:marRight w:val="0"/>
                                                  <w:marTop w:val="0"/>
                                                  <w:marBottom w:val="0"/>
                                                  <w:divBdr>
                                                    <w:top w:val="none" w:sz="0" w:space="0" w:color="auto"/>
                                                    <w:left w:val="none" w:sz="0" w:space="0" w:color="auto"/>
                                                    <w:bottom w:val="none" w:sz="0" w:space="0" w:color="auto"/>
                                                    <w:right w:val="none" w:sz="0" w:space="0" w:color="auto"/>
                                                  </w:divBdr>
                                                  <w:divsChild>
                                                    <w:div w:id="1151672889">
                                                      <w:marLeft w:val="0"/>
                                                      <w:marRight w:val="0"/>
                                                      <w:marTop w:val="0"/>
                                                      <w:marBottom w:val="0"/>
                                                      <w:divBdr>
                                                        <w:top w:val="none" w:sz="0" w:space="0" w:color="auto"/>
                                                        <w:left w:val="none" w:sz="0" w:space="0" w:color="auto"/>
                                                        <w:bottom w:val="none" w:sz="0" w:space="0" w:color="auto"/>
                                                        <w:right w:val="none" w:sz="0" w:space="0" w:color="auto"/>
                                                      </w:divBdr>
                                                      <w:divsChild>
                                                        <w:div w:id="202165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671872">
                                              <w:marLeft w:val="0"/>
                                              <w:marRight w:val="0"/>
                                              <w:marTop w:val="0"/>
                                              <w:marBottom w:val="0"/>
                                              <w:divBdr>
                                                <w:top w:val="none" w:sz="0" w:space="0" w:color="auto"/>
                                                <w:left w:val="none" w:sz="0" w:space="0" w:color="auto"/>
                                                <w:bottom w:val="none" w:sz="0" w:space="0" w:color="auto"/>
                                                <w:right w:val="none" w:sz="0" w:space="0" w:color="auto"/>
                                              </w:divBdr>
                                              <w:divsChild>
                                                <w:div w:id="97275839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565141938">
                                      <w:marLeft w:val="0"/>
                                      <w:marRight w:val="0"/>
                                      <w:marTop w:val="0"/>
                                      <w:marBottom w:val="0"/>
                                      <w:divBdr>
                                        <w:top w:val="none" w:sz="0" w:space="0" w:color="auto"/>
                                        <w:left w:val="none" w:sz="0" w:space="0" w:color="auto"/>
                                        <w:bottom w:val="none" w:sz="0" w:space="0" w:color="auto"/>
                                        <w:right w:val="none" w:sz="0" w:space="0" w:color="auto"/>
                                      </w:divBdr>
                                      <w:divsChild>
                                        <w:div w:id="1089421290">
                                          <w:marLeft w:val="0"/>
                                          <w:marRight w:val="0"/>
                                          <w:marTop w:val="0"/>
                                          <w:marBottom w:val="0"/>
                                          <w:divBdr>
                                            <w:top w:val="none" w:sz="0" w:space="0" w:color="auto"/>
                                            <w:left w:val="none" w:sz="0" w:space="0" w:color="auto"/>
                                            <w:bottom w:val="none" w:sz="0" w:space="0" w:color="auto"/>
                                            <w:right w:val="none" w:sz="0" w:space="0" w:color="auto"/>
                                          </w:divBdr>
                                          <w:divsChild>
                                            <w:div w:id="1286233526">
                                              <w:marLeft w:val="0"/>
                                              <w:marRight w:val="0"/>
                                              <w:marTop w:val="0"/>
                                              <w:marBottom w:val="0"/>
                                              <w:divBdr>
                                                <w:top w:val="none" w:sz="0" w:space="0" w:color="auto"/>
                                                <w:left w:val="none" w:sz="0" w:space="0" w:color="auto"/>
                                                <w:bottom w:val="none" w:sz="0" w:space="0" w:color="auto"/>
                                                <w:right w:val="none" w:sz="0" w:space="0" w:color="auto"/>
                                              </w:divBdr>
                                              <w:divsChild>
                                                <w:div w:id="705839417">
                                                  <w:marLeft w:val="0"/>
                                                  <w:marRight w:val="0"/>
                                                  <w:marTop w:val="0"/>
                                                  <w:marBottom w:val="0"/>
                                                  <w:divBdr>
                                                    <w:top w:val="none" w:sz="0" w:space="0" w:color="auto"/>
                                                    <w:left w:val="none" w:sz="0" w:space="0" w:color="auto"/>
                                                    <w:bottom w:val="none" w:sz="0" w:space="0" w:color="auto"/>
                                                    <w:right w:val="none" w:sz="0" w:space="0" w:color="auto"/>
                                                  </w:divBdr>
                                                  <w:divsChild>
                                                    <w:div w:id="1410075209">
                                                      <w:marLeft w:val="0"/>
                                                      <w:marRight w:val="0"/>
                                                      <w:marTop w:val="180"/>
                                                      <w:marBottom w:val="240"/>
                                                      <w:divBdr>
                                                        <w:top w:val="none" w:sz="0" w:space="0" w:color="auto"/>
                                                        <w:left w:val="none" w:sz="0" w:space="0" w:color="auto"/>
                                                        <w:bottom w:val="none" w:sz="0" w:space="0" w:color="auto"/>
                                                        <w:right w:val="none" w:sz="0" w:space="0" w:color="auto"/>
                                                      </w:divBdr>
                                                    </w:div>
                                                    <w:div w:id="490874844">
                                                      <w:marLeft w:val="0"/>
                                                      <w:marRight w:val="0"/>
                                                      <w:marTop w:val="180"/>
                                                      <w:marBottom w:val="240"/>
                                                      <w:divBdr>
                                                        <w:top w:val="none" w:sz="0" w:space="0" w:color="auto"/>
                                                        <w:left w:val="none" w:sz="0" w:space="0" w:color="auto"/>
                                                        <w:bottom w:val="none" w:sz="0" w:space="0" w:color="auto"/>
                                                        <w:right w:val="none" w:sz="0" w:space="0" w:color="auto"/>
                                                      </w:divBdr>
                                                    </w:div>
                                                    <w:div w:id="597063986">
                                                      <w:marLeft w:val="0"/>
                                                      <w:marRight w:val="0"/>
                                                      <w:marTop w:val="180"/>
                                                      <w:marBottom w:val="240"/>
                                                      <w:divBdr>
                                                        <w:top w:val="none" w:sz="0" w:space="0" w:color="auto"/>
                                                        <w:left w:val="none" w:sz="0" w:space="0" w:color="auto"/>
                                                        <w:bottom w:val="none" w:sz="0" w:space="0" w:color="auto"/>
                                                        <w:right w:val="none" w:sz="0" w:space="0" w:color="auto"/>
                                                      </w:divBdr>
                                                    </w:div>
                                                    <w:div w:id="770854482">
                                                      <w:marLeft w:val="0"/>
                                                      <w:marRight w:val="0"/>
                                                      <w:marTop w:val="180"/>
                                                      <w:marBottom w:val="240"/>
                                                      <w:divBdr>
                                                        <w:top w:val="none" w:sz="0" w:space="0" w:color="auto"/>
                                                        <w:left w:val="none" w:sz="0" w:space="0" w:color="auto"/>
                                                        <w:bottom w:val="none" w:sz="0" w:space="0" w:color="auto"/>
                                                        <w:right w:val="none" w:sz="0" w:space="0" w:color="auto"/>
                                                      </w:divBdr>
                                                    </w:div>
                                                    <w:div w:id="1130055992">
                                                      <w:marLeft w:val="0"/>
                                                      <w:marRight w:val="0"/>
                                                      <w:marTop w:val="360"/>
                                                      <w:marBottom w:val="180"/>
                                                      <w:divBdr>
                                                        <w:top w:val="none" w:sz="0" w:space="0" w:color="auto"/>
                                                        <w:left w:val="none" w:sz="0" w:space="0" w:color="auto"/>
                                                        <w:bottom w:val="none" w:sz="0" w:space="0" w:color="auto"/>
                                                        <w:right w:val="none" w:sz="0" w:space="0" w:color="auto"/>
                                                      </w:divBdr>
                                                    </w:div>
                                                    <w:div w:id="217665320">
                                                      <w:marLeft w:val="0"/>
                                                      <w:marRight w:val="0"/>
                                                      <w:marTop w:val="180"/>
                                                      <w:marBottom w:val="240"/>
                                                      <w:divBdr>
                                                        <w:top w:val="none" w:sz="0" w:space="0" w:color="auto"/>
                                                        <w:left w:val="none" w:sz="0" w:space="0" w:color="auto"/>
                                                        <w:bottom w:val="none" w:sz="0" w:space="0" w:color="auto"/>
                                                        <w:right w:val="none" w:sz="0" w:space="0" w:color="auto"/>
                                                      </w:divBdr>
                                                    </w:div>
                                                    <w:div w:id="1515221076">
                                                      <w:marLeft w:val="0"/>
                                                      <w:marRight w:val="0"/>
                                                      <w:marTop w:val="180"/>
                                                      <w:marBottom w:val="240"/>
                                                      <w:divBdr>
                                                        <w:top w:val="none" w:sz="0" w:space="0" w:color="auto"/>
                                                        <w:left w:val="none" w:sz="0" w:space="0" w:color="auto"/>
                                                        <w:bottom w:val="none" w:sz="0" w:space="0" w:color="auto"/>
                                                        <w:right w:val="none" w:sz="0" w:space="0" w:color="auto"/>
                                                      </w:divBdr>
                                                    </w:div>
                                                    <w:div w:id="173018309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522982564">
                                  <w:marLeft w:val="0"/>
                                  <w:marRight w:val="0"/>
                                  <w:marTop w:val="450"/>
                                  <w:marBottom w:val="0"/>
                                  <w:divBdr>
                                    <w:top w:val="none" w:sz="0" w:space="0" w:color="auto"/>
                                    <w:left w:val="none" w:sz="0" w:space="0" w:color="auto"/>
                                    <w:bottom w:val="none" w:sz="0" w:space="0" w:color="auto"/>
                                    <w:right w:val="none" w:sz="0" w:space="0" w:color="auto"/>
                                  </w:divBdr>
                                  <w:divsChild>
                                    <w:div w:id="1689483776">
                                      <w:marLeft w:val="0"/>
                                      <w:marRight w:val="0"/>
                                      <w:marTop w:val="0"/>
                                      <w:marBottom w:val="0"/>
                                      <w:divBdr>
                                        <w:top w:val="none" w:sz="0" w:space="0" w:color="auto"/>
                                        <w:left w:val="none" w:sz="0" w:space="0" w:color="auto"/>
                                        <w:bottom w:val="none" w:sz="0" w:space="0" w:color="auto"/>
                                        <w:right w:val="none" w:sz="0" w:space="0" w:color="auto"/>
                                      </w:divBdr>
                                      <w:divsChild>
                                        <w:div w:id="1672218180">
                                          <w:marLeft w:val="0"/>
                                          <w:marRight w:val="0"/>
                                          <w:marTop w:val="0"/>
                                          <w:marBottom w:val="0"/>
                                          <w:divBdr>
                                            <w:top w:val="none" w:sz="0" w:space="0" w:color="auto"/>
                                            <w:left w:val="none" w:sz="0" w:space="0" w:color="auto"/>
                                            <w:bottom w:val="none" w:sz="0" w:space="0" w:color="auto"/>
                                            <w:right w:val="none" w:sz="0" w:space="0" w:color="auto"/>
                                          </w:divBdr>
                                          <w:divsChild>
                                            <w:div w:id="1895655929">
                                              <w:marLeft w:val="0"/>
                                              <w:marRight w:val="2355"/>
                                              <w:marTop w:val="0"/>
                                              <w:marBottom w:val="0"/>
                                              <w:divBdr>
                                                <w:top w:val="none" w:sz="0" w:space="0" w:color="auto"/>
                                                <w:left w:val="none" w:sz="0" w:space="0" w:color="auto"/>
                                                <w:bottom w:val="none" w:sz="0" w:space="0" w:color="auto"/>
                                                <w:right w:val="none" w:sz="0" w:space="0" w:color="auto"/>
                                              </w:divBdr>
                                              <w:divsChild>
                                                <w:div w:id="1692678588">
                                                  <w:marLeft w:val="0"/>
                                                  <w:marRight w:val="0"/>
                                                  <w:marTop w:val="0"/>
                                                  <w:marBottom w:val="0"/>
                                                  <w:divBdr>
                                                    <w:top w:val="none" w:sz="0" w:space="0" w:color="auto"/>
                                                    <w:left w:val="none" w:sz="0" w:space="0" w:color="auto"/>
                                                    <w:bottom w:val="none" w:sz="0" w:space="0" w:color="auto"/>
                                                    <w:right w:val="none" w:sz="0" w:space="0" w:color="auto"/>
                                                  </w:divBdr>
                                                  <w:divsChild>
                                                    <w:div w:id="65803802">
                                                      <w:marLeft w:val="0"/>
                                                      <w:marRight w:val="0"/>
                                                      <w:marTop w:val="0"/>
                                                      <w:marBottom w:val="0"/>
                                                      <w:divBdr>
                                                        <w:top w:val="none" w:sz="0" w:space="0" w:color="auto"/>
                                                        <w:left w:val="none" w:sz="0" w:space="0" w:color="auto"/>
                                                        <w:bottom w:val="none" w:sz="0" w:space="0" w:color="auto"/>
                                                        <w:right w:val="none" w:sz="0" w:space="0" w:color="auto"/>
                                                      </w:divBdr>
                                                      <w:divsChild>
                                                        <w:div w:id="7074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340847">
                                              <w:marLeft w:val="0"/>
                                              <w:marRight w:val="0"/>
                                              <w:marTop w:val="0"/>
                                              <w:marBottom w:val="0"/>
                                              <w:divBdr>
                                                <w:top w:val="none" w:sz="0" w:space="0" w:color="auto"/>
                                                <w:left w:val="none" w:sz="0" w:space="0" w:color="auto"/>
                                                <w:bottom w:val="none" w:sz="0" w:space="0" w:color="auto"/>
                                                <w:right w:val="none" w:sz="0" w:space="0" w:color="auto"/>
                                              </w:divBdr>
                                              <w:divsChild>
                                                <w:div w:id="78990638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471946850">
                                      <w:marLeft w:val="0"/>
                                      <w:marRight w:val="0"/>
                                      <w:marTop w:val="0"/>
                                      <w:marBottom w:val="0"/>
                                      <w:divBdr>
                                        <w:top w:val="none" w:sz="0" w:space="0" w:color="auto"/>
                                        <w:left w:val="none" w:sz="0" w:space="0" w:color="auto"/>
                                        <w:bottom w:val="none" w:sz="0" w:space="0" w:color="auto"/>
                                        <w:right w:val="none" w:sz="0" w:space="0" w:color="auto"/>
                                      </w:divBdr>
                                      <w:divsChild>
                                        <w:div w:id="781727789">
                                          <w:marLeft w:val="0"/>
                                          <w:marRight w:val="0"/>
                                          <w:marTop w:val="0"/>
                                          <w:marBottom w:val="0"/>
                                          <w:divBdr>
                                            <w:top w:val="none" w:sz="0" w:space="0" w:color="auto"/>
                                            <w:left w:val="none" w:sz="0" w:space="0" w:color="auto"/>
                                            <w:bottom w:val="none" w:sz="0" w:space="0" w:color="auto"/>
                                            <w:right w:val="none" w:sz="0" w:space="0" w:color="auto"/>
                                          </w:divBdr>
                                          <w:divsChild>
                                            <w:div w:id="2144544381">
                                              <w:marLeft w:val="0"/>
                                              <w:marRight w:val="0"/>
                                              <w:marTop w:val="0"/>
                                              <w:marBottom w:val="0"/>
                                              <w:divBdr>
                                                <w:top w:val="none" w:sz="0" w:space="0" w:color="auto"/>
                                                <w:left w:val="none" w:sz="0" w:space="0" w:color="auto"/>
                                                <w:bottom w:val="none" w:sz="0" w:space="0" w:color="auto"/>
                                                <w:right w:val="none" w:sz="0" w:space="0" w:color="auto"/>
                                              </w:divBdr>
                                              <w:divsChild>
                                                <w:div w:id="1033269055">
                                                  <w:marLeft w:val="0"/>
                                                  <w:marRight w:val="0"/>
                                                  <w:marTop w:val="0"/>
                                                  <w:marBottom w:val="0"/>
                                                  <w:divBdr>
                                                    <w:top w:val="none" w:sz="0" w:space="0" w:color="auto"/>
                                                    <w:left w:val="none" w:sz="0" w:space="0" w:color="auto"/>
                                                    <w:bottom w:val="none" w:sz="0" w:space="0" w:color="auto"/>
                                                    <w:right w:val="none" w:sz="0" w:space="0" w:color="auto"/>
                                                  </w:divBdr>
                                                  <w:divsChild>
                                                    <w:div w:id="2126577833">
                                                      <w:marLeft w:val="0"/>
                                                      <w:marRight w:val="0"/>
                                                      <w:marTop w:val="180"/>
                                                      <w:marBottom w:val="240"/>
                                                      <w:divBdr>
                                                        <w:top w:val="none" w:sz="0" w:space="0" w:color="auto"/>
                                                        <w:left w:val="none" w:sz="0" w:space="0" w:color="auto"/>
                                                        <w:bottom w:val="none" w:sz="0" w:space="0" w:color="auto"/>
                                                        <w:right w:val="none" w:sz="0" w:space="0" w:color="auto"/>
                                                      </w:divBdr>
                                                    </w:div>
                                                    <w:div w:id="1264456329">
                                                      <w:marLeft w:val="0"/>
                                                      <w:marRight w:val="0"/>
                                                      <w:marTop w:val="180"/>
                                                      <w:marBottom w:val="240"/>
                                                      <w:divBdr>
                                                        <w:top w:val="none" w:sz="0" w:space="0" w:color="auto"/>
                                                        <w:left w:val="none" w:sz="0" w:space="0" w:color="auto"/>
                                                        <w:bottom w:val="none" w:sz="0" w:space="0" w:color="auto"/>
                                                        <w:right w:val="none" w:sz="0" w:space="0" w:color="auto"/>
                                                      </w:divBdr>
                                                    </w:div>
                                                    <w:div w:id="434058105">
                                                      <w:marLeft w:val="0"/>
                                                      <w:marRight w:val="0"/>
                                                      <w:marTop w:val="180"/>
                                                      <w:marBottom w:val="240"/>
                                                      <w:divBdr>
                                                        <w:top w:val="none" w:sz="0" w:space="0" w:color="auto"/>
                                                        <w:left w:val="none" w:sz="0" w:space="0" w:color="auto"/>
                                                        <w:bottom w:val="none" w:sz="0" w:space="0" w:color="auto"/>
                                                        <w:right w:val="none" w:sz="0" w:space="0" w:color="auto"/>
                                                      </w:divBdr>
                                                    </w:div>
                                                    <w:div w:id="1104225656">
                                                      <w:marLeft w:val="0"/>
                                                      <w:marRight w:val="0"/>
                                                      <w:marTop w:val="360"/>
                                                      <w:marBottom w:val="180"/>
                                                      <w:divBdr>
                                                        <w:top w:val="none" w:sz="0" w:space="0" w:color="auto"/>
                                                        <w:left w:val="none" w:sz="0" w:space="0" w:color="auto"/>
                                                        <w:bottom w:val="none" w:sz="0" w:space="0" w:color="auto"/>
                                                        <w:right w:val="none" w:sz="0" w:space="0" w:color="auto"/>
                                                      </w:divBdr>
                                                    </w:div>
                                                    <w:div w:id="150369163">
                                                      <w:marLeft w:val="0"/>
                                                      <w:marRight w:val="0"/>
                                                      <w:marTop w:val="180"/>
                                                      <w:marBottom w:val="240"/>
                                                      <w:divBdr>
                                                        <w:top w:val="none" w:sz="0" w:space="0" w:color="auto"/>
                                                        <w:left w:val="none" w:sz="0" w:space="0" w:color="auto"/>
                                                        <w:bottom w:val="none" w:sz="0" w:space="0" w:color="auto"/>
                                                        <w:right w:val="none" w:sz="0" w:space="0" w:color="auto"/>
                                                      </w:divBdr>
                                                    </w:div>
                                                    <w:div w:id="1054739623">
                                                      <w:marLeft w:val="0"/>
                                                      <w:marRight w:val="0"/>
                                                      <w:marTop w:val="180"/>
                                                      <w:marBottom w:val="240"/>
                                                      <w:divBdr>
                                                        <w:top w:val="none" w:sz="0" w:space="0" w:color="auto"/>
                                                        <w:left w:val="none" w:sz="0" w:space="0" w:color="auto"/>
                                                        <w:bottom w:val="none" w:sz="0" w:space="0" w:color="auto"/>
                                                        <w:right w:val="none" w:sz="0" w:space="0" w:color="auto"/>
                                                      </w:divBdr>
                                                    </w:div>
                                                    <w:div w:id="1700737563">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49572490">
                                  <w:marLeft w:val="0"/>
                                  <w:marRight w:val="0"/>
                                  <w:marTop w:val="450"/>
                                  <w:marBottom w:val="0"/>
                                  <w:divBdr>
                                    <w:top w:val="none" w:sz="0" w:space="0" w:color="auto"/>
                                    <w:left w:val="none" w:sz="0" w:space="0" w:color="auto"/>
                                    <w:bottom w:val="none" w:sz="0" w:space="0" w:color="auto"/>
                                    <w:right w:val="none" w:sz="0" w:space="0" w:color="auto"/>
                                  </w:divBdr>
                                  <w:divsChild>
                                    <w:div w:id="2083595560">
                                      <w:marLeft w:val="0"/>
                                      <w:marRight w:val="0"/>
                                      <w:marTop w:val="0"/>
                                      <w:marBottom w:val="0"/>
                                      <w:divBdr>
                                        <w:top w:val="none" w:sz="0" w:space="0" w:color="auto"/>
                                        <w:left w:val="none" w:sz="0" w:space="0" w:color="auto"/>
                                        <w:bottom w:val="none" w:sz="0" w:space="0" w:color="auto"/>
                                        <w:right w:val="none" w:sz="0" w:space="0" w:color="auto"/>
                                      </w:divBdr>
                                      <w:divsChild>
                                        <w:div w:id="1382708495">
                                          <w:marLeft w:val="0"/>
                                          <w:marRight w:val="0"/>
                                          <w:marTop w:val="0"/>
                                          <w:marBottom w:val="300"/>
                                          <w:divBdr>
                                            <w:top w:val="none" w:sz="0" w:space="0" w:color="auto"/>
                                            <w:left w:val="none" w:sz="0" w:space="0" w:color="auto"/>
                                            <w:bottom w:val="none" w:sz="0" w:space="0" w:color="auto"/>
                                            <w:right w:val="none" w:sz="0" w:space="0" w:color="auto"/>
                                          </w:divBdr>
                                          <w:divsChild>
                                            <w:div w:id="730545814">
                                              <w:marLeft w:val="0"/>
                                              <w:marRight w:val="6033"/>
                                              <w:marTop w:val="0"/>
                                              <w:marBottom w:val="0"/>
                                              <w:divBdr>
                                                <w:top w:val="none" w:sz="0" w:space="0" w:color="auto"/>
                                                <w:left w:val="none" w:sz="0" w:space="0" w:color="auto"/>
                                                <w:bottom w:val="none" w:sz="0" w:space="0" w:color="auto"/>
                                                <w:right w:val="none" w:sz="0" w:space="0" w:color="auto"/>
                                              </w:divBdr>
                                              <w:divsChild>
                                                <w:div w:id="1780445433">
                                                  <w:marLeft w:val="0"/>
                                                  <w:marRight w:val="0"/>
                                                  <w:marTop w:val="0"/>
                                                  <w:marBottom w:val="0"/>
                                                  <w:divBdr>
                                                    <w:top w:val="none" w:sz="0" w:space="0" w:color="auto"/>
                                                    <w:left w:val="none" w:sz="0" w:space="0" w:color="auto"/>
                                                    <w:bottom w:val="none" w:sz="0" w:space="0" w:color="auto"/>
                                                    <w:right w:val="none" w:sz="0" w:space="0" w:color="auto"/>
                                                  </w:divBdr>
                                                  <w:divsChild>
                                                    <w:div w:id="815338950">
                                                      <w:marLeft w:val="0"/>
                                                      <w:marRight w:val="0"/>
                                                      <w:marTop w:val="0"/>
                                                      <w:marBottom w:val="0"/>
                                                      <w:divBdr>
                                                        <w:top w:val="none" w:sz="0" w:space="0" w:color="auto"/>
                                                        <w:left w:val="none" w:sz="0" w:space="0" w:color="auto"/>
                                                        <w:bottom w:val="none" w:sz="0" w:space="0" w:color="auto"/>
                                                        <w:right w:val="none" w:sz="0" w:space="0" w:color="auto"/>
                                                      </w:divBdr>
                                                      <w:divsChild>
                                                        <w:div w:id="1214580908">
                                                          <w:marLeft w:val="0"/>
                                                          <w:marRight w:val="0"/>
                                                          <w:marTop w:val="0"/>
                                                          <w:marBottom w:val="0"/>
                                                          <w:divBdr>
                                                            <w:top w:val="none" w:sz="0" w:space="0" w:color="auto"/>
                                                            <w:left w:val="none" w:sz="0" w:space="0" w:color="auto"/>
                                                            <w:bottom w:val="none" w:sz="0" w:space="0" w:color="auto"/>
                                                            <w:right w:val="none" w:sz="0" w:space="0" w:color="auto"/>
                                                          </w:divBdr>
                                                          <w:divsChild>
                                                            <w:div w:id="1340082195">
                                                              <w:marLeft w:val="0"/>
                                                              <w:marRight w:val="0"/>
                                                              <w:marTop w:val="0"/>
                                                              <w:marBottom w:val="0"/>
                                                              <w:divBdr>
                                                                <w:top w:val="none" w:sz="0" w:space="0" w:color="auto"/>
                                                                <w:left w:val="none" w:sz="0" w:space="0" w:color="auto"/>
                                                                <w:bottom w:val="none" w:sz="0" w:space="0" w:color="auto"/>
                                                                <w:right w:val="none" w:sz="0" w:space="0" w:color="auto"/>
                                                              </w:divBdr>
                                                              <w:divsChild>
                                                                <w:div w:id="184131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82856">
                                              <w:marLeft w:val="0"/>
                                              <w:marRight w:val="0"/>
                                              <w:marTop w:val="0"/>
                                              <w:marBottom w:val="0"/>
                                              <w:divBdr>
                                                <w:top w:val="none" w:sz="0" w:space="0" w:color="auto"/>
                                                <w:left w:val="none" w:sz="0" w:space="0" w:color="auto"/>
                                                <w:bottom w:val="none" w:sz="0" w:space="0" w:color="auto"/>
                                                <w:right w:val="none" w:sz="0" w:space="0" w:color="auto"/>
                                              </w:divBdr>
                                              <w:divsChild>
                                                <w:div w:id="29545426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39865742">
                                      <w:marLeft w:val="0"/>
                                      <w:marRight w:val="0"/>
                                      <w:marTop w:val="0"/>
                                      <w:marBottom w:val="0"/>
                                      <w:divBdr>
                                        <w:top w:val="none" w:sz="0" w:space="0" w:color="auto"/>
                                        <w:left w:val="none" w:sz="0" w:space="0" w:color="auto"/>
                                        <w:bottom w:val="none" w:sz="0" w:space="0" w:color="auto"/>
                                        <w:right w:val="none" w:sz="0" w:space="0" w:color="auto"/>
                                      </w:divBdr>
                                      <w:divsChild>
                                        <w:div w:id="735475483">
                                          <w:marLeft w:val="0"/>
                                          <w:marRight w:val="0"/>
                                          <w:marTop w:val="0"/>
                                          <w:marBottom w:val="0"/>
                                          <w:divBdr>
                                            <w:top w:val="none" w:sz="0" w:space="0" w:color="auto"/>
                                            <w:left w:val="none" w:sz="0" w:space="0" w:color="auto"/>
                                            <w:bottom w:val="none" w:sz="0" w:space="0" w:color="auto"/>
                                            <w:right w:val="none" w:sz="0" w:space="0" w:color="auto"/>
                                          </w:divBdr>
                                          <w:divsChild>
                                            <w:div w:id="1533111031">
                                              <w:marLeft w:val="0"/>
                                              <w:marRight w:val="0"/>
                                              <w:marTop w:val="0"/>
                                              <w:marBottom w:val="0"/>
                                              <w:divBdr>
                                                <w:top w:val="none" w:sz="0" w:space="0" w:color="auto"/>
                                                <w:left w:val="none" w:sz="0" w:space="0" w:color="auto"/>
                                                <w:bottom w:val="none" w:sz="0" w:space="0" w:color="auto"/>
                                                <w:right w:val="none" w:sz="0" w:space="0" w:color="auto"/>
                                              </w:divBdr>
                                              <w:divsChild>
                                                <w:div w:id="1863783805">
                                                  <w:marLeft w:val="0"/>
                                                  <w:marRight w:val="0"/>
                                                  <w:marTop w:val="0"/>
                                                  <w:marBottom w:val="0"/>
                                                  <w:divBdr>
                                                    <w:top w:val="none" w:sz="0" w:space="0" w:color="auto"/>
                                                    <w:left w:val="none" w:sz="0" w:space="0" w:color="auto"/>
                                                    <w:bottom w:val="none" w:sz="0" w:space="0" w:color="auto"/>
                                                    <w:right w:val="none" w:sz="0" w:space="0" w:color="auto"/>
                                                  </w:divBdr>
                                                  <w:divsChild>
                                                    <w:div w:id="119422522">
                                                      <w:marLeft w:val="0"/>
                                                      <w:marRight w:val="0"/>
                                                      <w:marTop w:val="180"/>
                                                      <w:marBottom w:val="240"/>
                                                      <w:divBdr>
                                                        <w:top w:val="none" w:sz="0" w:space="0" w:color="auto"/>
                                                        <w:left w:val="none" w:sz="0" w:space="0" w:color="auto"/>
                                                        <w:bottom w:val="none" w:sz="0" w:space="0" w:color="auto"/>
                                                        <w:right w:val="none" w:sz="0" w:space="0" w:color="auto"/>
                                                      </w:divBdr>
                                                    </w:div>
                                                    <w:div w:id="1334914220">
                                                      <w:marLeft w:val="0"/>
                                                      <w:marRight w:val="0"/>
                                                      <w:marTop w:val="360"/>
                                                      <w:marBottom w:val="180"/>
                                                      <w:divBdr>
                                                        <w:top w:val="none" w:sz="0" w:space="0" w:color="auto"/>
                                                        <w:left w:val="none" w:sz="0" w:space="0" w:color="auto"/>
                                                        <w:bottom w:val="none" w:sz="0" w:space="0" w:color="auto"/>
                                                        <w:right w:val="none" w:sz="0" w:space="0" w:color="auto"/>
                                                      </w:divBdr>
                                                    </w:div>
                                                    <w:div w:id="853149282">
                                                      <w:marLeft w:val="0"/>
                                                      <w:marRight w:val="0"/>
                                                      <w:marTop w:val="360"/>
                                                      <w:marBottom w:val="180"/>
                                                      <w:divBdr>
                                                        <w:top w:val="none" w:sz="0" w:space="0" w:color="auto"/>
                                                        <w:left w:val="none" w:sz="0" w:space="0" w:color="auto"/>
                                                        <w:bottom w:val="none" w:sz="0" w:space="0" w:color="auto"/>
                                                        <w:right w:val="none" w:sz="0" w:space="0" w:color="auto"/>
                                                      </w:divBdr>
                                                    </w:div>
                                                    <w:div w:id="1470974333">
                                                      <w:marLeft w:val="0"/>
                                                      <w:marRight w:val="0"/>
                                                      <w:marTop w:val="180"/>
                                                      <w:marBottom w:val="240"/>
                                                      <w:divBdr>
                                                        <w:top w:val="none" w:sz="0" w:space="0" w:color="auto"/>
                                                        <w:left w:val="none" w:sz="0" w:space="0" w:color="auto"/>
                                                        <w:bottom w:val="none" w:sz="0" w:space="0" w:color="auto"/>
                                                        <w:right w:val="none" w:sz="0" w:space="0" w:color="auto"/>
                                                      </w:divBdr>
                                                    </w:div>
                                                    <w:div w:id="1520971881">
                                                      <w:marLeft w:val="0"/>
                                                      <w:marRight w:val="0"/>
                                                      <w:marTop w:val="360"/>
                                                      <w:marBottom w:val="180"/>
                                                      <w:divBdr>
                                                        <w:top w:val="none" w:sz="0" w:space="0" w:color="auto"/>
                                                        <w:left w:val="none" w:sz="0" w:space="0" w:color="auto"/>
                                                        <w:bottom w:val="none" w:sz="0" w:space="0" w:color="auto"/>
                                                        <w:right w:val="none" w:sz="0" w:space="0" w:color="auto"/>
                                                      </w:divBdr>
                                                    </w:div>
                                                    <w:div w:id="1016611894">
                                                      <w:marLeft w:val="0"/>
                                                      <w:marRight w:val="0"/>
                                                      <w:marTop w:val="360"/>
                                                      <w:marBottom w:val="180"/>
                                                      <w:divBdr>
                                                        <w:top w:val="none" w:sz="0" w:space="0" w:color="auto"/>
                                                        <w:left w:val="none" w:sz="0" w:space="0" w:color="auto"/>
                                                        <w:bottom w:val="none" w:sz="0" w:space="0" w:color="auto"/>
                                                        <w:right w:val="none" w:sz="0" w:space="0" w:color="auto"/>
                                                      </w:divBdr>
                                                    </w:div>
                                                    <w:div w:id="1546721807">
                                                      <w:marLeft w:val="0"/>
                                                      <w:marRight w:val="0"/>
                                                      <w:marTop w:val="180"/>
                                                      <w:marBottom w:val="240"/>
                                                      <w:divBdr>
                                                        <w:top w:val="none" w:sz="0" w:space="0" w:color="auto"/>
                                                        <w:left w:val="none" w:sz="0" w:space="0" w:color="auto"/>
                                                        <w:bottom w:val="none" w:sz="0" w:space="0" w:color="auto"/>
                                                        <w:right w:val="none" w:sz="0" w:space="0" w:color="auto"/>
                                                      </w:divBdr>
                                                    </w:div>
                                                    <w:div w:id="1005783616">
                                                      <w:marLeft w:val="0"/>
                                                      <w:marRight w:val="0"/>
                                                      <w:marTop w:val="360"/>
                                                      <w:marBottom w:val="180"/>
                                                      <w:divBdr>
                                                        <w:top w:val="none" w:sz="0" w:space="0" w:color="auto"/>
                                                        <w:left w:val="none" w:sz="0" w:space="0" w:color="auto"/>
                                                        <w:bottom w:val="none" w:sz="0" w:space="0" w:color="auto"/>
                                                        <w:right w:val="none" w:sz="0" w:space="0" w:color="auto"/>
                                                      </w:divBdr>
                                                    </w:div>
                                                    <w:div w:id="784617502">
                                                      <w:marLeft w:val="0"/>
                                                      <w:marRight w:val="0"/>
                                                      <w:marTop w:val="360"/>
                                                      <w:marBottom w:val="180"/>
                                                      <w:divBdr>
                                                        <w:top w:val="none" w:sz="0" w:space="0" w:color="auto"/>
                                                        <w:left w:val="none" w:sz="0" w:space="0" w:color="auto"/>
                                                        <w:bottom w:val="none" w:sz="0" w:space="0" w:color="auto"/>
                                                        <w:right w:val="none" w:sz="0" w:space="0" w:color="auto"/>
                                                      </w:divBdr>
                                                    </w:div>
                                                    <w:div w:id="996419661">
                                                      <w:marLeft w:val="0"/>
                                                      <w:marRight w:val="0"/>
                                                      <w:marTop w:val="180"/>
                                                      <w:marBottom w:val="240"/>
                                                      <w:divBdr>
                                                        <w:top w:val="none" w:sz="0" w:space="0" w:color="auto"/>
                                                        <w:left w:val="none" w:sz="0" w:space="0" w:color="auto"/>
                                                        <w:bottom w:val="none" w:sz="0" w:space="0" w:color="auto"/>
                                                        <w:right w:val="none" w:sz="0" w:space="0" w:color="auto"/>
                                                      </w:divBdr>
                                                    </w:div>
                                                    <w:div w:id="847133907">
                                                      <w:marLeft w:val="0"/>
                                                      <w:marRight w:val="0"/>
                                                      <w:marTop w:val="360"/>
                                                      <w:marBottom w:val="180"/>
                                                      <w:divBdr>
                                                        <w:top w:val="none" w:sz="0" w:space="0" w:color="auto"/>
                                                        <w:left w:val="none" w:sz="0" w:space="0" w:color="auto"/>
                                                        <w:bottom w:val="none" w:sz="0" w:space="0" w:color="auto"/>
                                                        <w:right w:val="none" w:sz="0" w:space="0" w:color="auto"/>
                                                      </w:divBdr>
                                                    </w:div>
                                                    <w:div w:id="1988699848">
                                                      <w:marLeft w:val="0"/>
                                                      <w:marRight w:val="0"/>
                                                      <w:marTop w:val="180"/>
                                                      <w:marBottom w:val="240"/>
                                                      <w:divBdr>
                                                        <w:top w:val="none" w:sz="0" w:space="0" w:color="auto"/>
                                                        <w:left w:val="none" w:sz="0" w:space="0" w:color="auto"/>
                                                        <w:bottom w:val="none" w:sz="0" w:space="0" w:color="auto"/>
                                                        <w:right w:val="none" w:sz="0" w:space="0" w:color="auto"/>
                                                      </w:divBdr>
                                                    </w:div>
                                                    <w:div w:id="1945184366">
                                                      <w:marLeft w:val="0"/>
                                                      <w:marRight w:val="0"/>
                                                      <w:marTop w:val="60"/>
                                                      <w:marBottom w:val="180"/>
                                                      <w:divBdr>
                                                        <w:top w:val="none" w:sz="0" w:space="0" w:color="auto"/>
                                                        <w:left w:val="none" w:sz="0" w:space="0" w:color="auto"/>
                                                        <w:bottom w:val="none" w:sz="0" w:space="0" w:color="auto"/>
                                                        <w:right w:val="none" w:sz="0" w:space="0" w:color="auto"/>
                                                      </w:divBdr>
                                                    </w:div>
                                                    <w:div w:id="455830600">
                                                      <w:marLeft w:val="0"/>
                                                      <w:marRight w:val="0"/>
                                                      <w:marTop w:val="360"/>
                                                      <w:marBottom w:val="180"/>
                                                      <w:divBdr>
                                                        <w:top w:val="none" w:sz="0" w:space="0" w:color="auto"/>
                                                        <w:left w:val="none" w:sz="0" w:space="0" w:color="auto"/>
                                                        <w:bottom w:val="none" w:sz="0" w:space="0" w:color="auto"/>
                                                        <w:right w:val="none" w:sz="0" w:space="0" w:color="auto"/>
                                                      </w:divBdr>
                                                    </w:div>
                                                    <w:div w:id="875655620">
                                                      <w:marLeft w:val="0"/>
                                                      <w:marRight w:val="0"/>
                                                      <w:marTop w:val="180"/>
                                                      <w:marBottom w:val="240"/>
                                                      <w:divBdr>
                                                        <w:top w:val="none" w:sz="0" w:space="0" w:color="auto"/>
                                                        <w:left w:val="none" w:sz="0" w:space="0" w:color="auto"/>
                                                        <w:bottom w:val="none" w:sz="0" w:space="0" w:color="auto"/>
                                                        <w:right w:val="none" w:sz="0" w:space="0" w:color="auto"/>
                                                      </w:divBdr>
                                                    </w:div>
                                                    <w:div w:id="517546508">
                                                      <w:marLeft w:val="0"/>
                                                      <w:marRight w:val="0"/>
                                                      <w:marTop w:val="60"/>
                                                      <w:marBottom w:val="180"/>
                                                      <w:divBdr>
                                                        <w:top w:val="none" w:sz="0" w:space="0" w:color="auto"/>
                                                        <w:left w:val="none" w:sz="0" w:space="0" w:color="auto"/>
                                                        <w:bottom w:val="none" w:sz="0" w:space="0" w:color="auto"/>
                                                        <w:right w:val="none" w:sz="0" w:space="0" w:color="auto"/>
                                                      </w:divBdr>
                                                    </w:div>
                                                    <w:div w:id="889995292">
                                                      <w:marLeft w:val="0"/>
                                                      <w:marRight w:val="0"/>
                                                      <w:marTop w:val="360"/>
                                                      <w:marBottom w:val="180"/>
                                                      <w:divBdr>
                                                        <w:top w:val="none" w:sz="0" w:space="0" w:color="auto"/>
                                                        <w:left w:val="none" w:sz="0" w:space="0" w:color="auto"/>
                                                        <w:bottom w:val="none" w:sz="0" w:space="0" w:color="auto"/>
                                                        <w:right w:val="none" w:sz="0" w:space="0" w:color="auto"/>
                                                      </w:divBdr>
                                                    </w:div>
                                                    <w:div w:id="428895583">
                                                      <w:marLeft w:val="0"/>
                                                      <w:marRight w:val="0"/>
                                                      <w:marTop w:val="180"/>
                                                      <w:marBottom w:val="240"/>
                                                      <w:divBdr>
                                                        <w:top w:val="none" w:sz="0" w:space="0" w:color="auto"/>
                                                        <w:left w:val="none" w:sz="0" w:space="0" w:color="auto"/>
                                                        <w:bottom w:val="none" w:sz="0" w:space="0" w:color="auto"/>
                                                        <w:right w:val="none" w:sz="0" w:space="0" w:color="auto"/>
                                                      </w:divBdr>
                                                    </w:div>
                                                    <w:div w:id="1951932828">
                                                      <w:marLeft w:val="0"/>
                                                      <w:marRight w:val="0"/>
                                                      <w:marTop w:val="180"/>
                                                      <w:marBottom w:val="240"/>
                                                      <w:divBdr>
                                                        <w:top w:val="none" w:sz="0" w:space="0" w:color="auto"/>
                                                        <w:left w:val="none" w:sz="0" w:space="0" w:color="auto"/>
                                                        <w:bottom w:val="none" w:sz="0" w:space="0" w:color="auto"/>
                                                        <w:right w:val="none" w:sz="0" w:space="0" w:color="auto"/>
                                                      </w:divBdr>
                                                    </w:div>
                                                    <w:div w:id="2072725899">
                                                      <w:marLeft w:val="0"/>
                                                      <w:marRight w:val="0"/>
                                                      <w:marTop w:val="180"/>
                                                      <w:marBottom w:val="240"/>
                                                      <w:divBdr>
                                                        <w:top w:val="none" w:sz="0" w:space="0" w:color="auto"/>
                                                        <w:left w:val="none" w:sz="0" w:space="0" w:color="auto"/>
                                                        <w:bottom w:val="none" w:sz="0" w:space="0" w:color="auto"/>
                                                        <w:right w:val="none" w:sz="0" w:space="0" w:color="auto"/>
                                                      </w:divBdr>
                                                    </w:div>
                                                    <w:div w:id="196157217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2062318527">
                                  <w:marLeft w:val="0"/>
                                  <w:marRight w:val="0"/>
                                  <w:marTop w:val="450"/>
                                  <w:marBottom w:val="0"/>
                                  <w:divBdr>
                                    <w:top w:val="none" w:sz="0" w:space="0" w:color="auto"/>
                                    <w:left w:val="none" w:sz="0" w:space="0" w:color="auto"/>
                                    <w:bottom w:val="none" w:sz="0" w:space="0" w:color="auto"/>
                                    <w:right w:val="none" w:sz="0" w:space="0" w:color="auto"/>
                                  </w:divBdr>
                                  <w:divsChild>
                                    <w:div w:id="86077348">
                                      <w:marLeft w:val="0"/>
                                      <w:marRight w:val="0"/>
                                      <w:marTop w:val="0"/>
                                      <w:marBottom w:val="0"/>
                                      <w:divBdr>
                                        <w:top w:val="none" w:sz="0" w:space="0" w:color="auto"/>
                                        <w:left w:val="none" w:sz="0" w:space="0" w:color="auto"/>
                                        <w:bottom w:val="none" w:sz="0" w:space="0" w:color="auto"/>
                                        <w:right w:val="none" w:sz="0" w:space="0" w:color="auto"/>
                                      </w:divBdr>
                                      <w:divsChild>
                                        <w:div w:id="1084498429">
                                          <w:marLeft w:val="0"/>
                                          <w:marRight w:val="0"/>
                                          <w:marTop w:val="0"/>
                                          <w:marBottom w:val="0"/>
                                          <w:divBdr>
                                            <w:top w:val="none" w:sz="0" w:space="0" w:color="auto"/>
                                            <w:left w:val="none" w:sz="0" w:space="0" w:color="auto"/>
                                            <w:bottom w:val="none" w:sz="0" w:space="0" w:color="auto"/>
                                            <w:right w:val="none" w:sz="0" w:space="0" w:color="auto"/>
                                          </w:divBdr>
                                          <w:divsChild>
                                            <w:div w:id="805775175">
                                              <w:marLeft w:val="0"/>
                                              <w:marRight w:val="246"/>
                                              <w:marTop w:val="0"/>
                                              <w:marBottom w:val="0"/>
                                              <w:divBdr>
                                                <w:top w:val="none" w:sz="0" w:space="0" w:color="auto"/>
                                                <w:left w:val="none" w:sz="0" w:space="0" w:color="auto"/>
                                                <w:bottom w:val="none" w:sz="0" w:space="0" w:color="auto"/>
                                                <w:right w:val="none" w:sz="0" w:space="0" w:color="auto"/>
                                              </w:divBdr>
                                              <w:divsChild>
                                                <w:div w:id="1281760079">
                                                  <w:marLeft w:val="0"/>
                                                  <w:marRight w:val="0"/>
                                                  <w:marTop w:val="0"/>
                                                  <w:marBottom w:val="0"/>
                                                  <w:divBdr>
                                                    <w:top w:val="none" w:sz="0" w:space="0" w:color="auto"/>
                                                    <w:left w:val="none" w:sz="0" w:space="0" w:color="auto"/>
                                                    <w:bottom w:val="none" w:sz="0" w:space="0" w:color="auto"/>
                                                    <w:right w:val="none" w:sz="0" w:space="0" w:color="auto"/>
                                                  </w:divBdr>
                                                  <w:divsChild>
                                                    <w:div w:id="776869715">
                                                      <w:marLeft w:val="0"/>
                                                      <w:marRight w:val="0"/>
                                                      <w:marTop w:val="0"/>
                                                      <w:marBottom w:val="0"/>
                                                      <w:divBdr>
                                                        <w:top w:val="none" w:sz="0" w:space="0" w:color="auto"/>
                                                        <w:left w:val="none" w:sz="0" w:space="0" w:color="auto"/>
                                                        <w:bottom w:val="none" w:sz="0" w:space="0" w:color="auto"/>
                                                        <w:right w:val="none" w:sz="0" w:space="0" w:color="auto"/>
                                                      </w:divBdr>
                                                      <w:divsChild>
                                                        <w:div w:id="1762482705">
                                                          <w:marLeft w:val="0"/>
                                                          <w:marRight w:val="0"/>
                                                          <w:marTop w:val="0"/>
                                                          <w:marBottom w:val="0"/>
                                                          <w:divBdr>
                                                            <w:top w:val="none" w:sz="0" w:space="0" w:color="auto"/>
                                                            <w:left w:val="none" w:sz="0" w:space="0" w:color="auto"/>
                                                            <w:bottom w:val="none" w:sz="0" w:space="0" w:color="auto"/>
                                                            <w:right w:val="none" w:sz="0" w:space="0" w:color="auto"/>
                                                          </w:divBdr>
                                                          <w:divsChild>
                                                            <w:div w:id="1703631177">
                                                              <w:marLeft w:val="0"/>
                                                              <w:marRight w:val="0"/>
                                                              <w:marTop w:val="0"/>
                                                              <w:marBottom w:val="0"/>
                                                              <w:divBdr>
                                                                <w:top w:val="none" w:sz="0" w:space="0" w:color="auto"/>
                                                                <w:left w:val="none" w:sz="0" w:space="0" w:color="auto"/>
                                                                <w:bottom w:val="none" w:sz="0" w:space="0" w:color="auto"/>
                                                                <w:right w:val="none" w:sz="0" w:space="0" w:color="auto"/>
                                                              </w:divBdr>
                                                              <w:divsChild>
                                                                <w:div w:id="160577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82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799571">
                                              <w:marLeft w:val="0"/>
                                              <w:marRight w:val="0"/>
                                              <w:marTop w:val="0"/>
                                              <w:marBottom w:val="0"/>
                                              <w:divBdr>
                                                <w:top w:val="none" w:sz="0" w:space="0" w:color="auto"/>
                                                <w:left w:val="none" w:sz="0" w:space="0" w:color="auto"/>
                                                <w:bottom w:val="none" w:sz="0" w:space="0" w:color="auto"/>
                                                <w:right w:val="none" w:sz="0" w:space="0" w:color="auto"/>
                                              </w:divBdr>
                                              <w:divsChild>
                                                <w:div w:id="170695080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610433183">
                                      <w:marLeft w:val="0"/>
                                      <w:marRight w:val="0"/>
                                      <w:marTop w:val="0"/>
                                      <w:marBottom w:val="0"/>
                                      <w:divBdr>
                                        <w:top w:val="none" w:sz="0" w:space="0" w:color="auto"/>
                                        <w:left w:val="none" w:sz="0" w:space="0" w:color="auto"/>
                                        <w:bottom w:val="none" w:sz="0" w:space="0" w:color="auto"/>
                                        <w:right w:val="none" w:sz="0" w:space="0" w:color="auto"/>
                                      </w:divBdr>
                                      <w:divsChild>
                                        <w:div w:id="925110305">
                                          <w:marLeft w:val="0"/>
                                          <w:marRight w:val="0"/>
                                          <w:marTop w:val="0"/>
                                          <w:marBottom w:val="0"/>
                                          <w:divBdr>
                                            <w:top w:val="none" w:sz="0" w:space="0" w:color="auto"/>
                                            <w:left w:val="none" w:sz="0" w:space="0" w:color="auto"/>
                                            <w:bottom w:val="none" w:sz="0" w:space="0" w:color="auto"/>
                                            <w:right w:val="none" w:sz="0" w:space="0" w:color="auto"/>
                                          </w:divBdr>
                                          <w:divsChild>
                                            <w:div w:id="637226344">
                                              <w:marLeft w:val="0"/>
                                              <w:marRight w:val="0"/>
                                              <w:marTop w:val="0"/>
                                              <w:marBottom w:val="0"/>
                                              <w:divBdr>
                                                <w:top w:val="none" w:sz="0" w:space="0" w:color="auto"/>
                                                <w:left w:val="none" w:sz="0" w:space="0" w:color="auto"/>
                                                <w:bottom w:val="none" w:sz="0" w:space="0" w:color="auto"/>
                                                <w:right w:val="none" w:sz="0" w:space="0" w:color="auto"/>
                                              </w:divBdr>
                                              <w:divsChild>
                                                <w:div w:id="592202835">
                                                  <w:marLeft w:val="0"/>
                                                  <w:marRight w:val="0"/>
                                                  <w:marTop w:val="0"/>
                                                  <w:marBottom w:val="0"/>
                                                  <w:divBdr>
                                                    <w:top w:val="none" w:sz="0" w:space="0" w:color="auto"/>
                                                    <w:left w:val="none" w:sz="0" w:space="0" w:color="auto"/>
                                                    <w:bottom w:val="none" w:sz="0" w:space="0" w:color="auto"/>
                                                    <w:right w:val="none" w:sz="0" w:space="0" w:color="auto"/>
                                                  </w:divBdr>
                                                  <w:divsChild>
                                                    <w:div w:id="374040691">
                                                      <w:marLeft w:val="0"/>
                                                      <w:marRight w:val="0"/>
                                                      <w:marTop w:val="180"/>
                                                      <w:marBottom w:val="240"/>
                                                      <w:divBdr>
                                                        <w:top w:val="none" w:sz="0" w:space="0" w:color="auto"/>
                                                        <w:left w:val="none" w:sz="0" w:space="0" w:color="auto"/>
                                                        <w:bottom w:val="none" w:sz="0" w:space="0" w:color="auto"/>
                                                        <w:right w:val="none" w:sz="0" w:space="0" w:color="auto"/>
                                                      </w:divBdr>
                                                    </w:div>
                                                    <w:div w:id="859048334">
                                                      <w:marLeft w:val="0"/>
                                                      <w:marRight w:val="0"/>
                                                      <w:marTop w:val="180"/>
                                                      <w:marBottom w:val="240"/>
                                                      <w:divBdr>
                                                        <w:top w:val="none" w:sz="0" w:space="0" w:color="auto"/>
                                                        <w:left w:val="none" w:sz="0" w:space="0" w:color="auto"/>
                                                        <w:bottom w:val="none" w:sz="0" w:space="0" w:color="auto"/>
                                                        <w:right w:val="none" w:sz="0" w:space="0" w:color="auto"/>
                                                      </w:divBdr>
                                                    </w:div>
                                                    <w:div w:id="194779946">
                                                      <w:marLeft w:val="0"/>
                                                      <w:marRight w:val="0"/>
                                                      <w:marTop w:val="180"/>
                                                      <w:marBottom w:val="240"/>
                                                      <w:divBdr>
                                                        <w:top w:val="none" w:sz="0" w:space="0" w:color="auto"/>
                                                        <w:left w:val="none" w:sz="0" w:space="0" w:color="auto"/>
                                                        <w:bottom w:val="none" w:sz="0" w:space="0" w:color="auto"/>
                                                        <w:right w:val="none" w:sz="0" w:space="0" w:color="auto"/>
                                                      </w:divBdr>
                                                    </w:div>
                                                    <w:div w:id="723988748">
                                                      <w:marLeft w:val="0"/>
                                                      <w:marRight w:val="0"/>
                                                      <w:marTop w:val="360"/>
                                                      <w:marBottom w:val="180"/>
                                                      <w:divBdr>
                                                        <w:top w:val="none" w:sz="0" w:space="0" w:color="auto"/>
                                                        <w:left w:val="none" w:sz="0" w:space="0" w:color="auto"/>
                                                        <w:bottom w:val="none" w:sz="0" w:space="0" w:color="auto"/>
                                                        <w:right w:val="none" w:sz="0" w:space="0" w:color="auto"/>
                                                      </w:divBdr>
                                                    </w:div>
                                                    <w:div w:id="920257489">
                                                      <w:marLeft w:val="0"/>
                                                      <w:marRight w:val="0"/>
                                                      <w:marTop w:val="360"/>
                                                      <w:marBottom w:val="180"/>
                                                      <w:divBdr>
                                                        <w:top w:val="none" w:sz="0" w:space="0" w:color="auto"/>
                                                        <w:left w:val="none" w:sz="0" w:space="0" w:color="auto"/>
                                                        <w:bottom w:val="none" w:sz="0" w:space="0" w:color="auto"/>
                                                        <w:right w:val="none" w:sz="0" w:space="0" w:color="auto"/>
                                                      </w:divBdr>
                                                    </w:div>
                                                    <w:div w:id="1857234259">
                                                      <w:marLeft w:val="0"/>
                                                      <w:marRight w:val="0"/>
                                                      <w:marTop w:val="180"/>
                                                      <w:marBottom w:val="240"/>
                                                      <w:divBdr>
                                                        <w:top w:val="none" w:sz="0" w:space="0" w:color="auto"/>
                                                        <w:left w:val="none" w:sz="0" w:space="0" w:color="auto"/>
                                                        <w:bottom w:val="none" w:sz="0" w:space="0" w:color="auto"/>
                                                        <w:right w:val="none" w:sz="0" w:space="0" w:color="auto"/>
                                                      </w:divBdr>
                                                    </w:div>
                                                    <w:div w:id="2034727332">
                                                      <w:marLeft w:val="0"/>
                                                      <w:marRight w:val="0"/>
                                                      <w:marTop w:val="360"/>
                                                      <w:marBottom w:val="180"/>
                                                      <w:divBdr>
                                                        <w:top w:val="none" w:sz="0" w:space="0" w:color="auto"/>
                                                        <w:left w:val="none" w:sz="0" w:space="0" w:color="auto"/>
                                                        <w:bottom w:val="none" w:sz="0" w:space="0" w:color="auto"/>
                                                        <w:right w:val="none" w:sz="0" w:space="0" w:color="auto"/>
                                                      </w:divBdr>
                                                    </w:div>
                                                    <w:div w:id="546768449">
                                                      <w:marLeft w:val="0"/>
                                                      <w:marRight w:val="0"/>
                                                      <w:marTop w:val="360"/>
                                                      <w:marBottom w:val="180"/>
                                                      <w:divBdr>
                                                        <w:top w:val="none" w:sz="0" w:space="0" w:color="auto"/>
                                                        <w:left w:val="none" w:sz="0" w:space="0" w:color="auto"/>
                                                        <w:bottom w:val="none" w:sz="0" w:space="0" w:color="auto"/>
                                                        <w:right w:val="none" w:sz="0" w:space="0" w:color="auto"/>
                                                      </w:divBdr>
                                                    </w:div>
                                                    <w:div w:id="1822773254">
                                                      <w:marLeft w:val="0"/>
                                                      <w:marRight w:val="0"/>
                                                      <w:marTop w:val="180"/>
                                                      <w:marBottom w:val="240"/>
                                                      <w:divBdr>
                                                        <w:top w:val="none" w:sz="0" w:space="0" w:color="auto"/>
                                                        <w:left w:val="none" w:sz="0" w:space="0" w:color="auto"/>
                                                        <w:bottom w:val="none" w:sz="0" w:space="0" w:color="auto"/>
                                                        <w:right w:val="none" w:sz="0" w:space="0" w:color="auto"/>
                                                      </w:divBdr>
                                                    </w:div>
                                                    <w:div w:id="373893683">
                                                      <w:marLeft w:val="0"/>
                                                      <w:marRight w:val="0"/>
                                                      <w:marTop w:val="360"/>
                                                      <w:marBottom w:val="180"/>
                                                      <w:divBdr>
                                                        <w:top w:val="none" w:sz="0" w:space="0" w:color="auto"/>
                                                        <w:left w:val="none" w:sz="0" w:space="0" w:color="auto"/>
                                                        <w:bottom w:val="none" w:sz="0" w:space="0" w:color="auto"/>
                                                        <w:right w:val="none" w:sz="0" w:space="0" w:color="auto"/>
                                                      </w:divBdr>
                                                    </w:div>
                                                    <w:div w:id="1985310632">
                                                      <w:marLeft w:val="0"/>
                                                      <w:marRight w:val="0"/>
                                                      <w:marTop w:val="180"/>
                                                      <w:marBottom w:val="240"/>
                                                      <w:divBdr>
                                                        <w:top w:val="none" w:sz="0" w:space="0" w:color="auto"/>
                                                        <w:left w:val="none" w:sz="0" w:space="0" w:color="auto"/>
                                                        <w:bottom w:val="none" w:sz="0" w:space="0" w:color="auto"/>
                                                        <w:right w:val="none" w:sz="0" w:space="0" w:color="auto"/>
                                                      </w:divBdr>
                                                    </w:div>
                                                    <w:div w:id="377978102">
                                                      <w:marLeft w:val="0"/>
                                                      <w:marRight w:val="0"/>
                                                      <w:marTop w:val="60"/>
                                                      <w:marBottom w:val="180"/>
                                                      <w:divBdr>
                                                        <w:top w:val="none" w:sz="0" w:space="0" w:color="auto"/>
                                                        <w:left w:val="none" w:sz="0" w:space="0" w:color="auto"/>
                                                        <w:bottom w:val="none" w:sz="0" w:space="0" w:color="auto"/>
                                                        <w:right w:val="none" w:sz="0" w:space="0" w:color="auto"/>
                                                      </w:divBdr>
                                                    </w:div>
                                                    <w:div w:id="589244163">
                                                      <w:marLeft w:val="0"/>
                                                      <w:marRight w:val="0"/>
                                                      <w:marTop w:val="360"/>
                                                      <w:marBottom w:val="180"/>
                                                      <w:divBdr>
                                                        <w:top w:val="none" w:sz="0" w:space="0" w:color="auto"/>
                                                        <w:left w:val="none" w:sz="0" w:space="0" w:color="auto"/>
                                                        <w:bottom w:val="none" w:sz="0" w:space="0" w:color="auto"/>
                                                        <w:right w:val="none" w:sz="0" w:space="0" w:color="auto"/>
                                                      </w:divBdr>
                                                    </w:div>
                                                    <w:div w:id="729502432">
                                                      <w:marLeft w:val="0"/>
                                                      <w:marRight w:val="0"/>
                                                      <w:marTop w:val="180"/>
                                                      <w:marBottom w:val="240"/>
                                                      <w:divBdr>
                                                        <w:top w:val="none" w:sz="0" w:space="0" w:color="auto"/>
                                                        <w:left w:val="none" w:sz="0" w:space="0" w:color="auto"/>
                                                        <w:bottom w:val="none" w:sz="0" w:space="0" w:color="auto"/>
                                                        <w:right w:val="none" w:sz="0" w:space="0" w:color="auto"/>
                                                      </w:divBdr>
                                                    </w:div>
                                                    <w:div w:id="1092237949">
                                                      <w:marLeft w:val="0"/>
                                                      <w:marRight w:val="0"/>
                                                      <w:marTop w:val="60"/>
                                                      <w:marBottom w:val="180"/>
                                                      <w:divBdr>
                                                        <w:top w:val="none" w:sz="0" w:space="0" w:color="auto"/>
                                                        <w:left w:val="none" w:sz="0" w:space="0" w:color="auto"/>
                                                        <w:bottom w:val="none" w:sz="0" w:space="0" w:color="auto"/>
                                                        <w:right w:val="none" w:sz="0" w:space="0" w:color="auto"/>
                                                      </w:divBdr>
                                                    </w:div>
                                                    <w:div w:id="1738866871">
                                                      <w:marLeft w:val="0"/>
                                                      <w:marRight w:val="0"/>
                                                      <w:marTop w:val="360"/>
                                                      <w:marBottom w:val="180"/>
                                                      <w:divBdr>
                                                        <w:top w:val="none" w:sz="0" w:space="0" w:color="auto"/>
                                                        <w:left w:val="none" w:sz="0" w:space="0" w:color="auto"/>
                                                        <w:bottom w:val="none" w:sz="0" w:space="0" w:color="auto"/>
                                                        <w:right w:val="none" w:sz="0" w:space="0" w:color="auto"/>
                                                      </w:divBdr>
                                                    </w:div>
                                                    <w:div w:id="83846588">
                                                      <w:marLeft w:val="0"/>
                                                      <w:marRight w:val="0"/>
                                                      <w:marTop w:val="180"/>
                                                      <w:marBottom w:val="240"/>
                                                      <w:divBdr>
                                                        <w:top w:val="none" w:sz="0" w:space="0" w:color="auto"/>
                                                        <w:left w:val="none" w:sz="0" w:space="0" w:color="auto"/>
                                                        <w:bottom w:val="none" w:sz="0" w:space="0" w:color="auto"/>
                                                        <w:right w:val="none" w:sz="0" w:space="0" w:color="auto"/>
                                                      </w:divBdr>
                                                    </w:div>
                                                    <w:div w:id="252590139">
                                                      <w:marLeft w:val="0"/>
                                                      <w:marRight w:val="0"/>
                                                      <w:marTop w:val="360"/>
                                                      <w:marBottom w:val="180"/>
                                                      <w:divBdr>
                                                        <w:top w:val="none" w:sz="0" w:space="0" w:color="auto"/>
                                                        <w:left w:val="none" w:sz="0" w:space="0" w:color="auto"/>
                                                        <w:bottom w:val="none" w:sz="0" w:space="0" w:color="auto"/>
                                                        <w:right w:val="none" w:sz="0" w:space="0" w:color="auto"/>
                                                      </w:divBdr>
                                                    </w:div>
                                                    <w:div w:id="1098985685">
                                                      <w:marLeft w:val="0"/>
                                                      <w:marRight w:val="0"/>
                                                      <w:marTop w:val="180"/>
                                                      <w:marBottom w:val="240"/>
                                                      <w:divBdr>
                                                        <w:top w:val="none" w:sz="0" w:space="0" w:color="auto"/>
                                                        <w:left w:val="none" w:sz="0" w:space="0" w:color="auto"/>
                                                        <w:bottom w:val="none" w:sz="0" w:space="0" w:color="auto"/>
                                                        <w:right w:val="none" w:sz="0" w:space="0" w:color="auto"/>
                                                      </w:divBdr>
                                                    </w:div>
                                                    <w:div w:id="2025551524">
                                                      <w:marLeft w:val="0"/>
                                                      <w:marRight w:val="0"/>
                                                      <w:marTop w:val="180"/>
                                                      <w:marBottom w:val="240"/>
                                                      <w:divBdr>
                                                        <w:top w:val="none" w:sz="0" w:space="0" w:color="auto"/>
                                                        <w:left w:val="none" w:sz="0" w:space="0" w:color="auto"/>
                                                        <w:bottom w:val="none" w:sz="0" w:space="0" w:color="auto"/>
                                                        <w:right w:val="none" w:sz="0" w:space="0" w:color="auto"/>
                                                      </w:divBdr>
                                                    </w:div>
                                                    <w:div w:id="197477061">
                                                      <w:marLeft w:val="0"/>
                                                      <w:marRight w:val="0"/>
                                                      <w:marTop w:val="180"/>
                                                      <w:marBottom w:val="240"/>
                                                      <w:divBdr>
                                                        <w:top w:val="none" w:sz="0" w:space="0" w:color="auto"/>
                                                        <w:left w:val="none" w:sz="0" w:space="0" w:color="auto"/>
                                                        <w:bottom w:val="none" w:sz="0" w:space="0" w:color="auto"/>
                                                        <w:right w:val="none" w:sz="0" w:space="0" w:color="auto"/>
                                                      </w:divBdr>
                                                    </w:div>
                                                    <w:div w:id="60778201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347244913">
                                  <w:marLeft w:val="0"/>
                                  <w:marRight w:val="0"/>
                                  <w:marTop w:val="450"/>
                                  <w:marBottom w:val="0"/>
                                  <w:divBdr>
                                    <w:top w:val="none" w:sz="0" w:space="0" w:color="auto"/>
                                    <w:left w:val="none" w:sz="0" w:space="0" w:color="auto"/>
                                    <w:bottom w:val="none" w:sz="0" w:space="0" w:color="auto"/>
                                    <w:right w:val="none" w:sz="0" w:space="0" w:color="auto"/>
                                  </w:divBdr>
                                  <w:divsChild>
                                    <w:div w:id="781462775">
                                      <w:marLeft w:val="0"/>
                                      <w:marRight w:val="0"/>
                                      <w:marTop w:val="0"/>
                                      <w:marBottom w:val="0"/>
                                      <w:divBdr>
                                        <w:top w:val="none" w:sz="0" w:space="0" w:color="auto"/>
                                        <w:left w:val="none" w:sz="0" w:space="0" w:color="auto"/>
                                        <w:bottom w:val="none" w:sz="0" w:space="0" w:color="auto"/>
                                        <w:right w:val="none" w:sz="0" w:space="0" w:color="auto"/>
                                      </w:divBdr>
                                      <w:divsChild>
                                        <w:div w:id="1667517994">
                                          <w:marLeft w:val="0"/>
                                          <w:marRight w:val="0"/>
                                          <w:marTop w:val="0"/>
                                          <w:marBottom w:val="0"/>
                                          <w:divBdr>
                                            <w:top w:val="none" w:sz="0" w:space="0" w:color="auto"/>
                                            <w:left w:val="none" w:sz="0" w:space="0" w:color="auto"/>
                                            <w:bottom w:val="none" w:sz="0" w:space="0" w:color="auto"/>
                                            <w:right w:val="none" w:sz="0" w:space="0" w:color="auto"/>
                                          </w:divBdr>
                                          <w:divsChild>
                                            <w:div w:id="134184063">
                                              <w:marLeft w:val="0"/>
                                              <w:marRight w:val="2364"/>
                                              <w:marTop w:val="0"/>
                                              <w:marBottom w:val="0"/>
                                              <w:divBdr>
                                                <w:top w:val="none" w:sz="0" w:space="0" w:color="auto"/>
                                                <w:left w:val="none" w:sz="0" w:space="0" w:color="auto"/>
                                                <w:bottom w:val="none" w:sz="0" w:space="0" w:color="auto"/>
                                                <w:right w:val="none" w:sz="0" w:space="0" w:color="auto"/>
                                              </w:divBdr>
                                              <w:divsChild>
                                                <w:div w:id="1734573662">
                                                  <w:marLeft w:val="0"/>
                                                  <w:marRight w:val="0"/>
                                                  <w:marTop w:val="0"/>
                                                  <w:marBottom w:val="0"/>
                                                  <w:divBdr>
                                                    <w:top w:val="none" w:sz="0" w:space="0" w:color="auto"/>
                                                    <w:left w:val="none" w:sz="0" w:space="0" w:color="auto"/>
                                                    <w:bottom w:val="none" w:sz="0" w:space="0" w:color="auto"/>
                                                    <w:right w:val="none" w:sz="0" w:space="0" w:color="auto"/>
                                                  </w:divBdr>
                                                  <w:divsChild>
                                                    <w:div w:id="1155342598">
                                                      <w:marLeft w:val="0"/>
                                                      <w:marRight w:val="0"/>
                                                      <w:marTop w:val="0"/>
                                                      <w:marBottom w:val="0"/>
                                                      <w:divBdr>
                                                        <w:top w:val="none" w:sz="0" w:space="0" w:color="auto"/>
                                                        <w:left w:val="none" w:sz="0" w:space="0" w:color="auto"/>
                                                        <w:bottom w:val="none" w:sz="0" w:space="0" w:color="auto"/>
                                                        <w:right w:val="none" w:sz="0" w:space="0" w:color="auto"/>
                                                      </w:divBdr>
                                                      <w:divsChild>
                                                        <w:div w:id="181444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070356">
                                              <w:marLeft w:val="0"/>
                                              <w:marRight w:val="0"/>
                                              <w:marTop w:val="0"/>
                                              <w:marBottom w:val="0"/>
                                              <w:divBdr>
                                                <w:top w:val="none" w:sz="0" w:space="0" w:color="auto"/>
                                                <w:left w:val="none" w:sz="0" w:space="0" w:color="auto"/>
                                                <w:bottom w:val="none" w:sz="0" w:space="0" w:color="auto"/>
                                                <w:right w:val="none" w:sz="0" w:space="0" w:color="auto"/>
                                              </w:divBdr>
                                              <w:divsChild>
                                                <w:div w:id="137222512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206025560">
                                      <w:marLeft w:val="0"/>
                                      <w:marRight w:val="0"/>
                                      <w:marTop w:val="0"/>
                                      <w:marBottom w:val="0"/>
                                      <w:divBdr>
                                        <w:top w:val="none" w:sz="0" w:space="0" w:color="auto"/>
                                        <w:left w:val="none" w:sz="0" w:space="0" w:color="auto"/>
                                        <w:bottom w:val="none" w:sz="0" w:space="0" w:color="auto"/>
                                        <w:right w:val="none" w:sz="0" w:space="0" w:color="auto"/>
                                      </w:divBdr>
                                      <w:divsChild>
                                        <w:div w:id="513497466">
                                          <w:marLeft w:val="0"/>
                                          <w:marRight w:val="0"/>
                                          <w:marTop w:val="0"/>
                                          <w:marBottom w:val="0"/>
                                          <w:divBdr>
                                            <w:top w:val="none" w:sz="0" w:space="0" w:color="auto"/>
                                            <w:left w:val="none" w:sz="0" w:space="0" w:color="auto"/>
                                            <w:bottom w:val="none" w:sz="0" w:space="0" w:color="auto"/>
                                            <w:right w:val="none" w:sz="0" w:space="0" w:color="auto"/>
                                          </w:divBdr>
                                          <w:divsChild>
                                            <w:div w:id="228881193">
                                              <w:marLeft w:val="0"/>
                                              <w:marRight w:val="0"/>
                                              <w:marTop w:val="0"/>
                                              <w:marBottom w:val="0"/>
                                              <w:divBdr>
                                                <w:top w:val="none" w:sz="0" w:space="0" w:color="auto"/>
                                                <w:left w:val="none" w:sz="0" w:space="0" w:color="auto"/>
                                                <w:bottom w:val="none" w:sz="0" w:space="0" w:color="auto"/>
                                                <w:right w:val="none" w:sz="0" w:space="0" w:color="auto"/>
                                              </w:divBdr>
                                              <w:divsChild>
                                                <w:div w:id="52126841">
                                                  <w:marLeft w:val="0"/>
                                                  <w:marRight w:val="0"/>
                                                  <w:marTop w:val="0"/>
                                                  <w:marBottom w:val="0"/>
                                                  <w:divBdr>
                                                    <w:top w:val="none" w:sz="0" w:space="0" w:color="auto"/>
                                                    <w:left w:val="none" w:sz="0" w:space="0" w:color="auto"/>
                                                    <w:bottom w:val="none" w:sz="0" w:space="0" w:color="auto"/>
                                                    <w:right w:val="none" w:sz="0" w:space="0" w:color="auto"/>
                                                  </w:divBdr>
                                                  <w:divsChild>
                                                    <w:div w:id="311060797">
                                                      <w:marLeft w:val="0"/>
                                                      <w:marRight w:val="0"/>
                                                      <w:marTop w:val="180"/>
                                                      <w:marBottom w:val="240"/>
                                                      <w:divBdr>
                                                        <w:top w:val="none" w:sz="0" w:space="0" w:color="auto"/>
                                                        <w:left w:val="none" w:sz="0" w:space="0" w:color="auto"/>
                                                        <w:bottom w:val="none" w:sz="0" w:space="0" w:color="auto"/>
                                                        <w:right w:val="none" w:sz="0" w:space="0" w:color="auto"/>
                                                      </w:divBdr>
                                                    </w:div>
                                                    <w:div w:id="2064526002">
                                                      <w:marLeft w:val="0"/>
                                                      <w:marRight w:val="0"/>
                                                      <w:marTop w:val="180"/>
                                                      <w:marBottom w:val="240"/>
                                                      <w:divBdr>
                                                        <w:top w:val="none" w:sz="0" w:space="0" w:color="auto"/>
                                                        <w:left w:val="none" w:sz="0" w:space="0" w:color="auto"/>
                                                        <w:bottom w:val="none" w:sz="0" w:space="0" w:color="auto"/>
                                                        <w:right w:val="none" w:sz="0" w:space="0" w:color="auto"/>
                                                      </w:divBdr>
                                                    </w:div>
                                                    <w:div w:id="2083720521">
                                                      <w:marLeft w:val="0"/>
                                                      <w:marRight w:val="0"/>
                                                      <w:marTop w:val="180"/>
                                                      <w:marBottom w:val="240"/>
                                                      <w:divBdr>
                                                        <w:top w:val="none" w:sz="0" w:space="0" w:color="auto"/>
                                                        <w:left w:val="none" w:sz="0" w:space="0" w:color="auto"/>
                                                        <w:bottom w:val="none" w:sz="0" w:space="0" w:color="auto"/>
                                                        <w:right w:val="none" w:sz="0" w:space="0" w:color="auto"/>
                                                      </w:divBdr>
                                                    </w:div>
                                                    <w:div w:id="1215039801">
                                                      <w:marLeft w:val="0"/>
                                                      <w:marRight w:val="0"/>
                                                      <w:marTop w:val="360"/>
                                                      <w:marBottom w:val="180"/>
                                                      <w:divBdr>
                                                        <w:top w:val="none" w:sz="0" w:space="0" w:color="auto"/>
                                                        <w:left w:val="none" w:sz="0" w:space="0" w:color="auto"/>
                                                        <w:bottom w:val="none" w:sz="0" w:space="0" w:color="auto"/>
                                                        <w:right w:val="none" w:sz="0" w:space="0" w:color="auto"/>
                                                      </w:divBdr>
                                                    </w:div>
                                                    <w:div w:id="1629823451">
                                                      <w:marLeft w:val="0"/>
                                                      <w:marRight w:val="0"/>
                                                      <w:marTop w:val="360"/>
                                                      <w:marBottom w:val="180"/>
                                                      <w:divBdr>
                                                        <w:top w:val="none" w:sz="0" w:space="0" w:color="auto"/>
                                                        <w:left w:val="none" w:sz="0" w:space="0" w:color="auto"/>
                                                        <w:bottom w:val="none" w:sz="0" w:space="0" w:color="auto"/>
                                                        <w:right w:val="none" w:sz="0" w:space="0" w:color="auto"/>
                                                      </w:divBdr>
                                                    </w:div>
                                                    <w:div w:id="1920821664">
                                                      <w:marLeft w:val="0"/>
                                                      <w:marRight w:val="0"/>
                                                      <w:marTop w:val="180"/>
                                                      <w:marBottom w:val="240"/>
                                                      <w:divBdr>
                                                        <w:top w:val="none" w:sz="0" w:space="0" w:color="auto"/>
                                                        <w:left w:val="none" w:sz="0" w:space="0" w:color="auto"/>
                                                        <w:bottom w:val="none" w:sz="0" w:space="0" w:color="auto"/>
                                                        <w:right w:val="none" w:sz="0" w:space="0" w:color="auto"/>
                                                      </w:divBdr>
                                                    </w:div>
                                                    <w:div w:id="1023287421">
                                                      <w:marLeft w:val="0"/>
                                                      <w:marRight w:val="0"/>
                                                      <w:marTop w:val="360"/>
                                                      <w:marBottom w:val="180"/>
                                                      <w:divBdr>
                                                        <w:top w:val="none" w:sz="0" w:space="0" w:color="auto"/>
                                                        <w:left w:val="none" w:sz="0" w:space="0" w:color="auto"/>
                                                        <w:bottom w:val="none" w:sz="0" w:space="0" w:color="auto"/>
                                                        <w:right w:val="none" w:sz="0" w:space="0" w:color="auto"/>
                                                      </w:divBdr>
                                                    </w:div>
                                                    <w:div w:id="1606040867">
                                                      <w:marLeft w:val="0"/>
                                                      <w:marRight w:val="0"/>
                                                      <w:marTop w:val="360"/>
                                                      <w:marBottom w:val="180"/>
                                                      <w:divBdr>
                                                        <w:top w:val="none" w:sz="0" w:space="0" w:color="auto"/>
                                                        <w:left w:val="none" w:sz="0" w:space="0" w:color="auto"/>
                                                        <w:bottom w:val="none" w:sz="0" w:space="0" w:color="auto"/>
                                                        <w:right w:val="none" w:sz="0" w:space="0" w:color="auto"/>
                                                      </w:divBdr>
                                                    </w:div>
                                                    <w:div w:id="340276073">
                                                      <w:marLeft w:val="0"/>
                                                      <w:marRight w:val="0"/>
                                                      <w:marTop w:val="180"/>
                                                      <w:marBottom w:val="240"/>
                                                      <w:divBdr>
                                                        <w:top w:val="none" w:sz="0" w:space="0" w:color="auto"/>
                                                        <w:left w:val="none" w:sz="0" w:space="0" w:color="auto"/>
                                                        <w:bottom w:val="none" w:sz="0" w:space="0" w:color="auto"/>
                                                        <w:right w:val="none" w:sz="0" w:space="0" w:color="auto"/>
                                                      </w:divBdr>
                                                    </w:div>
                                                    <w:div w:id="1606572903">
                                                      <w:marLeft w:val="0"/>
                                                      <w:marRight w:val="0"/>
                                                      <w:marTop w:val="360"/>
                                                      <w:marBottom w:val="180"/>
                                                      <w:divBdr>
                                                        <w:top w:val="none" w:sz="0" w:space="0" w:color="auto"/>
                                                        <w:left w:val="none" w:sz="0" w:space="0" w:color="auto"/>
                                                        <w:bottom w:val="none" w:sz="0" w:space="0" w:color="auto"/>
                                                        <w:right w:val="none" w:sz="0" w:space="0" w:color="auto"/>
                                                      </w:divBdr>
                                                    </w:div>
                                                    <w:div w:id="611136373">
                                                      <w:marLeft w:val="0"/>
                                                      <w:marRight w:val="0"/>
                                                      <w:marTop w:val="180"/>
                                                      <w:marBottom w:val="240"/>
                                                      <w:divBdr>
                                                        <w:top w:val="none" w:sz="0" w:space="0" w:color="auto"/>
                                                        <w:left w:val="none" w:sz="0" w:space="0" w:color="auto"/>
                                                        <w:bottom w:val="none" w:sz="0" w:space="0" w:color="auto"/>
                                                        <w:right w:val="none" w:sz="0" w:space="0" w:color="auto"/>
                                                      </w:divBdr>
                                                    </w:div>
                                                    <w:div w:id="1155338061">
                                                      <w:marLeft w:val="0"/>
                                                      <w:marRight w:val="0"/>
                                                      <w:marTop w:val="60"/>
                                                      <w:marBottom w:val="180"/>
                                                      <w:divBdr>
                                                        <w:top w:val="none" w:sz="0" w:space="0" w:color="auto"/>
                                                        <w:left w:val="none" w:sz="0" w:space="0" w:color="auto"/>
                                                        <w:bottom w:val="none" w:sz="0" w:space="0" w:color="auto"/>
                                                        <w:right w:val="none" w:sz="0" w:space="0" w:color="auto"/>
                                                      </w:divBdr>
                                                    </w:div>
                                                    <w:div w:id="36584527">
                                                      <w:marLeft w:val="0"/>
                                                      <w:marRight w:val="0"/>
                                                      <w:marTop w:val="360"/>
                                                      <w:marBottom w:val="180"/>
                                                      <w:divBdr>
                                                        <w:top w:val="none" w:sz="0" w:space="0" w:color="auto"/>
                                                        <w:left w:val="none" w:sz="0" w:space="0" w:color="auto"/>
                                                        <w:bottom w:val="none" w:sz="0" w:space="0" w:color="auto"/>
                                                        <w:right w:val="none" w:sz="0" w:space="0" w:color="auto"/>
                                                      </w:divBdr>
                                                    </w:div>
                                                    <w:div w:id="964583440">
                                                      <w:marLeft w:val="0"/>
                                                      <w:marRight w:val="0"/>
                                                      <w:marTop w:val="180"/>
                                                      <w:marBottom w:val="240"/>
                                                      <w:divBdr>
                                                        <w:top w:val="none" w:sz="0" w:space="0" w:color="auto"/>
                                                        <w:left w:val="none" w:sz="0" w:space="0" w:color="auto"/>
                                                        <w:bottom w:val="none" w:sz="0" w:space="0" w:color="auto"/>
                                                        <w:right w:val="none" w:sz="0" w:space="0" w:color="auto"/>
                                                      </w:divBdr>
                                                    </w:div>
                                                    <w:div w:id="212040213">
                                                      <w:marLeft w:val="0"/>
                                                      <w:marRight w:val="0"/>
                                                      <w:marTop w:val="60"/>
                                                      <w:marBottom w:val="180"/>
                                                      <w:divBdr>
                                                        <w:top w:val="none" w:sz="0" w:space="0" w:color="auto"/>
                                                        <w:left w:val="none" w:sz="0" w:space="0" w:color="auto"/>
                                                        <w:bottom w:val="none" w:sz="0" w:space="0" w:color="auto"/>
                                                        <w:right w:val="none" w:sz="0" w:space="0" w:color="auto"/>
                                                      </w:divBdr>
                                                    </w:div>
                                                    <w:div w:id="686101275">
                                                      <w:marLeft w:val="0"/>
                                                      <w:marRight w:val="0"/>
                                                      <w:marTop w:val="360"/>
                                                      <w:marBottom w:val="180"/>
                                                      <w:divBdr>
                                                        <w:top w:val="none" w:sz="0" w:space="0" w:color="auto"/>
                                                        <w:left w:val="none" w:sz="0" w:space="0" w:color="auto"/>
                                                        <w:bottom w:val="none" w:sz="0" w:space="0" w:color="auto"/>
                                                        <w:right w:val="none" w:sz="0" w:space="0" w:color="auto"/>
                                                      </w:divBdr>
                                                    </w:div>
                                                    <w:div w:id="2051227772">
                                                      <w:marLeft w:val="0"/>
                                                      <w:marRight w:val="0"/>
                                                      <w:marTop w:val="180"/>
                                                      <w:marBottom w:val="240"/>
                                                      <w:divBdr>
                                                        <w:top w:val="none" w:sz="0" w:space="0" w:color="auto"/>
                                                        <w:left w:val="none" w:sz="0" w:space="0" w:color="auto"/>
                                                        <w:bottom w:val="none" w:sz="0" w:space="0" w:color="auto"/>
                                                        <w:right w:val="none" w:sz="0" w:space="0" w:color="auto"/>
                                                      </w:divBdr>
                                                    </w:div>
                                                    <w:div w:id="1731227318">
                                                      <w:marLeft w:val="0"/>
                                                      <w:marRight w:val="0"/>
                                                      <w:marTop w:val="360"/>
                                                      <w:marBottom w:val="180"/>
                                                      <w:divBdr>
                                                        <w:top w:val="none" w:sz="0" w:space="0" w:color="auto"/>
                                                        <w:left w:val="none" w:sz="0" w:space="0" w:color="auto"/>
                                                        <w:bottom w:val="none" w:sz="0" w:space="0" w:color="auto"/>
                                                        <w:right w:val="none" w:sz="0" w:space="0" w:color="auto"/>
                                                      </w:divBdr>
                                                    </w:div>
                                                    <w:div w:id="1381125611">
                                                      <w:marLeft w:val="0"/>
                                                      <w:marRight w:val="0"/>
                                                      <w:marTop w:val="180"/>
                                                      <w:marBottom w:val="240"/>
                                                      <w:divBdr>
                                                        <w:top w:val="none" w:sz="0" w:space="0" w:color="auto"/>
                                                        <w:left w:val="none" w:sz="0" w:space="0" w:color="auto"/>
                                                        <w:bottom w:val="none" w:sz="0" w:space="0" w:color="auto"/>
                                                        <w:right w:val="none" w:sz="0" w:space="0" w:color="auto"/>
                                                      </w:divBdr>
                                                    </w:div>
                                                    <w:div w:id="1056244827">
                                                      <w:marLeft w:val="0"/>
                                                      <w:marRight w:val="0"/>
                                                      <w:marTop w:val="180"/>
                                                      <w:marBottom w:val="240"/>
                                                      <w:divBdr>
                                                        <w:top w:val="none" w:sz="0" w:space="0" w:color="auto"/>
                                                        <w:left w:val="none" w:sz="0" w:space="0" w:color="auto"/>
                                                        <w:bottom w:val="none" w:sz="0" w:space="0" w:color="auto"/>
                                                        <w:right w:val="none" w:sz="0" w:space="0" w:color="auto"/>
                                                      </w:divBdr>
                                                    </w:div>
                                                    <w:div w:id="773597883">
                                                      <w:marLeft w:val="0"/>
                                                      <w:marRight w:val="0"/>
                                                      <w:marTop w:val="180"/>
                                                      <w:marBottom w:val="240"/>
                                                      <w:divBdr>
                                                        <w:top w:val="none" w:sz="0" w:space="0" w:color="auto"/>
                                                        <w:left w:val="none" w:sz="0" w:space="0" w:color="auto"/>
                                                        <w:bottom w:val="none" w:sz="0" w:space="0" w:color="auto"/>
                                                        <w:right w:val="none" w:sz="0" w:space="0" w:color="auto"/>
                                                      </w:divBdr>
                                                    </w:div>
                                                    <w:div w:id="142229163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532769385">
                                  <w:marLeft w:val="0"/>
                                  <w:marRight w:val="0"/>
                                  <w:marTop w:val="450"/>
                                  <w:marBottom w:val="0"/>
                                  <w:divBdr>
                                    <w:top w:val="none" w:sz="0" w:space="0" w:color="auto"/>
                                    <w:left w:val="none" w:sz="0" w:space="0" w:color="auto"/>
                                    <w:bottom w:val="none" w:sz="0" w:space="0" w:color="auto"/>
                                    <w:right w:val="none" w:sz="0" w:space="0" w:color="auto"/>
                                  </w:divBdr>
                                  <w:divsChild>
                                    <w:div w:id="1998536762">
                                      <w:marLeft w:val="0"/>
                                      <w:marRight w:val="0"/>
                                      <w:marTop w:val="0"/>
                                      <w:marBottom w:val="0"/>
                                      <w:divBdr>
                                        <w:top w:val="none" w:sz="0" w:space="0" w:color="auto"/>
                                        <w:left w:val="none" w:sz="0" w:space="0" w:color="auto"/>
                                        <w:bottom w:val="none" w:sz="0" w:space="0" w:color="auto"/>
                                        <w:right w:val="none" w:sz="0" w:space="0" w:color="auto"/>
                                      </w:divBdr>
                                      <w:divsChild>
                                        <w:div w:id="1184126925">
                                          <w:marLeft w:val="0"/>
                                          <w:marRight w:val="0"/>
                                          <w:marTop w:val="0"/>
                                          <w:marBottom w:val="0"/>
                                          <w:divBdr>
                                            <w:top w:val="none" w:sz="0" w:space="0" w:color="auto"/>
                                            <w:left w:val="none" w:sz="0" w:space="0" w:color="auto"/>
                                            <w:bottom w:val="none" w:sz="0" w:space="0" w:color="auto"/>
                                            <w:right w:val="none" w:sz="0" w:space="0" w:color="auto"/>
                                          </w:divBdr>
                                          <w:divsChild>
                                            <w:div w:id="840705101">
                                              <w:marLeft w:val="0"/>
                                              <w:marRight w:val="1340"/>
                                              <w:marTop w:val="0"/>
                                              <w:marBottom w:val="0"/>
                                              <w:divBdr>
                                                <w:top w:val="none" w:sz="0" w:space="0" w:color="auto"/>
                                                <w:left w:val="none" w:sz="0" w:space="0" w:color="auto"/>
                                                <w:bottom w:val="none" w:sz="0" w:space="0" w:color="auto"/>
                                                <w:right w:val="none" w:sz="0" w:space="0" w:color="auto"/>
                                              </w:divBdr>
                                              <w:divsChild>
                                                <w:div w:id="1911231464">
                                                  <w:marLeft w:val="0"/>
                                                  <w:marRight w:val="0"/>
                                                  <w:marTop w:val="0"/>
                                                  <w:marBottom w:val="0"/>
                                                  <w:divBdr>
                                                    <w:top w:val="none" w:sz="0" w:space="0" w:color="auto"/>
                                                    <w:left w:val="none" w:sz="0" w:space="0" w:color="auto"/>
                                                    <w:bottom w:val="none" w:sz="0" w:space="0" w:color="auto"/>
                                                    <w:right w:val="none" w:sz="0" w:space="0" w:color="auto"/>
                                                  </w:divBdr>
                                                  <w:divsChild>
                                                    <w:div w:id="2040541444">
                                                      <w:marLeft w:val="0"/>
                                                      <w:marRight w:val="0"/>
                                                      <w:marTop w:val="0"/>
                                                      <w:marBottom w:val="0"/>
                                                      <w:divBdr>
                                                        <w:top w:val="none" w:sz="0" w:space="0" w:color="auto"/>
                                                        <w:left w:val="none" w:sz="0" w:space="0" w:color="auto"/>
                                                        <w:bottom w:val="none" w:sz="0" w:space="0" w:color="auto"/>
                                                        <w:right w:val="none" w:sz="0" w:space="0" w:color="auto"/>
                                                      </w:divBdr>
                                                      <w:divsChild>
                                                        <w:div w:id="1745447653">
                                                          <w:marLeft w:val="0"/>
                                                          <w:marRight w:val="0"/>
                                                          <w:marTop w:val="0"/>
                                                          <w:marBottom w:val="0"/>
                                                          <w:divBdr>
                                                            <w:top w:val="none" w:sz="0" w:space="0" w:color="auto"/>
                                                            <w:left w:val="none" w:sz="0" w:space="0" w:color="auto"/>
                                                            <w:bottom w:val="none" w:sz="0" w:space="0" w:color="auto"/>
                                                            <w:right w:val="none" w:sz="0" w:space="0" w:color="auto"/>
                                                          </w:divBdr>
                                                          <w:divsChild>
                                                            <w:div w:id="751657056">
                                                              <w:marLeft w:val="0"/>
                                                              <w:marRight w:val="0"/>
                                                              <w:marTop w:val="0"/>
                                                              <w:marBottom w:val="0"/>
                                                              <w:divBdr>
                                                                <w:top w:val="none" w:sz="0" w:space="0" w:color="auto"/>
                                                                <w:left w:val="none" w:sz="0" w:space="0" w:color="auto"/>
                                                                <w:bottom w:val="none" w:sz="0" w:space="0" w:color="auto"/>
                                                                <w:right w:val="none" w:sz="0" w:space="0" w:color="auto"/>
                                                              </w:divBdr>
                                                              <w:divsChild>
                                                                <w:div w:id="108969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0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028775">
                                              <w:marLeft w:val="0"/>
                                              <w:marRight w:val="0"/>
                                              <w:marTop w:val="0"/>
                                              <w:marBottom w:val="0"/>
                                              <w:divBdr>
                                                <w:top w:val="none" w:sz="0" w:space="0" w:color="auto"/>
                                                <w:left w:val="none" w:sz="0" w:space="0" w:color="auto"/>
                                                <w:bottom w:val="none" w:sz="0" w:space="0" w:color="auto"/>
                                                <w:right w:val="none" w:sz="0" w:space="0" w:color="auto"/>
                                              </w:divBdr>
                                              <w:divsChild>
                                                <w:div w:id="99688417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292636389">
                                      <w:marLeft w:val="0"/>
                                      <w:marRight w:val="0"/>
                                      <w:marTop w:val="0"/>
                                      <w:marBottom w:val="0"/>
                                      <w:divBdr>
                                        <w:top w:val="none" w:sz="0" w:space="0" w:color="auto"/>
                                        <w:left w:val="none" w:sz="0" w:space="0" w:color="auto"/>
                                        <w:bottom w:val="none" w:sz="0" w:space="0" w:color="auto"/>
                                        <w:right w:val="none" w:sz="0" w:space="0" w:color="auto"/>
                                      </w:divBdr>
                                      <w:divsChild>
                                        <w:div w:id="1789277807">
                                          <w:marLeft w:val="0"/>
                                          <w:marRight w:val="0"/>
                                          <w:marTop w:val="0"/>
                                          <w:marBottom w:val="0"/>
                                          <w:divBdr>
                                            <w:top w:val="none" w:sz="0" w:space="0" w:color="auto"/>
                                            <w:left w:val="none" w:sz="0" w:space="0" w:color="auto"/>
                                            <w:bottom w:val="none" w:sz="0" w:space="0" w:color="auto"/>
                                            <w:right w:val="none" w:sz="0" w:space="0" w:color="auto"/>
                                          </w:divBdr>
                                          <w:divsChild>
                                            <w:div w:id="1461414045">
                                              <w:marLeft w:val="0"/>
                                              <w:marRight w:val="0"/>
                                              <w:marTop w:val="0"/>
                                              <w:marBottom w:val="0"/>
                                              <w:divBdr>
                                                <w:top w:val="none" w:sz="0" w:space="0" w:color="auto"/>
                                                <w:left w:val="none" w:sz="0" w:space="0" w:color="auto"/>
                                                <w:bottom w:val="none" w:sz="0" w:space="0" w:color="auto"/>
                                                <w:right w:val="none" w:sz="0" w:space="0" w:color="auto"/>
                                              </w:divBdr>
                                              <w:divsChild>
                                                <w:div w:id="1208107809">
                                                  <w:marLeft w:val="0"/>
                                                  <w:marRight w:val="0"/>
                                                  <w:marTop w:val="0"/>
                                                  <w:marBottom w:val="0"/>
                                                  <w:divBdr>
                                                    <w:top w:val="none" w:sz="0" w:space="0" w:color="auto"/>
                                                    <w:left w:val="none" w:sz="0" w:space="0" w:color="auto"/>
                                                    <w:bottom w:val="none" w:sz="0" w:space="0" w:color="auto"/>
                                                    <w:right w:val="none" w:sz="0" w:space="0" w:color="auto"/>
                                                  </w:divBdr>
                                                  <w:divsChild>
                                                    <w:div w:id="2091199192">
                                                      <w:marLeft w:val="0"/>
                                                      <w:marRight w:val="0"/>
                                                      <w:marTop w:val="180"/>
                                                      <w:marBottom w:val="240"/>
                                                      <w:divBdr>
                                                        <w:top w:val="none" w:sz="0" w:space="0" w:color="auto"/>
                                                        <w:left w:val="none" w:sz="0" w:space="0" w:color="auto"/>
                                                        <w:bottom w:val="none" w:sz="0" w:space="0" w:color="auto"/>
                                                        <w:right w:val="none" w:sz="0" w:space="0" w:color="auto"/>
                                                      </w:divBdr>
                                                    </w:div>
                                                    <w:div w:id="1116751434">
                                                      <w:marLeft w:val="0"/>
                                                      <w:marRight w:val="0"/>
                                                      <w:marTop w:val="180"/>
                                                      <w:marBottom w:val="240"/>
                                                      <w:divBdr>
                                                        <w:top w:val="none" w:sz="0" w:space="0" w:color="auto"/>
                                                        <w:left w:val="none" w:sz="0" w:space="0" w:color="auto"/>
                                                        <w:bottom w:val="none" w:sz="0" w:space="0" w:color="auto"/>
                                                        <w:right w:val="none" w:sz="0" w:space="0" w:color="auto"/>
                                                      </w:divBdr>
                                                    </w:div>
                                                    <w:div w:id="755784049">
                                                      <w:marLeft w:val="0"/>
                                                      <w:marRight w:val="0"/>
                                                      <w:marTop w:val="360"/>
                                                      <w:marBottom w:val="180"/>
                                                      <w:divBdr>
                                                        <w:top w:val="none" w:sz="0" w:space="0" w:color="auto"/>
                                                        <w:left w:val="none" w:sz="0" w:space="0" w:color="auto"/>
                                                        <w:bottom w:val="none" w:sz="0" w:space="0" w:color="auto"/>
                                                        <w:right w:val="none" w:sz="0" w:space="0" w:color="auto"/>
                                                      </w:divBdr>
                                                    </w:div>
                                                    <w:div w:id="1640770286">
                                                      <w:marLeft w:val="0"/>
                                                      <w:marRight w:val="0"/>
                                                      <w:marTop w:val="360"/>
                                                      <w:marBottom w:val="180"/>
                                                      <w:divBdr>
                                                        <w:top w:val="none" w:sz="0" w:space="0" w:color="auto"/>
                                                        <w:left w:val="none" w:sz="0" w:space="0" w:color="auto"/>
                                                        <w:bottom w:val="none" w:sz="0" w:space="0" w:color="auto"/>
                                                        <w:right w:val="none" w:sz="0" w:space="0" w:color="auto"/>
                                                      </w:divBdr>
                                                    </w:div>
                                                    <w:div w:id="294678974">
                                                      <w:marLeft w:val="0"/>
                                                      <w:marRight w:val="0"/>
                                                      <w:marTop w:val="180"/>
                                                      <w:marBottom w:val="240"/>
                                                      <w:divBdr>
                                                        <w:top w:val="none" w:sz="0" w:space="0" w:color="auto"/>
                                                        <w:left w:val="none" w:sz="0" w:space="0" w:color="auto"/>
                                                        <w:bottom w:val="none" w:sz="0" w:space="0" w:color="auto"/>
                                                        <w:right w:val="none" w:sz="0" w:space="0" w:color="auto"/>
                                                      </w:divBdr>
                                                    </w:div>
                                                    <w:div w:id="500236296">
                                                      <w:marLeft w:val="0"/>
                                                      <w:marRight w:val="0"/>
                                                      <w:marTop w:val="180"/>
                                                      <w:marBottom w:val="240"/>
                                                      <w:divBdr>
                                                        <w:top w:val="none" w:sz="0" w:space="0" w:color="auto"/>
                                                        <w:left w:val="none" w:sz="0" w:space="0" w:color="auto"/>
                                                        <w:bottom w:val="none" w:sz="0" w:space="0" w:color="auto"/>
                                                        <w:right w:val="none" w:sz="0" w:space="0" w:color="auto"/>
                                                      </w:divBdr>
                                                    </w:div>
                                                    <w:div w:id="1076782826">
                                                      <w:marLeft w:val="0"/>
                                                      <w:marRight w:val="0"/>
                                                      <w:marTop w:val="360"/>
                                                      <w:marBottom w:val="180"/>
                                                      <w:divBdr>
                                                        <w:top w:val="none" w:sz="0" w:space="0" w:color="auto"/>
                                                        <w:left w:val="none" w:sz="0" w:space="0" w:color="auto"/>
                                                        <w:bottom w:val="none" w:sz="0" w:space="0" w:color="auto"/>
                                                        <w:right w:val="none" w:sz="0" w:space="0" w:color="auto"/>
                                                      </w:divBdr>
                                                    </w:div>
                                                    <w:div w:id="201477115">
                                                      <w:marLeft w:val="0"/>
                                                      <w:marRight w:val="0"/>
                                                      <w:marTop w:val="360"/>
                                                      <w:marBottom w:val="180"/>
                                                      <w:divBdr>
                                                        <w:top w:val="none" w:sz="0" w:space="0" w:color="auto"/>
                                                        <w:left w:val="none" w:sz="0" w:space="0" w:color="auto"/>
                                                        <w:bottom w:val="none" w:sz="0" w:space="0" w:color="auto"/>
                                                        <w:right w:val="none" w:sz="0" w:space="0" w:color="auto"/>
                                                      </w:divBdr>
                                                    </w:div>
                                                    <w:div w:id="1953593066">
                                                      <w:marLeft w:val="0"/>
                                                      <w:marRight w:val="0"/>
                                                      <w:marTop w:val="180"/>
                                                      <w:marBottom w:val="240"/>
                                                      <w:divBdr>
                                                        <w:top w:val="none" w:sz="0" w:space="0" w:color="auto"/>
                                                        <w:left w:val="none" w:sz="0" w:space="0" w:color="auto"/>
                                                        <w:bottom w:val="none" w:sz="0" w:space="0" w:color="auto"/>
                                                        <w:right w:val="none" w:sz="0" w:space="0" w:color="auto"/>
                                                      </w:divBdr>
                                                    </w:div>
                                                    <w:div w:id="682635352">
                                                      <w:marLeft w:val="0"/>
                                                      <w:marRight w:val="0"/>
                                                      <w:marTop w:val="360"/>
                                                      <w:marBottom w:val="180"/>
                                                      <w:divBdr>
                                                        <w:top w:val="none" w:sz="0" w:space="0" w:color="auto"/>
                                                        <w:left w:val="none" w:sz="0" w:space="0" w:color="auto"/>
                                                        <w:bottom w:val="none" w:sz="0" w:space="0" w:color="auto"/>
                                                        <w:right w:val="none" w:sz="0" w:space="0" w:color="auto"/>
                                                      </w:divBdr>
                                                    </w:div>
                                                    <w:div w:id="1018039730">
                                                      <w:marLeft w:val="0"/>
                                                      <w:marRight w:val="0"/>
                                                      <w:marTop w:val="180"/>
                                                      <w:marBottom w:val="240"/>
                                                      <w:divBdr>
                                                        <w:top w:val="none" w:sz="0" w:space="0" w:color="auto"/>
                                                        <w:left w:val="none" w:sz="0" w:space="0" w:color="auto"/>
                                                        <w:bottom w:val="none" w:sz="0" w:space="0" w:color="auto"/>
                                                        <w:right w:val="none" w:sz="0" w:space="0" w:color="auto"/>
                                                      </w:divBdr>
                                                    </w:div>
                                                    <w:div w:id="1744911753">
                                                      <w:marLeft w:val="0"/>
                                                      <w:marRight w:val="0"/>
                                                      <w:marTop w:val="60"/>
                                                      <w:marBottom w:val="180"/>
                                                      <w:divBdr>
                                                        <w:top w:val="none" w:sz="0" w:space="0" w:color="auto"/>
                                                        <w:left w:val="none" w:sz="0" w:space="0" w:color="auto"/>
                                                        <w:bottom w:val="none" w:sz="0" w:space="0" w:color="auto"/>
                                                        <w:right w:val="none" w:sz="0" w:space="0" w:color="auto"/>
                                                      </w:divBdr>
                                                    </w:div>
                                                    <w:div w:id="1244947442">
                                                      <w:marLeft w:val="0"/>
                                                      <w:marRight w:val="0"/>
                                                      <w:marTop w:val="360"/>
                                                      <w:marBottom w:val="180"/>
                                                      <w:divBdr>
                                                        <w:top w:val="none" w:sz="0" w:space="0" w:color="auto"/>
                                                        <w:left w:val="none" w:sz="0" w:space="0" w:color="auto"/>
                                                        <w:bottom w:val="none" w:sz="0" w:space="0" w:color="auto"/>
                                                        <w:right w:val="none" w:sz="0" w:space="0" w:color="auto"/>
                                                      </w:divBdr>
                                                    </w:div>
                                                    <w:div w:id="1789667190">
                                                      <w:marLeft w:val="0"/>
                                                      <w:marRight w:val="0"/>
                                                      <w:marTop w:val="180"/>
                                                      <w:marBottom w:val="240"/>
                                                      <w:divBdr>
                                                        <w:top w:val="none" w:sz="0" w:space="0" w:color="auto"/>
                                                        <w:left w:val="none" w:sz="0" w:space="0" w:color="auto"/>
                                                        <w:bottom w:val="none" w:sz="0" w:space="0" w:color="auto"/>
                                                        <w:right w:val="none" w:sz="0" w:space="0" w:color="auto"/>
                                                      </w:divBdr>
                                                    </w:div>
                                                    <w:div w:id="176579921">
                                                      <w:marLeft w:val="0"/>
                                                      <w:marRight w:val="0"/>
                                                      <w:marTop w:val="60"/>
                                                      <w:marBottom w:val="180"/>
                                                      <w:divBdr>
                                                        <w:top w:val="none" w:sz="0" w:space="0" w:color="auto"/>
                                                        <w:left w:val="none" w:sz="0" w:space="0" w:color="auto"/>
                                                        <w:bottom w:val="none" w:sz="0" w:space="0" w:color="auto"/>
                                                        <w:right w:val="none" w:sz="0" w:space="0" w:color="auto"/>
                                                      </w:divBdr>
                                                    </w:div>
                                                    <w:div w:id="1897203758">
                                                      <w:marLeft w:val="0"/>
                                                      <w:marRight w:val="0"/>
                                                      <w:marTop w:val="360"/>
                                                      <w:marBottom w:val="180"/>
                                                      <w:divBdr>
                                                        <w:top w:val="none" w:sz="0" w:space="0" w:color="auto"/>
                                                        <w:left w:val="none" w:sz="0" w:space="0" w:color="auto"/>
                                                        <w:bottom w:val="none" w:sz="0" w:space="0" w:color="auto"/>
                                                        <w:right w:val="none" w:sz="0" w:space="0" w:color="auto"/>
                                                      </w:divBdr>
                                                    </w:div>
                                                    <w:div w:id="1642227191">
                                                      <w:marLeft w:val="0"/>
                                                      <w:marRight w:val="0"/>
                                                      <w:marTop w:val="180"/>
                                                      <w:marBottom w:val="240"/>
                                                      <w:divBdr>
                                                        <w:top w:val="none" w:sz="0" w:space="0" w:color="auto"/>
                                                        <w:left w:val="none" w:sz="0" w:space="0" w:color="auto"/>
                                                        <w:bottom w:val="none" w:sz="0" w:space="0" w:color="auto"/>
                                                        <w:right w:val="none" w:sz="0" w:space="0" w:color="auto"/>
                                                      </w:divBdr>
                                                    </w:div>
                                                    <w:div w:id="1392996727">
                                                      <w:marLeft w:val="0"/>
                                                      <w:marRight w:val="0"/>
                                                      <w:marTop w:val="180"/>
                                                      <w:marBottom w:val="240"/>
                                                      <w:divBdr>
                                                        <w:top w:val="none" w:sz="0" w:space="0" w:color="auto"/>
                                                        <w:left w:val="none" w:sz="0" w:space="0" w:color="auto"/>
                                                        <w:bottom w:val="none" w:sz="0" w:space="0" w:color="auto"/>
                                                        <w:right w:val="none" w:sz="0" w:space="0" w:color="auto"/>
                                                      </w:divBdr>
                                                    </w:div>
                                                    <w:div w:id="27093496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78856138">
              <w:marLeft w:val="0"/>
              <w:marRight w:val="0"/>
              <w:marTop w:val="360"/>
              <w:marBottom w:val="0"/>
              <w:divBdr>
                <w:top w:val="none" w:sz="0" w:space="0" w:color="auto"/>
                <w:left w:val="none" w:sz="0" w:space="0" w:color="auto"/>
                <w:bottom w:val="none" w:sz="0" w:space="0" w:color="auto"/>
                <w:right w:val="none" w:sz="0" w:space="0" w:color="auto"/>
              </w:divBdr>
              <w:divsChild>
                <w:div w:id="1933318911">
                  <w:marLeft w:val="0"/>
                  <w:marRight w:val="0"/>
                  <w:marTop w:val="0"/>
                  <w:marBottom w:val="0"/>
                  <w:divBdr>
                    <w:top w:val="none" w:sz="0" w:space="0" w:color="auto"/>
                    <w:left w:val="none" w:sz="0" w:space="0" w:color="auto"/>
                    <w:bottom w:val="none" w:sz="0" w:space="0" w:color="auto"/>
                    <w:right w:val="none" w:sz="0" w:space="0" w:color="auto"/>
                  </w:divBdr>
                  <w:divsChild>
                    <w:div w:id="1717702827">
                      <w:marLeft w:val="0"/>
                      <w:marRight w:val="0"/>
                      <w:marTop w:val="0"/>
                      <w:marBottom w:val="0"/>
                      <w:divBdr>
                        <w:top w:val="none" w:sz="0" w:space="0" w:color="auto"/>
                        <w:left w:val="none" w:sz="0" w:space="0" w:color="auto"/>
                        <w:bottom w:val="none" w:sz="0" w:space="0" w:color="auto"/>
                        <w:right w:val="none" w:sz="0" w:space="0" w:color="auto"/>
                      </w:divBdr>
                      <w:divsChild>
                        <w:div w:id="1576894019">
                          <w:marLeft w:val="0"/>
                          <w:marRight w:val="0"/>
                          <w:marTop w:val="0"/>
                          <w:marBottom w:val="0"/>
                          <w:divBdr>
                            <w:top w:val="none" w:sz="0" w:space="0" w:color="auto"/>
                            <w:left w:val="none" w:sz="0" w:space="0" w:color="auto"/>
                            <w:bottom w:val="none" w:sz="0" w:space="0" w:color="auto"/>
                            <w:right w:val="none" w:sz="0" w:space="0" w:color="auto"/>
                          </w:divBdr>
                          <w:divsChild>
                            <w:div w:id="1467971468">
                              <w:marLeft w:val="0"/>
                              <w:marRight w:val="0"/>
                              <w:marTop w:val="0"/>
                              <w:marBottom w:val="0"/>
                              <w:divBdr>
                                <w:top w:val="none" w:sz="0" w:space="0" w:color="auto"/>
                                <w:left w:val="none" w:sz="0" w:space="0" w:color="auto"/>
                                <w:bottom w:val="none" w:sz="0" w:space="0" w:color="auto"/>
                                <w:right w:val="none" w:sz="0" w:space="0" w:color="auto"/>
                              </w:divBdr>
                              <w:divsChild>
                                <w:div w:id="415908661">
                                  <w:marLeft w:val="0"/>
                                  <w:marRight w:val="246"/>
                                  <w:marTop w:val="0"/>
                                  <w:marBottom w:val="0"/>
                                  <w:divBdr>
                                    <w:top w:val="none" w:sz="0" w:space="0" w:color="auto"/>
                                    <w:left w:val="none" w:sz="0" w:space="0" w:color="auto"/>
                                    <w:bottom w:val="none" w:sz="0" w:space="0" w:color="auto"/>
                                    <w:right w:val="none" w:sz="0" w:space="0" w:color="auto"/>
                                  </w:divBdr>
                                  <w:divsChild>
                                    <w:div w:id="1544513894">
                                      <w:marLeft w:val="0"/>
                                      <w:marRight w:val="0"/>
                                      <w:marTop w:val="0"/>
                                      <w:marBottom w:val="0"/>
                                      <w:divBdr>
                                        <w:top w:val="none" w:sz="0" w:space="0" w:color="auto"/>
                                        <w:left w:val="none" w:sz="0" w:space="0" w:color="auto"/>
                                        <w:bottom w:val="none" w:sz="0" w:space="0" w:color="auto"/>
                                        <w:right w:val="none" w:sz="0" w:space="0" w:color="auto"/>
                                      </w:divBdr>
                                      <w:divsChild>
                                        <w:div w:id="83961210">
                                          <w:marLeft w:val="0"/>
                                          <w:marRight w:val="0"/>
                                          <w:marTop w:val="0"/>
                                          <w:marBottom w:val="0"/>
                                          <w:divBdr>
                                            <w:top w:val="none" w:sz="0" w:space="0" w:color="auto"/>
                                            <w:left w:val="none" w:sz="0" w:space="0" w:color="auto"/>
                                            <w:bottom w:val="none" w:sz="0" w:space="0" w:color="auto"/>
                                            <w:right w:val="none" w:sz="0" w:space="0" w:color="auto"/>
                                          </w:divBdr>
                                          <w:divsChild>
                                            <w:div w:id="766927990">
                                              <w:marLeft w:val="0"/>
                                              <w:marRight w:val="0"/>
                                              <w:marTop w:val="0"/>
                                              <w:marBottom w:val="0"/>
                                              <w:divBdr>
                                                <w:top w:val="none" w:sz="0" w:space="0" w:color="auto"/>
                                                <w:left w:val="none" w:sz="0" w:space="0" w:color="auto"/>
                                                <w:bottom w:val="none" w:sz="0" w:space="0" w:color="auto"/>
                                                <w:right w:val="none" w:sz="0" w:space="0" w:color="auto"/>
                                              </w:divBdr>
                                              <w:divsChild>
                                                <w:div w:id="708409934">
                                                  <w:marLeft w:val="0"/>
                                                  <w:marRight w:val="0"/>
                                                  <w:marTop w:val="0"/>
                                                  <w:marBottom w:val="0"/>
                                                  <w:divBdr>
                                                    <w:top w:val="none" w:sz="0" w:space="0" w:color="auto"/>
                                                    <w:left w:val="none" w:sz="0" w:space="0" w:color="auto"/>
                                                    <w:bottom w:val="none" w:sz="0" w:space="0" w:color="auto"/>
                                                    <w:right w:val="none" w:sz="0" w:space="0" w:color="auto"/>
                                                  </w:divBdr>
                                                  <w:divsChild>
                                                    <w:div w:id="89308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60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4297011">
                          <w:marLeft w:val="0"/>
                          <w:marRight w:val="0"/>
                          <w:marTop w:val="0"/>
                          <w:marBottom w:val="0"/>
                          <w:divBdr>
                            <w:top w:val="none" w:sz="0" w:space="0" w:color="auto"/>
                            <w:left w:val="none" w:sz="0" w:space="0" w:color="auto"/>
                            <w:bottom w:val="none" w:sz="0" w:space="0" w:color="auto"/>
                            <w:right w:val="none" w:sz="0" w:space="0" w:color="auto"/>
                          </w:divBdr>
                          <w:divsChild>
                            <w:div w:id="595021362">
                              <w:marLeft w:val="0"/>
                              <w:marRight w:val="0"/>
                              <w:marTop w:val="0"/>
                              <w:marBottom w:val="0"/>
                              <w:divBdr>
                                <w:top w:val="none" w:sz="0" w:space="0" w:color="auto"/>
                                <w:left w:val="none" w:sz="0" w:space="0" w:color="auto"/>
                                <w:bottom w:val="none" w:sz="0" w:space="0" w:color="auto"/>
                                <w:right w:val="none" w:sz="0" w:space="0" w:color="auto"/>
                              </w:divBdr>
                              <w:divsChild>
                                <w:div w:id="1380712465">
                                  <w:marLeft w:val="0"/>
                                  <w:marRight w:val="0"/>
                                  <w:marTop w:val="0"/>
                                  <w:marBottom w:val="0"/>
                                  <w:divBdr>
                                    <w:top w:val="none" w:sz="0" w:space="0" w:color="auto"/>
                                    <w:left w:val="none" w:sz="0" w:space="0" w:color="auto"/>
                                    <w:bottom w:val="none" w:sz="0" w:space="0" w:color="auto"/>
                                    <w:right w:val="none" w:sz="0" w:space="0" w:color="auto"/>
                                  </w:divBdr>
                                  <w:divsChild>
                                    <w:div w:id="424497513">
                                      <w:marLeft w:val="0"/>
                                      <w:marRight w:val="0"/>
                                      <w:marTop w:val="0"/>
                                      <w:marBottom w:val="0"/>
                                      <w:divBdr>
                                        <w:top w:val="none" w:sz="0" w:space="0" w:color="auto"/>
                                        <w:left w:val="none" w:sz="0" w:space="0" w:color="auto"/>
                                        <w:bottom w:val="none" w:sz="0" w:space="0" w:color="auto"/>
                                        <w:right w:val="none" w:sz="0" w:space="0" w:color="auto"/>
                                      </w:divBdr>
                                      <w:divsChild>
                                        <w:div w:id="1919056956">
                                          <w:marLeft w:val="0"/>
                                          <w:marRight w:val="0"/>
                                          <w:marTop w:val="180"/>
                                          <w:marBottom w:val="240"/>
                                          <w:divBdr>
                                            <w:top w:val="none" w:sz="0" w:space="0" w:color="auto"/>
                                            <w:left w:val="none" w:sz="0" w:space="0" w:color="auto"/>
                                            <w:bottom w:val="none" w:sz="0" w:space="0" w:color="auto"/>
                                            <w:right w:val="none" w:sz="0" w:space="0" w:color="auto"/>
                                          </w:divBdr>
                                        </w:div>
                                        <w:div w:id="609359483">
                                          <w:marLeft w:val="0"/>
                                          <w:marRight w:val="0"/>
                                          <w:marTop w:val="180"/>
                                          <w:marBottom w:val="240"/>
                                          <w:divBdr>
                                            <w:top w:val="none" w:sz="0" w:space="0" w:color="auto"/>
                                            <w:left w:val="none" w:sz="0" w:space="0" w:color="auto"/>
                                            <w:bottom w:val="none" w:sz="0" w:space="0" w:color="auto"/>
                                            <w:right w:val="none" w:sz="0" w:space="0" w:color="auto"/>
                                          </w:divBdr>
                                        </w:div>
                                        <w:div w:id="2141410920">
                                          <w:marLeft w:val="0"/>
                                          <w:marRight w:val="0"/>
                                          <w:marTop w:val="180"/>
                                          <w:marBottom w:val="240"/>
                                          <w:divBdr>
                                            <w:top w:val="none" w:sz="0" w:space="0" w:color="auto"/>
                                            <w:left w:val="none" w:sz="0" w:space="0" w:color="auto"/>
                                            <w:bottom w:val="none" w:sz="0" w:space="0" w:color="auto"/>
                                            <w:right w:val="none" w:sz="0" w:space="0" w:color="auto"/>
                                          </w:divBdr>
                                        </w:div>
                                        <w:div w:id="798180848">
                                          <w:marLeft w:val="0"/>
                                          <w:marRight w:val="0"/>
                                          <w:marTop w:val="0"/>
                                          <w:marBottom w:val="0"/>
                                          <w:divBdr>
                                            <w:top w:val="none" w:sz="0" w:space="0" w:color="auto"/>
                                            <w:left w:val="none" w:sz="0" w:space="0" w:color="auto"/>
                                            <w:bottom w:val="none" w:sz="0" w:space="0" w:color="auto"/>
                                            <w:right w:val="none" w:sz="0" w:space="0" w:color="auto"/>
                                          </w:divBdr>
                                          <w:divsChild>
                                            <w:div w:id="1036545480">
                                              <w:marLeft w:val="0"/>
                                              <w:marRight w:val="0"/>
                                              <w:marTop w:val="60"/>
                                              <w:marBottom w:val="0"/>
                                              <w:divBdr>
                                                <w:top w:val="none" w:sz="0" w:space="0" w:color="auto"/>
                                                <w:left w:val="none" w:sz="0" w:space="0" w:color="auto"/>
                                                <w:bottom w:val="none" w:sz="0" w:space="0" w:color="auto"/>
                                                <w:right w:val="none" w:sz="0" w:space="0" w:color="auto"/>
                                              </w:divBdr>
                                              <w:divsChild>
                                                <w:div w:id="204296887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7438755">
              <w:marLeft w:val="0"/>
              <w:marRight w:val="0"/>
              <w:marTop w:val="360"/>
              <w:marBottom w:val="0"/>
              <w:divBdr>
                <w:top w:val="none" w:sz="0" w:space="0" w:color="auto"/>
                <w:left w:val="none" w:sz="0" w:space="0" w:color="auto"/>
                <w:bottom w:val="none" w:sz="0" w:space="0" w:color="auto"/>
                <w:right w:val="none" w:sz="0" w:space="0" w:color="auto"/>
              </w:divBdr>
              <w:divsChild>
                <w:div w:id="1061518933">
                  <w:marLeft w:val="0"/>
                  <w:marRight w:val="0"/>
                  <w:marTop w:val="0"/>
                  <w:marBottom w:val="0"/>
                  <w:divBdr>
                    <w:top w:val="none" w:sz="0" w:space="0" w:color="auto"/>
                    <w:left w:val="none" w:sz="0" w:space="0" w:color="auto"/>
                    <w:bottom w:val="none" w:sz="0" w:space="0" w:color="auto"/>
                    <w:right w:val="none" w:sz="0" w:space="0" w:color="auto"/>
                  </w:divBdr>
                  <w:divsChild>
                    <w:div w:id="70323703">
                      <w:marLeft w:val="0"/>
                      <w:marRight w:val="0"/>
                      <w:marTop w:val="0"/>
                      <w:marBottom w:val="0"/>
                      <w:divBdr>
                        <w:top w:val="none" w:sz="0" w:space="0" w:color="auto"/>
                        <w:left w:val="none" w:sz="0" w:space="0" w:color="auto"/>
                        <w:bottom w:val="none" w:sz="0" w:space="0" w:color="auto"/>
                        <w:right w:val="none" w:sz="0" w:space="0" w:color="auto"/>
                      </w:divBdr>
                      <w:divsChild>
                        <w:div w:id="974798201">
                          <w:marLeft w:val="0"/>
                          <w:marRight w:val="0"/>
                          <w:marTop w:val="0"/>
                          <w:marBottom w:val="0"/>
                          <w:divBdr>
                            <w:top w:val="none" w:sz="0" w:space="0" w:color="auto"/>
                            <w:left w:val="none" w:sz="0" w:space="0" w:color="auto"/>
                            <w:bottom w:val="none" w:sz="0" w:space="0" w:color="auto"/>
                            <w:right w:val="none" w:sz="0" w:space="0" w:color="auto"/>
                          </w:divBdr>
                          <w:divsChild>
                            <w:div w:id="713581173">
                              <w:marLeft w:val="0"/>
                              <w:marRight w:val="0"/>
                              <w:marTop w:val="0"/>
                              <w:marBottom w:val="0"/>
                              <w:divBdr>
                                <w:top w:val="none" w:sz="0" w:space="0" w:color="auto"/>
                                <w:left w:val="none" w:sz="0" w:space="0" w:color="auto"/>
                                <w:bottom w:val="none" w:sz="0" w:space="0" w:color="auto"/>
                                <w:right w:val="none" w:sz="0" w:space="0" w:color="auto"/>
                              </w:divBdr>
                              <w:divsChild>
                                <w:div w:id="1030498741">
                                  <w:marLeft w:val="0"/>
                                  <w:marRight w:val="246"/>
                                  <w:marTop w:val="0"/>
                                  <w:marBottom w:val="0"/>
                                  <w:divBdr>
                                    <w:top w:val="none" w:sz="0" w:space="0" w:color="auto"/>
                                    <w:left w:val="none" w:sz="0" w:space="0" w:color="auto"/>
                                    <w:bottom w:val="none" w:sz="0" w:space="0" w:color="auto"/>
                                    <w:right w:val="none" w:sz="0" w:space="0" w:color="auto"/>
                                  </w:divBdr>
                                  <w:divsChild>
                                    <w:div w:id="408429132">
                                      <w:marLeft w:val="0"/>
                                      <w:marRight w:val="0"/>
                                      <w:marTop w:val="0"/>
                                      <w:marBottom w:val="0"/>
                                      <w:divBdr>
                                        <w:top w:val="none" w:sz="0" w:space="0" w:color="auto"/>
                                        <w:left w:val="none" w:sz="0" w:space="0" w:color="auto"/>
                                        <w:bottom w:val="none" w:sz="0" w:space="0" w:color="auto"/>
                                        <w:right w:val="none" w:sz="0" w:space="0" w:color="auto"/>
                                      </w:divBdr>
                                      <w:divsChild>
                                        <w:div w:id="1982879834">
                                          <w:marLeft w:val="0"/>
                                          <w:marRight w:val="0"/>
                                          <w:marTop w:val="0"/>
                                          <w:marBottom w:val="0"/>
                                          <w:divBdr>
                                            <w:top w:val="none" w:sz="0" w:space="0" w:color="auto"/>
                                            <w:left w:val="none" w:sz="0" w:space="0" w:color="auto"/>
                                            <w:bottom w:val="none" w:sz="0" w:space="0" w:color="auto"/>
                                            <w:right w:val="none" w:sz="0" w:space="0" w:color="auto"/>
                                          </w:divBdr>
                                          <w:divsChild>
                                            <w:div w:id="1667586492">
                                              <w:marLeft w:val="0"/>
                                              <w:marRight w:val="0"/>
                                              <w:marTop w:val="0"/>
                                              <w:marBottom w:val="0"/>
                                              <w:divBdr>
                                                <w:top w:val="none" w:sz="0" w:space="0" w:color="auto"/>
                                                <w:left w:val="none" w:sz="0" w:space="0" w:color="auto"/>
                                                <w:bottom w:val="none" w:sz="0" w:space="0" w:color="auto"/>
                                                <w:right w:val="none" w:sz="0" w:space="0" w:color="auto"/>
                                              </w:divBdr>
                                              <w:divsChild>
                                                <w:div w:id="27610577">
                                                  <w:marLeft w:val="0"/>
                                                  <w:marRight w:val="0"/>
                                                  <w:marTop w:val="0"/>
                                                  <w:marBottom w:val="0"/>
                                                  <w:divBdr>
                                                    <w:top w:val="none" w:sz="0" w:space="0" w:color="auto"/>
                                                    <w:left w:val="none" w:sz="0" w:space="0" w:color="auto"/>
                                                    <w:bottom w:val="none" w:sz="0" w:space="0" w:color="auto"/>
                                                    <w:right w:val="none" w:sz="0" w:space="0" w:color="auto"/>
                                                  </w:divBdr>
                                                  <w:divsChild>
                                                    <w:div w:id="100640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41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8981083">
                          <w:marLeft w:val="0"/>
                          <w:marRight w:val="0"/>
                          <w:marTop w:val="0"/>
                          <w:marBottom w:val="0"/>
                          <w:divBdr>
                            <w:top w:val="none" w:sz="0" w:space="0" w:color="auto"/>
                            <w:left w:val="none" w:sz="0" w:space="0" w:color="auto"/>
                            <w:bottom w:val="none" w:sz="0" w:space="0" w:color="auto"/>
                            <w:right w:val="none" w:sz="0" w:space="0" w:color="auto"/>
                          </w:divBdr>
                          <w:divsChild>
                            <w:div w:id="386496639">
                              <w:marLeft w:val="0"/>
                              <w:marRight w:val="0"/>
                              <w:marTop w:val="0"/>
                              <w:marBottom w:val="0"/>
                              <w:divBdr>
                                <w:top w:val="none" w:sz="0" w:space="0" w:color="auto"/>
                                <w:left w:val="none" w:sz="0" w:space="0" w:color="auto"/>
                                <w:bottom w:val="none" w:sz="0" w:space="0" w:color="auto"/>
                                <w:right w:val="none" w:sz="0" w:space="0" w:color="auto"/>
                              </w:divBdr>
                              <w:divsChild>
                                <w:div w:id="438529970">
                                  <w:marLeft w:val="0"/>
                                  <w:marRight w:val="0"/>
                                  <w:marTop w:val="0"/>
                                  <w:marBottom w:val="0"/>
                                  <w:divBdr>
                                    <w:top w:val="none" w:sz="0" w:space="0" w:color="auto"/>
                                    <w:left w:val="none" w:sz="0" w:space="0" w:color="auto"/>
                                    <w:bottom w:val="none" w:sz="0" w:space="0" w:color="auto"/>
                                    <w:right w:val="none" w:sz="0" w:space="0" w:color="auto"/>
                                  </w:divBdr>
                                  <w:divsChild>
                                    <w:div w:id="1776515344">
                                      <w:marLeft w:val="0"/>
                                      <w:marRight w:val="0"/>
                                      <w:marTop w:val="0"/>
                                      <w:marBottom w:val="0"/>
                                      <w:divBdr>
                                        <w:top w:val="none" w:sz="0" w:space="0" w:color="auto"/>
                                        <w:left w:val="none" w:sz="0" w:space="0" w:color="auto"/>
                                        <w:bottom w:val="none" w:sz="0" w:space="0" w:color="auto"/>
                                        <w:right w:val="none" w:sz="0" w:space="0" w:color="auto"/>
                                      </w:divBdr>
                                      <w:divsChild>
                                        <w:div w:id="1524174554">
                                          <w:marLeft w:val="0"/>
                                          <w:marRight w:val="0"/>
                                          <w:marTop w:val="180"/>
                                          <w:marBottom w:val="240"/>
                                          <w:divBdr>
                                            <w:top w:val="none" w:sz="0" w:space="0" w:color="auto"/>
                                            <w:left w:val="none" w:sz="0" w:space="0" w:color="auto"/>
                                            <w:bottom w:val="none" w:sz="0" w:space="0" w:color="auto"/>
                                            <w:right w:val="none" w:sz="0" w:space="0" w:color="auto"/>
                                          </w:divBdr>
                                        </w:div>
                                        <w:div w:id="1572345598">
                                          <w:marLeft w:val="0"/>
                                          <w:marRight w:val="0"/>
                                          <w:marTop w:val="180"/>
                                          <w:marBottom w:val="240"/>
                                          <w:divBdr>
                                            <w:top w:val="none" w:sz="0" w:space="0" w:color="auto"/>
                                            <w:left w:val="none" w:sz="0" w:space="0" w:color="auto"/>
                                            <w:bottom w:val="none" w:sz="0" w:space="0" w:color="auto"/>
                                            <w:right w:val="none" w:sz="0" w:space="0" w:color="auto"/>
                                          </w:divBdr>
                                        </w:div>
                                        <w:div w:id="190386262">
                                          <w:marLeft w:val="0"/>
                                          <w:marRight w:val="0"/>
                                          <w:marTop w:val="360"/>
                                          <w:marBottom w:val="180"/>
                                          <w:divBdr>
                                            <w:top w:val="none" w:sz="0" w:space="0" w:color="auto"/>
                                            <w:left w:val="none" w:sz="0" w:space="0" w:color="auto"/>
                                            <w:bottom w:val="none" w:sz="0" w:space="0" w:color="auto"/>
                                            <w:right w:val="none" w:sz="0" w:space="0" w:color="auto"/>
                                          </w:divBdr>
                                        </w:div>
                                        <w:div w:id="1289896354">
                                          <w:marLeft w:val="0"/>
                                          <w:marRight w:val="0"/>
                                          <w:marTop w:val="360"/>
                                          <w:marBottom w:val="180"/>
                                          <w:divBdr>
                                            <w:top w:val="none" w:sz="0" w:space="0" w:color="auto"/>
                                            <w:left w:val="none" w:sz="0" w:space="0" w:color="auto"/>
                                            <w:bottom w:val="none" w:sz="0" w:space="0" w:color="auto"/>
                                            <w:right w:val="none" w:sz="0" w:space="0" w:color="auto"/>
                                          </w:divBdr>
                                        </w:div>
                                        <w:div w:id="2094204381">
                                          <w:marLeft w:val="0"/>
                                          <w:marRight w:val="0"/>
                                          <w:marTop w:val="180"/>
                                          <w:marBottom w:val="240"/>
                                          <w:divBdr>
                                            <w:top w:val="none" w:sz="0" w:space="0" w:color="auto"/>
                                            <w:left w:val="none" w:sz="0" w:space="0" w:color="auto"/>
                                            <w:bottom w:val="none" w:sz="0" w:space="0" w:color="auto"/>
                                            <w:right w:val="none" w:sz="0" w:space="0" w:color="auto"/>
                                          </w:divBdr>
                                        </w:div>
                                        <w:div w:id="144904335">
                                          <w:marLeft w:val="0"/>
                                          <w:marRight w:val="0"/>
                                          <w:marTop w:val="360"/>
                                          <w:marBottom w:val="180"/>
                                          <w:divBdr>
                                            <w:top w:val="none" w:sz="0" w:space="0" w:color="auto"/>
                                            <w:left w:val="none" w:sz="0" w:space="0" w:color="auto"/>
                                            <w:bottom w:val="none" w:sz="0" w:space="0" w:color="auto"/>
                                            <w:right w:val="none" w:sz="0" w:space="0" w:color="auto"/>
                                          </w:divBdr>
                                        </w:div>
                                        <w:div w:id="295256621">
                                          <w:marLeft w:val="0"/>
                                          <w:marRight w:val="0"/>
                                          <w:marTop w:val="360"/>
                                          <w:marBottom w:val="180"/>
                                          <w:divBdr>
                                            <w:top w:val="none" w:sz="0" w:space="0" w:color="auto"/>
                                            <w:left w:val="none" w:sz="0" w:space="0" w:color="auto"/>
                                            <w:bottom w:val="none" w:sz="0" w:space="0" w:color="auto"/>
                                            <w:right w:val="none" w:sz="0" w:space="0" w:color="auto"/>
                                          </w:divBdr>
                                        </w:div>
                                        <w:div w:id="1424759166">
                                          <w:marLeft w:val="0"/>
                                          <w:marRight w:val="0"/>
                                          <w:marTop w:val="180"/>
                                          <w:marBottom w:val="240"/>
                                          <w:divBdr>
                                            <w:top w:val="none" w:sz="0" w:space="0" w:color="auto"/>
                                            <w:left w:val="none" w:sz="0" w:space="0" w:color="auto"/>
                                            <w:bottom w:val="none" w:sz="0" w:space="0" w:color="auto"/>
                                            <w:right w:val="none" w:sz="0" w:space="0" w:color="auto"/>
                                          </w:divBdr>
                                        </w:div>
                                        <w:div w:id="95105134">
                                          <w:marLeft w:val="0"/>
                                          <w:marRight w:val="0"/>
                                          <w:marTop w:val="360"/>
                                          <w:marBottom w:val="180"/>
                                          <w:divBdr>
                                            <w:top w:val="none" w:sz="0" w:space="0" w:color="auto"/>
                                            <w:left w:val="none" w:sz="0" w:space="0" w:color="auto"/>
                                            <w:bottom w:val="none" w:sz="0" w:space="0" w:color="auto"/>
                                            <w:right w:val="none" w:sz="0" w:space="0" w:color="auto"/>
                                          </w:divBdr>
                                        </w:div>
                                        <w:div w:id="1961958003">
                                          <w:marLeft w:val="0"/>
                                          <w:marRight w:val="0"/>
                                          <w:marTop w:val="180"/>
                                          <w:marBottom w:val="240"/>
                                          <w:divBdr>
                                            <w:top w:val="none" w:sz="0" w:space="0" w:color="auto"/>
                                            <w:left w:val="none" w:sz="0" w:space="0" w:color="auto"/>
                                            <w:bottom w:val="none" w:sz="0" w:space="0" w:color="auto"/>
                                            <w:right w:val="none" w:sz="0" w:space="0" w:color="auto"/>
                                          </w:divBdr>
                                        </w:div>
                                        <w:div w:id="761489482">
                                          <w:marLeft w:val="0"/>
                                          <w:marRight w:val="0"/>
                                          <w:marTop w:val="360"/>
                                          <w:marBottom w:val="180"/>
                                          <w:divBdr>
                                            <w:top w:val="none" w:sz="0" w:space="0" w:color="auto"/>
                                            <w:left w:val="none" w:sz="0" w:space="0" w:color="auto"/>
                                            <w:bottom w:val="none" w:sz="0" w:space="0" w:color="auto"/>
                                            <w:right w:val="none" w:sz="0" w:space="0" w:color="auto"/>
                                          </w:divBdr>
                                        </w:div>
                                        <w:div w:id="1960646390">
                                          <w:marLeft w:val="0"/>
                                          <w:marRight w:val="0"/>
                                          <w:marTop w:val="360"/>
                                          <w:marBottom w:val="180"/>
                                          <w:divBdr>
                                            <w:top w:val="none" w:sz="0" w:space="0" w:color="auto"/>
                                            <w:left w:val="none" w:sz="0" w:space="0" w:color="auto"/>
                                            <w:bottom w:val="none" w:sz="0" w:space="0" w:color="auto"/>
                                            <w:right w:val="none" w:sz="0" w:space="0" w:color="auto"/>
                                          </w:divBdr>
                                        </w:div>
                                        <w:div w:id="1737123088">
                                          <w:marLeft w:val="0"/>
                                          <w:marRight w:val="0"/>
                                          <w:marTop w:val="360"/>
                                          <w:marBottom w:val="180"/>
                                          <w:divBdr>
                                            <w:top w:val="none" w:sz="0" w:space="0" w:color="auto"/>
                                            <w:left w:val="none" w:sz="0" w:space="0" w:color="auto"/>
                                            <w:bottom w:val="none" w:sz="0" w:space="0" w:color="auto"/>
                                            <w:right w:val="none" w:sz="0" w:space="0" w:color="auto"/>
                                          </w:divBdr>
                                        </w:div>
                                        <w:div w:id="1903440584">
                                          <w:marLeft w:val="0"/>
                                          <w:marRight w:val="0"/>
                                          <w:marTop w:val="60"/>
                                          <w:marBottom w:val="180"/>
                                          <w:divBdr>
                                            <w:top w:val="none" w:sz="0" w:space="0" w:color="auto"/>
                                            <w:left w:val="none" w:sz="0" w:space="0" w:color="auto"/>
                                            <w:bottom w:val="none" w:sz="0" w:space="0" w:color="auto"/>
                                            <w:right w:val="none" w:sz="0" w:space="0" w:color="auto"/>
                                          </w:divBdr>
                                        </w:div>
                                        <w:div w:id="1254779887">
                                          <w:marLeft w:val="0"/>
                                          <w:marRight w:val="0"/>
                                          <w:marTop w:val="180"/>
                                          <w:marBottom w:val="240"/>
                                          <w:divBdr>
                                            <w:top w:val="none" w:sz="0" w:space="0" w:color="auto"/>
                                            <w:left w:val="none" w:sz="0" w:space="0" w:color="auto"/>
                                            <w:bottom w:val="none" w:sz="0" w:space="0" w:color="auto"/>
                                            <w:right w:val="none" w:sz="0" w:space="0" w:color="auto"/>
                                          </w:divBdr>
                                        </w:div>
                                        <w:div w:id="1505440557">
                                          <w:marLeft w:val="0"/>
                                          <w:marRight w:val="0"/>
                                          <w:marTop w:val="360"/>
                                          <w:marBottom w:val="180"/>
                                          <w:divBdr>
                                            <w:top w:val="none" w:sz="0" w:space="0" w:color="auto"/>
                                            <w:left w:val="none" w:sz="0" w:space="0" w:color="auto"/>
                                            <w:bottom w:val="none" w:sz="0" w:space="0" w:color="auto"/>
                                            <w:right w:val="none" w:sz="0" w:space="0" w:color="auto"/>
                                          </w:divBdr>
                                        </w:div>
                                        <w:div w:id="1864786880">
                                          <w:marLeft w:val="0"/>
                                          <w:marRight w:val="0"/>
                                          <w:marTop w:val="60"/>
                                          <w:marBottom w:val="180"/>
                                          <w:divBdr>
                                            <w:top w:val="none" w:sz="0" w:space="0" w:color="auto"/>
                                            <w:left w:val="none" w:sz="0" w:space="0" w:color="auto"/>
                                            <w:bottom w:val="none" w:sz="0" w:space="0" w:color="auto"/>
                                            <w:right w:val="none" w:sz="0" w:space="0" w:color="auto"/>
                                          </w:divBdr>
                                        </w:div>
                                        <w:div w:id="1341347750">
                                          <w:marLeft w:val="0"/>
                                          <w:marRight w:val="0"/>
                                          <w:marTop w:val="180"/>
                                          <w:marBottom w:val="240"/>
                                          <w:divBdr>
                                            <w:top w:val="none" w:sz="0" w:space="0" w:color="auto"/>
                                            <w:left w:val="none" w:sz="0" w:space="0" w:color="auto"/>
                                            <w:bottom w:val="none" w:sz="0" w:space="0" w:color="auto"/>
                                            <w:right w:val="none" w:sz="0" w:space="0" w:color="auto"/>
                                          </w:divBdr>
                                        </w:div>
                                        <w:div w:id="345641257">
                                          <w:marLeft w:val="0"/>
                                          <w:marRight w:val="0"/>
                                          <w:marTop w:val="360"/>
                                          <w:marBottom w:val="180"/>
                                          <w:divBdr>
                                            <w:top w:val="none" w:sz="0" w:space="0" w:color="auto"/>
                                            <w:left w:val="none" w:sz="0" w:space="0" w:color="auto"/>
                                            <w:bottom w:val="none" w:sz="0" w:space="0" w:color="auto"/>
                                            <w:right w:val="none" w:sz="0" w:space="0" w:color="auto"/>
                                          </w:divBdr>
                                        </w:div>
                                        <w:div w:id="1528134086">
                                          <w:marLeft w:val="0"/>
                                          <w:marRight w:val="0"/>
                                          <w:marTop w:val="60"/>
                                          <w:marBottom w:val="180"/>
                                          <w:divBdr>
                                            <w:top w:val="none" w:sz="0" w:space="0" w:color="auto"/>
                                            <w:left w:val="none" w:sz="0" w:space="0" w:color="auto"/>
                                            <w:bottom w:val="none" w:sz="0" w:space="0" w:color="auto"/>
                                            <w:right w:val="none" w:sz="0" w:space="0" w:color="auto"/>
                                          </w:divBdr>
                                        </w:div>
                                        <w:div w:id="1590114463">
                                          <w:marLeft w:val="0"/>
                                          <w:marRight w:val="0"/>
                                          <w:marTop w:val="180"/>
                                          <w:marBottom w:val="240"/>
                                          <w:divBdr>
                                            <w:top w:val="none" w:sz="0" w:space="0" w:color="auto"/>
                                            <w:left w:val="none" w:sz="0" w:space="0" w:color="auto"/>
                                            <w:bottom w:val="none" w:sz="0" w:space="0" w:color="auto"/>
                                            <w:right w:val="none" w:sz="0" w:space="0" w:color="auto"/>
                                          </w:divBdr>
                                        </w:div>
                                        <w:div w:id="959189104">
                                          <w:marLeft w:val="0"/>
                                          <w:marRight w:val="0"/>
                                          <w:marTop w:val="360"/>
                                          <w:marBottom w:val="180"/>
                                          <w:divBdr>
                                            <w:top w:val="none" w:sz="0" w:space="0" w:color="auto"/>
                                            <w:left w:val="none" w:sz="0" w:space="0" w:color="auto"/>
                                            <w:bottom w:val="none" w:sz="0" w:space="0" w:color="auto"/>
                                            <w:right w:val="none" w:sz="0" w:space="0" w:color="auto"/>
                                          </w:divBdr>
                                        </w:div>
                                        <w:div w:id="2000881519">
                                          <w:marLeft w:val="0"/>
                                          <w:marRight w:val="0"/>
                                          <w:marTop w:val="60"/>
                                          <w:marBottom w:val="180"/>
                                          <w:divBdr>
                                            <w:top w:val="none" w:sz="0" w:space="0" w:color="auto"/>
                                            <w:left w:val="none" w:sz="0" w:space="0" w:color="auto"/>
                                            <w:bottom w:val="none" w:sz="0" w:space="0" w:color="auto"/>
                                            <w:right w:val="none" w:sz="0" w:space="0" w:color="auto"/>
                                          </w:divBdr>
                                        </w:div>
                                        <w:div w:id="921330929">
                                          <w:marLeft w:val="0"/>
                                          <w:marRight w:val="0"/>
                                          <w:marTop w:val="180"/>
                                          <w:marBottom w:val="240"/>
                                          <w:divBdr>
                                            <w:top w:val="none" w:sz="0" w:space="0" w:color="auto"/>
                                            <w:left w:val="none" w:sz="0" w:space="0" w:color="auto"/>
                                            <w:bottom w:val="none" w:sz="0" w:space="0" w:color="auto"/>
                                            <w:right w:val="none" w:sz="0" w:space="0" w:color="auto"/>
                                          </w:divBdr>
                                        </w:div>
                                        <w:div w:id="277370491">
                                          <w:marLeft w:val="0"/>
                                          <w:marRight w:val="0"/>
                                          <w:marTop w:val="360"/>
                                          <w:marBottom w:val="180"/>
                                          <w:divBdr>
                                            <w:top w:val="none" w:sz="0" w:space="0" w:color="auto"/>
                                            <w:left w:val="none" w:sz="0" w:space="0" w:color="auto"/>
                                            <w:bottom w:val="none" w:sz="0" w:space="0" w:color="auto"/>
                                            <w:right w:val="none" w:sz="0" w:space="0" w:color="auto"/>
                                          </w:divBdr>
                                        </w:div>
                                        <w:div w:id="1242451683">
                                          <w:marLeft w:val="0"/>
                                          <w:marRight w:val="0"/>
                                          <w:marTop w:val="360"/>
                                          <w:marBottom w:val="180"/>
                                          <w:divBdr>
                                            <w:top w:val="none" w:sz="0" w:space="0" w:color="auto"/>
                                            <w:left w:val="none" w:sz="0" w:space="0" w:color="auto"/>
                                            <w:bottom w:val="none" w:sz="0" w:space="0" w:color="auto"/>
                                            <w:right w:val="none" w:sz="0" w:space="0" w:color="auto"/>
                                          </w:divBdr>
                                        </w:div>
                                        <w:div w:id="1079867433">
                                          <w:marLeft w:val="0"/>
                                          <w:marRight w:val="0"/>
                                          <w:marTop w:val="60"/>
                                          <w:marBottom w:val="180"/>
                                          <w:divBdr>
                                            <w:top w:val="none" w:sz="0" w:space="0" w:color="auto"/>
                                            <w:left w:val="none" w:sz="0" w:space="0" w:color="auto"/>
                                            <w:bottom w:val="none" w:sz="0" w:space="0" w:color="auto"/>
                                            <w:right w:val="none" w:sz="0" w:space="0" w:color="auto"/>
                                          </w:divBdr>
                                        </w:div>
                                        <w:div w:id="2071610336">
                                          <w:marLeft w:val="0"/>
                                          <w:marRight w:val="0"/>
                                          <w:marTop w:val="180"/>
                                          <w:marBottom w:val="240"/>
                                          <w:divBdr>
                                            <w:top w:val="none" w:sz="0" w:space="0" w:color="auto"/>
                                            <w:left w:val="none" w:sz="0" w:space="0" w:color="auto"/>
                                            <w:bottom w:val="none" w:sz="0" w:space="0" w:color="auto"/>
                                            <w:right w:val="none" w:sz="0" w:space="0" w:color="auto"/>
                                          </w:divBdr>
                                        </w:div>
                                        <w:div w:id="287710866">
                                          <w:marLeft w:val="0"/>
                                          <w:marRight w:val="0"/>
                                          <w:marTop w:val="360"/>
                                          <w:marBottom w:val="180"/>
                                          <w:divBdr>
                                            <w:top w:val="none" w:sz="0" w:space="0" w:color="auto"/>
                                            <w:left w:val="none" w:sz="0" w:space="0" w:color="auto"/>
                                            <w:bottom w:val="none" w:sz="0" w:space="0" w:color="auto"/>
                                            <w:right w:val="none" w:sz="0" w:space="0" w:color="auto"/>
                                          </w:divBdr>
                                        </w:div>
                                        <w:div w:id="1284070895">
                                          <w:marLeft w:val="0"/>
                                          <w:marRight w:val="0"/>
                                          <w:marTop w:val="60"/>
                                          <w:marBottom w:val="180"/>
                                          <w:divBdr>
                                            <w:top w:val="none" w:sz="0" w:space="0" w:color="auto"/>
                                            <w:left w:val="none" w:sz="0" w:space="0" w:color="auto"/>
                                            <w:bottom w:val="none" w:sz="0" w:space="0" w:color="auto"/>
                                            <w:right w:val="none" w:sz="0" w:space="0" w:color="auto"/>
                                          </w:divBdr>
                                        </w:div>
                                        <w:div w:id="1313873823">
                                          <w:marLeft w:val="0"/>
                                          <w:marRight w:val="0"/>
                                          <w:marTop w:val="180"/>
                                          <w:marBottom w:val="240"/>
                                          <w:divBdr>
                                            <w:top w:val="none" w:sz="0" w:space="0" w:color="auto"/>
                                            <w:left w:val="none" w:sz="0" w:space="0" w:color="auto"/>
                                            <w:bottom w:val="none" w:sz="0" w:space="0" w:color="auto"/>
                                            <w:right w:val="none" w:sz="0" w:space="0" w:color="auto"/>
                                          </w:divBdr>
                                        </w:div>
                                        <w:div w:id="966935018">
                                          <w:marLeft w:val="0"/>
                                          <w:marRight w:val="0"/>
                                          <w:marTop w:val="360"/>
                                          <w:marBottom w:val="180"/>
                                          <w:divBdr>
                                            <w:top w:val="none" w:sz="0" w:space="0" w:color="auto"/>
                                            <w:left w:val="none" w:sz="0" w:space="0" w:color="auto"/>
                                            <w:bottom w:val="none" w:sz="0" w:space="0" w:color="auto"/>
                                            <w:right w:val="none" w:sz="0" w:space="0" w:color="auto"/>
                                          </w:divBdr>
                                        </w:div>
                                        <w:div w:id="1757090839">
                                          <w:marLeft w:val="0"/>
                                          <w:marRight w:val="0"/>
                                          <w:marTop w:val="60"/>
                                          <w:marBottom w:val="180"/>
                                          <w:divBdr>
                                            <w:top w:val="none" w:sz="0" w:space="0" w:color="auto"/>
                                            <w:left w:val="none" w:sz="0" w:space="0" w:color="auto"/>
                                            <w:bottom w:val="none" w:sz="0" w:space="0" w:color="auto"/>
                                            <w:right w:val="none" w:sz="0" w:space="0" w:color="auto"/>
                                          </w:divBdr>
                                        </w:div>
                                        <w:div w:id="1236629611">
                                          <w:marLeft w:val="0"/>
                                          <w:marRight w:val="0"/>
                                          <w:marTop w:val="180"/>
                                          <w:marBottom w:val="240"/>
                                          <w:divBdr>
                                            <w:top w:val="none" w:sz="0" w:space="0" w:color="auto"/>
                                            <w:left w:val="none" w:sz="0" w:space="0" w:color="auto"/>
                                            <w:bottom w:val="none" w:sz="0" w:space="0" w:color="auto"/>
                                            <w:right w:val="none" w:sz="0" w:space="0" w:color="auto"/>
                                          </w:divBdr>
                                        </w:div>
                                        <w:div w:id="1006908819">
                                          <w:marLeft w:val="0"/>
                                          <w:marRight w:val="0"/>
                                          <w:marTop w:val="360"/>
                                          <w:marBottom w:val="180"/>
                                          <w:divBdr>
                                            <w:top w:val="none" w:sz="0" w:space="0" w:color="auto"/>
                                            <w:left w:val="none" w:sz="0" w:space="0" w:color="auto"/>
                                            <w:bottom w:val="none" w:sz="0" w:space="0" w:color="auto"/>
                                            <w:right w:val="none" w:sz="0" w:space="0" w:color="auto"/>
                                          </w:divBdr>
                                        </w:div>
                                        <w:div w:id="1379937486">
                                          <w:marLeft w:val="0"/>
                                          <w:marRight w:val="0"/>
                                          <w:marTop w:val="180"/>
                                          <w:marBottom w:val="240"/>
                                          <w:divBdr>
                                            <w:top w:val="none" w:sz="0" w:space="0" w:color="auto"/>
                                            <w:left w:val="none" w:sz="0" w:space="0" w:color="auto"/>
                                            <w:bottom w:val="none" w:sz="0" w:space="0" w:color="auto"/>
                                            <w:right w:val="none" w:sz="0" w:space="0" w:color="auto"/>
                                          </w:divBdr>
                                        </w:div>
                                        <w:div w:id="1713268428">
                                          <w:marLeft w:val="0"/>
                                          <w:marRight w:val="0"/>
                                          <w:marTop w:val="180"/>
                                          <w:marBottom w:val="240"/>
                                          <w:divBdr>
                                            <w:top w:val="none" w:sz="0" w:space="0" w:color="auto"/>
                                            <w:left w:val="none" w:sz="0" w:space="0" w:color="auto"/>
                                            <w:bottom w:val="none" w:sz="0" w:space="0" w:color="auto"/>
                                            <w:right w:val="none" w:sz="0" w:space="0" w:color="auto"/>
                                          </w:divBdr>
                                        </w:div>
                                        <w:div w:id="1155536290">
                                          <w:marLeft w:val="0"/>
                                          <w:marRight w:val="0"/>
                                          <w:marTop w:val="180"/>
                                          <w:marBottom w:val="240"/>
                                          <w:divBdr>
                                            <w:top w:val="none" w:sz="0" w:space="0" w:color="auto"/>
                                            <w:left w:val="none" w:sz="0" w:space="0" w:color="auto"/>
                                            <w:bottom w:val="none" w:sz="0" w:space="0" w:color="auto"/>
                                            <w:right w:val="none" w:sz="0" w:space="0" w:color="auto"/>
                                          </w:divBdr>
                                        </w:div>
                                        <w:div w:id="76826268">
                                          <w:marLeft w:val="0"/>
                                          <w:marRight w:val="0"/>
                                          <w:marTop w:val="180"/>
                                          <w:marBottom w:val="240"/>
                                          <w:divBdr>
                                            <w:top w:val="none" w:sz="0" w:space="0" w:color="auto"/>
                                            <w:left w:val="none" w:sz="0" w:space="0" w:color="auto"/>
                                            <w:bottom w:val="none" w:sz="0" w:space="0" w:color="auto"/>
                                            <w:right w:val="none" w:sz="0" w:space="0" w:color="auto"/>
                                          </w:divBdr>
                                        </w:div>
                                        <w:div w:id="1674140088">
                                          <w:marLeft w:val="0"/>
                                          <w:marRight w:val="0"/>
                                          <w:marTop w:val="180"/>
                                          <w:marBottom w:val="240"/>
                                          <w:divBdr>
                                            <w:top w:val="none" w:sz="0" w:space="0" w:color="auto"/>
                                            <w:left w:val="none" w:sz="0" w:space="0" w:color="auto"/>
                                            <w:bottom w:val="none" w:sz="0" w:space="0" w:color="auto"/>
                                            <w:right w:val="none" w:sz="0" w:space="0" w:color="auto"/>
                                          </w:divBdr>
                                        </w:div>
                                        <w:div w:id="159199954">
                                          <w:marLeft w:val="0"/>
                                          <w:marRight w:val="0"/>
                                          <w:marTop w:val="180"/>
                                          <w:marBottom w:val="240"/>
                                          <w:divBdr>
                                            <w:top w:val="none" w:sz="0" w:space="0" w:color="auto"/>
                                            <w:left w:val="none" w:sz="0" w:space="0" w:color="auto"/>
                                            <w:bottom w:val="none" w:sz="0" w:space="0" w:color="auto"/>
                                            <w:right w:val="none" w:sz="0" w:space="0" w:color="auto"/>
                                          </w:divBdr>
                                        </w:div>
                                        <w:div w:id="840461762">
                                          <w:marLeft w:val="0"/>
                                          <w:marRight w:val="0"/>
                                          <w:marTop w:val="180"/>
                                          <w:marBottom w:val="240"/>
                                          <w:divBdr>
                                            <w:top w:val="none" w:sz="0" w:space="0" w:color="auto"/>
                                            <w:left w:val="none" w:sz="0" w:space="0" w:color="auto"/>
                                            <w:bottom w:val="none" w:sz="0" w:space="0" w:color="auto"/>
                                            <w:right w:val="none" w:sz="0" w:space="0" w:color="auto"/>
                                          </w:divBdr>
                                        </w:div>
                                        <w:div w:id="1446459871">
                                          <w:marLeft w:val="0"/>
                                          <w:marRight w:val="0"/>
                                          <w:marTop w:val="180"/>
                                          <w:marBottom w:val="240"/>
                                          <w:divBdr>
                                            <w:top w:val="none" w:sz="0" w:space="0" w:color="auto"/>
                                            <w:left w:val="none" w:sz="0" w:space="0" w:color="auto"/>
                                            <w:bottom w:val="none" w:sz="0" w:space="0" w:color="auto"/>
                                            <w:right w:val="none" w:sz="0" w:space="0" w:color="auto"/>
                                          </w:divBdr>
                                        </w:div>
                                        <w:div w:id="716591374">
                                          <w:marLeft w:val="0"/>
                                          <w:marRight w:val="0"/>
                                          <w:marTop w:val="180"/>
                                          <w:marBottom w:val="240"/>
                                          <w:divBdr>
                                            <w:top w:val="none" w:sz="0" w:space="0" w:color="auto"/>
                                            <w:left w:val="none" w:sz="0" w:space="0" w:color="auto"/>
                                            <w:bottom w:val="none" w:sz="0" w:space="0" w:color="auto"/>
                                            <w:right w:val="none" w:sz="0" w:space="0" w:color="auto"/>
                                          </w:divBdr>
                                        </w:div>
                                        <w:div w:id="678044425">
                                          <w:marLeft w:val="0"/>
                                          <w:marRight w:val="0"/>
                                          <w:marTop w:val="180"/>
                                          <w:marBottom w:val="240"/>
                                          <w:divBdr>
                                            <w:top w:val="none" w:sz="0" w:space="0" w:color="auto"/>
                                            <w:left w:val="none" w:sz="0" w:space="0" w:color="auto"/>
                                            <w:bottom w:val="none" w:sz="0" w:space="0" w:color="auto"/>
                                            <w:right w:val="none" w:sz="0" w:space="0" w:color="auto"/>
                                          </w:divBdr>
                                        </w:div>
                                        <w:div w:id="812017714">
                                          <w:marLeft w:val="0"/>
                                          <w:marRight w:val="0"/>
                                          <w:marTop w:val="180"/>
                                          <w:marBottom w:val="240"/>
                                          <w:divBdr>
                                            <w:top w:val="none" w:sz="0" w:space="0" w:color="auto"/>
                                            <w:left w:val="none" w:sz="0" w:space="0" w:color="auto"/>
                                            <w:bottom w:val="none" w:sz="0" w:space="0" w:color="auto"/>
                                            <w:right w:val="none" w:sz="0" w:space="0" w:color="auto"/>
                                          </w:divBdr>
                                        </w:div>
                                        <w:div w:id="1656758568">
                                          <w:marLeft w:val="0"/>
                                          <w:marRight w:val="0"/>
                                          <w:marTop w:val="180"/>
                                          <w:marBottom w:val="240"/>
                                          <w:divBdr>
                                            <w:top w:val="none" w:sz="0" w:space="0" w:color="auto"/>
                                            <w:left w:val="none" w:sz="0" w:space="0" w:color="auto"/>
                                            <w:bottom w:val="none" w:sz="0" w:space="0" w:color="auto"/>
                                            <w:right w:val="none" w:sz="0" w:space="0" w:color="auto"/>
                                          </w:divBdr>
                                        </w:div>
                                        <w:div w:id="22436887">
                                          <w:marLeft w:val="0"/>
                                          <w:marRight w:val="0"/>
                                          <w:marTop w:val="180"/>
                                          <w:marBottom w:val="240"/>
                                          <w:divBdr>
                                            <w:top w:val="none" w:sz="0" w:space="0" w:color="auto"/>
                                            <w:left w:val="none" w:sz="0" w:space="0" w:color="auto"/>
                                            <w:bottom w:val="none" w:sz="0" w:space="0" w:color="auto"/>
                                            <w:right w:val="none" w:sz="0" w:space="0" w:color="auto"/>
                                          </w:divBdr>
                                        </w:div>
                                        <w:div w:id="1966349957">
                                          <w:marLeft w:val="0"/>
                                          <w:marRight w:val="0"/>
                                          <w:marTop w:val="180"/>
                                          <w:marBottom w:val="240"/>
                                          <w:divBdr>
                                            <w:top w:val="none" w:sz="0" w:space="0" w:color="auto"/>
                                            <w:left w:val="none" w:sz="0" w:space="0" w:color="auto"/>
                                            <w:bottom w:val="none" w:sz="0" w:space="0" w:color="auto"/>
                                            <w:right w:val="none" w:sz="0" w:space="0" w:color="auto"/>
                                          </w:divBdr>
                                        </w:div>
                                        <w:div w:id="1677340857">
                                          <w:marLeft w:val="0"/>
                                          <w:marRight w:val="0"/>
                                          <w:marTop w:val="180"/>
                                          <w:marBottom w:val="240"/>
                                          <w:divBdr>
                                            <w:top w:val="none" w:sz="0" w:space="0" w:color="auto"/>
                                            <w:left w:val="none" w:sz="0" w:space="0" w:color="auto"/>
                                            <w:bottom w:val="none" w:sz="0" w:space="0" w:color="auto"/>
                                            <w:right w:val="none" w:sz="0" w:space="0" w:color="auto"/>
                                          </w:divBdr>
                                        </w:div>
                                        <w:div w:id="1352494746">
                                          <w:marLeft w:val="0"/>
                                          <w:marRight w:val="0"/>
                                          <w:marTop w:val="180"/>
                                          <w:marBottom w:val="240"/>
                                          <w:divBdr>
                                            <w:top w:val="none" w:sz="0" w:space="0" w:color="auto"/>
                                            <w:left w:val="none" w:sz="0" w:space="0" w:color="auto"/>
                                            <w:bottom w:val="none" w:sz="0" w:space="0" w:color="auto"/>
                                            <w:right w:val="none" w:sz="0" w:space="0" w:color="auto"/>
                                          </w:divBdr>
                                        </w:div>
                                        <w:div w:id="1146433715">
                                          <w:marLeft w:val="0"/>
                                          <w:marRight w:val="0"/>
                                          <w:marTop w:val="180"/>
                                          <w:marBottom w:val="240"/>
                                          <w:divBdr>
                                            <w:top w:val="none" w:sz="0" w:space="0" w:color="auto"/>
                                            <w:left w:val="none" w:sz="0" w:space="0" w:color="auto"/>
                                            <w:bottom w:val="none" w:sz="0" w:space="0" w:color="auto"/>
                                            <w:right w:val="none" w:sz="0" w:space="0" w:color="auto"/>
                                          </w:divBdr>
                                        </w:div>
                                        <w:div w:id="1594049055">
                                          <w:marLeft w:val="0"/>
                                          <w:marRight w:val="0"/>
                                          <w:marTop w:val="180"/>
                                          <w:marBottom w:val="240"/>
                                          <w:divBdr>
                                            <w:top w:val="none" w:sz="0" w:space="0" w:color="auto"/>
                                            <w:left w:val="none" w:sz="0" w:space="0" w:color="auto"/>
                                            <w:bottom w:val="none" w:sz="0" w:space="0" w:color="auto"/>
                                            <w:right w:val="none" w:sz="0" w:space="0" w:color="auto"/>
                                          </w:divBdr>
                                        </w:div>
                                        <w:div w:id="992023024">
                                          <w:marLeft w:val="0"/>
                                          <w:marRight w:val="0"/>
                                          <w:marTop w:val="180"/>
                                          <w:marBottom w:val="240"/>
                                          <w:divBdr>
                                            <w:top w:val="none" w:sz="0" w:space="0" w:color="auto"/>
                                            <w:left w:val="none" w:sz="0" w:space="0" w:color="auto"/>
                                            <w:bottom w:val="none" w:sz="0" w:space="0" w:color="auto"/>
                                            <w:right w:val="none" w:sz="0" w:space="0" w:color="auto"/>
                                          </w:divBdr>
                                        </w:div>
                                        <w:div w:id="912665488">
                                          <w:marLeft w:val="0"/>
                                          <w:marRight w:val="0"/>
                                          <w:marTop w:val="180"/>
                                          <w:marBottom w:val="240"/>
                                          <w:divBdr>
                                            <w:top w:val="none" w:sz="0" w:space="0" w:color="auto"/>
                                            <w:left w:val="none" w:sz="0" w:space="0" w:color="auto"/>
                                            <w:bottom w:val="none" w:sz="0" w:space="0" w:color="auto"/>
                                            <w:right w:val="none" w:sz="0" w:space="0" w:color="auto"/>
                                          </w:divBdr>
                                        </w:div>
                                        <w:div w:id="1507818477">
                                          <w:marLeft w:val="0"/>
                                          <w:marRight w:val="0"/>
                                          <w:marTop w:val="180"/>
                                          <w:marBottom w:val="240"/>
                                          <w:divBdr>
                                            <w:top w:val="none" w:sz="0" w:space="0" w:color="auto"/>
                                            <w:left w:val="none" w:sz="0" w:space="0" w:color="auto"/>
                                            <w:bottom w:val="none" w:sz="0" w:space="0" w:color="auto"/>
                                            <w:right w:val="none" w:sz="0" w:space="0" w:color="auto"/>
                                          </w:divBdr>
                                        </w:div>
                                        <w:div w:id="1778982647">
                                          <w:marLeft w:val="0"/>
                                          <w:marRight w:val="0"/>
                                          <w:marTop w:val="180"/>
                                          <w:marBottom w:val="240"/>
                                          <w:divBdr>
                                            <w:top w:val="none" w:sz="0" w:space="0" w:color="auto"/>
                                            <w:left w:val="none" w:sz="0" w:space="0" w:color="auto"/>
                                            <w:bottom w:val="none" w:sz="0" w:space="0" w:color="auto"/>
                                            <w:right w:val="none" w:sz="0" w:space="0" w:color="auto"/>
                                          </w:divBdr>
                                        </w:div>
                                        <w:div w:id="1526333613">
                                          <w:marLeft w:val="0"/>
                                          <w:marRight w:val="0"/>
                                          <w:marTop w:val="0"/>
                                          <w:marBottom w:val="0"/>
                                          <w:divBdr>
                                            <w:top w:val="none" w:sz="0" w:space="0" w:color="auto"/>
                                            <w:left w:val="none" w:sz="0" w:space="0" w:color="auto"/>
                                            <w:bottom w:val="none" w:sz="0" w:space="0" w:color="auto"/>
                                            <w:right w:val="none" w:sz="0" w:space="0" w:color="auto"/>
                                          </w:divBdr>
                                          <w:divsChild>
                                            <w:div w:id="1083187758">
                                              <w:marLeft w:val="0"/>
                                              <w:marRight w:val="0"/>
                                              <w:marTop w:val="60"/>
                                              <w:marBottom w:val="0"/>
                                              <w:divBdr>
                                                <w:top w:val="none" w:sz="0" w:space="0" w:color="auto"/>
                                                <w:left w:val="none" w:sz="0" w:space="0" w:color="auto"/>
                                                <w:bottom w:val="none" w:sz="0" w:space="0" w:color="auto"/>
                                                <w:right w:val="none" w:sz="0" w:space="0" w:color="auto"/>
                                              </w:divBdr>
                                              <w:divsChild>
                                                <w:div w:id="9903315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967724">
              <w:marLeft w:val="0"/>
              <w:marRight w:val="0"/>
              <w:marTop w:val="360"/>
              <w:marBottom w:val="0"/>
              <w:divBdr>
                <w:top w:val="none" w:sz="0" w:space="0" w:color="auto"/>
                <w:left w:val="none" w:sz="0" w:space="0" w:color="auto"/>
                <w:bottom w:val="none" w:sz="0" w:space="0" w:color="auto"/>
                <w:right w:val="none" w:sz="0" w:space="0" w:color="auto"/>
              </w:divBdr>
              <w:divsChild>
                <w:div w:id="1521578769">
                  <w:marLeft w:val="0"/>
                  <w:marRight w:val="0"/>
                  <w:marTop w:val="0"/>
                  <w:marBottom w:val="0"/>
                  <w:divBdr>
                    <w:top w:val="none" w:sz="0" w:space="0" w:color="auto"/>
                    <w:left w:val="none" w:sz="0" w:space="0" w:color="auto"/>
                    <w:bottom w:val="none" w:sz="0" w:space="0" w:color="auto"/>
                    <w:right w:val="none" w:sz="0" w:space="0" w:color="auto"/>
                  </w:divBdr>
                  <w:divsChild>
                    <w:div w:id="185947753">
                      <w:marLeft w:val="0"/>
                      <w:marRight w:val="0"/>
                      <w:marTop w:val="0"/>
                      <w:marBottom w:val="0"/>
                      <w:divBdr>
                        <w:top w:val="none" w:sz="0" w:space="0" w:color="auto"/>
                        <w:left w:val="none" w:sz="0" w:space="0" w:color="auto"/>
                        <w:bottom w:val="none" w:sz="0" w:space="0" w:color="auto"/>
                        <w:right w:val="none" w:sz="0" w:space="0" w:color="auto"/>
                      </w:divBdr>
                      <w:divsChild>
                        <w:div w:id="278530092">
                          <w:marLeft w:val="0"/>
                          <w:marRight w:val="0"/>
                          <w:marTop w:val="0"/>
                          <w:marBottom w:val="0"/>
                          <w:divBdr>
                            <w:top w:val="none" w:sz="0" w:space="0" w:color="auto"/>
                            <w:left w:val="none" w:sz="0" w:space="0" w:color="auto"/>
                            <w:bottom w:val="none" w:sz="0" w:space="0" w:color="auto"/>
                            <w:right w:val="none" w:sz="0" w:space="0" w:color="auto"/>
                          </w:divBdr>
                          <w:divsChild>
                            <w:div w:id="7296400">
                              <w:marLeft w:val="0"/>
                              <w:marRight w:val="246"/>
                              <w:marTop w:val="0"/>
                              <w:marBottom w:val="0"/>
                              <w:divBdr>
                                <w:top w:val="none" w:sz="0" w:space="0" w:color="auto"/>
                                <w:left w:val="none" w:sz="0" w:space="0" w:color="auto"/>
                                <w:bottom w:val="none" w:sz="0" w:space="0" w:color="auto"/>
                                <w:right w:val="none" w:sz="0" w:space="0" w:color="auto"/>
                              </w:divBdr>
                              <w:divsChild>
                                <w:div w:id="1496458749">
                                  <w:marLeft w:val="0"/>
                                  <w:marRight w:val="0"/>
                                  <w:marTop w:val="0"/>
                                  <w:marBottom w:val="0"/>
                                  <w:divBdr>
                                    <w:top w:val="none" w:sz="0" w:space="0" w:color="auto"/>
                                    <w:left w:val="none" w:sz="0" w:space="0" w:color="auto"/>
                                    <w:bottom w:val="none" w:sz="0" w:space="0" w:color="auto"/>
                                    <w:right w:val="none" w:sz="0" w:space="0" w:color="auto"/>
                                  </w:divBdr>
                                  <w:divsChild>
                                    <w:div w:id="1290814911">
                                      <w:marLeft w:val="0"/>
                                      <w:marRight w:val="0"/>
                                      <w:marTop w:val="0"/>
                                      <w:marBottom w:val="0"/>
                                      <w:divBdr>
                                        <w:top w:val="none" w:sz="0" w:space="0" w:color="auto"/>
                                        <w:left w:val="none" w:sz="0" w:space="0" w:color="auto"/>
                                        <w:bottom w:val="none" w:sz="0" w:space="0" w:color="auto"/>
                                        <w:right w:val="none" w:sz="0" w:space="0" w:color="auto"/>
                                      </w:divBdr>
                                      <w:divsChild>
                                        <w:div w:id="140086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8251919">
                      <w:marLeft w:val="0"/>
                      <w:marRight w:val="0"/>
                      <w:marTop w:val="0"/>
                      <w:marBottom w:val="0"/>
                      <w:divBdr>
                        <w:top w:val="none" w:sz="0" w:space="0" w:color="auto"/>
                        <w:left w:val="none" w:sz="0" w:space="0" w:color="auto"/>
                        <w:bottom w:val="none" w:sz="0" w:space="0" w:color="auto"/>
                        <w:right w:val="none" w:sz="0" w:space="0" w:color="auto"/>
                      </w:divBdr>
                      <w:divsChild>
                        <w:div w:id="978338694">
                          <w:marLeft w:val="0"/>
                          <w:marRight w:val="0"/>
                          <w:marTop w:val="0"/>
                          <w:marBottom w:val="0"/>
                          <w:divBdr>
                            <w:top w:val="none" w:sz="0" w:space="0" w:color="auto"/>
                            <w:left w:val="none" w:sz="0" w:space="0" w:color="auto"/>
                            <w:bottom w:val="none" w:sz="0" w:space="0" w:color="auto"/>
                            <w:right w:val="none" w:sz="0" w:space="0" w:color="auto"/>
                          </w:divBdr>
                          <w:divsChild>
                            <w:div w:id="1389107907">
                              <w:marLeft w:val="0"/>
                              <w:marRight w:val="0"/>
                              <w:marTop w:val="0"/>
                              <w:marBottom w:val="0"/>
                              <w:divBdr>
                                <w:top w:val="none" w:sz="0" w:space="0" w:color="auto"/>
                                <w:left w:val="none" w:sz="0" w:space="0" w:color="auto"/>
                                <w:bottom w:val="none" w:sz="0" w:space="0" w:color="auto"/>
                                <w:right w:val="none" w:sz="0" w:space="0" w:color="auto"/>
                              </w:divBdr>
                              <w:divsChild>
                                <w:div w:id="1661036200">
                                  <w:marLeft w:val="0"/>
                                  <w:marRight w:val="0"/>
                                  <w:marTop w:val="0"/>
                                  <w:marBottom w:val="0"/>
                                  <w:divBdr>
                                    <w:top w:val="none" w:sz="0" w:space="0" w:color="auto"/>
                                    <w:left w:val="none" w:sz="0" w:space="0" w:color="auto"/>
                                    <w:bottom w:val="none" w:sz="0" w:space="0" w:color="auto"/>
                                    <w:right w:val="none" w:sz="0" w:space="0" w:color="auto"/>
                                  </w:divBdr>
                                  <w:divsChild>
                                    <w:div w:id="569732566">
                                      <w:marLeft w:val="0"/>
                                      <w:marRight w:val="0"/>
                                      <w:marTop w:val="0"/>
                                      <w:marBottom w:val="0"/>
                                      <w:divBdr>
                                        <w:top w:val="none" w:sz="0" w:space="0" w:color="auto"/>
                                        <w:left w:val="none" w:sz="0" w:space="0" w:color="auto"/>
                                        <w:bottom w:val="none" w:sz="0" w:space="0" w:color="auto"/>
                                        <w:right w:val="none" w:sz="0" w:space="0" w:color="auto"/>
                                      </w:divBdr>
                                      <w:divsChild>
                                        <w:div w:id="1249577195">
                                          <w:marLeft w:val="0"/>
                                          <w:marRight w:val="0"/>
                                          <w:marTop w:val="0"/>
                                          <w:marBottom w:val="0"/>
                                          <w:divBdr>
                                            <w:top w:val="none" w:sz="0" w:space="0" w:color="auto"/>
                                            <w:left w:val="none" w:sz="0" w:space="0" w:color="auto"/>
                                            <w:bottom w:val="none" w:sz="0" w:space="0" w:color="auto"/>
                                            <w:right w:val="none" w:sz="0" w:space="0" w:color="auto"/>
                                          </w:divBdr>
                                          <w:divsChild>
                                            <w:div w:id="1000501675">
                                              <w:marLeft w:val="0"/>
                                              <w:marRight w:val="0"/>
                                              <w:marTop w:val="0"/>
                                              <w:marBottom w:val="0"/>
                                              <w:divBdr>
                                                <w:top w:val="none" w:sz="0" w:space="0" w:color="auto"/>
                                                <w:left w:val="none" w:sz="0" w:space="0" w:color="auto"/>
                                                <w:bottom w:val="none" w:sz="0" w:space="0" w:color="auto"/>
                                                <w:right w:val="none" w:sz="0" w:space="0" w:color="auto"/>
                                              </w:divBdr>
                                              <w:divsChild>
                                                <w:div w:id="551890576">
                                                  <w:marLeft w:val="0"/>
                                                  <w:marRight w:val="0"/>
                                                  <w:marTop w:val="180"/>
                                                  <w:marBottom w:val="240"/>
                                                  <w:divBdr>
                                                    <w:top w:val="none" w:sz="0" w:space="0" w:color="auto"/>
                                                    <w:left w:val="none" w:sz="0" w:space="0" w:color="auto"/>
                                                    <w:bottom w:val="none" w:sz="0" w:space="0" w:color="auto"/>
                                                    <w:right w:val="none" w:sz="0" w:space="0" w:color="auto"/>
                                                  </w:divBdr>
                                                </w:div>
                                                <w:div w:id="1837459070">
                                                  <w:marLeft w:val="0"/>
                                                  <w:marRight w:val="0"/>
                                                  <w:marTop w:val="180"/>
                                                  <w:marBottom w:val="240"/>
                                                  <w:divBdr>
                                                    <w:top w:val="none" w:sz="0" w:space="0" w:color="auto"/>
                                                    <w:left w:val="none" w:sz="0" w:space="0" w:color="auto"/>
                                                    <w:bottom w:val="none" w:sz="0" w:space="0" w:color="auto"/>
                                                    <w:right w:val="none" w:sz="0" w:space="0" w:color="auto"/>
                                                  </w:divBdr>
                                                </w:div>
                                                <w:div w:id="129902941">
                                                  <w:marLeft w:val="0"/>
                                                  <w:marRight w:val="0"/>
                                                  <w:marTop w:val="180"/>
                                                  <w:marBottom w:val="240"/>
                                                  <w:divBdr>
                                                    <w:top w:val="none" w:sz="0" w:space="0" w:color="auto"/>
                                                    <w:left w:val="none" w:sz="0" w:space="0" w:color="auto"/>
                                                    <w:bottom w:val="none" w:sz="0" w:space="0" w:color="auto"/>
                                                    <w:right w:val="none" w:sz="0" w:space="0" w:color="auto"/>
                                                  </w:divBdr>
                                                </w:div>
                                                <w:div w:id="1850675059">
                                                  <w:marLeft w:val="0"/>
                                                  <w:marRight w:val="0"/>
                                                  <w:marTop w:val="180"/>
                                                  <w:marBottom w:val="240"/>
                                                  <w:divBdr>
                                                    <w:top w:val="none" w:sz="0" w:space="0" w:color="auto"/>
                                                    <w:left w:val="none" w:sz="0" w:space="0" w:color="auto"/>
                                                    <w:bottom w:val="none" w:sz="0" w:space="0" w:color="auto"/>
                                                    <w:right w:val="none" w:sz="0" w:space="0" w:color="auto"/>
                                                  </w:divBdr>
                                                </w:div>
                                                <w:div w:id="1139150118">
                                                  <w:marLeft w:val="0"/>
                                                  <w:marRight w:val="0"/>
                                                  <w:marTop w:val="180"/>
                                                  <w:marBottom w:val="240"/>
                                                  <w:divBdr>
                                                    <w:top w:val="none" w:sz="0" w:space="0" w:color="auto"/>
                                                    <w:left w:val="none" w:sz="0" w:space="0" w:color="auto"/>
                                                    <w:bottom w:val="none" w:sz="0" w:space="0" w:color="auto"/>
                                                    <w:right w:val="none" w:sz="0" w:space="0" w:color="auto"/>
                                                  </w:divBdr>
                                                </w:div>
                                                <w:div w:id="145437314">
                                                  <w:marLeft w:val="0"/>
                                                  <w:marRight w:val="0"/>
                                                  <w:marTop w:val="180"/>
                                                  <w:marBottom w:val="240"/>
                                                  <w:divBdr>
                                                    <w:top w:val="none" w:sz="0" w:space="0" w:color="auto"/>
                                                    <w:left w:val="none" w:sz="0" w:space="0" w:color="auto"/>
                                                    <w:bottom w:val="none" w:sz="0" w:space="0" w:color="auto"/>
                                                    <w:right w:val="none" w:sz="0" w:space="0" w:color="auto"/>
                                                  </w:divBdr>
                                                </w:div>
                                                <w:div w:id="1059596508">
                                                  <w:marLeft w:val="0"/>
                                                  <w:marRight w:val="0"/>
                                                  <w:marTop w:val="180"/>
                                                  <w:marBottom w:val="240"/>
                                                  <w:divBdr>
                                                    <w:top w:val="none" w:sz="0" w:space="0" w:color="auto"/>
                                                    <w:left w:val="none" w:sz="0" w:space="0" w:color="auto"/>
                                                    <w:bottom w:val="none" w:sz="0" w:space="0" w:color="auto"/>
                                                    <w:right w:val="none" w:sz="0" w:space="0" w:color="auto"/>
                                                  </w:divBdr>
                                                </w:div>
                                                <w:div w:id="99837017">
                                                  <w:marLeft w:val="0"/>
                                                  <w:marRight w:val="0"/>
                                                  <w:marTop w:val="180"/>
                                                  <w:marBottom w:val="240"/>
                                                  <w:divBdr>
                                                    <w:top w:val="none" w:sz="0" w:space="0" w:color="auto"/>
                                                    <w:left w:val="none" w:sz="0" w:space="0" w:color="auto"/>
                                                    <w:bottom w:val="none" w:sz="0" w:space="0" w:color="auto"/>
                                                    <w:right w:val="none" w:sz="0" w:space="0" w:color="auto"/>
                                                  </w:divBdr>
                                                </w:div>
                                                <w:div w:id="1145705363">
                                                  <w:marLeft w:val="0"/>
                                                  <w:marRight w:val="0"/>
                                                  <w:marTop w:val="180"/>
                                                  <w:marBottom w:val="240"/>
                                                  <w:divBdr>
                                                    <w:top w:val="none" w:sz="0" w:space="0" w:color="auto"/>
                                                    <w:left w:val="none" w:sz="0" w:space="0" w:color="auto"/>
                                                    <w:bottom w:val="none" w:sz="0" w:space="0" w:color="auto"/>
                                                    <w:right w:val="none" w:sz="0" w:space="0" w:color="auto"/>
                                                  </w:divBdr>
                                                </w:div>
                                                <w:div w:id="215286111">
                                                  <w:marLeft w:val="0"/>
                                                  <w:marRight w:val="0"/>
                                                  <w:marTop w:val="180"/>
                                                  <w:marBottom w:val="240"/>
                                                  <w:divBdr>
                                                    <w:top w:val="none" w:sz="0" w:space="0" w:color="auto"/>
                                                    <w:left w:val="none" w:sz="0" w:space="0" w:color="auto"/>
                                                    <w:bottom w:val="none" w:sz="0" w:space="0" w:color="auto"/>
                                                    <w:right w:val="none" w:sz="0" w:space="0" w:color="auto"/>
                                                  </w:divBdr>
                                                </w:div>
                                                <w:div w:id="39715051">
                                                  <w:marLeft w:val="0"/>
                                                  <w:marRight w:val="0"/>
                                                  <w:marTop w:val="0"/>
                                                  <w:marBottom w:val="0"/>
                                                  <w:divBdr>
                                                    <w:top w:val="none" w:sz="0" w:space="0" w:color="auto"/>
                                                    <w:left w:val="none" w:sz="0" w:space="0" w:color="auto"/>
                                                    <w:bottom w:val="none" w:sz="0" w:space="0" w:color="auto"/>
                                                    <w:right w:val="none" w:sz="0" w:space="0" w:color="auto"/>
                                                  </w:divBdr>
                                                  <w:divsChild>
                                                    <w:div w:id="834957743">
                                                      <w:marLeft w:val="0"/>
                                                      <w:marRight w:val="0"/>
                                                      <w:marTop w:val="60"/>
                                                      <w:marBottom w:val="0"/>
                                                      <w:divBdr>
                                                        <w:top w:val="none" w:sz="0" w:space="0" w:color="auto"/>
                                                        <w:left w:val="none" w:sz="0" w:space="0" w:color="auto"/>
                                                        <w:bottom w:val="none" w:sz="0" w:space="0" w:color="auto"/>
                                                        <w:right w:val="none" w:sz="0" w:space="0" w:color="auto"/>
                                                      </w:divBdr>
                                                      <w:divsChild>
                                                        <w:div w:id="38942773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07185486">
              <w:marLeft w:val="0"/>
              <w:marRight w:val="0"/>
              <w:marTop w:val="360"/>
              <w:marBottom w:val="0"/>
              <w:divBdr>
                <w:top w:val="none" w:sz="0" w:space="0" w:color="auto"/>
                <w:left w:val="none" w:sz="0" w:space="0" w:color="auto"/>
                <w:bottom w:val="none" w:sz="0" w:space="0" w:color="auto"/>
                <w:right w:val="none" w:sz="0" w:space="0" w:color="auto"/>
              </w:divBdr>
              <w:divsChild>
                <w:div w:id="734358075">
                  <w:marLeft w:val="0"/>
                  <w:marRight w:val="0"/>
                  <w:marTop w:val="0"/>
                  <w:marBottom w:val="0"/>
                  <w:divBdr>
                    <w:top w:val="none" w:sz="0" w:space="0" w:color="auto"/>
                    <w:left w:val="none" w:sz="0" w:space="0" w:color="auto"/>
                    <w:bottom w:val="none" w:sz="0" w:space="0" w:color="auto"/>
                    <w:right w:val="none" w:sz="0" w:space="0" w:color="auto"/>
                  </w:divBdr>
                  <w:divsChild>
                    <w:div w:id="2017147496">
                      <w:marLeft w:val="0"/>
                      <w:marRight w:val="0"/>
                      <w:marTop w:val="0"/>
                      <w:marBottom w:val="0"/>
                      <w:divBdr>
                        <w:top w:val="none" w:sz="0" w:space="0" w:color="auto"/>
                        <w:left w:val="none" w:sz="0" w:space="0" w:color="auto"/>
                        <w:bottom w:val="none" w:sz="0" w:space="0" w:color="auto"/>
                        <w:right w:val="none" w:sz="0" w:space="0" w:color="auto"/>
                      </w:divBdr>
                      <w:divsChild>
                        <w:div w:id="764349500">
                          <w:marLeft w:val="0"/>
                          <w:marRight w:val="0"/>
                          <w:marTop w:val="0"/>
                          <w:marBottom w:val="0"/>
                          <w:divBdr>
                            <w:top w:val="none" w:sz="0" w:space="0" w:color="auto"/>
                            <w:left w:val="none" w:sz="0" w:space="0" w:color="auto"/>
                            <w:bottom w:val="none" w:sz="0" w:space="0" w:color="auto"/>
                            <w:right w:val="none" w:sz="0" w:space="0" w:color="auto"/>
                          </w:divBdr>
                          <w:divsChild>
                            <w:div w:id="791629057">
                              <w:marLeft w:val="0"/>
                              <w:marRight w:val="2999"/>
                              <w:marTop w:val="0"/>
                              <w:marBottom w:val="0"/>
                              <w:divBdr>
                                <w:top w:val="none" w:sz="0" w:space="0" w:color="auto"/>
                                <w:left w:val="none" w:sz="0" w:space="0" w:color="auto"/>
                                <w:bottom w:val="none" w:sz="0" w:space="0" w:color="auto"/>
                                <w:right w:val="none" w:sz="0" w:space="0" w:color="auto"/>
                              </w:divBdr>
                              <w:divsChild>
                                <w:div w:id="1271627155">
                                  <w:marLeft w:val="0"/>
                                  <w:marRight w:val="0"/>
                                  <w:marTop w:val="0"/>
                                  <w:marBottom w:val="0"/>
                                  <w:divBdr>
                                    <w:top w:val="none" w:sz="0" w:space="0" w:color="auto"/>
                                    <w:left w:val="none" w:sz="0" w:space="0" w:color="auto"/>
                                    <w:bottom w:val="none" w:sz="0" w:space="0" w:color="auto"/>
                                    <w:right w:val="none" w:sz="0" w:space="0" w:color="auto"/>
                                  </w:divBdr>
                                  <w:divsChild>
                                    <w:div w:id="1319193971">
                                      <w:marLeft w:val="0"/>
                                      <w:marRight w:val="0"/>
                                      <w:marTop w:val="0"/>
                                      <w:marBottom w:val="0"/>
                                      <w:divBdr>
                                        <w:top w:val="none" w:sz="0" w:space="0" w:color="auto"/>
                                        <w:left w:val="none" w:sz="0" w:space="0" w:color="auto"/>
                                        <w:bottom w:val="none" w:sz="0" w:space="0" w:color="auto"/>
                                        <w:right w:val="none" w:sz="0" w:space="0" w:color="auto"/>
                                      </w:divBdr>
                                      <w:divsChild>
                                        <w:div w:id="53674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452141">
                      <w:marLeft w:val="0"/>
                      <w:marRight w:val="0"/>
                      <w:marTop w:val="0"/>
                      <w:marBottom w:val="0"/>
                      <w:divBdr>
                        <w:top w:val="none" w:sz="0" w:space="0" w:color="auto"/>
                        <w:left w:val="none" w:sz="0" w:space="0" w:color="auto"/>
                        <w:bottom w:val="none" w:sz="0" w:space="0" w:color="auto"/>
                        <w:right w:val="none" w:sz="0" w:space="0" w:color="auto"/>
                      </w:divBdr>
                      <w:divsChild>
                        <w:div w:id="2144542116">
                          <w:marLeft w:val="0"/>
                          <w:marRight w:val="0"/>
                          <w:marTop w:val="0"/>
                          <w:marBottom w:val="0"/>
                          <w:divBdr>
                            <w:top w:val="none" w:sz="0" w:space="0" w:color="auto"/>
                            <w:left w:val="none" w:sz="0" w:space="0" w:color="auto"/>
                            <w:bottom w:val="none" w:sz="0" w:space="0" w:color="auto"/>
                            <w:right w:val="none" w:sz="0" w:space="0" w:color="auto"/>
                          </w:divBdr>
                          <w:divsChild>
                            <w:div w:id="524560250">
                              <w:marLeft w:val="0"/>
                              <w:marRight w:val="0"/>
                              <w:marTop w:val="0"/>
                              <w:marBottom w:val="0"/>
                              <w:divBdr>
                                <w:top w:val="none" w:sz="0" w:space="0" w:color="auto"/>
                                <w:left w:val="none" w:sz="0" w:space="0" w:color="auto"/>
                                <w:bottom w:val="none" w:sz="0" w:space="0" w:color="auto"/>
                                <w:right w:val="none" w:sz="0" w:space="0" w:color="auto"/>
                              </w:divBdr>
                              <w:divsChild>
                                <w:div w:id="1601523972">
                                  <w:marLeft w:val="0"/>
                                  <w:marRight w:val="0"/>
                                  <w:marTop w:val="0"/>
                                  <w:marBottom w:val="0"/>
                                  <w:divBdr>
                                    <w:top w:val="none" w:sz="0" w:space="0" w:color="auto"/>
                                    <w:left w:val="none" w:sz="0" w:space="0" w:color="auto"/>
                                    <w:bottom w:val="none" w:sz="0" w:space="0" w:color="auto"/>
                                    <w:right w:val="none" w:sz="0" w:space="0" w:color="auto"/>
                                  </w:divBdr>
                                  <w:divsChild>
                                    <w:div w:id="1596405146">
                                      <w:marLeft w:val="0"/>
                                      <w:marRight w:val="0"/>
                                      <w:marTop w:val="0"/>
                                      <w:marBottom w:val="0"/>
                                      <w:divBdr>
                                        <w:top w:val="none" w:sz="0" w:space="0" w:color="auto"/>
                                        <w:left w:val="none" w:sz="0" w:space="0" w:color="auto"/>
                                        <w:bottom w:val="none" w:sz="0" w:space="0" w:color="auto"/>
                                        <w:right w:val="none" w:sz="0" w:space="0" w:color="auto"/>
                                      </w:divBdr>
                                      <w:divsChild>
                                        <w:div w:id="229191209">
                                          <w:marLeft w:val="0"/>
                                          <w:marRight w:val="0"/>
                                          <w:marTop w:val="0"/>
                                          <w:marBottom w:val="0"/>
                                          <w:divBdr>
                                            <w:top w:val="none" w:sz="0" w:space="0" w:color="auto"/>
                                            <w:left w:val="none" w:sz="0" w:space="0" w:color="auto"/>
                                            <w:bottom w:val="none" w:sz="0" w:space="0" w:color="auto"/>
                                            <w:right w:val="none" w:sz="0" w:space="0" w:color="auto"/>
                                          </w:divBdr>
                                          <w:divsChild>
                                            <w:div w:id="1563128937">
                                              <w:marLeft w:val="0"/>
                                              <w:marRight w:val="0"/>
                                              <w:marTop w:val="0"/>
                                              <w:marBottom w:val="0"/>
                                              <w:divBdr>
                                                <w:top w:val="none" w:sz="0" w:space="0" w:color="auto"/>
                                                <w:left w:val="none" w:sz="0" w:space="0" w:color="auto"/>
                                                <w:bottom w:val="none" w:sz="0" w:space="0" w:color="auto"/>
                                                <w:right w:val="none" w:sz="0" w:space="0" w:color="auto"/>
                                              </w:divBdr>
                                              <w:divsChild>
                                                <w:div w:id="876622695">
                                                  <w:marLeft w:val="0"/>
                                                  <w:marRight w:val="0"/>
                                                  <w:marTop w:val="180"/>
                                                  <w:marBottom w:val="240"/>
                                                  <w:divBdr>
                                                    <w:top w:val="none" w:sz="0" w:space="0" w:color="auto"/>
                                                    <w:left w:val="none" w:sz="0" w:space="0" w:color="auto"/>
                                                    <w:bottom w:val="none" w:sz="0" w:space="0" w:color="auto"/>
                                                    <w:right w:val="none" w:sz="0" w:space="0" w:color="auto"/>
                                                  </w:divBdr>
                                                </w:div>
                                                <w:div w:id="257098931">
                                                  <w:marLeft w:val="0"/>
                                                  <w:marRight w:val="0"/>
                                                  <w:marTop w:val="180"/>
                                                  <w:marBottom w:val="240"/>
                                                  <w:divBdr>
                                                    <w:top w:val="none" w:sz="0" w:space="0" w:color="auto"/>
                                                    <w:left w:val="none" w:sz="0" w:space="0" w:color="auto"/>
                                                    <w:bottom w:val="none" w:sz="0" w:space="0" w:color="auto"/>
                                                    <w:right w:val="none" w:sz="0" w:space="0" w:color="auto"/>
                                                  </w:divBdr>
                                                </w:div>
                                                <w:div w:id="1093354024">
                                                  <w:marLeft w:val="0"/>
                                                  <w:marRight w:val="0"/>
                                                  <w:marTop w:val="180"/>
                                                  <w:marBottom w:val="240"/>
                                                  <w:divBdr>
                                                    <w:top w:val="none" w:sz="0" w:space="0" w:color="auto"/>
                                                    <w:left w:val="none" w:sz="0" w:space="0" w:color="auto"/>
                                                    <w:bottom w:val="none" w:sz="0" w:space="0" w:color="auto"/>
                                                    <w:right w:val="none" w:sz="0" w:space="0" w:color="auto"/>
                                                  </w:divBdr>
                                                </w:div>
                                                <w:div w:id="342557005">
                                                  <w:marLeft w:val="0"/>
                                                  <w:marRight w:val="0"/>
                                                  <w:marTop w:val="180"/>
                                                  <w:marBottom w:val="240"/>
                                                  <w:divBdr>
                                                    <w:top w:val="none" w:sz="0" w:space="0" w:color="auto"/>
                                                    <w:left w:val="none" w:sz="0" w:space="0" w:color="auto"/>
                                                    <w:bottom w:val="none" w:sz="0" w:space="0" w:color="auto"/>
                                                    <w:right w:val="none" w:sz="0" w:space="0" w:color="auto"/>
                                                  </w:divBdr>
                                                </w:div>
                                                <w:div w:id="1425374347">
                                                  <w:marLeft w:val="0"/>
                                                  <w:marRight w:val="0"/>
                                                  <w:marTop w:val="180"/>
                                                  <w:marBottom w:val="240"/>
                                                  <w:divBdr>
                                                    <w:top w:val="none" w:sz="0" w:space="0" w:color="auto"/>
                                                    <w:left w:val="none" w:sz="0" w:space="0" w:color="auto"/>
                                                    <w:bottom w:val="none" w:sz="0" w:space="0" w:color="auto"/>
                                                    <w:right w:val="none" w:sz="0" w:space="0" w:color="auto"/>
                                                  </w:divBdr>
                                                </w:div>
                                                <w:div w:id="1535120945">
                                                  <w:marLeft w:val="0"/>
                                                  <w:marRight w:val="0"/>
                                                  <w:marTop w:val="180"/>
                                                  <w:marBottom w:val="240"/>
                                                  <w:divBdr>
                                                    <w:top w:val="none" w:sz="0" w:space="0" w:color="auto"/>
                                                    <w:left w:val="none" w:sz="0" w:space="0" w:color="auto"/>
                                                    <w:bottom w:val="none" w:sz="0" w:space="0" w:color="auto"/>
                                                    <w:right w:val="none" w:sz="0" w:space="0" w:color="auto"/>
                                                  </w:divBdr>
                                                </w:div>
                                                <w:div w:id="937444024">
                                                  <w:marLeft w:val="0"/>
                                                  <w:marRight w:val="0"/>
                                                  <w:marTop w:val="180"/>
                                                  <w:marBottom w:val="240"/>
                                                  <w:divBdr>
                                                    <w:top w:val="none" w:sz="0" w:space="0" w:color="auto"/>
                                                    <w:left w:val="none" w:sz="0" w:space="0" w:color="auto"/>
                                                    <w:bottom w:val="none" w:sz="0" w:space="0" w:color="auto"/>
                                                    <w:right w:val="none" w:sz="0" w:space="0" w:color="auto"/>
                                                  </w:divBdr>
                                                </w:div>
                                                <w:div w:id="1703289514">
                                                  <w:marLeft w:val="0"/>
                                                  <w:marRight w:val="0"/>
                                                  <w:marTop w:val="180"/>
                                                  <w:marBottom w:val="240"/>
                                                  <w:divBdr>
                                                    <w:top w:val="none" w:sz="0" w:space="0" w:color="auto"/>
                                                    <w:left w:val="none" w:sz="0" w:space="0" w:color="auto"/>
                                                    <w:bottom w:val="none" w:sz="0" w:space="0" w:color="auto"/>
                                                    <w:right w:val="none" w:sz="0" w:space="0" w:color="auto"/>
                                                  </w:divBdr>
                                                </w:div>
                                                <w:div w:id="1578589005">
                                                  <w:marLeft w:val="0"/>
                                                  <w:marRight w:val="0"/>
                                                  <w:marTop w:val="180"/>
                                                  <w:marBottom w:val="240"/>
                                                  <w:divBdr>
                                                    <w:top w:val="none" w:sz="0" w:space="0" w:color="auto"/>
                                                    <w:left w:val="none" w:sz="0" w:space="0" w:color="auto"/>
                                                    <w:bottom w:val="none" w:sz="0" w:space="0" w:color="auto"/>
                                                    <w:right w:val="none" w:sz="0" w:space="0" w:color="auto"/>
                                                  </w:divBdr>
                                                </w:div>
                                                <w:div w:id="1164274476">
                                                  <w:marLeft w:val="0"/>
                                                  <w:marRight w:val="0"/>
                                                  <w:marTop w:val="180"/>
                                                  <w:marBottom w:val="240"/>
                                                  <w:divBdr>
                                                    <w:top w:val="none" w:sz="0" w:space="0" w:color="auto"/>
                                                    <w:left w:val="none" w:sz="0" w:space="0" w:color="auto"/>
                                                    <w:bottom w:val="none" w:sz="0" w:space="0" w:color="auto"/>
                                                    <w:right w:val="none" w:sz="0" w:space="0" w:color="auto"/>
                                                  </w:divBdr>
                                                </w:div>
                                                <w:div w:id="1672217469">
                                                  <w:marLeft w:val="0"/>
                                                  <w:marRight w:val="0"/>
                                                  <w:marTop w:val="0"/>
                                                  <w:marBottom w:val="0"/>
                                                  <w:divBdr>
                                                    <w:top w:val="none" w:sz="0" w:space="0" w:color="auto"/>
                                                    <w:left w:val="none" w:sz="0" w:space="0" w:color="auto"/>
                                                    <w:bottom w:val="none" w:sz="0" w:space="0" w:color="auto"/>
                                                    <w:right w:val="none" w:sz="0" w:space="0" w:color="auto"/>
                                                  </w:divBdr>
                                                  <w:divsChild>
                                                    <w:div w:id="1523979455">
                                                      <w:marLeft w:val="0"/>
                                                      <w:marRight w:val="0"/>
                                                      <w:marTop w:val="60"/>
                                                      <w:marBottom w:val="0"/>
                                                      <w:divBdr>
                                                        <w:top w:val="none" w:sz="0" w:space="0" w:color="auto"/>
                                                        <w:left w:val="none" w:sz="0" w:space="0" w:color="auto"/>
                                                        <w:bottom w:val="none" w:sz="0" w:space="0" w:color="auto"/>
                                                        <w:right w:val="none" w:sz="0" w:space="0" w:color="auto"/>
                                                      </w:divBdr>
                                                      <w:divsChild>
                                                        <w:div w:id="27532816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29799667">
              <w:marLeft w:val="0"/>
              <w:marRight w:val="0"/>
              <w:marTop w:val="360"/>
              <w:marBottom w:val="0"/>
              <w:divBdr>
                <w:top w:val="none" w:sz="0" w:space="0" w:color="auto"/>
                <w:left w:val="none" w:sz="0" w:space="0" w:color="auto"/>
                <w:bottom w:val="none" w:sz="0" w:space="0" w:color="auto"/>
                <w:right w:val="none" w:sz="0" w:space="0" w:color="auto"/>
              </w:divBdr>
              <w:divsChild>
                <w:div w:id="1317415944">
                  <w:marLeft w:val="0"/>
                  <w:marRight w:val="0"/>
                  <w:marTop w:val="0"/>
                  <w:marBottom w:val="0"/>
                  <w:divBdr>
                    <w:top w:val="none" w:sz="0" w:space="0" w:color="auto"/>
                    <w:left w:val="none" w:sz="0" w:space="0" w:color="auto"/>
                    <w:bottom w:val="none" w:sz="0" w:space="0" w:color="auto"/>
                    <w:right w:val="none" w:sz="0" w:space="0" w:color="auto"/>
                  </w:divBdr>
                  <w:divsChild>
                    <w:div w:id="1373187887">
                      <w:marLeft w:val="0"/>
                      <w:marRight w:val="0"/>
                      <w:marTop w:val="0"/>
                      <w:marBottom w:val="0"/>
                      <w:divBdr>
                        <w:top w:val="none" w:sz="0" w:space="0" w:color="auto"/>
                        <w:left w:val="none" w:sz="0" w:space="0" w:color="auto"/>
                        <w:bottom w:val="none" w:sz="0" w:space="0" w:color="auto"/>
                        <w:right w:val="none" w:sz="0" w:space="0" w:color="auto"/>
                      </w:divBdr>
                      <w:divsChild>
                        <w:div w:id="1995526078">
                          <w:marLeft w:val="0"/>
                          <w:marRight w:val="0"/>
                          <w:marTop w:val="0"/>
                          <w:marBottom w:val="0"/>
                          <w:divBdr>
                            <w:top w:val="none" w:sz="0" w:space="0" w:color="auto"/>
                            <w:left w:val="none" w:sz="0" w:space="0" w:color="auto"/>
                            <w:bottom w:val="none" w:sz="0" w:space="0" w:color="auto"/>
                            <w:right w:val="none" w:sz="0" w:space="0" w:color="auto"/>
                          </w:divBdr>
                          <w:divsChild>
                            <w:div w:id="1807434913">
                              <w:marLeft w:val="0"/>
                              <w:marRight w:val="1466"/>
                              <w:marTop w:val="0"/>
                              <w:marBottom w:val="0"/>
                              <w:divBdr>
                                <w:top w:val="none" w:sz="0" w:space="0" w:color="auto"/>
                                <w:left w:val="none" w:sz="0" w:space="0" w:color="auto"/>
                                <w:bottom w:val="none" w:sz="0" w:space="0" w:color="auto"/>
                                <w:right w:val="none" w:sz="0" w:space="0" w:color="auto"/>
                              </w:divBdr>
                              <w:divsChild>
                                <w:div w:id="278218780">
                                  <w:marLeft w:val="0"/>
                                  <w:marRight w:val="0"/>
                                  <w:marTop w:val="0"/>
                                  <w:marBottom w:val="0"/>
                                  <w:divBdr>
                                    <w:top w:val="none" w:sz="0" w:space="0" w:color="auto"/>
                                    <w:left w:val="none" w:sz="0" w:space="0" w:color="auto"/>
                                    <w:bottom w:val="none" w:sz="0" w:space="0" w:color="auto"/>
                                    <w:right w:val="none" w:sz="0" w:space="0" w:color="auto"/>
                                  </w:divBdr>
                                  <w:divsChild>
                                    <w:div w:id="222836710">
                                      <w:marLeft w:val="0"/>
                                      <w:marRight w:val="0"/>
                                      <w:marTop w:val="0"/>
                                      <w:marBottom w:val="0"/>
                                      <w:divBdr>
                                        <w:top w:val="none" w:sz="0" w:space="0" w:color="auto"/>
                                        <w:left w:val="none" w:sz="0" w:space="0" w:color="auto"/>
                                        <w:bottom w:val="none" w:sz="0" w:space="0" w:color="auto"/>
                                        <w:right w:val="none" w:sz="0" w:space="0" w:color="auto"/>
                                      </w:divBdr>
                                      <w:divsChild>
                                        <w:div w:id="211400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105529">
                      <w:marLeft w:val="0"/>
                      <w:marRight w:val="0"/>
                      <w:marTop w:val="0"/>
                      <w:marBottom w:val="0"/>
                      <w:divBdr>
                        <w:top w:val="none" w:sz="0" w:space="0" w:color="auto"/>
                        <w:left w:val="none" w:sz="0" w:space="0" w:color="auto"/>
                        <w:bottom w:val="none" w:sz="0" w:space="0" w:color="auto"/>
                        <w:right w:val="none" w:sz="0" w:space="0" w:color="auto"/>
                      </w:divBdr>
                      <w:divsChild>
                        <w:div w:id="942999011">
                          <w:marLeft w:val="0"/>
                          <w:marRight w:val="0"/>
                          <w:marTop w:val="0"/>
                          <w:marBottom w:val="0"/>
                          <w:divBdr>
                            <w:top w:val="none" w:sz="0" w:space="0" w:color="auto"/>
                            <w:left w:val="none" w:sz="0" w:space="0" w:color="auto"/>
                            <w:bottom w:val="none" w:sz="0" w:space="0" w:color="auto"/>
                            <w:right w:val="none" w:sz="0" w:space="0" w:color="auto"/>
                          </w:divBdr>
                          <w:divsChild>
                            <w:div w:id="1780055861">
                              <w:marLeft w:val="0"/>
                              <w:marRight w:val="0"/>
                              <w:marTop w:val="0"/>
                              <w:marBottom w:val="0"/>
                              <w:divBdr>
                                <w:top w:val="none" w:sz="0" w:space="0" w:color="auto"/>
                                <w:left w:val="none" w:sz="0" w:space="0" w:color="auto"/>
                                <w:bottom w:val="none" w:sz="0" w:space="0" w:color="auto"/>
                                <w:right w:val="none" w:sz="0" w:space="0" w:color="auto"/>
                              </w:divBdr>
                              <w:divsChild>
                                <w:div w:id="697318877">
                                  <w:marLeft w:val="0"/>
                                  <w:marRight w:val="0"/>
                                  <w:marTop w:val="0"/>
                                  <w:marBottom w:val="0"/>
                                  <w:divBdr>
                                    <w:top w:val="none" w:sz="0" w:space="0" w:color="auto"/>
                                    <w:left w:val="none" w:sz="0" w:space="0" w:color="auto"/>
                                    <w:bottom w:val="none" w:sz="0" w:space="0" w:color="auto"/>
                                    <w:right w:val="none" w:sz="0" w:space="0" w:color="auto"/>
                                  </w:divBdr>
                                  <w:divsChild>
                                    <w:div w:id="1813710012">
                                      <w:marLeft w:val="0"/>
                                      <w:marRight w:val="0"/>
                                      <w:marTop w:val="0"/>
                                      <w:marBottom w:val="0"/>
                                      <w:divBdr>
                                        <w:top w:val="none" w:sz="0" w:space="0" w:color="auto"/>
                                        <w:left w:val="none" w:sz="0" w:space="0" w:color="auto"/>
                                        <w:bottom w:val="none" w:sz="0" w:space="0" w:color="auto"/>
                                        <w:right w:val="none" w:sz="0" w:space="0" w:color="auto"/>
                                      </w:divBdr>
                                      <w:divsChild>
                                        <w:div w:id="743530492">
                                          <w:marLeft w:val="0"/>
                                          <w:marRight w:val="0"/>
                                          <w:marTop w:val="0"/>
                                          <w:marBottom w:val="0"/>
                                          <w:divBdr>
                                            <w:top w:val="none" w:sz="0" w:space="0" w:color="auto"/>
                                            <w:left w:val="none" w:sz="0" w:space="0" w:color="auto"/>
                                            <w:bottom w:val="none" w:sz="0" w:space="0" w:color="auto"/>
                                            <w:right w:val="none" w:sz="0" w:space="0" w:color="auto"/>
                                          </w:divBdr>
                                          <w:divsChild>
                                            <w:div w:id="1597401206">
                                              <w:marLeft w:val="0"/>
                                              <w:marRight w:val="0"/>
                                              <w:marTop w:val="0"/>
                                              <w:marBottom w:val="0"/>
                                              <w:divBdr>
                                                <w:top w:val="none" w:sz="0" w:space="0" w:color="auto"/>
                                                <w:left w:val="none" w:sz="0" w:space="0" w:color="auto"/>
                                                <w:bottom w:val="none" w:sz="0" w:space="0" w:color="auto"/>
                                                <w:right w:val="none" w:sz="0" w:space="0" w:color="auto"/>
                                              </w:divBdr>
                                              <w:divsChild>
                                                <w:div w:id="1135028879">
                                                  <w:marLeft w:val="0"/>
                                                  <w:marRight w:val="0"/>
                                                  <w:marTop w:val="180"/>
                                                  <w:marBottom w:val="240"/>
                                                  <w:divBdr>
                                                    <w:top w:val="none" w:sz="0" w:space="0" w:color="auto"/>
                                                    <w:left w:val="none" w:sz="0" w:space="0" w:color="auto"/>
                                                    <w:bottom w:val="none" w:sz="0" w:space="0" w:color="auto"/>
                                                    <w:right w:val="none" w:sz="0" w:space="0" w:color="auto"/>
                                                  </w:divBdr>
                                                </w:div>
                                                <w:div w:id="1298879183">
                                                  <w:marLeft w:val="0"/>
                                                  <w:marRight w:val="0"/>
                                                  <w:marTop w:val="180"/>
                                                  <w:marBottom w:val="240"/>
                                                  <w:divBdr>
                                                    <w:top w:val="none" w:sz="0" w:space="0" w:color="auto"/>
                                                    <w:left w:val="none" w:sz="0" w:space="0" w:color="auto"/>
                                                    <w:bottom w:val="none" w:sz="0" w:space="0" w:color="auto"/>
                                                    <w:right w:val="none" w:sz="0" w:space="0" w:color="auto"/>
                                                  </w:divBdr>
                                                </w:div>
                                                <w:div w:id="1652101087">
                                                  <w:marLeft w:val="0"/>
                                                  <w:marRight w:val="0"/>
                                                  <w:marTop w:val="180"/>
                                                  <w:marBottom w:val="240"/>
                                                  <w:divBdr>
                                                    <w:top w:val="none" w:sz="0" w:space="0" w:color="auto"/>
                                                    <w:left w:val="none" w:sz="0" w:space="0" w:color="auto"/>
                                                    <w:bottom w:val="none" w:sz="0" w:space="0" w:color="auto"/>
                                                    <w:right w:val="none" w:sz="0" w:space="0" w:color="auto"/>
                                                  </w:divBdr>
                                                </w:div>
                                                <w:div w:id="1555653801">
                                                  <w:marLeft w:val="0"/>
                                                  <w:marRight w:val="0"/>
                                                  <w:marTop w:val="360"/>
                                                  <w:marBottom w:val="180"/>
                                                  <w:divBdr>
                                                    <w:top w:val="none" w:sz="0" w:space="0" w:color="auto"/>
                                                    <w:left w:val="none" w:sz="0" w:space="0" w:color="auto"/>
                                                    <w:bottom w:val="none" w:sz="0" w:space="0" w:color="auto"/>
                                                    <w:right w:val="none" w:sz="0" w:space="0" w:color="auto"/>
                                                  </w:divBdr>
                                                </w:div>
                                                <w:div w:id="1482233726">
                                                  <w:marLeft w:val="0"/>
                                                  <w:marRight w:val="0"/>
                                                  <w:marTop w:val="360"/>
                                                  <w:marBottom w:val="180"/>
                                                  <w:divBdr>
                                                    <w:top w:val="none" w:sz="0" w:space="0" w:color="auto"/>
                                                    <w:left w:val="none" w:sz="0" w:space="0" w:color="auto"/>
                                                    <w:bottom w:val="none" w:sz="0" w:space="0" w:color="auto"/>
                                                    <w:right w:val="none" w:sz="0" w:space="0" w:color="auto"/>
                                                  </w:divBdr>
                                                </w:div>
                                                <w:div w:id="1558710556">
                                                  <w:marLeft w:val="0"/>
                                                  <w:marRight w:val="0"/>
                                                  <w:marTop w:val="180"/>
                                                  <w:marBottom w:val="240"/>
                                                  <w:divBdr>
                                                    <w:top w:val="none" w:sz="0" w:space="0" w:color="auto"/>
                                                    <w:left w:val="none" w:sz="0" w:space="0" w:color="auto"/>
                                                    <w:bottom w:val="none" w:sz="0" w:space="0" w:color="auto"/>
                                                    <w:right w:val="none" w:sz="0" w:space="0" w:color="auto"/>
                                                  </w:divBdr>
                                                </w:div>
                                                <w:div w:id="2011373522">
                                                  <w:marLeft w:val="0"/>
                                                  <w:marRight w:val="0"/>
                                                  <w:marTop w:val="360"/>
                                                  <w:marBottom w:val="180"/>
                                                  <w:divBdr>
                                                    <w:top w:val="none" w:sz="0" w:space="0" w:color="auto"/>
                                                    <w:left w:val="none" w:sz="0" w:space="0" w:color="auto"/>
                                                    <w:bottom w:val="none" w:sz="0" w:space="0" w:color="auto"/>
                                                    <w:right w:val="none" w:sz="0" w:space="0" w:color="auto"/>
                                                  </w:divBdr>
                                                </w:div>
                                                <w:div w:id="1387492161">
                                                  <w:marLeft w:val="0"/>
                                                  <w:marRight w:val="0"/>
                                                  <w:marTop w:val="360"/>
                                                  <w:marBottom w:val="180"/>
                                                  <w:divBdr>
                                                    <w:top w:val="none" w:sz="0" w:space="0" w:color="auto"/>
                                                    <w:left w:val="none" w:sz="0" w:space="0" w:color="auto"/>
                                                    <w:bottom w:val="none" w:sz="0" w:space="0" w:color="auto"/>
                                                    <w:right w:val="none" w:sz="0" w:space="0" w:color="auto"/>
                                                  </w:divBdr>
                                                </w:div>
                                                <w:div w:id="581524384">
                                                  <w:marLeft w:val="0"/>
                                                  <w:marRight w:val="0"/>
                                                  <w:marTop w:val="180"/>
                                                  <w:marBottom w:val="240"/>
                                                  <w:divBdr>
                                                    <w:top w:val="none" w:sz="0" w:space="0" w:color="auto"/>
                                                    <w:left w:val="none" w:sz="0" w:space="0" w:color="auto"/>
                                                    <w:bottom w:val="none" w:sz="0" w:space="0" w:color="auto"/>
                                                    <w:right w:val="none" w:sz="0" w:space="0" w:color="auto"/>
                                                  </w:divBdr>
                                                </w:div>
                                                <w:div w:id="1742557648">
                                                  <w:marLeft w:val="0"/>
                                                  <w:marRight w:val="0"/>
                                                  <w:marTop w:val="60"/>
                                                  <w:marBottom w:val="180"/>
                                                  <w:divBdr>
                                                    <w:top w:val="none" w:sz="0" w:space="0" w:color="auto"/>
                                                    <w:left w:val="none" w:sz="0" w:space="0" w:color="auto"/>
                                                    <w:bottom w:val="none" w:sz="0" w:space="0" w:color="auto"/>
                                                    <w:right w:val="none" w:sz="0" w:space="0" w:color="auto"/>
                                                  </w:divBdr>
                                                </w:div>
                                                <w:div w:id="1254171652">
                                                  <w:marLeft w:val="0"/>
                                                  <w:marRight w:val="0"/>
                                                  <w:marTop w:val="180"/>
                                                  <w:marBottom w:val="240"/>
                                                  <w:divBdr>
                                                    <w:top w:val="none" w:sz="0" w:space="0" w:color="auto"/>
                                                    <w:left w:val="none" w:sz="0" w:space="0" w:color="auto"/>
                                                    <w:bottom w:val="none" w:sz="0" w:space="0" w:color="auto"/>
                                                    <w:right w:val="none" w:sz="0" w:space="0" w:color="auto"/>
                                                  </w:divBdr>
                                                </w:div>
                                                <w:div w:id="1083720645">
                                                  <w:marLeft w:val="0"/>
                                                  <w:marRight w:val="0"/>
                                                  <w:marTop w:val="180"/>
                                                  <w:marBottom w:val="240"/>
                                                  <w:divBdr>
                                                    <w:top w:val="none" w:sz="0" w:space="0" w:color="auto"/>
                                                    <w:left w:val="none" w:sz="0" w:space="0" w:color="auto"/>
                                                    <w:bottom w:val="none" w:sz="0" w:space="0" w:color="auto"/>
                                                    <w:right w:val="none" w:sz="0" w:space="0" w:color="auto"/>
                                                  </w:divBdr>
                                                </w:div>
                                                <w:div w:id="1762993214">
                                                  <w:marLeft w:val="0"/>
                                                  <w:marRight w:val="0"/>
                                                  <w:marTop w:val="360"/>
                                                  <w:marBottom w:val="180"/>
                                                  <w:divBdr>
                                                    <w:top w:val="none" w:sz="0" w:space="0" w:color="auto"/>
                                                    <w:left w:val="none" w:sz="0" w:space="0" w:color="auto"/>
                                                    <w:bottom w:val="none" w:sz="0" w:space="0" w:color="auto"/>
                                                    <w:right w:val="none" w:sz="0" w:space="0" w:color="auto"/>
                                                  </w:divBdr>
                                                </w:div>
                                                <w:div w:id="1622420406">
                                                  <w:marLeft w:val="0"/>
                                                  <w:marRight w:val="0"/>
                                                  <w:marTop w:val="180"/>
                                                  <w:marBottom w:val="240"/>
                                                  <w:divBdr>
                                                    <w:top w:val="none" w:sz="0" w:space="0" w:color="auto"/>
                                                    <w:left w:val="none" w:sz="0" w:space="0" w:color="auto"/>
                                                    <w:bottom w:val="none" w:sz="0" w:space="0" w:color="auto"/>
                                                    <w:right w:val="none" w:sz="0" w:space="0" w:color="auto"/>
                                                  </w:divBdr>
                                                </w:div>
                                                <w:div w:id="1153641229">
                                                  <w:marLeft w:val="0"/>
                                                  <w:marRight w:val="0"/>
                                                  <w:marTop w:val="60"/>
                                                  <w:marBottom w:val="180"/>
                                                  <w:divBdr>
                                                    <w:top w:val="none" w:sz="0" w:space="0" w:color="auto"/>
                                                    <w:left w:val="none" w:sz="0" w:space="0" w:color="auto"/>
                                                    <w:bottom w:val="none" w:sz="0" w:space="0" w:color="auto"/>
                                                    <w:right w:val="none" w:sz="0" w:space="0" w:color="auto"/>
                                                  </w:divBdr>
                                                </w:div>
                                                <w:div w:id="383218761">
                                                  <w:marLeft w:val="0"/>
                                                  <w:marRight w:val="0"/>
                                                  <w:marTop w:val="180"/>
                                                  <w:marBottom w:val="240"/>
                                                  <w:divBdr>
                                                    <w:top w:val="none" w:sz="0" w:space="0" w:color="auto"/>
                                                    <w:left w:val="none" w:sz="0" w:space="0" w:color="auto"/>
                                                    <w:bottom w:val="none" w:sz="0" w:space="0" w:color="auto"/>
                                                    <w:right w:val="none" w:sz="0" w:space="0" w:color="auto"/>
                                                  </w:divBdr>
                                                </w:div>
                                                <w:div w:id="875972530">
                                                  <w:marLeft w:val="0"/>
                                                  <w:marRight w:val="0"/>
                                                  <w:marTop w:val="180"/>
                                                  <w:marBottom w:val="240"/>
                                                  <w:divBdr>
                                                    <w:top w:val="none" w:sz="0" w:space="0" w:color="auto"/>
                                                    <w:left w:val="none" w:sz="0" w:space="0" w:color="auto"/>
                                                    <w:bottom w:val="none" w:sz="0" w:space="0" w:color="auto"/>
                                                    <w:right w:val="none" w:sz="0" w:space="0" w:color="auto"/>
                                                  </w:divBdr>
                                                </w:div>
                                                <w:div w:id="506792555">
                                                  <w:marLeft w:val="0"/>
                                                  <w:marRight w:val="0"/>
                                                  <w:marTop w:val="360"/>
                                                  <w:marBottom w:val="180"/>
                                                  <w:divBdr>
                                                    <w:top w:val="none" w:sz="0" w:space="0" w:color="auto"/>
                                                    <w:left w:val="none" w:sz="0" w:space="0" w:color="auto"/>
                                                    <w:bottom w:val="none" w:sz="0" w:space="0" w:color="auto"/>
                                                    <w:right w:val="none" w:sz="0" w:space="0" w:color="auto"/>
                                                  </w:divBdr>
                                                </w:div>
                                                <w:div w:id="1028139107">
                                                  <w:marLeft w:val="0"/>
                                                  <w:marRight w:val="0"/>
                                                  <w:marTop w:val="180"/>
                                                  <w:marBottom w:val="240"/>
                                                  <w:divBdr>
                                                    <w:top w:val="none" w:sz="0" w:space="0" w:color="auto"/>
                                                    <w:left w:val="none" w:sz="0" w:space="0" w:color="auto"/>
                                                    <w:bottom w:val="none" w:sz="0" w:space="0" w:color="auto"/>
                                                    <w:right w:val="none" w:sz="0" w:space="0" w:color="auto"/>
                                                  </w:divBdr>
                                                </w:div>
                                                <w:div w:id="2088726887">
                                                  <w:marLeft w:val="0"/>
                                                  <w:marRight w:val="0"/>
                                                  <w:marTop w:val="60"/>
                                                  <w:marBottom w:val="180"/>
                                                  <w:divBdr>
                                                    <w:top w:val="none" w:sz="0" w:space="0" w:color="auto"/>
                                                    <w:left w:val="none" w:sz="0" w:space="0" w:color="auto"/>
                                                    <w:bottom w:val="none" w:sz="0" w:space="0" w:color="auto"/>
                                                    <w:right w:val="none" w:sz="0" w:space="0" w:color="auto"/>
                                                  </w:divBdr>
                                                </w:div>
                                                <w:div w:id="447625248">
                                                  <w:marLeft w:val="0"/>
                                                  <w:marRight w:val="0"/>
                                                  <w:marTop w:val="180"/>
                                                  <w:marBottom w:val="240"/>
                                                  <w:divBdr>
                                                    <w:top w:val="none" w:sz="0" w:space="0" w:color="auto"/>
                                                    <w:left w:val="none" w:sz="0" w:space="0" w:color="auto"/>
                                                    <w:bottom w:val="none" w:sz="0" w:space="0" w:color="auto"/>
                                                    <w:right w:val="none" w:sz="0" w:space="0" w:color="auto"/>
                                                  </w:divBdr>
                                                </w:div>
                                                <w:div w:id="904343489">
                                                  <w:marLeft w:val="0"/>
                                                  <w:marRight w:val="0"/>
                                                  <w:marTop w:val="180"/>
                                                  <w:marBottom w:val="240"/>
                                                  <w:divBdr>
                                                    <w:top w:val="none" w:sz="0" w:space="0" w:color="auto"/>
                                                    <w:left w:val="none" w:sz="0" w:space="0" w:color="auto"/>
                                                    <w:bottom w:val="none" w:sz="0" w:space="0" w:color="auto"/>
                                                    <w:right w:val="none" w:sz="0" w:space="0" w:color="auto"/>
                                                  </w:divBdr>
                                                </w:div>
                                                <w:div w:id="376858266">
                                                  <w:marLeft w:val="0"/>
                                                  <w:marRight w:val="0"/>
                                                  <w:marTop w:val="360"/>
                                                  <w:marBottom w:val="180"/>
                                                  <w:divBdr>
                                                    <w:top w:val="none" w:sz="0" w:space="0" w:color="auto"/>
                                                    <w:left w:val="none" w:sz="0" w:space="0" w:color="auto"/>
                                                    <w:bottom w:val="none" w:sz="0" w:space="0" w:color="auto"/>
                                                    <w:right w:val="none" w:sz="0" w:space="0" w:color="auto"/>
                                                  </w:divBdr>
                                                </w:div>
                                                <w:div w:id="1249120666">
                                                  <w:marLeft w:val="0"/>
                                                  <w:marRight w:val="0"/>
                                                  <w:marTop w:val="180"/>
                                                  <w:marBottom w:val="240"/>
                                                  <w:divBdr>
                                                    <w:top w:val="none" w:sz="0" w:space="0" w:color="auto"/>
                                                    <w:left w:val="none" w:sz="0" w:space="0" w:color="auto"/>
                                                    <w:bottom w:val="none" w:sz="0" w:space="0" w:color="auto"/>
                                                    <w:right w:val="none" w:sz="0" w:space="0" w:color="auto"/>
                                                  </w:divBdr>
                                                </w:div>
                                                <w:div w:id="703021988">
                                                  <w:marLeft w:val="0"/>
                                                  <w:marRight w:val="0"/>
                                                  <w:marTop w:val="60"/>
                                                  <w:marBottom w:val="180"/>
                                                  <w:divBdr>
                                                    <w:top w:val="none" w:sz="0" w:space="0" w:color="auto"/>
                                                    <w:left w:val="none" w:sz="0" w:space="0" w:color="auto"/>
                                                    <w:bottom w:val="none" w:sz="0" w:space="0" w:color="auto"/>
                                                    <w:right w:val="none" w:sz="0" w:space="0" w:color="auto"/>
                                                  </w:divBdr>
                                                </w:div>
                                                <w:div w:id="420105241">
                                                  <w:marLeft w:val="0"/>
                                                  <w:marRight w:val="0"/>
                                                  <w:marTop w:val="180"/>
                                                  <w:marBottom w:val="240"/>
                                                  <w:divBdr>
                                                    <w:top w:val="none" w:sz="0" w:space="0" w:color="auto"/>
                                                    <w:left w:val="none" w:sz="0" w:space="0" w:color="auto"/>
                                                    <w:bottom w:val="none" w:sz="0" w:space="0" w:color="auto"/>
                                                    <w:right w:val="none" w:sz="0" w:space="0" w:color="auto"/>
                                                  </w:divBdr>
                                                </w:div>
                                                <w:div w:id="1974670630">
                                                  <w:marLeft w:val="0"/>
                                                  <w:marRight w:val="0"/>
                                                  <w:marTop w:val="180"/>
                                                  <w:marBottom w:val="240"/>
                                                  <w:divBdr>
                                                    <w:top w:val="none" w:sz="0" w:space="0" w:color="auto"/>
                                                    <w:left w:val="none" w:sz="0" w:space="0" w:color="auto"/>
                                                    <w:bottom w:val="none" w:sz="0" w:space="0" w:color="auto"/>
                                                    <w:right w:val="none" w:sz="0" w:space="0" w:color="auto"/>
                                                  </w:divBdr>
                                                </w:div>
                                                <w:div w:id="1431509235">
                                                  <w:marLeft w:val="0"/>
                                                  <w:marRight w:val="0"/>
                                                  <w:marTop w:val="180"/>
                                                  <w:marBottom w:val="240"/>
                                                  <w:divBdr>
                                                    <w:top w:val="none" w:sz="0" w:space="0" w:color="auto"/>
                                                    <w:left w:val="none" w:sz="0" w:space="0" w:color="auto"/>
                                                    <w:bottom w:val="none" w:sz="0" w:space="0" w:color="auto"/>
                                                    <w:right w:val="none" w:sz="0" w:space="0" w:color="auto"/>
                                                  </w:divBdr>
                                                </w:div>
                                                <w:div w:id="610818863">
                                                  <w:marLeft w:val="0"/>
                                                  <w:marRight w:val="0"/>
                                                  <w:marTop w:val="180"/>
                                                  <w:marBottom w:val="240"/>
                                                  <w:divBdr>
                                                    <w:top w:val="none" w:sz="0" w:space="0" w:color="auto"/>
                                                    <w:left w:val="none" w:sz="0" w:space="0" w:color="auto"/>
                                                    <w:bottom w:val="none" w:sz="0" w:space="0" w:color="auto"/>
                                                    <w:right w:val="none" w:sz="0" w:space="0" w:color="auto"/>
                                                  </w:divBdr>
                                                </w:div>
                                                <w:div w:id="1346442165">
                                                  <w:marLeft w:val="0"/>
                                                  <w:marRight w:val="0"/>
                                                  <w:marTop w:val="180"/>
                                                  <w:marBottom w:val="240"/>
                                                  <w:divBdr>
                                                    <w:top w:val="none" w:sz="0" w:space="0" w:color="auto"/>
                                                    <w:left w:val="none" w:sz="0" w:space="0" w:color="auto"/>
                                                    <w:bottom w:val="none" w:sz="0" w:space="0" w:color="auto"/>
                                                    <w:right w:val="none" w:sz="0" w:space="0" w:color="auto"/>
                                                  </w:divBdr>
                                                </w:div>
                                                <w:div w:id="916521226">
                                                  <w:marLeft w:val="0"/>
                                                  <w:marRight w:val="0"/>
                                                  <w:marTop w:val="0"/>
                                                  <w:marBottom w:val="0"/>
                                                  <w:divBdr>
                                                    <w:top w:val="none" w:sz="0" w:space="0" w:color="auto"/>
                                                    <w:left w:val="none" w:sz="0" w:space="0" w:color="auto"/>
                                                    <w:bottom w:val="none" w:sz="0" w:space="0" w:color="auto"/>
                                                    <w:right w:val="none" w:sz="0" w:space="0" w:color="auto"/>
                                                  </w:divBdr>
                                                  <w:divsChild>
                                                    <w:div w:id="1429233262">
                                                      <w:marLeft w:val="0"/>
                                                      <w:marRight w:val="0"/>
                                                      <w:marTop w:val="60"/>
                                                      <w:marBottom w:val="0"/>
                                                      <w:divBdr>
                                                        <w:top w:val="none" w:sz="0" w:space="0" w:color="auto"/>
                                                        <w:left w:val="none" w:sz="0" w:space="0" w:color="auto"/>
                                                        <w:bottom w:val="none" w:sz="0" w:space="0" w:color="auto"/>
                                                        <w:right w:val="none" w:sz="0" w:space="0" w:color="auto"/>
                                                      </w:divBdr>
                                                      <w:divsChild>
                                                        <w:div w:id="33469830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0406133">
              <w:marLeft w:val="0"/>
              <w:marRight w:val="0"/>
              <w:marTop w:val="360"/>
              <w:marBottom w:val="0"/>
              <w:divBdr>
                <w:top w:val="none" w:sz="0" w:space="0" w:color="auto"/>
                <w:left w:val="none" w:sz="0" w:space="0" w:color="auto"/>
                <w:bottom w:val="none" w:sz="0" w:space="0" w:color="auto"/>
                <w:right w:val="none" w:sz="0" w:space="0" w:color="auto"/>
              </w:divBdr>
              <w:divsChild>
                <w:div w:id="889077808">
                  <w:marLeft w:val="0"/>
                  <w:marRight w:val="0"/>
                  <w:marTop w:val="0"/>
                  <w:marBottom w:val="0"/>
                  <w:divBdr>
                    <w:top w:val="none" w:sz="0" w:space="0" w:color="auto"/>
                    <w:left w:val="none" w:sz="0" w:space="0" w:color="auto"/>
                    <w:bottom w:val="none" w:sz="0" w:space="0" w:color="auto"/>
                    <w:right w:val="none" w:sz="0" w:space="0" w:color="auto"/>
                  </w:divBdr>
                  <w:divsChild>
                    <w:div w:id="132912657">
                      <w:marLeft w:val="0"/>
                      <w:marRight w:val="0"/>
                      <w:marTop w:val="0"/>
                      <w:marBottom w:val="0"/>
                      <w:divBdr>
                        <w:top w:val="none" w:sz="0" w:space="0" w:color="auto"/>
                        <w:left w:val="none" w:sz="0" w:space="0" w:color="auto"/>
                        <w:bottom w:val="none" w:sz="0" w:space="0" w:color="auto"/>
                        <w:right w:val="none" w:sz="0" w:space="0" w:color="auto"/>
                      </w:divBdr>
                      <w:divsChild>
                        <w:div w:id="380326454">
                          <w:marLeft w:val="0"/>
                          <w:marRight w:val="0"/>
                          <w:marTop w:val="0"/>
                          <w:marBottom w:val="0"/>
                          <w:divBdr>
                            <w:top w:val="none" w:sz="0" w:space="0" w:color="auto"/>
                            <w:left w:val="none" w:sz="0" w:space="0" w:color="auto"/>
                            <w:bottom w:val="none" w:sz="0" w:space="0" w:color="auto"/>
                            <w:right w:val="none" w:sz="0" w:space="0" w:color="auto"/>
                          </w:divBdr>
                          <w:divsChild>
                            <w:div w:id="1413241796">
                              <w:marLeft w:val="0"/>
                              <w:marRight w:val="246"/>
                              <w:marTop w:val="0"/>
                              <w:marBottom w:val="0"/>
                              <w:divBdr>
                                <w:top w:val="none" w:sz="0" w:space="0" w:color="auto"/>
                                <w:left w:val="none" w:sz="0" w:space="0" w:color="auto"/>
                                <w:bottom w:val="none" w:sz="0" w:space="0" w:color="auto"/>
                                <w:right w:val="none" w:sz="0" w:space="0" w:color="auto"/>
                              </w:divBdr>
                              <w:divsChild>
                                <w:div w:id="1374622453">
                                  <w:marLeft w:val="0"/>
                                  <w:marRight w:val="0"/>
                                  <w:marTop w:val="0"/>
                                  <w:marBottom w:val="0"/>
                                  <w:divBdr>
                                    <w:top w:val="none" w:sz="0" w:space="0" w:color="auto"/>
                                    <w:left w:val="none" w:sz="0" w:space="0" w:color="auto"/>
                                    <w:bottom w:val="none" w:sz="0" w:space="0" w:color="auto"/>
                                    <w:right w:val="none" w:sz="0" w:space="0" w:color="auto"/>
                                  </w:divBdr>
                                  <w:divsChild>
                                    <w:div w:id="974485334">
                                      <w:marLeft w:val="0"/>
                                      <w:marRight w:val="0"/>
                                      <w:marTop w:val="0"/>
                                      <w:marBottom w:val="0"/>
                                      <w:divBdr>
                                        <w:top w:val="none" w:sz="0" w:space="0" w:color="auto"/>
                                        <w:left w:val="none" w:sz="0" w:space="0" w:color="auto"/>
                                        <w:bottom w:val="none" w:sz="0" w:space="0" w:color="auto"/>
                                        <w:right w:val="none" w:sz="0" w:space="0" w:color="auto"/>
                                      </w:divBdr>
                                      <w:divsChild>
                                        <w:div w:id="139797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622671">
                      <w:marLeft w:val="0"/>
                      <w:marRight w:val="0"/>
                      <w:marTop w:val="0"/>
                      <w:marBottom w:val="0"/>
                      <w:divBdr>
                        <w:top w:val="none" w:sz="0" w:space="0" w:color="auto"/>
                        <w:left w:val="none" w:sz="0" w:space="0" w:color="auto"/>
                        <w:bottom w:val="none" w:sz="0" w:space="0" w:color="auto"/>
                        <w:right w:val="none" w:sz="0" w:space="0" w:color="auto"/>
                      </w:divBdr>
                      <w:divsChild>
                        <w:div w:id="151222907">
                          <w:marLeft w:val="0"/>
                          <w:marRight w:val="0"/>
                          <w:marTop w:val="0"/>
                          <w:marBottom w:val="0"/>
                          <w:divBdr>
                            <w:top w:val="none" w:sz="0" w:space="0" w:color="auto"/>
                            <w:left w:val="none" w:sz="0" w:space="0" w:color="auto"/>
                            <w:bottom w:val="none" w:sz="0" w:space="0" w:color="auto"/>
                            <w:right w:val="none" w:sz="0" w:space="0" w:color="auto"/>
                          </w:divBdr>
                          <w:divsChild>
                            <w:div w:id="1023942014">
                              <w:marLeft w:val="0"/>
                              <w:marRight w:val="0"/>
                              <w:marTop w:val="0"/>
                              <w:marBottom w:val="0"/>
                              <w:divBdr>
                                <w:top w:val="none" w:sz="0" w:space="0" w:color="auto"/>
                                <w:left w:val="none" w:sz="0" w:space="0" w:color="auto"/>
                                <w:bottom w:val="none" w:sz="0" w:space="0" w:color="auto"/>
                                <w:right w:val="none" w:sz="0" w:space="0" w:color="auto"/>
                              </w:divBdr>
                              <w:divsChild>
                                <w:div w:id="1747072048">
                                  <w:marLeft w:val="0"/>
                                  <w:marRight w:val="0"/>
                                  <w:marTop w:val="0"/>
                                  <w:marBottom w:val="0"/>
                                  <w:divBdr>
                                    <w:top w:val="none" w:sz="0" w:space="0" w:color="auto"/>
                                    <w:left w:val="none" w:sz="0" w:space="0" w:color="auto"/>
                                    <w:bottom w:val="none" w:sz="0" w:space="0" w:color="auto"/>
                                    <w:right w:val="none" w:sz="0" w:space="0" w:color="auto"/>
                                  </w:divBdr>
                                  <w:divsChild>
                                    <w:div w:id="963658509">
                                      <w:marLeft w:val="0"/>
                                      <w:marRight w:val="0"/>
                                      <w:marTop w:val="0"/>
                                      <w:marBottom w:val="0"/>
                                      <w:divBdr>
                                        <w:top w:val="none" w:sz="0" w:space="0" w:color="auto"/>
                                        <w:left w:val="none" w:sz="0" w:space="0" w:color="auto"/>
                                        <w:bottom w:val="none" w:sz="0" w:space="0" w:color="auto"/>
                                        <w:right w:val="none" w:sz="0" w:space="0" w:color="auto"/>
                                      </w:divBdr>
                                      <w:divsChild>
                                        <w:div w:id="1545633242">
                                          <w:marLeft w:val="0"/>
                                          <w:marRight w:val="0"/>
                                          <w:marTop w:val="0"/>
                                          <w:marBottom w:val="0"/>
                                          <w:divBdr>
                                            <w:top w:val="none" w:sz="0" w:space="0" w:color="auto"/>
                                            <w:left w:val="none" w:sz="0" w:space="0" w:color="auto"/>
                                            <w:bottom w:val="none" w:sz="0" w:space="0" w:color="auto"/>
                                            <w:right w:val="none" w:sz="0" w:space="0" w:color="auto"/>
                                          </w:divBdr>
                                          <w:divsChild>
                                            <w:div w:id="995301116">
                                              <w:marLeft w:val="0"/>
                                              <w:marRight w:val="0"/>
                                              <w:marTop w:val="0"/>
                                              <w:marBottom w:val="0"/>
                                              <w:divBdr>
                                                <w:top w:val="none" w:sz="0" w:space="0" w:color="auto"/>
                                                <w:left w:val="none" w:sz="0" w:space="0" w:color="auto"/>
                                                <w:bottom w:val="none" w:sz="0" w:space="0" w:color="auto"/>
                                                <w:right w:val="none" w:sz="0" w:space="0" w:color="auto"/>
                                              </w:divBdr>
                                              <w:divsChild>
                                                <w:div w:id="510534599">
                                                  <w:marLeft w:val="0"/>
                                                  <w:marRight w:val="0"/>
                                                  <w:marTop w:val="180"/>
                                                  <w:marBottom w:val="240"/>
                                                  <w:divBdr>
                                                    <w:top w:val="none" w:sz="0" w:space="0" w:color="auto"/>
                                                    <w:left w:val="none" w:sz="0" w:space="0" w:color="auto"/>
                                                    <w:bottom w:val="none" w:sz="0" w:space="0" w:color="auto"/>
                                                    <w:right w:val="none" w:sz="0" w:space="0" w:color="auto"/>
                                                  </w:divBdr>
                                                </w:div>
                                                <w:div w:id="272321459">
                                                  <w:marLeft w:val="0"/>
                                                  <w:marRight w:val="0"/>
                                                  <w:marTop w:val="180"/>
                                                  <w:marBottom w:val="240"/>
                                                  <w:divBdr>
                                                    <w:top w:val="none" w:sz="0" w:space="0" w:color="auto"/>
                                                    <w:left w:val="none" w:sz="0" w:space="0" w:color="auto"/>
                                                    <w:bottom w:val="none" w:sz="0" w:space="0" w:color="auto"/>
                                                    <w:right w:val="none" w:sz="0" w:space="0" w:color="auto"/>
                                                  </w:divBdr>
                                                </w:div>
                                                <w:div w:id="424425028">
                                                  <w:marLeft w:val="0"/>
                                                  <w:marRight w:val="0"/>
                                                  <w:marTop w:val="180"/>
                                                  <w:marBottom w:val="240"/>
                                                  <w:divBdr>
                                                    <w:top w:val="none" w:sz="0" w:space="0" w:color="auto"/>
                                                    <w:left w:val="none" w:sz="0" w:space="0" w:color="auto"/>
                                                    <w:bottom w:val="none" w:sz="0" w:space="0" w:color="auto"/>
                                                    <w:right w:val="none" w:sz="0" w:space="0" w:color="auto"/>
                                                  </w:divBdr>
                                                </w:div>
                                                <w:div w:id="1527060289">
                                                  <w:marLeft w:val="0"/>
                                                  <w:marRight w:val="0"/>
                                                  <w:marTop w:val="360"/>
                                                  <w:marBottom w:val="180"/>
                                                  <w:divBdr>
                                                    <w:top w:val="none" w:sz="0" w:space="0" w:color="auto"/>
                                                    <w:left w:val="none" w:sz="0" w:space="0" w:color="auto"/>
                                                    <w:bottom w:val="none" w:sz="0" w:space="0" w:color="auto"/>
                                                    <w:right w:val="none" w:sz="0" w:space="0" w:color="auto"/>
                                                  </w:divBdr>
                                                </w:div>
                                                <w:div w:id="963391431">
                                                  <w:marLeft w:val="0"/>
                                                  <w:marRight w:val="0"/>
                                                  <w:marTop w:val="180"/>
                                                  <w:marBottom w:val="240"/>
                                                  <w:divBdr>
                                                    <w:top w:val="none" w:sz="0" w:space="0" w:color="auto"/>
                                                    <w:left w:val="none" w:sz="0" w:space="0" w:color="auto"/>
                                                    <w:bottom w:val="none" w:sz="0" w:space="0" w:color="auto"/>
                                                    <w:right w:val="none" w:sz="0" w:space="0" w:color="auto"/>
                                                  </w:divBdr>
                                                </w:div>
                                                <w:div w:id="1280336013">
                                                  <w:marLeft w:val="0"/>
                                                  <w:marRight w:val="0"/>
                                                  <w:marTop w:val="60"/>
                                                  <w:marBottom w:val="180"/>
                                                  <w:divBdr>
                                                    <w:top w:val="none" w:sz="0" w:space="0" w:color="auto"/>
                                                    <w:left w:val="none" w:sz="0" w:space="0" w:color="auto"/>
                                                    <w:bottom w:val="none" w:sz="0" w:space="0" w:color="auto"/>
                                                    <w:right w:val="none" w:sz="0" w:space="0" w:color="auto"/>
                                                  </w:divBdr>
                                                </w:div>
                                                <w:div w:id="408582803">
                                                  <w:marLeft w:val="0"/>
                                                  <w:marRight w:val="0"/>
                                                  <w:marTop w:val="180"/>
                                                  <w:marBottom w:val="240"/>
                                                  <w:divBdr>
                                                    <w:top w:val="none" w:sz="0" w:space="0" w:color="auto"/>
                                                    <w:left w:val="none" w:sz="0" w:space="0" w:color="auto"/>
                                                    <w:bottom w:val="none" w:sz="0" w:space="0" w:color="auto"/>
                                                    <w:right w:val="none" w:sz="0" w:space="0" w:color="auto"/>
                                                  </w:divBdr>
                                                </w:div>
                                                <w:div w:id="102464370">
                                                  <w:marLeft w:val="0"/>
                                                  <w:marRight w:val="0"/>
                                                  <w:marTop w:val="180"/>
                                                  <w:marBottom w:val="240"/>
                                                  <w:divBdr>
                                                    <w:top w:val="none" w:sz="0" w:space="0" w:color="auto"/>
                                                    <w:left w:val="none" w:sz="0" w:space="0" w:color="auto"/>
                                                    <w:bottom w:val="none" w:sz="0" w:space="0" w:color="auto"/>
                                                    <w:right w:val="none" w:sz="0" w:space="0" w:color="auto"/>
                                                  </w:divBdr>
                                                </w:div>
                                                <w:div w:id="2071074800">
                                                  <w:marLeft w:val="0"/>
                                                  <w:marRight w:val="0"/>
                                                  <w:marTop w:val="180"/>
                                                  <w:marBottom w:val="240"/>
                                                  <w:divBdr>
                                                    <w:top w:val="none" w:sz="0" w:space="0" w:color="auto"/>
                                                    <w:left w:val="none" w:sz="0" w:space="0" w:color="auto"/>
                                                    <w:bottom w:val="none" w:sz="0" w:space="0" w:color="auto"/>
                                                    <w:right w:val="none" w:sz="0" w:space="0" w:color="auto"/>
                                                  </w:divBdr>
                                                </w:div>
                                                <w:div w:id="1763987118">
                                                  <w:marLeft w:val="0"/>
                                                  <w:marRight w:val="0"/>
                                                  <w:marTop w:val="180"/>
                                                  <w:marBottom w:val="240"/>
                                                  <w:divBdr>
                                                    <w:top w:val="none" w:sz="0" w:space="0" w:color="auto"/>
                                                    <w:left w:val="none" w:sz="0" w:space="0" w:color="auto"/>
                                                    <w:bottom w:val="none" w:sz="0" w:space="0" w:color="auto"/>
                                                    <w:right w:val="none" w:sz="0" w:space="0" w:color="auto"/>
                                                  </w:divBdr>
                                                </w:div>
                                                <w:div w:id="209828646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2343811">
              <w:marLeft w:val="0"/>
              <w:marRight w:val="0"/>
              <w:marTop w:val="360"/>
              <w:marBottom w:val="0"/>
              <w:divBdr>
                <w:top w:val="none" w:sz="0" w:space="0" w:color="auto"/>
                <w:left w:val="none" w:sz="0" w:space="0" w:color="auto"/>
                <w:bottom w:val="none" w:sz="0" w:space="0" w:color="auto"/>
                <w:right w:val="none" w:sz="0" w:space="0" w:color="auto"/>
              </w:divBdr>
              <w:divsChild>
                <w:div w:id="1477456301">
                  <w:marLeft w:val="0"/>
                  <w:marRight w:val="0"/>
                  <w:marTop w:val="0"/>
                  <w:marBottom w:val="0"/>
                  <w:divBdr>
                    <w:top w:val="none" w:sz="0" w:space="0" w:color="auto"/>
                    <w:left w:val="none" w:sz="0" w:space="0" w:color="auto"/>
                    <w:bottom w:val="none" w:sz="0" w:space="0" w:color="auto"/>
                    <w:right w:val="none" w:sz="0" w:space="0" w:color="auto"/>
                  </w:divBdr>
                  <w:divsChild>
                    <w:div w:id="1274904186">
                      <w:marLeft w:val="0"/>
                      <w:marRight w:val="0"/>
                      <w:marTop w:val="0"/>
                      <w:marBottom w:val="0"/>
                      <w:divBdr>
                        <w:top w:val="none" w:sz="0" w:space="0" w:color="auto"/>
                        <w:left w:val="none" w:sz="0" w:space="0" w:color="auto"/>
                        <w:bottom w:val="none" w:sz="0" w:space="0" w:color="auto"/>
                        <w:right w:val="none" w:sz="0" w:space="0" w:color="auto"/>
                      </w:divBdr>
                      <w:divsChild>
                        <w:div w:id="1185243735">
                          <w:marLeft w:val="0"/>
                          <w:marRight w:val="0"/>
                          <w:marTop w:val="0"/>
                          <w:marBottom w:val="0"/>
                          <w:divBdr>
                            <w:top w:val="none" w:sz="0" w:space="0" w:color="auto"/>
                            <w:left w:val="none" w:sz="0" w:space="0" w:color="auto"/>
                            <w:bottom w:val="none" w:sz="0" w:space="0" w:color="auto"/>
                            <w:right w:val="none" w:sz="0" w:space="0" w:color="auto"/>
                          </w:divBdr>
                          <w:divsChild>
                            <w:div w:id="542332035">
                              <w:marLeft w:val="0"/>
                              <w:marRight w:val="246"/>
                              <w:marTop w:val="0"/>
                              <w:marBottom w:val="0"/>
                              <w:divBdr>
                                <w:top w:val="none" w:sz="0" w:space="0" w:color="auto"/>
                                <w:left w:val="none" w:sz="0" w:space="0" w:color="auto"/>
                                <w:bottom w:val="none" w:sz="0" w:space="0" w:color="auto"/>
                                <w:right w:val="none" w:sz="0" w:space="0" w:color="auto"/>
                              </w:divBdr>
                              <w:divsChild>
                                <w:div w:id="960844012">
                                  <w:marLeft w:val="0"/>
                                  <w:marRight w:val="0"/>
                                  <w:marTop w:val="0"/>
                                  <w:marBottom w:val="0"/>
                                  <w:divBdr>
                                    <w:top w:val="none" w:sz="0" w:space="0" w:color="auto"/>
                                    <w:left w:val="none" w:sz="0" w:space="0" w:color="auto"/>
                                    <w:bottom w:val="none" w:sz="0" w:space="0" w:color="auto"/>
                                    <w:right w:val="none" w:sz="0" w:space="0" w:color="auto"/>
                                  </w:divBdr>
                                  <w:divsChild>
                                    <w:div w:id="1812673718">
                                      <w:marLeft w:val="0"/>
                                      <w:marRight w:val="0"/>
                                      <w:marTop w:val="0"/>
                                      <w:marBottom w:val="0"/>
                                      <w:divBdr>
                                        <w:top w:val="none" w:sz="0" w:space="0" w:color="auto"/>
                                        <w:left w:val="none" w:sz="0" w:space="0" w:color="auto"/>
                                        <w:bottom w:val="none" w:sz="0" w:space="0" w:color="auto"/>
                                        <w:right w:val="none" w:sz="0" w:space="0" w:color="auto"/>
                                      </w:divBdr>
                                      <w:divsChild>
                                        <w:div w:id="28377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8371958">
                      <w:marLeft w:val="0"/>
                      <w:marRight w:val="0"/>
                      <w:marTop w:val="0"/>
                      <w:marBottom w:val="0"/>
                      <w:divBdr>
                        <w:top w:val="none" w:sz="0" w:space="0" w:color="auto"/>
                        <w:left w:val="none" w:sz="0" w:space="0" w:color="auto"/>
                        <w:bottom w:val="none" w:sz="0" w:space="0" w:color="auto"/>
                        <w:right w:val="none" w:sz="0" w:space="0" w:color="auto"/>
                      </w:divBdr>
                      <w:divsChild>
                        <w:div w:id="1340816296">
                          <w:marLeft w:val="0"/>
                          <w:marRight w:val="0"/>
                          <w:marTop w:val="0"/>
                          <w:marBottom w:val="0"/>
                          <w:divBdr>
                            <w:top w:val="none" w:sz="0" w:space="0" w:color="auto"/>
                            <w:left w:val="none" w:sz="0" w:space="0" w:color="auto"/>
                            <w:bottom w:val="none" w:sz="0" w:space="0" w:color="auto"/>
                            <w:right w:val="none" w:sz="0" w:space="0" w:color="auto"/>
                          </w:divBdr>
                          <w:divsChild>
                            <w:div w:id="1531645828">
                              <w:marLeft w:val="0"/>
                              <w:marRight w:val="0"/>
                              <w:marTop w:val="0"/>
                              <w:marBottom w:val="0"/>
                              <w:divBdr>
                                <w:top w:val="none" w:sz="0" w:space="0" w:color="auto"/>
                                <w:left w:val="none" w:sz="0" w:space="0" w:color="auto"/>
                                <w:bottom w:val="none" w:sz="0" w:space="0" w:color="auto"/>
                                <w:right w:val="none" w:sz="0" w:space="0" w:color="auto"/>
                              </w:divBdr>
                              <w:divsChild>
                                <w:div w:id="868831617">
                                  <w:marLeft w:val="0"/>
                                  <w:marRight w:val="0"/>
                                  <w:marTop w:val="0"/>
                                  <w:marBottom w:val="0"/>
                                  <w:divBdr>
                                    <w:top w:val="none" w:sz="0" w:space="0" w:color="auto"/>
                                    <w:left w:val="none" w:sz="0" w:space="0" w:color="auto"/>
                                    <w:bottom w:val="none" w:sz="0" w:space="0" w:color="auto"/>
                                    <w:right w:val="none" w:sz="0" w:space="0" w:color="auto"/>
                                  </w:divBdr>
                                  <w:divsChild>
                                    <w:div w:id="997921341">
                                      <w:marLeft w:val="0"/>
                                      <w:marRight w:val="0"/>
                                      <w:marTop w:val="0"/>
                                      <w:marBottom w:val="0"/>
                                      <w:divBdr>
                                        <w:top w:val="none" w:sz="0" w:space="0" w:color="auto"/>
                                        <w:left w:val="none" w:sz="0" w:space="0" w:color="auto"/>
                                        <w:bottom w:val="none" w:sz="0" w:space="0" w:color="auto"/>
                                        <w:right w:val="none" w:sz="0" w:space="0" w:color="auto"/>
                                      </w:divBdr>
                                      <w:divsChild>
                                        <w:div w:id="55665669">
                                          <w:marLeft w:val="0"/>
                                          <w:marRight w:val="0"/>
                                          <w:marTop w:val="0"/>
                                          <w:marBottom w:val="0"/>
                                          <w:divBdr>
                                            <w:top w:val="none" w:sz="0" w:space="0" w:color="auto"/>
                                            <w:left w:val="none" w:sz="0" w:space="0" w:color="auto"/>
                                            <w:bottom w:val="none" w:sz="0" w:space="0" w:color="auto"/>
                                            <w:right w:val="none" w:sz="0" w:space="0" w:color="auto"/>
                                          </w:divBdr>
                                          <w:divsChild>
                                            <w:div w:id="1120146126">
                                              <w:marLeft w:val="0"/>
                                              <w:marRight w:val="0"/>
                                              <w:marTop w:val="0"/>
                                              <w:marBottom w:val="0"/>
                                              <w:divBdr>
                                                <w:top w:val="none" w:sz="0" w:space="0" w:color="auto"/>
                                                <w:left w:val="none" w:sz="0" w:space="0" w:color="auto"/>
                                                <w:bottom w:val="none" w:sz="0" w:space="0" w:color="auto"/>
                                                <w:right w:val="none" w:sz="0" w:space="0" w:color="auto"/>
                                              </w:divBdr>
                                              <w:divsChild>
                                                <w:div w:id="1278486712">
                                                  <w:marLeft w:val="0"/>
                                                  <w:marRight w:val="0"/>
                                                  <w:marTop w:val="180"/>
                                                  <w:marBottom w:val="240"/>
                                                  <w:divBdr>
                                                    <w:top w:val="none" w:sz="0" w:space="0" w:color="auto"/>
                                                    <w:left w:val="none" w:sz="0" w:space="0" w:color="auto"/>
                                                    <w:bottom w:val="none" w:sz="0" w:space="0" w:color="auto"/>
                                                    <w:right w:val="none" w:sz="0" w:space="0" w:color="auto"/>
                                                  </w:divBdr>
                                                </w:div>
                                                <w:div w:id="690692314">
                                                  <w:marLeft w:val="0"/>
                                                  <w:marRight w:val="0"/>
                                                  <w:marTop w:val="180"/>
                                                  <w:marBottom w:val="240"/>
                                                  <w:divBdr>
                                                    <w:top w:val="none" w:sz="0" w:space="0" w:color="auto"/>
                                                    <w:left w:val="none" w:sz="0" w:space="0" w:color="auto"/>
                                                    <w:bottom w:val="none" w:sz="0" w:space="0" w:color="auto"/>
                                                    <w:right w:val="none" w:sz="0" w:space="0" w:color="auto"/>
                                                  </w:divBdr>
                                                </w:div>
                                                <w:div w:id="1334408451">
                                                  <w:marLeft w:val="0"/>
                                                  <w:marRight w:val="0"/>
                                                  <w:marTop w:val="180"/>
                                                  <w:marBottom w:val="240"/>
                                                  <w:divBdr>
                                                    <w:top w:val="none" w:sz="0" w:space="0" w:color="auto"/>
                                                    <w:left w:val="none" w:sz="0" w:space="0" w:color="auto"/>
                                                    <w:bottom w:val="none" w:sz="0" w:space="0" w:color="auto"/>
                                                    <w:right w:val="none" w:sz="0" w:space="0" w:color="auto"/>
                                                  </w:divBdr>
                                                </w:div>
                                                <w:div w:id="58943645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7613967">
              <w:marLeft w:val="0"/>
              <w:marRight w:val="0"/>
              <w:marTop w:val="360"/>
              <w:marBottom w:val="0"/>
              <w:divBdr>
                <w:top w:val="none" w:sz="0" w:space="0" w:color="auto"/>
                <w:left w:val="none" w:sz="0" w:space="0" w:color="auto"/>
                <w:bottom w:val="none" w:sz="0" w:space="0" w:color="auto"/>
                <w:right w:val="none" w:sz="0" w:space="0" w:color="auto"/>
              </w:divBdr>
              <w:divsChild>
                <w:div w:id="263539167">
                  <w:marLeft w:val="0"/>
                  <w:marRight w:val="0"/>
                  <w:marTop w:val="0"/>
                  <w:marBottom w:val="0"/>
                  <w:divBdr>
                    <w:top w:val="none" w:sz="0" w:space="0" w:color="auto"/>
                    <w:left w:val="none" w:sz="0" w:space="0" w:color="auto"/>
                    <w:bottom w:val="none" w:sz="0" w:space="0" w:color="auto"/>
                    <w:right w:val="none" w:sz="0" w:space="0" w:color="auto"/>
                  </w:divBdr>
                  <w:divsChild>
                    <w:div w:id="986594482">
                      <w:marLeft w:val="0"/>
                      <w:marRight w:val="0"/>
                      <w:marTop w:val="0"/>
                      <w:marBottom w:val="0"/>
                      <w:divBdr>
                        <w:top w:val="none" w:sz="0" w:space="0" w:color="auto"/>
                        <w:left w:val="none" w:sz="0" w:space="0" w:color="auto"/>
                        <w:bottom w:val="none" w:sz="0" w:space="0" w:color="auto"/>
                        <w:right w:val="none" w:sz="0" w:space="0" w:color="auto"/>
                      </w:divBdr>
                      <w:divsChild>
                        <w:div w:id="754129150">
                          <w:marLeft w:val="0"/>
                          <w:marRight w:val="0"/>
                          <w:marTop w:val="0"/>
                          <w:marBottom w:val="0"/>
                          <w:divBdr>
                            <w:top w:val="none" w:sz="0" w:space="0" w:color="auto"/>
                            <w:left w:val="none" w:sz="0" w:space="0" w:color="auto"/>
                            <w:bottom w:val="none" w:sz="0" w:space="0" w:color="auto"/>
                            <w:right w:val="none" w:sz="0" w:space="0" w:color="auto"/>
                          </w:divBdr>
                          <w:divsChild>
                            <w:div w:id="1292058333">
                              <w:marLeft w:val="0"/>
                              <w:marRight w:val="0"/>
                              <w:marTop w:val="0"/>
                              <w:marBottom w:val="0"/>
                              <w:divBdr>
                                <w:top w:val="none" w:sz="0" w:space="0" w:color="auto"/>
                                <w:left w:val="none" w:sz="0" w:space="0" w:color="auto"/>
                                <w:bottom w:val="none" w:sz="0" w:space="0" w:color="auto"/>
                                <w:right w:val="none" w:sz="0" w:space="0" w:color="auto"/>
                              </w:divBdr>
                              <w:divsChild>
                                <w:div w:id="1726945774">
                                  <w:marLeft w:val="0"/>
                                  <w:marRight w:val="3920"/>
                                  <w:marTop w:val="0"/>
                                  <w:marBottom w:val="0"/>
                                  <w:divBdr>
                                    <w:top w:val="none" w:sz="0" w:space="0" w:color="auto"/>
                                    <w:left w:val="none" w:sz="0" w:space="0" w:color="auto"/>
                                    <w:bottom w:val="none" w:sz="0" w:space="0" w:color="auto"/>
                                    <w:right w:val="none" w:sz="0" w:space="0" w:color="auto"/>
                                  </w:divBdr>
                                  <w:divsChild>
                                    <w:div w:id="1166747053">
                                      <w:marLeft w:val="0"/>
                                      <w:marRight w:val="0"/>
                                      <w:marTop w:val="0"/>
                                      <w:marBottom w:val="0"/>
                                      <w:divBdr>
                                        <w:top w:val="none" w:sz="0" w:space="0" w:color="auto"/>
                                        <w:left w:val="none" w:sz="0" w:space="0" w:color="auto"/>
                                        <w:bottom w:val="none" w:sz="0" w:space="0" w:color="auto"/>
                                        <w:right w:val="none" w:sz="0" w:space="0" w:color="auto"/>
                                      </w:divBdr>
                                      <w:divsChild>
                                        <w:div w:id="1592161126">
                                          <w:marLeft w:val="0"/>
                                          <w:marRight w:val="0"/>
                                          <w:marTop w:val="0"/>
                                          <w:marBottom w:val="0"/>
                                          <w:divBdr>
                                            <w:top w:val="none" w:sz="0" w:space="0" w:color="auto"/>
                                            <w:left w:val="none" w:sz="0" w:space="0" w:color="auto"/>
                                            <w:bottom w:val="none" w:sz="0" w:space="0" w:color="auto"/>
                                            <w:right w:val="none" w:sz="0" w:space="0" w:color="auto"/>
                                          </w:divBdr>
                                          <w:divsChild>
                                            <w:div w:id="501161139">
                                              <w:marLeft w:val="0"/>
                                              <w:marRight w:val="0"/>
                                              <w:marTop w:val="0"/>
                                              <w:marBottom w:val="0"/>
                                              <w:divBdr>
                                                <w:top w:val="none" w:sz="0" w:space="0" w:color="auto"/>
                                                <w:left w:val="none" w:sz="0" w:space="0" w:color="auto"/>
                                                <w:bottom w:val="none" w:sz="0" w:space="0" w:color="auto"/>
                                                <w:right w:val="none" w:sz="0" w:space="0" w:color="auto"/>
                                              </w:divBdr>
                                              <w:divsChild>
                                                <w:div w:id="32771817">
                                                  <w:marLeft w:val="0"/>
                                                  <w:marRight w:val="0"/>
                                                  <w:marTop w:val="0"/>
                                                  <w:marBottom w:val="0"/>
                                                  <w:divBdr>
                                                    <w:top w:val="none" w:sz="0" w:space="0" w:color="auto"/>
                                                    <w:left w:val="none" w:sz="0" w:space="0" w:color="auto"/>
                                                    <w:bottom w:val="none" w:sz="0" w:space="0" w:color="auto"/>
                                                    <w:right w:val="none" w:sz="0" w:space="0" w:color="auto"/>
                                                  </w:divBdr>
                                                  <w:divsChild>
                                                    <w:div w:id="204343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3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648083">
                          <w:marLeft w:val="0"/>
                          <w:marRight w:val="0"/>
                          <w:marTop w:val="0"/>
                          <w:marBottom w:val="0"/>
                          <w:divBdr>
                            <w:top w:val="none" w:sz="0" w:space="0" w:color="auto"/>
                            <w:left w:val="none" w:sz="0" w:space="0" w:color="auto"/>
                            <w:bottom w:val="none" w:sz="0" w:space="0" w:color="auto"/>
                            <w:right w:val="none" w:sz="0" w:space="0" w:color="auto"/>
                          </w:divBdr>
                          <w:divsChild>
                            <w:div w:id="932670462">
                              <w:marLeft w:val="0"/>
                              <w:marRight w:val="0"/>
                              <w:marTop w:val="0"/>
                              <w:marBottom w:val="0"/>
                              <w:divBdr>
                                <w:top w:val="none" w:sz="0" w:space="0" w:color="auto"/>
                                <w:left w:val="none" w:sz="0" w:space="0" w:color="auto"/>
                                <w:bottom w:val="none" w:sz="0" w:space="0" w:color="auto"/>
                                <w:right w:val="none" w:sz="0" w:space="0" w:color="auto"/>
                              </w:divBdr>
                              <w:divsChild>
                                <w:div w:id="961229929">
                                  <w:marLeft w:val="0"/>
                                  <w:marRight w:val="0"/>
                                  <w:marTop w:val="0"/>
                                  <w:marBottom w:val="0"/>
                                  <w:divBdr>
                                    <w:top w:val="none" w:sz="0" w:space="0" w:color="auto"/>
                                    <w:left w:val="none" w:sz="0" w:space="0" w:color="auto"/>
                                    <w:bottom w:val="none" w:sz="0" w:space="0" w:color="auto"/>
                                    <w:right w:val="none" w:sz="0" w:space="0" w:color="auto"/>
                                  </w:divBdr>
                                  <w:divsChild>
                                    <w:div w:id="990790475">
                                      <w:marLeft w:val="0"/>
                                      <w:marRight w:val="0"/>
                                      <w:marTop w:val="0"/>
                                      <w:marBottom w:val="0"/>
                                      <w:divBdr>
                                        <w:top w:val="none" w:sz="0" w:space="0" w:color="auto"/>
                                        <w:left w:val="none" w:sz="0" w:space="0" w:color="auto"/>
                                        <w:bottom w:val="none" w:sz="0" w:space="0" w:color="auto"/>
                                        <w:right w:val="none" w:sz="0" w:space="0" w:color="auto"/>
                                      </w:divBdr>
                                      <w:divsChild>
                                        <w:div w:id="1623339008">
                                          <w:marLeft w:val="0"/>
                                          <w:marRight w:val="0"/>
                                          <w:marTop w:val="180"/>
                                          <w:marBottom w:val="240"/>
                                          <w:divBdr>
                                            <w:top w:val="none" w:sz="0" w:space="0" w:color="auto"/>
                                            <w:left w:val="none" w:sz="0" w:space="0" w:color="auto"/>
                                            <w:bottom w:val="none" w:sz="0" w:space="0" w:color="auto"/>
                                            <w:right w:val="none" w:sz="0" w:space="0" w:color="auto"/>
                                          </w:divBdr>
                                        </w:div>
                                        <w:div w:id="131219181">
                                          <w:marLeft w:val="0"/>
                                          <w:marRight w:val="0"/>
                                          <w:marTop w:val="180"/>
                                          <w:marBottom w:val="240"/>
                                          <w:divBdr>
                                            <w:top w:val="none" w:sz="0" w:space="0" w:color="auto"/>
                                            <w:left w:val="none" w:sz="0" w:space="0" w:color="auto"/>
                                            <w:bottom w:val="none" w:sz="0" w:space="0" w:color="auto"/>
                                            <w:right w:val="none" w:sz="0" w:space="0" w:color="auto"/>
                                          </w:divBdr>
                                        </w:div>
                                        <w:div w:id="732582691">
                                          <w:marLeft w:val="0"/>
                                          <w:marRight w:val="0"/>
                                          <w:marTop w:val="360"/>
                                          <w:marBottom w:val="180"/>
                                          <w:divBdr>
                                            <w:top w:val="none" w:sz="0" w:space="0" w:color="auto"/>
                                            <w:left w:val="none" w:sz="0" w:space="0" w:color="auto"/>
                                            <w:bottom w:val="none" w:sz="0" w:space="0" w:color="auto"/>
                                            <w:right w:val="none" w:sz="0" w:space="0" w:color="auto"/>
                                          </w:divBdr>
                                        </w:div>
                                        <w:div w:id="410661118">
                                          <w:marLeft w:val="0"/>
                                          <w:marRight w:val="0"/>
                                          <w:marTop w:val="360"/>
                                          <w:marBottom w:val="180"/>
                                          <w:divBdr>
                                            <w:top w:val="none" w:sz="0" w:space="0" w:color="auto"/>
                                            <w:left w:val="none" w:sz="0" w:space="0" w:color="auto"/>
                                            <w:bottom w:val="none" w:sz="0" w:space="0" w:color="auto"/>
                                            <w:right w:val="none" w:sz="0" w:space="0" w:color="auto"/>
                                          </w:divBdr>
                                        </w:div>
                                        <w:div w:id="441415646">
                                          <w:marLeft w:val="0"/>
                                          <w:marRight w:val="0"/>
                                          <w:marTop w:val="360"/>
                                          <w:marBottom w:val="180"/>
                                          <w:divBdr>
                                            <w:top w:val="none" w:sz="0" w:space="0" w:color="auto"/>
                                            <w:left w:val="none" w:sz="0" w:space="0" w:color="auto"/>
                                            <w:bottom w:val="none" w:sz="0" w:space="0" w:color="auto"/>
                                            <w:right w:val="none" w:sz="0" w:space="0" w:color="auto"/>
                                          </w:divBdr>
                                        </w:div>
                                        <w:div w:id="667681839">
                                          <w:marLeft w:val="0"/>
                                          <w:marRight w:val="0"/>
                                          <w:marTop w:val="180"/>
                                          <w:marBottom w:val="240"/>
                                          <w:divBdr>
                                            <w:top w:val="none" w:sz="0" w:space="0" w:color="auto"/>
                                            <w:left w:val="none" w:sz="0" w:space="0" w:color="auto"/>
                                            <w:bottom w:val="none" w:sz="0" w:space="0" w:color="auto"/>
                                            <w:right w:val="none" w:sz="0" w:space="0" w:color="auto"/>
                                          </w:divBdr>
                                        </w:div>
                                        <w:div w:id="68770307">
                                          <w:marLeft w:val="0"/>
                                          <w:marRight w:val="0"/>
                                          <w:marTop w:val="60"/>
                                          <w:marBottom w:val="180"/>
                                          <w:divBdr>
                                            <w:top w:val="none" w:sz="0" w:space="0" w:color="auto"/>
                                            <w:left w:val="none" w:sz="0" w:space="0" w:color="auto"/>
                                            <w:bottom w:val="none" w:sz="0" w:space="0" w:color="auto"/>
                                            <w:right w:val="none" w:sz="0" w:space="0" w:color="auto"/>
                                          </w:divBdr>
                                        </w:div>
                                        <w:div w:id="1242790149">
                                          <w:marLeft w:val="0"/>
                                          <w:marRight w:val="0"/>
                                          <w:marTop w:val="180"/>
                                          <w:marBottom w:val="240"/>
                                          <w:divBdr>
                                            <w:top w:val="none" w:sz="0" w:space="0" w:color="auto"/>
                                            <w:left w:val="none" w:sz="0" w:space="0" w:color="auto"/>
                                            <w:bottom w:val="none" w:sz="0" w:space="0" w:color="auto"/>
                                            <w:right w:val="none" w:sz="0" w:space="0" w:color="auto"/>
                                          </w:divBdr>
                                        </w:div>
                                        <w:div w:id="1310398215">
                                          <w:marLeft w:val="0"/>
                                          <w:marRight w:val="0"/>
                                          <w:marTop w:val="180"/>
                                          <w:marBottom w:val="240"/>
                                          <w:divBdr>
                                            <w:top w:val="none" w:sz="0" w:space="0" w:color="auto"/>
                                            <w:left w:val="none" w:sz="0" w:space="0" w:color="auto"/>
                                            <w:bottom w:val="none" w:sz="0" w:space="0" w:color="auto"/>
                                            <w:right w:val="none" w:sz="0" w:space="0" w:color="auto"/>
                                          </w:divBdr>
                                        </w:div>
                                        <w:div w:id="2020040945">
                                          <w:marLeft w:val="0"/>
                                          <w:marRight w:val="0"/>
                                          <w:marTop w:val="360"/>
                                          <w:marBottom w:val="180"/>
                                          <w:divBdr>
                                            <w:top w:val="none" w:sz="0" w:space="0" w:color="auto"/>
                                            <w:left w:val="none" w:sz="0" w:space="0" w:color="auto"/>
                                            <w:bottom w:val="none" w:sz="0" w:space="0" w:color="auto"/>
                                            <w:right w:val="none" w:sz="0" w:space="0" w:color="auto"/>
                                          </w:divBdr>
                                        </w:div>
                                        <w:div w:id="765998862">
                                          <w:marLeft w:val="0"/>
                                          <w:marRight w:val="0"/>
                                          <w:marTop w:val="180"/>
                                          <w:marBottom w:val="240"/>
                                          <w:divBdr>
                                            <w:top w:val="none" w:sz="0" w:space="0" w:color="auto"/>
                                            <w:left w:val="none" w:sz="0" w:space="0" w:color="auto"/>
                                            <w:bottom w:val="none" w:sz="0" w:space="0" w:color="auto"/>
                                            <w:right w:val="none" w:sz="0" w:space="0" w:color="auto"/>
                                          </w:divBdr>
                                        </w:div>
                                        <w:div w:id="51975322">
                                          <w:marLeft w:val="0"/>
                                          <w:marRight w:val="0"/>
                                          <w:marTop w:val="60"/>
                                          <w:marBottom w:val="180"/>
                                          <w:divBdr>
                                            <w:top w:val="none" w:sz="0" w:space="0" w:color="auto"/>
                                            <w:left w:val="none" w:sz="0" w:space="0" w:color="auto"/>
                                            <w:bottom w:val="none" w:sz="0" w:space="0" w:color="auto"/>
                                            <w:right w:val="none" w:sz="0" w:space="0" w:color="auto"/>
                                          </w:divBdr>
                                        </w:div>
                                        <w:div w:id="1740399985">
                                          <w:marLeft w:val="0"/>
                                          <w:marRight w:val="0"/>
                                          <w:marTop w:val="180"/>
                                          <w:marBottom w:val="240"/>
                                          <w:divBdr>
                                            <w:top w:val="none" w:sz="0" w:space="0" w:color="auto"/>
                                            <w:left w:val="none" w:sz="0" w:space="0" w:color="auto"/>
                                            <w:bottom w:val="none" w:sz="0" w:space="0" w:color="auto"/>
                                            <w:right w:val="none" w:sz="0" w:space="0" w:color="auto"/>
                                          </w:divBdr>
                                        </w:div>
                                        <w:div w:id="1199733409">
                                          <w:marLeft w:val="0"/>
                                          <w:marRight w:val="0"/>
                                          <w:marTop w:val="180"/>
                                          <w:marBottom w:val="240"/>
                                          <w:divBdr>
                                            <w:top w:val="none" w:sz="0" w:space="0" w:color="auto"/>
                                            <w:left w:val="none" w:sz="0" w:space="0" w:color="auto"/>
                                            <w:bottom w:val="none" w:sz="0" w:space="0" w:color="auto"/>
                                            <w:right w:val="none" w:sz="0" w:space="0" w:color="auto"/>
                                          </w:divBdr>
                                        </w:div>
                                        <w:div w:id="523903393">
                                          <w:marLeft w:val="0"/>
                                          <w:marRight w:val="0"/>
                                          <w:marTop w:val="360"/>
                                          <w:marBottom w:val="180"/>
                                          <w:divBdr>
                                            <w:top w:val="none" w:sz="0" w:space="0" w:color="auto"/>
                                            <w:left w:val="none" w:sz="0" w:space="0" w:color="auto"/>
                                            <w:bottom w:val="none" w:sz="0" w:space="0" w:color="auto"/>
                                            <w:right w:val="none" w:sz="0" w:space="0" w:color="auto"/>
                                          </w:divBdr>
                                        </w:div>
                                        <w:div w:id="931623764">
                                          <w:marLeft w:val="0"/>
                                          <w:marRight w:val="0"/>
                                          <w:marTop w:val="180"/>
                                          <w:marBottom w:val="240"/>
                                          <w:divBdr>
                                            <w:top w:val="none" w:sz="0" w:space="0" w:color="auto"/>
                                            <w:left w:val="none" w:sz="0" w:space="0" w:color="auto"/>
                                            <w:bottom w:val="none" w:sz="0" w:space="0" w:color="auto"/>
                                            <w:right w:val="none" w:sz="0" w:space="0" w:color="auto"/>
                                          </w:divBdr>
                                        </w:div>
                                        <w:div w:id="878906112">
                                          <w:marLeft w:val="0"/>
                                          <w:marRight w:val="0"/>
                                          <w:marTop w:val="60"/>
                                          <w:marBottom w:val="180"/>
                                          <w:divBdr>
                                            <w:top w:val="none" w:sz="0" w:space="0" w:color="auto"/>
                                            <w:left w:val="none" w:sz="0" w:space="0" w:color="auto"/>
                                            <w:bottom w:val="none" w:sz="0" w:space="0" w:color="auto"/>
                                            <w:right w:val="none" w:sz="0" w:space="0" w:color="auto"/>
                                          </w:divBdr>
                                        </w:div>
                                        <w:div w:id="46144509">
                                          <w:marLeft w:val="0"/>
                                          <w:marRight w:val="0"/>
                                          <w:marTop w:val="180"/>
                                          <w:marBottom w:val="240"/>
                                          <w:divBdr>
                                            <w:top w:val="none" w:sz="0" w:space="0" w:color="auto"/>
                                            <w:left w:val="none" w:sz="0" w:space="0" w:color="auto"/>
                                            <w:bottom w:val="none" w:sz="0" w:space="0" w:color="auto"/>
                                            <w:right w:val="none" w:sz="0" w:space="0" w:color="auto"/>
                                          </w:divBdr>
                                        </w:div>
                                        <w:div w:id="1325864041">
                                          <w:marLeft w:val="0"/>
                                          <w:marRight w:val="0"/>
                                          <w:marTop w:val="180"/>
                                          <w:marBottom w:val="240"/>
                                          <w:divBdr>
                                            <w:top w:val="none" w:sz="0" w:space="0" w:color="auto"/>
                                            <w:left w:val="none" w:sz="0" w:space="0" w:color="auto"/>
                                            <w:bottom w:val="none" w:sz="0" w:space="0" w:color="auto"/>
                                            <w:right w:val="none" w:sz="0" w:space="0" w:color="auto"/>
                                          </w:divBdr>
                                        </w:div>
                                        <w:div w:id="156117930">
                                          <w:marLeft w:val="0"/>
                                          <w:marRight w:val="0"/>
                                          <w:marTop w:val="360"/>
                                          <w:marBottom w:val="180"/>
                                          <w:divBdr>
                                            <w:top w:val="none" w:sz="0" w:space="0" w:color="auto"/>
                                            <w:left w:val="none" w:sz="0" w:space="0" w:color="auto"/>
                                            <w:bottom w:val="none" w:sz="0" w:space="0" w:color="auto"/>
                                            <w:right w:val="none" w:sz="0" w:space="0" w:color="auto"/>
                                          </w:divBdr>
                                        </w:div>
                                        <w:div w:id="752820413">
                                          <w:marLeft w:val="0"/>
                                          <w:marRight w:val="0"/>
                                          <w:marTop w:val="180"/>
                                          <w:marBottom w:val="240"/>
                                          <w:divBdr>
                                            <w:top w:val="none" w:sz="0" w:space="0" w:color="auto"/>
                                            <w:left w:val="none" w:sz="0" w:space="0" w:color="auto"/>
                                            <w:bottom w:val="none" w:sz="0" w:space="0" w:color="auto"/>
                                            <w:right w:val="none" w:sz="0" w:space="0" w:color="auto"/>
                                          </w:divBdr>
                                        </w:div>
                                        <w:div w:id="618529426">
                                          <w:marLeft w:val="0"/>
                                          <w:marRight w:val="0"/>
                                          <w:marTop w:val="60"/>
                                          <w:marBottom w:val="180"/>
                                          <w:divBdr>
                                            <w:top w:val="none" w:sz="0" w:space="0" w:color="auto"/>
                                            <w:left w:val="none" w:sz="0" w:space="0" w:color="auto"/>
                                            <w:bottom w:val="none" w:sz="0" w:space="0" w:color="auto"/>
                                            <w:right w:val="none" w:sz="0" w:space="0" w:color="auto"/>
                                          </w:divBdr>
                                        </w:div>
                                        <w:div w:id="759759386">
                                          <w:marLeft w:val="0"/>
                                          <w:marRight w:val="0"/>
                                          <w:marTop w:val="180"/>
                                          <w:marBottom w:val="240"/>
                                          <w:divBdr>
                                            <w:top w:val="none" w:sz="0" w:space="0" w:color="auto"/>
                                            <w:left w:val="none" w:sz="0" w:space="0" w:color="auto"/>
                                            <w:bottom w:val="none" w:sz="0" w:space="0" w:color="auto"/>
                                            <w:right w:val="none" w:sz="0" w:space="0" w:color="auto"/>
                                          </w:divBdr>
                                        </w:div>
                                        <w:div w:id="613095499">
                                          <w:marLeft w:val="0"/>
                                          <w:marRight w:val="0"/>
                                          <w:marTop w:val="180"/>
                                          <w:marBottom w:val="240"/>
                                          <w:divBdr>
                                            <w:top w:val="none" w:sz="0" w:space="0" w:color="auto"/>
                                            <w:left w:val="none" w:sz="0" w:space="0" w:color="auto"/>
                                            <w:bottom w:val="none" w:sz="0" w:space="0" w:color="auto"/>
                                            <w:right w:val="none" w:sz="0" w:space="0" w:color="auto"/>
                                          </w:divBdr>
                                        </w:div>
                                        <w:div w:id="207880569">
                                          <w:marLeft w:val="0"/>
                                          <w:marRight w:val="0"/>
                                          <w:marTop w:val="180"/>
                                          <w:marBottom w:val="240"/>
                                          <w:divBdr>
                                            <w:top w:val="none" w:sz="0" w:space="0" w:color="auto"/>
                                            <w:left w:val="none" w:sz="0" w:space="0" w:color="auto"/>
                                            <w:bottom w:val="none" w:sz="0" w:space="0" w:color="auto"/>
                                            <w:right w:val="none" w:sz="0" w:space="0" w:color="auto"/>
                                          </w:divBdr>
                                        </w:div>
                                        <w:div w:id="97912717">
                                          <w:marLeft w:val="0"/>
                                          <w:marRight w:val="0"/>
                                          <w:marTop w:val="180"/>
                                          <w:marBottom w:val="240"/>
                                          <w:divBdr>
                                            <w:top w:val="none" w:sz="0" w:space="0" w:color="auto"/>
                                            <w:left w:val="none" w:sz="0" w:space="0" w:color="auto"/>
                                            <w:bottom w:val="none" w:sz="0" w:space="0" w:color="auto"/>
                                            <w:right w:val="none" w:sz="0" w:space="0" w:color="auto"/>
                                          </w:divBdr>
                                        </w:div>
                                        <w:div w:id="850606963">
                                          <w:marLeft w:val="0"/>
                                          <w:marRight w:val="0"/>
                                          <w:marTop w:val="180"/>
                                          <w:marBottom w:val="240"/>
                                          <w:divBdr>
                                            <w:top w:val="none" w:sz="0" w:space="0" w:color="auto"/>
                                            <w:left w:val="none" w:sz="0" w:space="0" w:color="auto"/>
                                            <w:bottom w:val="none" w:sz="0" w:space="0" w:color="auto"/>
                                            <w:right w:val="none" w:sz="0" w:space="0" w:color="auto"/>
                                          </w:divBdr>
                                        </w:div>
                                        <w:div w:id="1517887145">
                                          <w:marLeft w:val="0"/>
                                          <w:marRight w:val="0"/>
                                          <w:marTop w:val="0"/>
                                          <w:marBottom w:val="0"/>
                                          <w:divBdr>
                                            <w:top w:val="none" w:sz="0" w:space="0" w:color="auto"/>
                                            <w:left w:val="none" w:sz="0" w:space="0" w:color="auto"/>
                                            <w:bottom w:val="none" w:sz="0" w:space="0" w:color="auto"/>
                                            <w:right w:val="none" w:sz="0" w:space="0" w:color="auto"/>
                                          </w:divBdr>
                                          <w:divsChild>
                                            <w:div w:id="1384132373">
                                              <w:marLeft w:val="0"/>
                                              <w:marRight w:val="0"/>
                                              <w:marTop w:val="60"/>
                                              <w:marBottom w:val="0"/>
                                              <w:divBdr>
                                                <w:top w:val="none" w:sz="0" w:space="0" w:color="auto"/>
                                                <w:left w:val="none" w:sz="0" w:space="0" w:color="auto"/>
                                                <w:bottom w:val="none" w:sz="0" w:space="0" w:color="auto"/>
                                                <w:right w:val="none" w:sz="0" w:space="0" w:color="auto"/>
                                              </w:divBdr>
                                              <w:divsChild>
                                                <w:div w:id="115325476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4623307">
              <w:marLeft w:val="0"/>
              <w:marRight w:val="0"/>
              <w:marTop w:val="360"/>
              <w:marBottom w:val="0"/>
              <w:divBdr>
                <w:top w:val="none" w:sz="0" w:space="0" w:color="auto"/>
                <w:left w:val="none" w:sz="0" w:space="0" w:color="auto"/>
                <w:bottom w:val="none" w:sz="0" w:space="0" w:color="auto"/>
                <w:right w:val="none" w:sz="0" w:space="0" w:color="auto"/>
              </w:divBdr>
              <w:divsChild>
                <w:div w:id="1269973613">
                  <w:marLeft w:val="0"/>
                  <w:marRight w:val="0"/>
                  <w:marTop w:val="0"/>
                  <w:marBottom w:val="0"/>
                  <w:divBdr>
                    <w:top w:val="none" w:sz="0" w:space="0" w:color="auto"/>
                    <w:left w:val="none" w:sz="0" w:space="0" w:color="auto"/>
                    <w:bottom w:val="none" w:sz="0" w:space="0" w:color="auto"/>
                    <w:right w:val="none" w:sz="0" w:space="0" w:color="auto"/>
                  </w:divBdr>
                  <w:divsChild>
                    <w:div w:id="1390956634">
                      <w:marLeft w:val="0"/>
                      <w:marRight w:val="0"/>
                      <w:marTop w:val="0"/>
                      <w:marBottom w:val="0"/>
                      <w:divBdr>
                        <w:top w:val="none" w:sz="0" w:space="0" w:color="auto"/>
                        <w:left w:val="none" w:sz="0" w:space="0" w:color="auto"/>
                        <w:bottom w:val="none" w:sz="0" w:space="0" w:color="auto"/>
                        <w:right w:val="none" w:sz="0" w:space="0" w:color="auto"/>
                      </w:divBdr>
                      <w:divsChild>
                        <w:div w:id="1350912454">
                          <w:marLeft w:val="0"/>
                          <w:marRight w:val="0"/>
                          <w:marTop w:val="0"/>
                          <w:marBottom w:val="0"/>
                          <w:divBdr>
                            <w:top w:val="none" w:sz="0" w:space="0" w:color="auto"/>
                            <w:left w:val="none" w:sz="0" w:space="0" w:color="auto"/>
                            <w:bottom w:val="none" w:sz="0" w:space="0" w:color="auto"/>
                            <w:right w:val="none" w:sz="0" w:space="0" w:color="auto"/>
                          </w:divBdr>
                          <w:divsChild>
                            <w:div w:id="681130484">
                              <w:marLeft w:val="0"/>
                              <w:marRight w:val="2518"/>
                              <w:marTop w:val="0"/>
                              <w:marBottom w:val="0"/>
                              <w:divBdr>
                                <w:top w:val="none" w:sz="0" w:space="0" w:color="auto"/>
                                <w:left w:val="none" w:sz="0" w:space="0" w:color="auto"/>
                                <w:bottom w:val="none" w:sz="0" w:space="0" w:color="auto"/>
                                <w:right w:val="none" w:sz="0" w:space="0" w:color="auto"/>
                              </w:divBdr>
                              <w:divsChild>
                                <w:div w:id="72437409">
                                  <w:marLeft w:val="0"/>
                                  <w:marRight w:val="0"/>
                                  <w:marTop w:val="0"/>
                                  <w:marBottom w:val="0"/>
                                  <w:divBdr>
                                    <w:top w:val="none" w:sz="0" w:space="0" w:color="auto"/>
                                    <w:left w:val="none" w:sz="0" w:space="0" w:color="auto"/>
                                    <w:bottom w:val="none" w:sz="0" w:space="0" w:color="auto"/>
                                    <w:right w:val="none" w:sz="0" w:space="0" w:color="auto"/>
                                  </w:divBdr>
                                  <w:divsChild>
                                    <w:div w:id="1699742997">
                                      <w:marLeft w:val="0"/>
                                      <w:marRight w:val="0"/>
                                      <w:marTop w:val="0"/>
                                      <w:marBottom w:val="0"/>
                                      <w:divBdr>
                                        <w:top w:val="none" w:sz="0" w:space="0" w:color="auto"/>
                                        <w:left w:val="none" w:sz="0" w:space="0" w:color="auto"/>
                                        <w:bottom w:val="none" w:sz="0" w:space="0" w:color="auto"/>
                                        <w:right w:val="none" w:sz="0" w:space="0" w:color="auto"/>
                                      </w:divBdr>
                                      <w:divsChild>
                                        <w:div w:id="111309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9503866">
                      <w:marLeft w:val="0"/>
                      <w:marRight w:val="0"/>
                      <w:marTop w:val="0"/>
                      <w:marBottom w:val="0"/>
                      <w:divBdr>
                        <w:top w:val="none" w:sz="0" w:space="0" w:color="auto"/>
                        <w:left w:val="none" w:sz="0" w:space="0" w:color="auto"/>
                        <w:bottom w:val="none" w:sz="0" w:space="0" w:color="auto"/>
                        <w:right w:val="none" w:sz="0" w:space="0" w:color="auto"/>
                      </w:divBdr>
                      <w:divsChild>
                        <w:div w:id="1529173531">
                          <w:marLeft w:val="0"/>
                          <w:marRight w:val="0"/>
                          <w:marTop w:val="0"/>
                          <w:marBottom w:val="0"/>
                          <w:divBdr>
                            <w:top w:val="none" w:sz="0" w:space="0" w:color="auto"/>
                            <w:left w:val="none" w:sz="0" w:space="0" w:color="auto"/>
                            <w:bottom w:val="none" w:sz="0" w:space="0" w:color="auto"/>
                            <w:right w:val="none" w:sz="0" w:space="0" w:color="auto"/>
                          </w:divBdr>
                          <w:divsChild>
                            <w:div w:id="398870695">
                              <w:marLeft w:val="0"/>
                              <w:marRight w:val="0"/>
                              <w:marTop w:val="0"/>
                              <w:marBottom w:val="0"/>
                              <w:divBdr>
                                <w:top w:val="none" w:sz="0" w:space="0" w:color="auto"/>
                                <w:left w:val="none" w:sz="0" w:space="0" w:color="auto"/>
                                <w:bottom w:val="none" w:sz="0" w:space="0" w:color="auto"/>
                                <w:right w:val="none" w:sz="0" w:space="0" w:color="auto"/>
                              </w:divBdr>
                              <w:divsChild>
                                <w:div w:id="526334984">
                                  <w:marLeft w:val="0"/>
                                  <w:marRight w:val="0"/>
                                  <w:marTop w:val="0"/>
                                  <w:marBottom w:val="0"/>
                                  <w:divBdr>
                                    <w:top w:val="none" w:sz="0" w:space="0" w:color="auto"/>
                                    <w:left w:val="none" w:sz="0" w:space="0" w:color="auto"/>
                                    <w:bottom w:val="none" w:sz="0" w:space="0" w:color="auto"/>
                                    <w:right w:val="none" w:sz="0" w:space="0" w:color="auto"/>
                                  </w:divBdr>
                                  <w:divsChild>
                                    <w:div w:id="1499811493">
                                      <w:marLeft w:val="0"/>
                                      <w:marRight w:val="0"/>
                                      <w:marTop w:val="0"/>
                                      <w:marBottom w:val="0"/>
                                      <w:divBdr>
                                        <w:top w:val="none" w:sz="0" w:space="0" w:color="auto"/>
                                        <w:left w:val="none" w:sz="0" w:space="0" w:color="auto"/>
                                        <w:bottom w:val="none" w:sz="0" w:space="0" w:color="auto"/>
                                        <w:right w:val="none" w:sz="0" w:space="0" w:color="auto"/>
                                      </w:divBdr>
                                      <w:divsChild>
                                        <w:div w:id="354422635">
                                          <w:marLeft w:val="0"/>
                                          <w:marRight w:val="0"/>
                                          <w:marTop w:val="0"/>
                                          <w:marBottom w:val="0"/>
                                          <w:divBdr>
                                            <w:top w:val="none" w:sz="0" w:space="0" w:color="auto"/>
                                            <w:left w:val="none" w:sz="0" w:space="0" w:color="auto"/>
                                            <w:bottom w:val="none" w:sz="0" w:space="0" w:color="auto"/>
                                            <w:right w:val="none" w:sz="0" w:space="0" w:color="auto"/>
                                          </w:divBdr>
                                          <w:divsChild>
                                            <w:div w:id="665133079">
                                              <w:marLeft w:val="0"/>
                                              <w:marRight w:val="0"/>
                                              <w:marTop w:val="0"/>
                                              <w:marBottom w:val="0"/>
                                              <w:divBdr>
                                                <w:top w:val="none" w:sz="0" w:space="0" w:color="auto"/>
                                                <w:left w:val="none" w:sz="0" w:space="0" w:color="auto"/>
                                                <w:bottom w:val="none" w:sz="0" w:space="0" w:color="auto"/>
                                                <w:right w:val="none" w:sz="0" w:space="0" w:color="auto"/>
                                              </w:divBdr>
                                              <w:divsChild>
                                                <w:div w:id="1016033333">
                                                  <w:marLeft w:val="0"/>
                                                  <w:marRight w:val="0"/>
                                                  <w:marTop w:val="180"/>
                                                  <w:marBottom w:val="240"/>
                                                  <w:divBdr>
                                                    <w:top w:val="none" w:sz="0" w:space="0" w:color="auto"/>
                                                    <w:left w:val="none" w:sz="0" w:space="0" w:color="auto"/>
                                                    <w:bottom w:val="none" w:sz="0" w:space="0" w:color="auto"/>
                                                    <w:right w:val="none" w:sz="0" w:space="0" w:color="auto"/>
                                                  </w:divBdr>
                                                </w:div>
                                                <w:div w:id="954290073">
                                                  <w:marLeft w:val="0"/>
                                                  <w:marRight w:val="0"/>
                                                  <w:marTop w:val="180"/>
                                                  <w:marBottom w:val="240"/>
                                                  <w:divBdr>
                                                    <w:top w:val="none" w:sz="0" w:space="0" w:color="auto"/>
                                                    <w:left w:val="none" w:sz="0" w:space="0" w:color="auto"/>
                                                    <w:bottom w:val="none" w:sz="0" w:space="0" w:color="auto"/>
                                                    <w:right w:val="none" w:sz="0" w:space="0" w:color="auto"/>
                                                  </w:divBdr>
                                                </w:div>
                                                <w:div w:id="1019548487">
                                                  <w:marLeft w:val="0"/>
                                                  <w:marRight w:val="0"/>
                                                  <w:marTop w:val="360"/>
                                                  <w:marBottom w:val="180"/>
                                                  <w:divBdr>
                                                    <w:top w:val="none" w:sz="0" w:space="0" w:color="auto"/>
                                                    <w:left w:val="none" w:sz="0" w:space="0" w:color="auto"/>
                                                    <w:bottom w:val="none" w:sz="0" w:space="0" w:color="auto"/>
                                                    <w:right w:val="none" w:sz="0" w:space="0" w:color="auto"/>
                                                  </w:divBdr>
                                                </w:div>
                                                <w:div w:id="463625442">
                                                  <w:marLeft w:val="0"/>
                                                  <w:marRight w:val="0"/>
                                                  <w:marTop w:val="360"/>
                                                  <w:marBottom w:val="180"/>
                                                  <w:divBdr>
                                                    <w:top w:val="none" w:sz="0" w:space="0" w:color="auto"/>
                                                    <w:left w:val="none" w:sz="0" w:space="0" w:color="auto"/>
                                                    <w:bottom w:val="none" w:sz="0" w:space="0" w:color="auto"/>
                                                    <w:right w:val="none" w:sz="0" w:space="0" w:color="auto"/>
                                                  </w:divBdr>
                                                </w:div>
                                                <w:div w:id="1864899047">
                                                  <w:marLeft w:val="0"/>
                                                  <w:marRight w:val="0"/>
                                                  <w:marTop w:val="360"/>
                                                  <w:marBottom w:val="180"/>
                                                  <w:divBdr>
                                                    <w:top w:val="none" w:sz="0" w:space="0" w:color="auto"/>
                                                    <w:left w:val="none" w:sz="0" w:space="0" w:color="auto"/>
                                                    <w:bottom w:val="none" w:sz="0" w:space="0" w:color="auto"/>
                                                    <w:right w:val="none" w:sz="0" w:space="0" w:color="auto"/>
                                                  </w:divBdr>
                                                </w:div>
                                                <w:div w:id="1259682058">
                                                  <w:marLeft w:val="0"/>
                                                  <w:marRight w:val="0"/>
                                                  <w:marTop w:val="180"/>
                                                  <w:marBottom w:val="240"/>
                                                  <w:divBdr>
                                                    <w:top w:val="none" w:sz="0" w:space="0" w:color="auto"/>
                                                    <w:left w:val="none" w:sz="0" w:space="0" w:color="auto"/>
                                                    <w:bottom w:val="none" w:sz="0" w:space="0" w:color="auto"/>
                                                    <w:right w:val="none" w:sz="0" w:space="0" w:color="auto"/>
                                                  </w:divBdr>
                                                </w:div>
                                                <w:div w:id="432241767">
                                                  <w:marLeft w:val="0"/>
                                                  <w:marRight w:val="0"/>
                                                  <w:marTop w:val="60"/>
                                                  <w:marBottom w:val="180"/>
                                                  <w:divBdr>
                                                    <w:top w:val="none" w:sz="0" w:space="0" w:color="auto"/>
                                                    <w:left w:val="none" w:sz="0" w:space="0" w:color="auto"/>
                                                    <w:bottom w:val="none" w:sz="0" w:space="0" w:color="auto"/>
                                                    <w:right w:val="none" w:sz="0" w:space="0" w:color="auto"/>
                                                  </w:divBdr>
                                                </w:div>
                                                <w:div w:id="510072869">
                                                  <w:marLeft w:val="0"/>
                                                  <w:marRight w:val="0"/>
                                                  <w:marTop w:val="180"/>
                                                  <w:marBottom w:val="240"/>
                                                  <w:divBdr>
                                                    <w:top w:val="none" w:sz="0" w:space="0" w:color="auto"/>
                                                    <w:left w:val="none" w:sz="0" w:space="0" w:color="auto"/>
                                                    <w:bottom w:val="none" w:sz="0" w:space="0" w:color="auto"/>
                                                    <w:right w:val="none" w:sz="0" w:space="0" w:color="auto"/>
                                                  </w:divBdr>
                                                </w:div>
                                                <w:div w:id="1316031549">
                                                  <w:marLeft w:val="0"/>
                                                  <w:marRight w:val="0"/>
                                                  <w:marTop w:val="180"/>
                                                  <w:marBottom w:val="240"/>
                                                  <w:divBdr>
                                                    <w:top w:val="none" w:sz="0" w:space="0" w:color="auto"/>
                                                    <w:left w:val="none" w:sz="0" w:space="0" w:color="auto"/>
                                                    <w:bottom w:val="none" w:sz="0" w:space="0" w:color="auto"/>
                                                    <w:right w:val="none" w:sz="0" w:space="0" w:color="auto"/>
                                                  </w:divBdr>
                                                </w:div>
                                                <w:div w:id="2035616491">
                                                  <w:marLeft w:val="0"/>
                                                  <w:marRight w:val="0"/>
                                                  <w:marTop w:val="360"/>
                                                  <w:marBottom w:val="180"/>
                                                  <w:divBdr>
                                                    <w:top w:val="none" w:sz="0" w:space="0" w:color="auto"/>
                                                    <w:left w:val="none" w:sz="0" w:space="0" w:color="auto"/>
                                                    <w:bottom w:val="none" w:sz="0" w:space="0" w:color="auto"/>
                                                    <w:right w:val="none" w:sz="0" w:space="0" w:color="auto"/>
                                                  </w:divBdr>
                                                </w:div>
                                                <w:div w:id="1635520371">
                                                  <w:marLeft w:val="0"/>
                                                  <w:marRight w:val="0"/>
                                                  <w:marTop w:val="180"/>
                                                  <w:marBottom w:val="240"/>
                                                  <w:divBdr>
                                                    <w:top w:val="none" w:sz="0" w:space="0" w:color="auto"/>
                                                    <w:left w:val="none" w:sz="0" w:space="0" w:color="auto"/>
                                                    <w:bottom w:val="none" w:sz="0" w:space="0" w:color="auto"/>
                                                    <w:right w:val="none" w:sz="0" w:space="0" w:color="auto"/>
                                                  </w:divBdr>
                                                </w:div>
                                                <w:div w:id="1360661997">
                                                  <w:marLeft w:val="0"/>
                                                  <w:marRight w:val="0"/>
                                                  <w:marTop w:val="60"/>
                                                  <w:marBottom w:val="180"/>
                                                  <w:divBdr>
                                                    <w:top w:val="none" w:sz="0" w:space="0" w:color="auto"/>
                                                    <w:left w:val="none" w:sz="0" w:space="0" w:color="auto"/>
                                                    <w:bottom w:val="none" w:sz="0" w:space="0" w:color="auto"/>
                                                    <w:right w:val="none" w:sz="0" w:space="0" w:color="auto"/>
                                                  </w:divBdr>
                                                </w:div>
                                                <w:div w:id="1005936506">
                                                  <w:marLeft w:val="0"/>
                                                  <w:marRight w:val="0"/>
                                                  <w:marTop w:val="180"/>
                                                  <w:marBottom w:val="240"/>
                                                  <w:divBdr>
                                                    <w:top w:val="none" w:sz="0" w:space="0" w:color="auto"/>
                                                    <w:left w:val="none" w:sz="0" w:space="0" w:color="auto"/>
                                                    <w:bottom w:val="none" w:sz="0" w:space="0" w:color="auto"/>
                                                    <w:right w:val="none" w:sz="0" w:space="0" w:color="auto"/>
                                                  </w:divBdr>
                                                </w:div>
                                                <w:div w:id="1718970496">
                                                  <w:marLeft w:val="0"/>
                                                  <w:marRight w:val="0"/>
                                                  <w:marTop w:val="180"/>
                                                  <w:marBottom w:val="240"/>
                                                  <w:divBdr>
                                                    <w:top w:val="none" w:sz="0" w:space="0" w:color="auto"/>
                                                    <w:left w:val="none" w:sz="0" w:space="0" w:color="auto"/>
                                                    <w:bottom w:val="none" w:sz="0" w:space="0" w:color="auto"/>
                                                    <w:right w:val="none" w:sz="0" w:space="0" w:color="auto"/>
                                                  </w:divBdr>
                                                </w:div>
                                                <w:div w:id="403114406">
                                                  <w:marLeft w:val="0"/>
                                                  <w:marRight w:val="0"/>
                                                  <w:marTop w:val="360"/>
                                                  <w:marBottom w:val="180"/>
                                                  <w:divBdr>
                                                    <w:top w:val="none" w:sz="0" w:space="0" w:color="auto"/>
                                                    <w:left w:val="none" w:sz="0" w:space="0" w:color="auto"/>
                                                    <w:bottom w:val="none" w:sz="0" w:space="0" w:color="auto"/>
                                                    <w:right w:val="none" w:sz="0" w:space="0" w:color="auto"/>
                                                  </w:divBdr>
                                                </w:div>
                                                <w:div w:id="932014552">
                                                  <w:marLeft w:val="0"/>
                                                  <w:marRight w:val="0"/>
                                                  <w:marTop w:val="180"/>
                                                  <w:marBottom w:val="240"/>
                                                  <w:divBdr>
                                                    <w:top w:val="none" w:sz="0" w:space="0" w:color="auto"/>
                                                    <w:left w:val="none" w:sz="0" w:space="0" w:color="auto"/>
                                                    <w:bottom w:val="none" w:sz="0" w:space="0" w:color="auto"/>
                                                    <w:right w:val="none" w:sz="0" w:space="0" w:color="auto"/>
                                                  </w:divBdr>
                                                </w:div>
                                                <w:div w:id="213471936">
                                                  <w:marLeft w:val="0"/>
                                                  <w:marRight w:val="0"/>
                                                  <w:marTop w:val="60"/>
                                                  <w:marBottom w:val="180"/>
                                                  <w:divBdr>
                                                    <w:top w:val="none" w:sz="0" w:space="0" w:color="auto"/>
                                                    <w:left w:val="none" w:sz="0" w:space="0" w:color="auto"/>
                                                    <w:bottom w:val="none" w:sz="0" w:space="0" w:color="auto"/>
                                                    <w:right w:val="none" w:sz="0" w:space="0" w:color="auto"/>
                                                  </w:divBdr>
                                                </w:div>
                                                <w:div w:id="868488754">
                                                  <w:marLeft w:val="0"/>
                                                  <w:marRight w:val="0"/>
                                                  <w:marTop w:val="180"/>
                                                  <w:marBottom w:val="240"/>
                                                  <w:divBdr>
                                                    <w:top w:val="none" w:sz="0" w:space="0" w:color="auto"/>
                                                    <w:left w:val="none" w:sz="0" w:space="0" w:color="auto"/>
                                                    <w:bottom w:val="none" w:sz="0" w:space="0" w:color="auto"/>
                                                    <w:right w:val="none" w:sz="0" w:space="0" w:color="auto"/>
                                                  </w:divBdr>
                                                </w:div>
                                                <w:div w:id="75061284">
                                                  <w:marLeft w:val="0"/>
                                                  <w:marRight w:val="0"/>
                                                  <w:marTop w:val="180"/>
                                                  <w:marBottom w:val="240"/>
                                                  <w:divBdr>
                                                    <w:top w:val="none" w:sz="0" w:space="0" w:color="auto"/>
                                                    <w:left w:val="none" w:sz="0" w:space="0" w:color="auto"/>
                                                    <w:bottom w:val="none" w:sz="0" w:space="0" w:color="auto"/>
                                                    <w:right w:val="none" w:sz="0" w:space="0" w:color="auto"/>
                                                  </w:divBdr>
                                                </w:div>
                                                <w:div w:id="1968924922">
                                                  <w:marLeft w:val="0"/>
                                                  <w:marRight w:val="0"/>
                                                  <w:marTop w:val="360"/>
                                                  <w:marBottom w:val="180"/>
                                                  <w:divBdr>
                                                    <w:top w:val="none" w:sz="0" w:space="0" w:color="auto"/>
                                                    <w:left w:val="none" w:sz="0" w:space="0" w:color="auto"/>
                                                    <w:bottom w:val="none" w:sz="0" w:space="0" w:color="auto"/>
                                                    <w:right w:val="none" w:sz="0" w:space="0" w:color="auto"/>
                                                  </w:divBdr>
                                                </w:div>
                                                <w:div w:id="1949118641">
                                                  <w:marLeft w:val="0"/>
                                                  <w:marRight w:val="0"/>
                                                  <w:marTop w:val="180"/>
                                                  <w:marBottom w:val="240"/>
                                                  <w:divBdr>
                                                    <w:top w:val="none" w:sz="0" w:space="0" w:color="auto"/>
                                                    <w:left w:val="none" w:sz="0" w:space="0" w:color="auto"/>
                                                    <w:bottom w:val="none" w:sz="0" w:space="0" w:color="auto"/>
                                                    <w:right w:val="none" w:sz="0" w:space="0" w:color="auto"/>
                                                  </w:divBdr>
                                                </w:div>
                                                <w:div w:id="30151285">
                                                  <w:marLeft w:val="0"/>
                                                  <w:marRight w:val="0"/>
                                                  <w:marTop w:val="60"/>
                                                  <w:marBottom w:val="180"/>
                                                  <w:divBdr>
                                                    <w:top w:val="none" w:sz="0" w:space="0" w:color="auto"/>
                                                    <w:left w:val="none" w:sz="0" w:space="0" w:color="auto"/>
                                                    <w:bottom w:val="none" w:sz="0" w:space="0" w:color="auto"/>
                                                    <w:right w:val="none" w:sz="0" w:space="0" w:color="auto"/>
                                                  </w:divBdr>
                                                </w:div>
                                                <w:div w:id="521675239">
                                                  <w:marLeft w:val="0"/>
                                                  <w:marRight w:val="0"/>
                                                  <w:marTop w:val="180"/>
                                                  <w:marBottom w:val="240"/>
                                                  <w:divBdr>
                                                    <w:top w:val="none" w:sz="0" w:space="0" w:color="auto"/>
                                                    <w:left w:val="none" w:sz="0" w:space="0" w:color="auto"/>
                                                    <w:bottom w:val="none" w:sz="0" w:space="0" w:color="auto"/>
                                                    <w:right w:val="none" w:sz="0" w:space="0" w:color="auto"/>
                                                  </w:divBdr>
                                                </w:div>
                                                <w:div w:id="517307957">
                                                  <w:marLeft w:val="0"/>
                                                  <w:marRight w:val="0"/>
                                                  <w:marTop w:val="180"/>
                                                  <w:marBottom w:val="240"/>
                                                  <w:divBdr>
                                                    <w:top w:val="none" w:sz="0" w:space="0" w:color="auto"/>
                                                    <w:left w:val="none" w:sz="0" w:space="0" w:color="auto"/>
                                                    <w:bottom w:val="none" w:sz="0" w:space="0" w:color="auto"/>
                                                    <w:right w:val="none" w:sz="0" w:space="0" w:color="auto"/>
                                                  </w:divBdr>
                                                </w:div>
                                                <w:div w:id="1868789215">
                                                  <w:marLeft w:val="0"/>
                                                  <w:marRight w:val="0"/>
                                                  <w:marTop w:val="180"/>
                                                  <w:marBottom w:val="240"/>
                                                  <w:divBdr>
                                                    <w:top w:val="none" w:sz="0" w:space="0" w:color="auto"/>
                                                    <w:left w:val="none" w:sz="0" w:space="0" w:color="auto"/>
                                                    <w:bottom w:val="none" w:sz="0" w:space="0" w:color="auto"/>
                                                    <w:right w:val="none" w:sz="0" w:space="0" w:color="auto"/>
                                                  </w:divBdr>
                                                </w:div>
                                                <w:div w:id="92939731">
                                                  <w:marLeft w:val="0"/>
                                                  <w:marRight w:val="0"/>
                                                  <w:marTop w:val="180"/>
                                                  <w:marBottom w:val="240"/>
                                                  <w:divBdr>
                                                    <w:top w:val="none" w:sz="0" w:space="0" w:color="auto"/>
                                                    <w:left w:val="none" w:sz="0" w:space="0" w:color="auto"/>
                                                    <w:bottom w:val="none" w:sz="0" w:space="0" w:color="auto"/>
                                                    <w:right w:val="none" w:sz="0" w:space="0" w:color="auto"/>
                                                  </w:divBdr>
                                                </w:div>
                                                <w:div w:id="862866975">
                                                  <w:marLeft w:val="0"/>
                                                  <w:marRight w:val="0"/>
                                                  <w:marTop w:val="180"/>
                                                  <w:marBottom w:val="240"/>
                                                  <w:divBdr>
                                                    <w:top w:val="none" w:sz="0" w:space="0" w:color="auto"/>
                                                    <w:left w:val="none" w:sz="0" w:space="0" w:color="auto"/>
                                                    <w:bottom w:val="none" w:sz="0" w:space="0" w:color="auto"/>
                                                    <w:right w:val="none" w:sz="0" w:space="0" w:color="auto"/>
                                                  </w:divBdr>
                                                </w:div>
                                                <w:div w:id="898829244">
                                                  <w:marLeft w:val="0"/>
                                                  <w:marRight w:val="0"/>
                                                  <w:marTop w:val="0"/>
                                                  <w:marBottom w:val="0"/>
                                                  <w:divBdr>
                                                    <w:top w:val="none" w:sz="0" w:space="0" w:color="auto"/>
                                                    <w:left w:val="none" w:sz="0" w:space="0" w:color="auto"/>
                                                    <w:bottom w:val="none" w:sz="0" w:space="0" w:color="auto"/>
                                                    <w:right w:val="none" w:sz="0" w:space="0" w:color="auto"/>
                                                  </w:divBdr>
                                                  <w:divsChild>
                                                    <w:div w:id="1298071603">
                                                      <w:marLeft w:val="0"/>
                                                      <w:marRight w:val="0"/>
                                                      <w:marTop w:val="60"/>
                                                      <w:marBottom w:val="0"/>
                                                      <w:divBdr>
                                                        <w:top w:val="none" w:sz="0" w:space="0" w:color="auto"/>
                                                        <w:left w:val="none" w:sz="0" w:space="0" w:color="auto"/>
                                                        <w:bottom w:val="none" w:sz="0" w:space="0" w:color="auto"/>
                                                        <w:right w:val="none" w:sz="0" w:space="0" w:color="auto"/>
                                                      </w:divBdr>
                                                      <w:divsChild>
                                                        <w:div w:id="18117181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80804">
                                          <w:marLeft w:val="0"/>
                                          <w:marRight w:val="0"/>
                                          <w:marTop w:val="0"/>
                                          <w:marBottom w:val="0"/>
                                          <w:divBdr>
                                            <w:top w:val="none" w:sz="0" w:space="0" w:color="auto"/>
                                            <w:left w:val="none" w:sz="0" w:space="0" w:color="auto"/>
                                            <w:bottom w:val="none" w:sz="0" w:space="0" w:color="auto"/>
                                            <w:right w:val="none" w:sz="0" w:space="0" w:color="auto"/>
                                          </w:divBdr>
                                          <w:divsChild>
                                            <w:div w:id="984361130">
                                              <w:marLeft w:val="0"/>
                                              <w:marRight w:val="0"/>
                                              <w:marTop w:val="0"/>
                                              <w:marBottom w:val="0"/>
                                              <w:divBdr>
                                                <w:top w:val="none" w:sz="0" w:space="0" w:color="auto"/>
                                                <w:left w:val="none" w:sz="0" w:space="0" w:color="auto"/>
                                                <w:bottom w:val="none" w:sz="0" w:space="0" w:color="auto"/>
                                                <w:right w:val="none" w:sz="0" w:space="0" w:color="auto"/>
                                              </w:divBdr>
                                              <w:divsChild>
                                                <w:div w:id="840239590">
                                                  <w:marLeft w:val="0"/>
                                                  <w:marRight w:val="0"/>
                                                  <w:marTop w:val="0"/>
                                                  <w:marBottom w:val="0"/>
                                                  <w:divBdr>
                                                    <w:top w:val="none" w:sz="0" w:space="0" w:color="auto"/>
                                                    <w:left w:val="none" w:sz="0" w:space="0" w:color="auto"/>
                                                    <w:bottom w:val="none" w:sz="0" w:space="0" w:color="auto"/>
                                                    <w:right w:val="none" w:sz="0" w:space="0" w:color="auto"/>
                                                  </w:divBdr>
                                                  <w:divsChild>
                                                    <w:div w:id="728000060">
                                                      <w:marLeft w:val="0"/>
                                                      <w:marRight w:val="0"/>
                                                      <w:marTop w:val="0"/>
                                                      <w:marBottom w:val="0"/>
                                                      <w:divBdr>
                                                        <w:top w:val="none" w:sz="0" w:space="0" w:color="auto"/>
                                                        <w:left w:val="none" w:sz="0" w:space="0" w:color="auto"/>
                                                        <w:bottom w:val="none" w:sz="0" w:space="0" w:color="auto"/>
                                                        <w:right w:val="none" w:sz="0" w:space="0" w:color="auto"/>
                                                      </w:divBdr>
                                                      <w:divsChild>
                                                        <w:div w:id="662666086">
                                                          <w:marLeft w:val="0"/>
                                                          <w:marRight w:val="0"/>
                                                          <w:marTop w:val="0"/>
                                                          <w:marBottom w:val="0"/>
                                                          <w:divBdr>
                                                            <w:top w:val="none" w:sz="0" w:space="0" w:color="auto"/>
                                                            <w:left w:val="none" w:sz="0" w:space="0" w:color="auto"/>
                                                            <w:bottom w:val="none" w:sz="0" w:space="0" w:color="auto"/>
                                                            <w:right w:val="none" w:sz="0" w:space="0" w:color="auto"/>
                                                          </w:divBdr>
                                                          <w:divsChild>
                                                            <w:div w:id="176316053">
                                                              <w:marLeft w:val="0"/>
                                                              <w:marRight w:val="0"/>
                                                              <w:marTop w:val="0"/>
                                                              <w:marBottom w:val="0"/>
                                                              <w:divBdr>
                                                                <w:top w:val="none" w:sz="0" w:space="0" w:color="auto"/>
                                                                <w:left w:val="none" w:sz="0" w:space="0" w:color="auto"/>
                                                                <w:bottom w:val="none" w:sz="0" w:space="0" w:color="auto"/>
                                                                <w:right w:val="none" w:sz="0" w:space="0" w:color="auto"/>
                                                              </w:divBdr>
                                                            </w:div>
                                                          </w:divsChild>
                                                        </w:div>
                                                        <w:div w:id="1127358310">
                                                          <w:marLeft w:val="0"/>
                                                          <w:marRight w:val="0"/>
                                                          <w:marTop w:val="0"/>
                                                          <w:marBottom w:val="0"/>
                                                          <w:divBdr>
                                                            <w:top w:val="none" w:sz="0" w:space="0" w:color="auto"/>
                                                            <w:left w:val="none" w:sz="0" w:space="0" w:color="auto"/>
                                                            <w:bottom w:val="none" w:sz="0" w:space="0" w:color="auto"/>
                                                            <w:right w:val="none" w:sz="0" w:space="0" w:color="auto"/>
                                                          </w:divBdr>
                                                          <w:divsChild>
                                                            <w:div w:id="489368854">
                                                              <w:marLeft w:val="0"/>
                                                              <w:marRight w:val="0"/>
                                                              <w:marTop w:val="0"/>
                                                              <w:marBottom w:val="0"/>
                                                              <w:divBdr>
                                                                <w:top w:val="none" w:sz="0" w:space="0" w:color="auto"/>
                                                                <w:left w:val="none" w:sz="0" w:space="0" w:color="auto"/>
                                                                <w:bottom w:val="none" w:sz="0" w:space="0" w:color="auto"/>
                                                                <w:right w:val="none" w:sz="0" w:space="0" w:color="auto"/>
                                                              </w:divBdr>
                                                              <w:divsChild>
                                                                <w:div w:id="660233857">
                                                                  <w:marLeft w:val="0"/>
                                                                  <w:marRight w:val="0"/>
                                                                  <w:marTop w:val="0"/>
                                                                  <w:marBottom w:val="0"/>
                                                                  <w:divBdr>
                                                                    <w:top w:val="none" w:sz="0" w:space="0" w:color="auto"/>
                                                                    <w:left w:val="none" w:sz="0" w:space="0" w:color="auto"/>
                                                                    <w:bottom w:val="none" w:sz="0" w:space="0" w:color="auto"/>
                                                                    <w:right w:val="none" w:sz="0" w:space="0" w:color="auto"/>
                                                                  </w:divBdr>
                                                                  <w:divsChild>
                                                                    <w:div w:id="55710817">
                                                                      <w:marLeft w:val="0"/>
                                                                      <w:marRight w:val="0"/>
                                                                      <w:marTop w:val="0"/>
                                                                      <w:marBottom w:val="0"/>
                                                                      <w:divBdr>
                                                                        <w:top w:val="none" w:sz="0" w:space="0" w:color="auto"/>
                                                                        <w:left w:val="none" w:sz="0" w:space="0" w:color="auto"/>
                                                                        <w:bottom w:val="none" w:sz="0" w:space="0" w:color="auto"/>
                                                                        <w:right w:val="none" w:sz="0" w:space="0" w:color="auto"/>
                                                                      </w:divBdr>
                                                                      <w:divsChild>
                                                                        <w:div w:id="756710209">
                                                                          <w:marLeft w:val="0"/>
                                                                          <w:marRight w:val="0"/>
                                                                          <w:marTop w:val="0"/>
                                                                          <w:marBottom w:val="60"/>
                                                                          <w:divBdr>
                                                                            <w:top w:val="none" w:sz="0" w:space="0" w:color="auto"/>
                                                                            <w:left w:val="none" w:sz="0" w:space="0" w:color="auto"/>
                                                                            <w:bottom w:val="none" w:sz="0" w:space="0" w:color="auto"/>
                                                                            <w:right w:val="none" w:sz="0" w:space="0" w:color="auto"/>
                                                                          </w:divBdr>
                                                                        </w:div>
                                                                        <w:div w:id="442529880">
                                                                          <w:marLeft w:val="0"/>
                                                                          <w:marRight w:val="0"/>
                                                                          <w:marTop w:val="0"/>
                                                                          <w:marBottom w:val="0"/>
                                                                          <w:divBdr>
                                                                            <w:top w:val="none" w:sz="0" w:space="0" w:color="auto"/>
                                                                            <w:left w:val="none" w:sz="0" w:space="0" w:color="auto"/>
                                                                            <w:bottom w:val="none" w:sz="0" w:space="0" w:color="auto"/>
                                                                            <w:right w:val="none" w:sz="0" w:space="0" w:color="auto"/>
                                                                          </w:divBdr>
                                                                        </w:div>
                                                                      </w:divsChild>
                                                                    </w:div>
                                                                    <w:div w:id="1671835766">
                                                                      <w:marLeft w:val="0"/>
                                                                      <w:marRight w:val="0"/>
                                                                      <w:marTop w:val="0"/>
                                                                      <w:marBottom w:val="0"/>
                                                                      <w:divBdr>
                                                                        <w:top w:val="none" w:sz="0" w:space="0" w:color="auto"/>
                                                                        <w:left w:val="none" w:sz="0" w:space="0" w:color="auto"/>
                                                                        <w:bottom w:val="none" w:sz="0" w:space="0" w:color="auto"/>
                                                                        <w:right w:val="none" w:sz="0" w:space="0" w:color="auto"/>
                                                                      </w:divBdr>
                                                                    </w:div>
                                                                  </w:divsChild>
                                                                </w:div>
                                                                <w:div w:id="1018971362">
                                                                  <w:marLeft w:val="0"/>
                                                                  <w:marRight w:val="0"/>
                                                                  <w:marTop w:val="0"/>
                                                                  <w:marBottom w:val="0"/>
                                                                  <w:divBdr>
                                                                    <w:top w:val="none" w:sz="0" w:space="0" w:color="auto"/>
                                                                    <w:left w:val="none" w:sz="0" w:space="0" w:color="auto"/>
                                                                    <w:bottom w:val="none" w:sz="0" w:space="0" w:color="auto"/>
                                                                    <w:right w:val="none" w:sz="0" w:space="0" w:color="auto"/>
                                                                  </w:divBdr>
                                                                  <w:divsChild>
                                                                    <w:div w:id="1104036912">
                                                                      <w:marLeft w:val="0"/>
                                                                      <w:marRight w:val="0"/>
                                                                      <w:marTop w:val="0"/>
                                                                      <w:marBottom w:val="0"/>
                                                                      <w:divBdr>
                                                                        <w:top w:val="none" w:sz="0" w:space="0" w:color="auto"/>
                                                                        <w:left w:val="none" w:sz="0" w:space="0" w:color="auto"/>
                                                                        <w:bottom w:val="none" w:sz="0" w:space="0" w:color="auto"/>
                                                                        <w:right w:val="none" w:sz="0" w:space="0" w:color="auto"/>
                                                                      </w:divBdr>
                                                                      <w:divsChild>
                                                                        <w:div w:id="380398161">
                                                                          <w:marLeft w:val="0"/>
                                                                          <w:marRight w:val="0"/>
                                                                          <w:marTop w:val="0"/>
                                                                          <w:marBottom w:val="0"/>
                                                                          <w:divBdr>
                                                                            <w:top w:val="none" w:sz="0" w:space="0" w:color="auto"/>
                                                                            <w:left w:val="none" w:sz="0" w:space="0" w:color="auto"/>
                                                                            <w:bottom w:val="none" w:sz="0" w:space="0" w:color="auto"/>
                                                                            <w:right w:val="none" w:sz="0" w:space="0" w:color="auto"/>
                                                                          </w:divBdr>
                                                                        </w:div>
                                                                      </w:divsChild>
                                                                    </w:div>
                                                                    <w:div w:id="160245297">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81255244">
              <w:marLeft w:val="0"/>
              <w:marRight w:val="0"/>
              <w:marTop w:val="360"/>
              <w:marBottom w:val="0"/>
              <w:divBdr>
                <w:top w:val="none" w:sz="0" w:space="0" w:color="auto"/>
                <w:left w:val="none" w:sz="0" w:space="0" w:color="auto"/>
                <w:bottom w:val="none" w:sz="0" w:space="0" w:color="auto"/>
                <w:right w:val="none" w:sz="0" w:space="0" w:color="auto"/>
              </w:divBdr>
              <w:divsChild>
                <w:div w:id="1773739723">
                  <w:marLeft w:val="0"/>
                  <w:marRight w:val="0"/>
                  <w:marTop w:val="0"/>
                  <w:marBottom w:val="0"/>
                  <w:divBdr>
                    <w:top w:val="none" w:sz="0" w:space="0" w:color="auto"/>
                    <w:left w:val="none" w:sz="0" w:space="0" w:color="auto"/>
                    <w:bottom w:val="none" w:sz="0" w:space="0" w:color="auto"/>
                    <w:right w:val="none" w:sz="0" w:space="0" w:color="auto"/>
                  </w:divBdr>
                  <w:divsChild>
                    <w:div w:id="1075976934">
                      <w:marLeft w:val="0"/>
                      <w:marRight w:val="0"/>
                      <w:marTop w:val="0"/>
                      <w:marBottom w:val="0"/>
                      <w:divBdr>
                        <w:top w:val="none" w:sz="0" w:space="0" w:color="auto"/>
                        <w:left w:val="none" w:sz="0" w:space="0" w:color="auto"/>
                        <w:bottom w:val="none" w:sz="0" w:space="0" w:color="auto"/>
                        <w:right w:val="none" w:sz="0" w:space="0" w:color="auto"/>
                      </w:divBdr>
                      <w:divsChild>
                        <w:div w:id="296570003">
                          <w:marLeft w:val="0"/>
                          <w:marRight w:val="0"/>
                          <w:marTop w:val="0"/>
                          <w:marBottom w:val="0"/>
                          <w:divBdr>
                            <w:top w:val="none" w:sz="0" w:space="0" w:color="auto"/>
                            <w:left w:val="none" w:sz="0" w:space="0" w:color="auto"/>
                            <w:bottom w:val="none" w:sz="0" w:space="0" w:color="auto"/>
                            <w:right w:val="none" w:sz="0" w:space="0" w:color="auto"/>
                          </w:divBdr>
                          <w:divsChild>
                            <w:div w:id="1709838357">
                              <w:marLeft w:val="0"/>
                              <w:marRight w:val="3963"/>
                              <w:marTop w:val="0"/>
                              <w:marBottom w:val="0"/>
                              <w:divBdr>
                                <w:top w:val="none" w:sz="0" w:space="0" w:color="auto"/>
                                <w:left w:val="none" w:sz="0" w:space="0" w:color="auto"/>
                                <w:bottom w:val="none" w:sz="0" w:space="0" w:color="auto"/>
                                <w:right w:val="none" w:sz="0" w:space="0" w:color="auto"/>
                              </w:divBdr>
                              <w:divsChild>
                                <w:div w:id="1590195865">
                                  <w:marLeft w:val="0"/>
                                  <w:marRight w:val="0"/>
                                  <w:marTop w:val="0"/>
                                  <w:marBottom w:val="0"/>
                                  <w:divBdr>
                                    <w:top w:val="none" w:sz="0" w:space="0" w:color="auto"/>
                                    <w:left w:val="none" w:sz="0" w:space="0" w:color="auto"/>
                                    <w:bottom w:val="none" w:sz="0" w:space="0" w:color="auto"/>
                                    <w:right w:val="none" w:sz="0" w:space="0" w:color="auto"/>
                                  </w:divBdr>
                                  <w:divsChild>
                                    <w:div w:id="1769540671">
                                      <w:marLeft w:val="0"/>
                                      <w:marRight w:val="0"/>
                                      <w:marTop w:val="0"/>
                                      <w:marBottom w:val="0"/>
                                      <w:divBdr>
                                        <w:top w:val="none" w:sz="0" w:space="0" w:color="auto"/>
                                        <w:left w:val="none" w:sz="0" w:space="0" w:color="auto"/>
                                        <w:bottom w:val="none" w:sz="0" w:space="0" w:color="auto"/>
                                        <w:right w:val="none" w:sz="0" w:space="0" w:color="auto"/>
                                      </w:divBdr>
                                      <w:divsChild>
                                        <w:div w:id="105384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863797">
                      <w:marLeft w:val="0"/>
                      <w:marRight w:val="0"/>
                      <w:marTop w:val="0"/>
                      <w:marBottom w:val="0"/>
                      <w:divBdr>
                        <w:top w:val="none" w:sz="0" w:space="0" w:color="auto"/>
                        <w:left w:val="none" w:sz="0" w:space="0" w:color="auto"/>
                        <w:bottom w:val="none" w:sz="0" w:space="0" w:color="auto"/>
                        <w:right w:val="none" w:sz="0" w:space="0" w:color="auto"/>
                      </w:divBdr>
                      <w:divsChild>
                        <w:div w:id="71437561">
                          <w:marLeft w:val="0"/>
                          <w:marRight w:val="0"/>
                          <w:marTop w:val="0"/>
                          <w:marBottom w:val="0"/>
                          <w:divBdr>
                            <w:top w:val="none" w:sz="0" w:space="0" w:color="auto"/>
                            <w:left w:val="none" w:sz="0" w:space="0" w:color="auto"/>
                            <w:bottom w:val="none" w:sz="0" w:space="0" w:color="auto"/>
                            <w:right w:val="none" w:sz="0" w:space="0" w:color="auto"/>
                          </w:divBdr>
                          <w:divsChild>
                            <w:div w:id="174347493">
                              <w:marLeft w:val="0"/>
                              <w:marRight w:val="0"/>
                              <w:marTop w:val="0"/>
                              <w:marBottom w:val="0"/>
                              <w:divBdr>
                                <w:top w:val="none" w:sz="0" w:space="0" w:color="auto"/>
                                <w:left w:val="none" w:sz="0" w:space="0" w:color="auto"/>
                                <w:bottom w:val="none" w:sz="0" w:space="0" w:color="auto"/>
                                <w:right w:val="none" w:sz="0" w:space="0" w:color="auto"/>
                              </w:divBdr>
                              <w:divsChild>
                                <w:div w:id="248585602">
                                  <w:marLeft w:val="0"/>
                                  <w:marRight w:val="0"/>
                                  <w:marTop w:val="0"/>
                                  <w:marBottom w:val="0"/>
                                  <w:divBdr>
                                    <w:top w:val="none" w:sz="0" w:space="0" w:color="auto"/>
                                    <w:left w:val="none" w:sz="0" w:space="0" w:color="auto"/>
                                    <w:bottom w:val="none" w:sz="0" w:space="0" w:color="auto"/>
                                    <w:right w:val="none" w:sz="0" w:space="0" w:color="auto"/>
                                  </w:divBdr>
                                  <w:divsChild>
                                    <w:div w:id="149685989">
                                      <w:marLeft w:val="0"/>
                                      <w:marRight w:val="0"/>
                                      <w:marTop w:val="0"/>
                                      <w:marBottom w:val="0"/>
                                      <w:divBdr>
                                        <w:top w:val="none" w:sz="0" w:space="0" w:color="auto"/>
                                        <w:left w:val="none" w:sz="0" w:space="0" w:color="auto"/>
                                        <w:bottom w:val="none" w:sz="0" w:space="0" w:color="auto"/>
                                        <w:right w:val="none" w:sz="0" w:space="0" w:color="auto"/>
                                      </w:divBdr>
                                      <w:divsChild>
                                        <w:div w:id="1596863065">
                                          <w:marLeft w:val="0"/>
                                          <w:marRight w:val="0"/>
                                          <w:marTop w:val="0"/>
                                          <w:marBottom w:val="0"/>
                                          <w:divBdr>
                                            <w:top w:val="none" w:sz="0" w:space="0" w:color="auto"/>
                                            <w:left w:val="none" w:sz="0" w:space="0" w:color="auto"/>
                                            <w:bottom w:val="none" w:sz="0" w:space="0" w:color="auto"/>
                                            <w:right w:val="none" w:sz="0" w:space="0" w:color="auto"/>
                                          </w:divBdr>
                                          <w:divsChild>
                                            <w:div w:id="2128813994">
                                              <w:marLeft w:val="0"/>
                                              <w:marRight w:val="0"/>
                                              <w:marTop w:val="0"/>
                                              <w:marBottom w:val="0"/>
                                              <w:divBdr>
                                                <w:top w:val="none" w:sz="0" w:space="0" w:color="auto"/>
                                                <w:left w:val="none" w:sz="0" w:space="0" w:color="auto"/>
                                                <w:bottom w:val="none" w:sz="0" w:space="0" w:color="auto"/>
                                                <w:right w:val="none" w:sz="0" w:space="0" w:color="auto"/>
                                              </w:divBdr>
                                              <w:divsChild>
                                                <w:div w:id="98452620">
                                                  <w:marLeft w:val="0"/>
                                                  <w:marRight w:val="0"/>
                                                  <w:marTop w:val="180"/>
                                                  <w:marBottom w:val="240"/>
                                                  <w:divBdr>
                                                    <w:top w:val="none" w:sz="0" w:space="0" w:color="auto"/>
                                                    <w:left w:val="none" w:sz="0" w:space="0" w:color="auto"/>
                                                    <w:bottom w:val="none" w:sz="0" w:space="0" w:color="auto"/>
                                                    <w:right w:val="none" w:sz="0" w:space="0" w:color="auto"/>
                                                  </w:divBdr>
                                                </w:div>
                                                <w:div w:id="1464157663">
                                                  <w:marLeft w:val="0"/>
                                                  <w:marRight w:val="0"/>
                                                  <w:marTop w:val="180"/>
                                                  <w:marBottom w:val="240"/>
                                                  <w:divBdr>
                                                    <w:top w:val="none" w:sz="0" w:space="0" w:color="auto"/>
                                                    <w:left w:val="none" w:sz="0" w:space="0" w:color="auto"/>
                                                    <w:bottom w:val="none" w:sz="0" w:space="0" w:color="auto"/>
                                                    <w:right w:val="none" w:sz="0" w:space="0" w:color="auto"/>
                                                  </w:divBdr>
                                                </w:div>
                                                <w:div w:id="406536324">
                                                  <w:marLeft w:val="0"/>
                                                  <w:marRight w:val="0"/>
                                                  <w:marTop w:val="180"/>
                                                  <w:marBottom w:val="240"/>
                                                  <w:divBdr>
                                                    <w:top w:val="none" w:sz="0" w:space="0" w:color="auto"/>
                                                    <w:left w:val="none" w:sz="0" w:space="0" w:color="auto"/>
                                                    <w:bottom w:val="none" w:sz="0" w:space="0" w:color="auto"/>
                                                    <w:right w:val="none" w:sz="0" w:space="0" w:color="auto"/>
                                                  </w:divBdr>
                                                </w:div>
                                                <w:div w:id="699278460">
                                                  <w:marLeft w:val="0"/>
                                                  <w:marRight w:val="0"/>
                                                  <w:marTop w:val="360"/>
                                                  <w:marBottom w:val="180"/>
                                                  <w:divBdr>
                                                    <w:top w:val="none" w:sz="0" w:space="0" w:color="auto"/>
                                                    <w:left w:val="none" w:sz="0" w:space="0" w:color="auto"/>
                                                    <w:bottom w:val="none" w:sz="0" w:space="0" w:color="auto"/>
                                                    <w:right w:val="none" w:sz="0" w:space="0" w:color="auto"/>
                                                  </w:divBdr>
                                                </w:div>
                                                <w:div w:id="812334473">
                                                  <w:marLeft w:val="0"/>
                                                  <w:marRight w:val="0"/>
                                                  <w:marTop w:val="360"/>
                                                  <w:marBottom w:val="180"/>
                                                  <w:divBdr>
                                                    <w:top w:val="none" w:sz="0" w:space="0" w:color="auto"/>
                                                    <w:left w:val="none" w:sz="0" w:space="0" w:color="auto"/>
                                                    <w:bottom w:val="none" w:sz="0" w:space="0" w:color="auto"/>
                                                    <w:right w:val="none" w:sz="0" w:space="0" w:color="auto"/>
                                                  </w:divBdr>
                                                </w:div>
                                                <w:div w:id="1548758536">
                                                  <w:marLeft w:val="0"/>
                                                  <w:marRight w:val="0"/>
                                                  <w:marTop w:val="360"/>
                                                  <w:marBottom w:val="180"/>
                                                  <w:divBdr>
                                                    <w:top w:val="none" w:sz="0" w:space="0" w:color="auto"/>
                                                    <w:left w:val="none" w:sz="0" w:space="0" w:color="auto"/>
                                                    <w:bottom w:val="none" w:sz="0" w:space="0" w:color="auto"/>
                                                    <w:right w:val="none" w:sz="0" w:space="0" w:color="auto"/>
                                                  </w:divBdr>
                                                </w:div>
                                                <w:div w:id="1859729579">
                                                  <w:marLeft w:val="0"/>
                                                  <w:marRight w:val="0"/>
                                                  <w:marTop w:val="180"/>
                                                  <w:marBottom w:val="240"/>
                                                  <w:divBdr>
                                                    <w:top w:val="none" w:sz="0" w:space="0" w:color="auto"/>
                                                    <w:left w:val="none" w:sz="0" w:space="0" w:color="auto"/>
                                                    <w:bottom w:val="none" w:sz="0" w:space="0" w:color="auto"/>
                                                    <w:right w:val="none" w:sz="0" w:space="0" w:color="auto"/>
                                                  </w:divBdr>
                                                </w:div>
                                                <w:div w:id="792821075">
                                                  <w:marLeft w:val="0"/>
                                                  <w:marRight w:val="0"/>
                                                  <w:marTop w:val="60"/>
                                                  <w:marBottom w:val="180"/>
                                                  <w:divBdr>
                                                    <w:top w:val="none" w:sz="0" w:space="0" w:color="auto"/>
                                                    <w:left w:val="none" w:sz="0" w:space="0" w:color="auto"/>
                                                    <w:bottom w:val="none" w:sz="0" w:space="0" w:color="auto"/>
                                                    <w:right w:val="none" w:sz="0" w:space="0" w:color="auto"/>
                                                  </w:divBdr>
                                                </w:div>
                                                <w:div w:id="265771543">
                                                  <w:marLeft w:val="0"/>
                                                  <w:marRight w:val="0"/>
                                                  <w:marTop w:val="180"/>
                                                  <w:marBottom w:val="240"/>
                                                  <w:divBdr>
                                                    <w:top w:val="none" w:sz="0" w:space="0" w:color="auto"/>
                                                    <w:left w:val="none" w:sz="0" w:space="0" w:color="auto"/>
                                                    <w:bottom w:val="none" w:sz="0" w:space="0" w:color="auto"/>
                                                    <w:right w:val="none" w:sz="0" w:space="0" w:color="auto"/>
                                                  </w:divBdr>
                                                </w:div>
                                                <w:div w:id="934677092">
                                                  <w:marLeft w:val="0"/>
                                                  <w:marRight w:val="0"/>
                                                  <w:marTop w:val="180"/>
                                                  <w:marBottom w:val="240"/>
                                                  <w:divBdr>
                                                    <w:top w:val="none" w:sz="0" w:space="0" w:color="auto"/>
                                                    <w:left w:val="none" w:sz="0" w:space="0" w:color="auto"/>
                                                    <w:bottom w:val="none" w:sz="0" w:space="0" w:color="auto"/>
                                                    <w:right w:val="none" w:sz="0" w:space="0" w:color="auto"/>
                                                  </w:divBdr>
                                                </w:div>
                                                <w:div w:id="556626723">
                                                  <w:marLeft w:val="0"/>
                                                  <w:marRight w:val="0"/>
                                                  <w:marTop w:val="360"/>
                                                  <w:marBottom w:val="180"/>
                                                  <w:divBdr>
                                                    <w:top w:val="none" w:sz="0" w:space="0" w:color="auto"/>
                                                    <w:left w:val="none" w:sz="0" w:space="0" w:color="auto"/>
                                                    <w:bottom w:val="none" w:sz="0" w:space="0" w:color="auto"/>
                                                    <w:right w:val="none" w:sz="0" w:space="0" w:color="auto"/>
                                                  </w:divBdr>
                                                </w:div>
                                                <w:div w:id="525143957">
                                                  <w:marLeft w:val="0"/>
                                                  <w:marRight w:val="0"/>
                                                  <w:marTop w:val="180"/>
                                                  <w:marBottom w:val="240"/>
                                                  <w:divBdr>
                                                    <w:top w:val="none" w:sz="0" w:space="0" w:color="auto"/>
                                                    <w:left w:val="none" w:sz="0" w:space="0" w:color="auto"/>
                                                    <w:bottom w:val="none" w:sz="0" w:space="0" w:color="auto"/>
                                                    <w:right w:val="none" w:sz="0" w:space="0" w:color="auto"/>
                                                  </w:divBdr>
                                                </w:div>
                                                <w:div w:id="710762049">
                                                  <w:marLeft w:val="0"/>
                                                  <w:marRight w:val="0"/>
                                                  <w:marTop w:val="60"/>
                                                  <w:marBottom w:val="180"/>
                                                  <w:divBdr>
                                                    <w:top w:val="none" w:sz="0" w:space="0" w:color="auto"/>
                                                    <w:left w:val="none" w:sz="0" w:space="0" w:color="auto"/>
                                                    <w:bottom w:val="none" w:sz="0" w:space="0" w:color="auto"/>
                                                    <w:right w:val="none" w:sz="0" w:space="0" w:color="auto"/>
                                                  </w:divBdr>
                                                </w:div>
                                                <w:div w:id="28604092">
                                                  <w:marLeft w:val="0"/>
                                                  <w:marRight w:val="0"/>
                                                  <w:marTop w:val="180"/>
                                                  <w:marBottom w:val="240"/>
                                                  <w:divBdr>
                                                    <w:top w:val="none" w:sz="0" w:space="0" w:color="auto"/>
                                                    <w:left w:val="none" w:sz="0" w:space="0" w:color="auto"/>
                                                    <w:bottom w:val="none" w:sz="0" w:space="0" w:color="auto"/>
                                                    <w:right w:val="none" w:sz="0" w:space="0" w:color="auto"/>
                                                  </w:divBdr>
                                                </w:div>
                                                <w:div w:id="980765493">
                                                  <w:marLeft w:val="0"/>
                                                  <w:marRight w:val="0"/>
                                                  <w:marTop w:val="180"/>
                                                  <w:marBottom w:val="240"/>
                                                  <w:divBdr>
                                                    <w:top w:val="none" w:sz="0" w:space="0" w:color="auto"/>
                                                    <w:left w:val="none" w:sz="0" w:space="0" w:color="auto"/>
                                                    <w:bottom w:val="none" w:sz="0" w:space="0" w:color="auto"/>
                                                    <w:right w:val="none" w:sz="0" w:space="0" w:color="auto"/>
                                                  </w:divBdr>
                                                </w:div>
                                                <w:div w:id="1391999083">
                                                  <w:marLeft w:val="0"/>
                                                  <w:marRight w:val="0"/>
                                                  <w:marTop w:val="360"/>
                                                  <w:marBottom w:val="180"/>
                                                  <w:divBdr>
                                                    <w:top w:val="none" w:sz="0" w:space="0" w:color="auto"/>
                                                    <w:left w:val="none" w:sz="0" w:space="0" w:color="auto"/>
                                                    <w:bottom w:val="none" w:sz="0" w:space="0" w:color="auto"/>
                                                    <w:right w:val="none" w:sz="0" w:space="0" w:color="auto"/>
                                                  </w:divBdr>
                                                </w:div>
                                                <w:div w:id="2064909356">
                                                  <w:marLeft w:val="0"/>
                                                  <w:marRight w:val="0"/>
                                                  <w:marTop w:val="180"/>
                                                  <w:marBottom w:val="240"/>
                                                  <w:divBdr>
                                                    <w:top w:val="none" w:sz="0" w:space="0" w:color="auto"/>
                                                    <w:left w:val="none" w:sz="0" w:space="0" w:color="auto"/>
                                                    <w:bottom w:val="none" w:sz="0" w:space="0" w:color="auto"/>
                                                    <w:right w:val="none" w:sz="0" w:space="0" w:color="auto"/>
                                                  </w:divBdr>
                                                </w:div>
                                                <w:div w:id="1374691971">
                                                  <w:marLeft w:val="0"/>
                                                  <w:marRight w:val="0"/>
                                                  <w:marTop w:val="60"/>
                                                  <w:marBottom w:val="180"/>
                                                  <w:divBdr>
                                                    <w:top w:val="none" w:sz="0" w:space="0" w:color="auto"/>
                                                    <w:left w:val="none" w:sz="0" w:space="0" w:color="auto"/>
                                                    <w:bottom w:val="none" w:sz="0" w:space="0" w:color="auto"/>
                                                    <w:right w:val="none" w:sz="0" w:space="0" w:color="auto"/>
                                                  </w:divBdr>
                                                </w:div>
                                                <w:div w:id="258412227">
                                                  <w:marLeft w:val="0"/>
                                                  <w:marRight w:val="0"/>
                                                  <w:marTop w:val="180"/>
                                                  <w:marBottom w:val="240"/>
                                                  <w:divBdr>
                                                    <w:top w:val="none" w:sz="0" w:space="0" w:color="auto"/>
                                                    <w:left w:val="none" w:sz="0" w:space="0" w:color="auto"/>
                                                    <w:bottom w:val="none" w:sz="0" w:space="0" w:color="auto"/>
                                                    <w:right w:val="none" w:sz="0" w:space="0" w:color="auto"/>
                                                  </w:divBdr>
                                                </w:div>
                                                <w:div w:id="1763068932">
                                                  <w:marLeft w:val="0"/>
                                                  <w:marRight w:val="0"/>
                                                  <w:marTop w:val="180"/>
                                                  <w:marBottom w:val="240"/>
                                                  <w:divBdr>
                                                    <w:top w:val="none" w:sz="0" w:space="0" w:color="auto"/>
                                                    <w:left w:val="none" w:sz="0" w:space="0" w:color="auto"/>
                                                    <w:bottom w:val="none" w:sz="0" w:space="0" w:color="auto"/>
                                                    <w:right w:val="none" w:sz="0" w:space="0" w:color="auto"/>
                                                  </w:divBdr>
                                                </w:div>
                                                <w:div w:id="1295715693">
                                                  <w:marLeft w:val="0"/>
                                                  <w:marRight w:val="0"/>
                                                  <w:marTop w:val="360"/>
                                                  <w:marBottom w:val="180"/>
                                                  <w:divBdr>
                                                    <w:top w:val="none" w:sz="0" w:space="0" w:color="auto"/>
                                                    <w:left w:val="none" w:sz="0" w:space="0" w:color="auto"/>
                                                    <w:bottom w:val="none" w:sz="0" w:space="0" w:color="auto"/>
                                                    <w:right w:val="none" w:sz="0" w:space="0" w:color="auto"/>
                                                  </w:divBdr>
                                                </w:div>
                                                <w:div w:id="598879495">
                                                  <w:marLeft w:val="0"/>
                                                  <w:marRight w:val="0"/>
                                                  <w:marTop w:val="180"/>
                                                  <w:marBottom w:val="240"/>
                                                  <w:divBdr>
                                                    <w:top w:val="none" w:sz="0" w:space="0" w:color="auto"/>
                                                    <w:left w:val="none" w:sz="0" w:space="0" w:color="auto"/>
                                                    <w:bottom w:val="none" w:sz="0" w:space="0" w:color="auto"/>
                                                    <w:right w:val="none" w:sz="0" w:space="0" w:color="auto"/>
                                                  </w:divBdr>
                                                </w:div>
                                                <w:div w:id="403379661">
                                                  <w:marLeft w:val="0"/>
                                                  <w:marRight w:val="0"/>
                                                  <w:marTop w:val="60"/>
                                                  <w:marBottom w:val="180"/>
                                                  <w:divBdr>
                                                    <w:top w:val="none" w:sz="0" w:space="0" w:color="auto"/>
                                                    <w:left w:val="none" w:sz="0" w:space="0" w:color="auto"/>
                                                    <w:bottom w:val="none" w:sz="0" w:space="0" w:color="auto"/>
                                                    <w:right w:val="none" w:sz="0" w:space="0" w:color="auto"/>
                                                  </w:divBdr>
                                                </w:div>
                                                <w:div w:id="1743023971">
                                                  <w:marLeft w:val="0"/>
                                                  <w:marRight w:val="0"/>
                                                  <w:marTop w:val="180"/>
                                                  <w:marBottom w:val="240"/>
                                                  <w:divBdr>
                                                    <w:top w:val="none" w:sz="0" w:space="0" w:color="auto"/>
                                                    <w:left w:val="none" w:sz="0" w:space="0" w:color="auto"/>
                                                    <w:bottom w:val="none" w:sz="0" w:space="0" w:color="auto"/>
                                                    <w:right w:val="none" w:sz="0" w:space="0" w:color="auto"/>
                                                  </w:divBdr>
                                                </w:div>
                                                <w:div w:id="1652323549">
                                                  <w:marLeft w:val="0"/>
                                                  <w:marRight w:val="0"/>
                                                  <w:marTop w:val="180"/>
                                                  <w:marBottom w:val="240"/>
                                                  <w:divBdr>
                                                    <w:top w:val="none" w:sz="0" w:space="0" w:color="auto"/>
                                                    <w:left w:val="none" w:sz="0" w:space="0" w:color="auto"/>
                                                    <w:bottom w:val="none" w:sz="0" w:space="0" w:color="auto"/>
                                                    <w:right w:val="none" w:sz="0" w:space="0" w:color="auto"/>
                                                  </w:divBdr>
                                                </w:div>
                                                <w:div w:id="2080899498">
                                                  <w:marLeft w:val="0"/>
                                                  <w:marRight w:val="0"/>
                                                  <w:marTop w:val="180"/>
                                                  <w:marBottom w:val="240"/>
                                                  <w:divBdr>
                                                    <w:top w:val="none" w:sz="0" w:space="0" w:color="auto"/>
                                                    <w:left w:val="none" w:sz="0" w:space="0" w:color="auto"/>
                                                    <w:bottom w:val="none" w:sz="0" w:space="0" w:color="auto"/>
                                                    <w:right w:val="none" w:sz="0" w:space="0" w:color="auto"/>
                                                  </w:divBdr>
                                                </w:div>
                                                <w:div w:id="1639604632">
                                                  <w:marLeft w:val="0"/>
                                                  <w:marRight w:val="0"/>
                                                  <w:marTop w:val="180"/>
                                                  <w:marBottom w:val="240"/>
                                                  <w:divBdr>
                                                    <w:top w:val="none" w:sz="0" w:space="0" w:color="auto"/>
                                                    <w:left w:val="none" w:sz="0" w:space="0" w:color="auto"/>
                                                    <w:bottom w:val="none" w:sz="0" w:space="0" w:color="auto"/>
                                                    <w:right w:val="none" w:sz="0" w:space="0" w:color="auto"/>
                                                  </w:divBdr>
                                                </w:div>
                                                <w:div w:id="941037836">
                                                  <w:marLeft w:val="0"/>
                                                  <w:marRight w:val="0"/>
                                                  <w:marTop w:val="180"/>
                                                  <w:marBottom w:val="240"/>
                                                  <w:divBdr>
                                                    <w:top w:val="none" w:sz="0" w:space="0" w:color="auto"/>
                                                    <w:left w:val="none" w:sz="0" w:space="0" w:color="auto"/>
                                                    <w:bottom w:val="none" w:sz="0" w:space="0" w:color="auto"/>
                                                    <w:right w:val="none" w:sz="0" w:space="0" w:color="auto"/>
                                                  </w:divBdr>
                                                </w:div>
                                                <w:div w:id="978651967">
                                                  <w:marLeft w:val="0"/>
                                                  <w:marRight w:val="0"/>
                                                  <w:marTop w:val="0"/>
                                                  <w:marBottom w:val="0"/>
                                                  <w:divBdr>
                                                    <w:top w:val="none" w:sz="0" w:space="0" w:color="auto"/>
                                                    <w:left w:val="none" w:sz="0" w:space="0" w:color="auto"/>
                                                    <w:bottom w:val="none" w:sz="0" w:space="0" w:color="auto"/>
                                                    <w:right w:val="none" w:sz="0" w:space="0" w:color="auto"/>
                                                  </w:divBdr>
                                                  <w:divsChild>
                                                    <w:div w:id="1360861661">
                                                      <w:marLeft w:val="0"/>
                                                      <w:marRight w:val="0"/>
                                                      <w:marTop w:val="60"/>
                                                      <w:marBottom w:val="0"/>
                                                      <w:divBdr>
                                                        <w:top w:val="none" w:sz="0" w:space="0" w:color="auto"/>
                                                        <w:left w:val="none" w:sz="0" w:space="0" w:color="auto"/>
                                                        <w:bottom w:val="none" w:sz="0" w:space="0" w:color="auto"/>
                                                        <w:right w:val="none" w:sz="0" w:space="0" w:color="auto"/>
                                                      </w:divBdr>
                                                      <w:divsChild>
                                                        <w:div w:id="204872369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36537459">
              <w:marLeft w:val="0"/>
              <w:marRight w:val="0"/>
              <w:marTop w:val="360"/>
              <w:marBottom w:val="0"/>
              <w:divBdr>
                <w:top w:val="none" w:sz="0" w:space="0" w:color="auto"/>
                <w:left w:val="none" w:sz="0" w:space="0" w:color="auto"/>
                <w:bottom w:val="none" w:sz="0" w:space="0" w:color="auto"/>
                <w:right w:val="none" w:sz="0" w:space="0" w:color="auto"/>
              </w:divBdr>
              <w:divsChild>
                <w:div w:id="964771705">
                  <w:marLeft w:val="0"/>
                  <w:marRight w:val="0"/>
                  <w:marTop w:val="0"/>
                  <w:marBottom w:val="0"/>
                  <w:divBdr>
                    <w:top w:val="none" w:sz="0" w:space="0" w:color="auto"/>
                    <w:left w:val="none" w:sz="0" w:space="0" w:color="auto"/>
                    <w:bottom w:val="none" w:sz="0" w:space="0" w:color="auto"/>
                    <w:right w:val="none" w:sz="0" w:space="0" w:color="auto"/>
                  </w:divBdr>
                  <w:divsChild>
                    <w:div w:id="276639509">
                      <w:marLeft w:val="0"/>
                      <w:marRight w:val="0"/>
                      <w:marTop w:val="0"/>
                      <w:marBottom w:val="0"/>
                      <w:divBdr>
                        <w:top w:val="none" w:sz="0" w:space="0" w:color="auto"/>
                        <w:left w:val="none" w:sz="0" w:space="0" w:color="auto"/>
                        <w:bottom w:val="none" w:sz="0" w:space="0" w:color="auto"/>
                        <w:right w:val="none" w:sz="0" w:space="0" w:color="auto"/>
                      </w:divBdr>
                      <w:divsChild>
                        <w:div w:id="1398548963">
                          <w:marLeft w:val="0"/>
                          <w:marRight w:val="0"/>
                          <w:marTop w:val="0"/>
                          <w:marBottom w:val="0"/>
                          <w:divBdr>
                            <w:top w:val="none" w:sz="0" w:space="0" w:color="auto"/>
                            <w:left w:val="none" w:sz="0" w:space="0" w:color="auto"/>
                            <w:bottom w:val="none" w:sz="0" w:space="0" w:color="auto"/>
                            <w:right w:val="none" w:sz="0" w:space="0" w:color="auto"/>
                          </w:divBdr>
                          <w:divsChild>
                            <w:div w:id="654647133">
                              <w:marLeft w:val="0"/>
                              <w:marRight w:val="4333"/>
                              <w:marTop w:val="0"/>
                              <w:marBottom w:val="0"/>
                              <w:divBdr>
                                <w:top w:val="none" w:sz="0" w:space="0" w:color="auto"/>
                                <w:left w:val="none" w:sz="0" w:space="0" w:color="auto"/>
                                <w:bottom w:val="none" w:sz="0" w:space="0" w:color="auto"/>
                                <w:right w:val="none" w:sz="0" w:space="0" w:color="auto"/>
                              </w:divBdr>
                              <w:divsChild>
                                <w:div w:id="1245801674">
                                  <w:marLeft w:val="0"/>
                                  <w:marRight w:val="0"/>
                                  <w:marTop w:val="0"/>
                                  <w:marBottom w:val="0"/>
                                  <w:divBdr>
                                    <w:top w:val="none" w:sz="0" w:space="0" w:color="auto"/>
                                    <w:left w:val="none" w:sz="0" w:space="0" w:color="auto"/>
                                    <w:bottom w:val="none" w:sz="0" w:space="0" w:color="auto"/>
                                    <w:right w:val="none" w:sz="0" w:space="0" w:color="auto"/>
                                  </w:divBdr>
                                  <w:divsChild>
                                    <w:div w:id="960262697">
                                      <w:marLeft w:val="0"/>
                                      <w:marRight w:val="0"/>
                                      <w:marTop w:val="0"/>
                                      <w:marBottom w:val="0"/>
                                      <w:divBdr>
                                        <w:top w:val="none" w:sz="0" w:space="0" w:color="auto"/>
                                        <w:left w:val="none" w:sz="0" w:space="0" w:color="auto"/>
                                        <w:bottom w:val="none" w:sz="0" w:space="0" w:color="auto"/>
                                        <w:right w:val="none" w:sz="0" w:space="0" w:color="auto"/>
                                      </w:divBdr>
                                      <w:divsChild>
                                        <w:div w:id="4603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4477558">
                      <w:marLeft w:val="0"/>
                      <w:marRight w:val="0"/>
                      <w:marTop w:val="0"/>
                      <w:marBottom w:val="0"/>
                      <w:divBdr>
                        <w:top w:val="none" w:sz="0" w:space="0" w:color="auto"/>
                        <w:left w:val="none" w:sz="0" w:space="0" w:color="auto"/>
                        <w:bottom w:val="none" w:sz="0" w:space="0" w:color="auto"/>
                        <w:right w:val="none" w:sz="0" w:space="0" w:color="auto"/>
                      </w:divBdr>
                      <w:divsChild>
                        <w:div w:id="1821922335">
                          <w:marLeft w:val="0"/>
                          <w:marRight w:val="0"/>
                          <w:marTop w:val="0"/>
                          <w:marBottom w:val="0"/>
                          <w:divBdr>
                            <w:top w:val="none" w:sz="0" w:space="0" w:color="auto"/>
                            <w:left w:val="none" w:sz="0" w:space="0" w:color="auto"/>
                            <w:bottom w:val="none" w:sz="0" w:space="0" w:color="auto"/>
                            <w:right w:val="none" w:sz="0" w:space="0" w:color="auto"/>
                          </w:divBdr>
                          <w:divsChild>
                            <w:div w:id="1202327566">
                              <w:marLeft w:val="0"/>
                              <w:marRight w:val="0"/>
                              <w:marTop w:val="0"/>
                              <w:marBottom w:val="0"/>
                              <w:divBdr>
                                <w:top w:val="none" w:sz="0" w:space="0" w:color="auto"/>
                                <w:left w:val="none" w:sz="0" w:space="0" w:color="auto"/>
                                <w:bottom w:val="none" w:sz="0" w:space="0" w:color="auto"/>
                                <w:right w:val="none" w:sz="0" w:space="0" w:color="auto"/>
                              </w:divBdr>
                              <w:divsChild>
                                <w:div w:id="1002320141">
                                  <w:marLeft w:val="0"/>
                                  <w:marRight w:val="0"/>
                                  <w:marTop w:val="0"/>
                                  <w:marBottom w:val="0"/>
                                  <w:divBdr>
                                    <w:top w:val="none" w:sz="0" w:space="0" w:color="auto"/>
                                    <w:left w:val="none" w:sz="0" w:space="0" w:color="auto"/>
                                    <w:bottom w:val="none" w:sz="0" w:space="0" w:color="auto"/>
                                    <w:right w:val="none" w:sz="0" w:space="0" w:color="auto"/>
                                  </w:divBdr>
                                  <w:divsChild>
                                    <w:div w:id="1340280784">
                                      <w:marLeft w:val="0"/>
                                      <w:marRight w:val="0"/>
                                      <w:marTop w:val="0"/>
                                      <w:marBottom w:val="0"/>
                                      <w:divBdr>
                                        <w:top w:val="none" w:sz="0" w:space="0" w:color="auto"/>
                                        <w:left w:val="none" w:sz="0" w:space="0" w:color="auto"/>
                                        <w:bottom w:val="none" w:sz="0" w:space="0" w:color="auto"/>
                                        <w:right w:val="none" w:sz="0" w:space="0" w:color="auto"/>
                                      </w:divBdr>
                                      <w:divsChild>
                                        <w:div w:id="1876195972">
                                          <w:marLeft w:val="0"/>
                                          <w:marRight w:val="0"/>
                                          <w:marTop w:val="0"/>
                                          <w:marBottom w:val="0"/>
                                          <w:divBdr>
                                            <w:top w:val="none" w:sz="0" w:space="0" w:color="auto"/>
                                            <w:left w:val="none" w:sz="0" w:space="0" w:color="auto"/>
                                            <w:bottom w:val="none" w:sz="0" w:space="0" w:color="auto"/>
                                            <w:right w:val="none" w:sz="0" w:space="0" w:color="auto"/>
                                          </w:divBdr>
                                          <w:divsChild>
                                            <w:div w:id="693920808">
                                              <w:marLeft w:val="0"/>
                                              <w:marRight w:val="0"/>
                                              <w:marTop w:val="0"/>
                                              <w:marBottom w:val="0"/>
                                              <w:divBdr>
                                                <w:top w:val="none" w:sz="0" w:space="0" w:color="auto"/>
                                                <w:left w:val="none" w:sz="0" w:space="0" w:color="auto"/>
                                                <w:bottom w:val="none" w:sz="0" w:space="0" w:color="auto"/>
                                                <w:right w:val="none" w:sz="0" w:space="0" w:color="auto"/>
                                              </w:divBdr>
                                              <w:divsChild>
                                                <w:div w:id="1033458086">
                                                  <w:marLeft w:val="0"/>
                                                  <w:marRight w:val="0"/>
                                                  <w:marTop w:val="180"/>
                                                  <w:marBottom w:val="240"/>
                                                  <w:divBdr>
                                                    <w:top w:val="none" w:sz="0" w:space="0" w:color="auto"/>
                                                    <w:left w:val="none" w:sz="0" w:space="0" w:color="auto"/>
                                                    <w:bottom w:val="none" w:sz="0" w:space="0" w:color="auto"/>
                                                    <w:right w:val="none" w:sz="0" w:space="0" w:color="auto"/>
                                                  </w:divBdr>
                                                </w:div>
                                                <w:div w:id="1975326001">
                                                  <w:marLeft w:val="0"/>
                                                  <w:marRight w:val="0"/>
                                                  <w:marTop w:val="180"/>
                                                  <w:marBottom w:val="240"/>
                                                  <w:divBdr>
                                                    <w:top w:val="none" w:sz="0" w:space="0" w:color="auto"/>
                                                    <w:left w:val="none" w:sz="0" w:space="0" w:color="auto"/>
                                                    <w:bottom w:val="none" w:sz="0" w:space="0" w:color="auto"/>
                                                    <w:right w:val="none" w:sz="0" w:space="0" w:color="auto"/>
                                                  </w:divBdr>
                                                </w:div>
                                                <w:div w:id="9112186">
                                                  <w:marLeft w:val="0"/>
                                                  <w:marRight w:val="0"/>
                                                  <w:marTop w:val="180"/>
                                                  <w:marBottom w:val="240"/>
                                                  <w:divBdr>
                                                    <w:top w:val="none" w:sz="0" w:space="0" w:color="auto"/>
                                                    <w:left w:val="none" w:sz="0" w:space="0" w:color="auto"/>
                                                    <w:bottom w:val="none" w:sz="0" w:space="0" w:color="auto"/>
                                                    <w:right w:val="none" w:sz="0" w:space="0" w:color="auto"/>
                                                  </w:divBdr>
                                                </w:div>
                                                <w:div w:id="1913274854">
                                                  <w:marLeft w:val="0"/>
                                                  <w:marRight w:val="0"/>
                                                  <w:marTop w:val="360"/>
                                                  <w:marBottom w:val="180"/>
                                                  <w:divBdr>
                                                    <w:top w:val="none" w:sz="0" w:space="0" w:color="auto"/>
                                                    <w:left w:val="none" w:sz="0" w:space="0" w:color="auto"/>
                                                    <w:bottom w:val="none" w:sz="0" w:space="0" w:color="auto"/>
                                                    <w:right w:val="none" w:sz="0" w:space="0" w:color="auto"/>
                                                  </w:divBdr>
                                                </w:div>
                                                <w:div w:id="865943063">
                                                  <w:marLeft w:val="0"/>
                                                  <w:marRight w:val="0"/>
                                                  <w:marTop w:val="360"/>
                                                  <w:marBottom w:val="180"/>
                                                  <w:divBdr>
                                                    <w:top w:val="none" w:sz="0" w:space="0" w:color="auto"/>
                                                    <w:left w:val="none" w:sz="0" w:space="0" w:color="auto"/>
                                                    <w:bottom w:val="none" w:sz="0" w:space="0" w:color="auto"/>
                                                    <w:right w:val="none" w:sz="0" w:space="0" w:color="auto"/>
                                                  </w:divBdr>
                                                </w:div>
                                                <w:div w:id="516502818">
                                                  <w:marLeft w:val="0"/>
                                                  <w:marRight w:val="0"/>
                                                  <w:marTop w:val="180"/>
                                                  <w:marBottom w:val="240"/>
                                                  <w:divBdr>
                                                    <w:top w:val="none" w:sz="0" w:space="0" w:color="auto"/>
                                                    <w:left w:val="none" w:sz="0" w:space="0" w:color="auto"/>
                                                    <w:bottom w:val="none" w:sz="0" w:space="0" w:color="auto"/>
                                                    <w:right w:val="none" w:sz="0" w:space="0" w:color="auto"/>
                                                  </w:divBdr>
                                                </w:div>
                                                <w:div w:id="1401100061">
                                                  <w:marLeft w:val="0"/>
                                                  <w:marRight w:val="0"/>
                                                  <w:marTop w:val="60"/>
                                                  <w:marBottom w:val="180"/>
                                                  <w:divBdr>
                                                    <w:top w:val="none" w:sz="0" w:space="0" w:color="auto"/>
                                                    <w:left w:val="none" w:sz="0" w:space="0" w:color="auto"/>
                                                    <w:bottom w:val="none" w:sz="0" w:space="0" w:color="auto"/>
                                                    <w:right w:val="none" w:sz="0" w:space="0" w:color="auto"/>
                                                  </w:divBdr>
                                                </w:div>
                                                <w:div w:id="1086462565">
                                                  <w:marLeft w:val="0"/>
                                                  <w:marRight w:val="0"/>
                                                  <w:marTop w:val="180"/>
                                                  <w:marBottom w:val="240"/>
                                                  <w:divBdr>
                                                    <w:top w:val="none" w:sz="0" w:space="0" w:color="auto"/>
                                                    <w:left w:val="none" w:sz="0" w:space="0" w:color="auto"/>
                                                    <w:bottom w:val="none" w:sz="0" w:space="0" w:color="auto"/>
                                                    <w:right w:val="none" w:sz="0" w:space="0" w:color="auto"/>
                                                  </w:divBdr>
                                                </w:div>
                                                <w:div w:id="876697993">
                                                  <w:marLeft w:val="0"/>
                                                  <w:marRight w:val="0"/>
                                                  <w:marTop w:val="180"/>
                                                  <w:marBottom w:val="240"/>
                                                  <w:divBdr>
                                                    <w:top w:val="none" w:sz="0" w:space="0" w:color="auto"/>
                                                    <w:left w:val="none" w:sz="0" w:space="0" w:color="auto"/>
                                                    <w:bottom w:val="none" w:sz="0" w:space="0" w:color="auto"/>
                                                    <w:right w:val="none" w:sz="0" w:space="0" w:color="auto"/>
                                                  </w:divBdr>
                                                </w:div>
                                                <w:div w:id="2035498277">
                                                  <w:marLeft w:val="0"/>
                                                  <w:marRight w:val="0"/>
                                                  <w:marTop w:val="360"/>
                                                  <w:marBottom w:val="180"/>
                                                  <w:divBdr>
                                                    <w:top w:val="none" w:sz="0" w:space="0" w:color="auto"/>
                                                    <w:left w:val="none" w:sz="0" w:space="0" w:color="auto"/>
                                                    <w:bottom w:val="none" w:sz="0" w:space="0" w:color="auto"/>
                                                    <w:right w:val="none" w:sz="0" w:space="0" w:color="auto"/>
                                                  </w:divBdr>
                                                </w:div>
                                                <w:div w:id="1567108603">
                                                  <w:marLeft w:val="0"/>
                                                  <w:marRight w:val="0"/>
                                                  <w:marTop w:val="180"/>
                                                  <w:marBottom w:val="240"/>
                                                  <w:divBdr>
                                                    <w:top w:val="none" w:sz="0" w:space="0" w:color="auto"/>
                                                    <w:left w:val="none" w:sz="0" w:space="0" w:color="auto"/>
                                                    <w:bottom w:val="none" w:sz="0" w:space="0" w:color="auto"/>
                                                    <w:right w:val="none" w:sz="0" w:space="0" w:color="auto"/>
                                                  </w:divBdr>
                                                </w:div>
                                                <w:div w:id="1085613857">
                                                  <w:marLeft w:val="0"/>
                                                  <w:marRight w:val="0"/>
                                                  <w:marTop w:val="60"/>
                                                  <w:marBottom w:val="180"/>
                                                  <w:divBdr>
                                                    <w:top w:val="none" w:sz="0" w:space="0" w:color="auto"/>
                                                    <w:left w:val="none" w:sz="0" w:space="0" w:color="auto"/>
                                                    <w:bottom w:val="none" w:sz="0" w:space="0" w:color="auto"/>
                                                    <w:right w:val="none" w:sz="0" w:space="0" w:color="auto"/>
                                                  </w:divBdr>
                                                </w:div>
                                                <w:div w:id="570430992">
                                                  <w:marLeft w:val="0"/>
                                                  <w:marRight w:val="0"/>
                                                  <w:marTop w:val="180"/>
                                                  <w:marBottom w:val="240"/>
                                                  <w:divBdr>
                                                    <w:top w:val="none" w:sz="0" w:space="0" w:color="auto"/>
                                                    <w:left w:val="none" w:sz="0" w:space="0" w:color="auto"/>
                                                    <w:bottom w:val="none" w:sz="0" w:space="0" w:color="auto"/>
                                                    <w:right w:val="none" w:sz="0" w:space="0" w:color="auto"/>
                                                  </w:divBdr>
                                                </w:div>
                                                <w:div w:id="1770077611">
                                                  <w:marLeft w:val="0"/>
                                                  <w:marRight w:val="0"/>
                                                  <w:marTop w:val="180"/>
                                                  <w:marBottom w:val="240"/>
                                                  <w:divBdr>
                                                    <w:top w:val="none" w:sz="0" w:space="0" w:color="auto"/>
                                                    <w:left w:val="none" w:sz="0" w:space="0" w:color="auto"/>
                                                    <w:bottom w:val="none" w:sz="0" w:space="0" w:color="auto"/>
                                                    <w:right w:val="none" w:sz="0" w:space="0" w:color="auto"/>
                                                  </w:divBdr>
                                                </w:div>
                                                <w:div w:id="1372799906">
                                                  <w:marLeft w:val="0"/>
                                                  <w:marRight w:val="0"/>
                                                  <w:marTop w:val="360"/>
                                                  <w:marBottom w:val="180"/>
                                                  <w:divBdr>
                                                    <w:top w:val="none" w:sz="0" w:space="0" w:color="auto"/>
                                                    <w:left w:val="none" w:sz="0" w:space="0" w:color="auto"/>
                                                    <w:bottom w:val="none" w:sz="0" w:space="0" w:color="auto"/>
                                                    <w:right w:val="none" w:sz="0" w:space="0" w:color="auto"/>
                                                  </w:divBdr>
                                                </w:div>
                                                <w:div w:id="994069973">
                                                  <w:marLeft w:val="0"/>
                                                  <w:marRight w:val="0"/>
                                                  <w:marTop w:val="180"/>
                                                  <w:marBottom w:val="240"/>
                                                  <w:divBdr>
                                                    <w:top w:val="none" w:sz="0" w:space="0" w:color="auto"/>
                                                    <w:left w:val="none" w:sz="0" w:space="0" w:color="auto"/>
                                                    <w:bottom w:val="none" w:sz="0" w:space="0" w:color="auto"/>
                                                    <w:right w:val="none" w:sz="0" w:space="0" w:color="auto"/>
                                                  </w:divBdr>
                                                </w:div>
                                                <w:div w:id="1745836376">
                                                  <w:marLeft w:val="0"/>
                                                  <w:marRight w:val="0"/>
                                                  <w:marTop w:val="60"/>
                                                  <w:marBottom w:val="180"/>
                                                  <w:divBdr>
                                                    <w:top w:val="none" w:sz="0" w:space="0" w:color="auto"/>
                                                    <w:left w:val="none" w:sz="0" w:space="0" w:color="auto"/>
                                                    <w:bottom w:val="none" w:sz="0" w:space="0" w:color="auto"/>
                                                    <w:right w:val="none" w:sz="0" w:space="0" w:color="auto"/>
                                                  </w:divBdr>
                                                </w:div>
                                                <w:div w:id="373844722">
                                                  <w:marLeft w:val="0"/>
                                                  <w:marRight w:val="0"/>
                                                  <w:marTop w:val="180"/>
                                                  <w:marBottom w:val="240"/>
                                                  <w:divBdr>
                                                    <w:top w:val="none" w:sz="0" w:space="0" w:color="auto"/>
                                                    <w:left w:val="none" w:sz="0" w:space="0" w:color="auto"/>
                                                    <w:bottom w:val="none" w:sz="0" w:space="0" w:color="auto"/>
                                                    <w:right w:val="none" w:sz="0" w:space="0" w:color="auto"/>
                                                  </w:divBdr>
                                                </w:div>
                                                <w:div w:id="1897666111">
                                                  <w:marLeft w:val="0"/>
                                                  <w:marRight w:val="0"/>
                                                  <w:marTop w:val="180"/>
                                                  <w:marBottom w:val="240"/>
                                                  <w:divBdr>
                                                    <w:top w:val="none" w:sz="0" w:space="0" w:color="auto"/>
                                                    <w:left w:val="none" w:sz="0" w:space="0" w:color="auto"/>
                                                    <w:bottom w:val="none" w:sz="0" w:space="0" w:color="auto"/>
                                                    <w:right w:val="none" w:sz="0" w:space="0" w:color="auto"/>
                                                  </w:divBdr>
                                                </w:div>
                                                <w:div w:id="1911308601">
                                                  <w:marLeft w:val="0"/>
                                                  <w:marRight w:val="0"/>
                                                  <w:marTop w:val="180"/>
                                                  <w:marBottom w:val="240"/>
                                                  <w:divBdr>
                                                    <w:top w:val="none" w:sz="0" w:space="0" w:color="auto"/>
                                                    <w:left w:val="none" w:sz="0" w:space="0" w:color="auto"/>
                                                    <w:bottom w:val="none" w:sz="0" w:space="0" w:color="auto"/>
                                                    <w:right w:val="none" w:sz="0" w:space="0" w:color="auto"/>
                                                  </w:divBdr>
                                                </w:div>
                                                <w:div w:id="1350328756">
                                                  <w:marLeft w:val="0"/>
                                                  <w:marRight w:val="0"/>
                                                  <w:marTop w:val="180"/>
                                                  <w:marBottom w:val="240"/>
                                                  <w:divBdr>
                                                    <w:top w:val="none" w:sz="0" w:space="0" w:color="auto"/>
                                                    <w:left w:val="none" w:sz="0" w:space="0" w:color="auto"/>
                                                    <w:bottom w:val="none" w:sz="0" w:space="0" w:color="auto"/>
                                                    <w:right w:val="none" w:sz="0" w:space="0" w:color="auto"/>
                                                  </w:divBdr>
                                                </w:div>
                                                <w:div w:id="165807124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5839646">
              <w:marLeft w:val="0"/>
              <w:marRight w:val="0"/>
              <w:marTop w:val="360"/>
              <w:marBottom w:val="0"/>
              <w:divBdr>
                <w:top w:val="none" w:sz="0" w:space="0" w:color="auto"/>
                <w:left w:val="none" w:sz="0" w:space="0" w:color="auto"/>
                <w:bottom w:val="none" w:sz="0" w:space="0" w:color="auto"/>
                <w:right w:val="none" w:sz="0" w:space="0" w:color="auto"/>
              </w:divBdr>
              <w:divsChild>
                <w:div w:id="297803999">
                  <w:marLeft w:val="0"/>
                  <w:marRight w:val="0"/>
                  <w:marTop w:val="0"/>
                  <w:marBottom w:val="0"/>
                  <w:divBdr>
                    <w:top w:val="none" w:sz="0" w:space="0" w:color="auto"/>
                    <w:left w:val="none" w:sz="0" w:space="0" w:color="auto"/>
                    <w:bottom w:val="none" w:sz="0" w:space="0" w:color="auto"/>
                    <w:right w:val="none" w:sz="0" w:space="0" w:color="auto"/>
                  </w:divBdr>
                  <w:divsChild>
                    <w:div w:id="1082407477">
                      <w:marLeft w:val="0"/>
                      <w:marRight w:val="0"/>
                      <w:marTop w:val="0"/>
                      <w:marBottom w:val="0"/>
                      <w:divBdr>
                        <w:top w:val="none" w:sz="0" w:space="0" w:color="auto"/>
                        <w:left w:val="none" w:sz="0" w:space="0" w:color="auto"/>
                        <w:bottom w:val="none" w:sz="0" w:space="0" w:color="auto"/>
                        <w:right w:val="none" w:sz="0" w:space="0" w:color="auto"/>
                      </w:divBdr>
                      <w:divsChild>
                        <w:div w:id="648167991">
                          <w:marLeft w:val="0"/>
                          <w:marRight w:val="0"/>
                          <w:marTop w:val="0"/>
                          <w:marBottom w:val="0"/>
                          <w:divBdr>
                            <w:top w:val="none" w:sz="0" w:space="0" w:color="auto"/>
                            <w:left w:val="none" w:sz="0" w:space="0" w:color="auto"/>
                            <w:bottom w:val="none" w:sz="0" w:space="0" w:color="auto"/>
                            <w:right w:val="none" w:sz="0" w:space="0" w:color="auto"/>
                          </w:divBdr>
                          <w:divsChild>
                            <w:div w:id="1776441955">
                              <w:marLeft w:val="0"/>
                              <w:marRight w:val="5030"/>
                              <w:marTop w:val="0"/>
                              <w:marBottom w:val="0"/>
                              <w:divBdr>
                                <w:top w:val="none" w:sz="0" w:space="0" w:color="auto"/>
                                <w:left w:val="none" w:sz="0" w:space="0" w:color="auto"/>
                                <w:bottom w:val="none" w:sz="0" w:space="0" w:color="auto"/>
                                <w:right w:val="none" w:sz="0" w:space="0" w:color="auto"/>
                              </w:divBdr>
                              <w:divsChild>
                                <w:div w:id="60177985">
                                  <w:marLeft w:val="0"/>
                                  <w:marRight w:val="0"/>
                                  <w:marTop w:val="0"/>
                                  <w:marBottom w:val="0"/>
                                  <w:divBdr>
                                    <w:top w:val="none" w:sz="0" w:space="0" w:color="auto"/>
                                    <w:left w:val="none" w:sz="0" w:space="0" w:color="auto"/>
                                    <w:bottom w:val="none" w:sz="0" w:space="0" w:color="auto"/>
                                    <w:right w:val="none" w:sz="0" w:space="0" w:color="auto"/>
                                  </w:divBdr>
                                  <w:divsChild>
                                    <w:div w:id="752357434">
                                      <w:marLeft w:val="0"/>
                                      <w:marRight w:val="0"/>
                                      <w:marTop w:val="0"/>
                                      <w:marBottom w:val="0"/>
                                      <w:divBdr>
                                        <w:top w:val="none" w:sz="0" w:space="0" w:color="auto"/>
                                        <w:left w:val="none" w:sz="0" w:space="0" w:color="auto"/>
                                        <w:bottom w:val="none" w:sz="0" w:space="0" w:color="auto"/>
                                        <w:right w:val="none" w:sz="0" w:space="0" w:color="auto"/>
                                      </w:divBdr>
                                      <w:divsChild>
                                        <w:div w:id="21077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3913913">
                      <w:marLeft w:val="0"/>
                      <w:marRight w:val="0"/>
                      <w:marTop w:val="0"/>
                      <w:marBottom w:val="0"/>
                      <w:divBdr>
                        <w:top w:val="none" w:sz="0" w:space="0" w:color="auto"/>
                        <w:left w:val="none" w:sz="0" w:space="0" w:color="auto"/>
                        <w:bottom w:val="none" w:sz="0" w:space="0" w:color="auto"/>
                        <w:right w:val="none" w:sz="0" w:space="0" w:color="auto"/>
                      </w:divBdr>
                      <w:divsChild>
                        <w:div w:id="919799397">
                          <w:marLeft w:val="0"/>
                          <w:marRight w:val="0"/>
                          <w:marTop w:val="0"/>
                          <w:marBottom w:val="0"/>
                          <w:divBdr>
                            <w:top w:val="none" w:sz="0" w:space="0" w:color="auto"/>
                            <w:left w:val="none" w:sz="0" w:space="0" w:color="auto"/>
                            <w:bottom w:val="none" w:sz="0" w:space="0" w:color="auto"/>
                            <w:right w:val="none" w:sz="0" w:space="0" w:color="auto"/>
                          </w:divBdr>
                          <w:divsChild>
                            <w:div w:id="1219047979">
                              <w:marLeft w:val="0"/>
                              <w:marRight w:val="0"/>
                              <w:marTop w:val="0"/>
                              <w:marBottom w:val="0"/>
                              <w:divBdr>
                                <w:top w:val="none" w:sz="0" w:space="0" w:color="auto"/>
                                <w:left w:val="none" w:sz="0" w:space="0" w:color="auto"/>
                                <w:bottom w:val="none" w:sz="0" w:space="0" w:color="auto"/>
                                <w:right w:val="none" w:sz="0" w:space="0" w:color="auto"/>
                              </w:divBdr>
                              <w:divsChild>
                                <w:div w:id="849374771">
                                  <w:marLeft w:val="0"/>
                                  <w:marRight w:val="0"/>
                                  <w:marTop w:val="0"/>
                                  <w:marBottom w:val="0"/>
                                  <w:divBdr>
                                    <w:top w:val="none" w:sz="0" w:space="0" w:color="auto"/>
                                    <w:left w:val="none" w:sz="0" w:space="0" w:color="auto"/>
                                    <w:bottom w:val="none" w:sz="0" w:space="0" w:color="auto"/>
                                    <w:right w:val="none" w:sz="0" w:space="0" w:color="auto"/>
                                  </w:divBdr>
                                  <w:divsChild>
                                    <w:div w:id="1583446132">
                                      <w:marLeft w:val="0"/>
                                      <w:marRight w:val="0"/>
                                      <w:marTop w:val="0"/>
                                      <w:marBottom w:val="0"/>
                                      <w:divBdr>
                                        <w:top w:val="none" w:sz="0" w:space="0" w:color="auto"/>
                                        <w:left w:val="none" w:sz="0" w:space="0" w:color="auto"/>
                                        <w:bottom w:val="none" w:sz="0" w:space="0" w:color="auto"/>
                                        <w:right w:val="none" w:sz="0" w:space="0" w:color="auto"/>
                                      </w:divBdr>
                                      <w:divsChild>
                                        <w:div w:id="583148829">
                                          <w:marLeft w:val="0"/>
                                          <w:marRight w:val="0"/>
                                          <w:marTop w:val="0"/>
                                          <w:marBottom w:val="0"/>
                                          <w:divBdr>
                                            <w:top w:val="none" w:sz="0" w:space="0" w:color="auto"/>
                                            <w:left w:val="none" w:sz="0" w:space="0" w:color="auto"/>
                                            <w:bottom w:val="none" w:sz="0" w:space="0" w:color="auto"/>
                                            <w:right w:val="none" w:sz="0" w:space="0" w:color="auto"/>
                                          </w:divBdr>
                                          <w:divsChild>
                                            <w:div w:id="1231962027">
                                              <w:marLeft w:val="0"/>
                                              <w:marRight w:val="0"/>
                                              <w:marTop w:val="0"/>
                                              <w:marBottom w:val="0"/>
                                              <w:divBdr>
                                                <w:top w:val="none" w:sz="0" w:space="0" w:color="auto"/>
                                                <w:left w:val="none" w:sz="0" w:space="0" w:color="auto"/>
                                                <w:bottom w:val="none" w:sz="0" w:space="0" w:color="auto"/>
                                                <w:right w:val="none" w:sz="0" w:space="0" w:color="auto"/>
                                              </w:divBdr>
                                              <w:divsChild>
                                                <w:div w:id="210308406">
                                                  <w:marLeft w:val="0"/>
                                                  <w:marRight w:val="0"/>
                                                  <w:marTop w:val="180"/>
                                                  <w:marBottom w:val="240"/>
                                                  <w:divBdr>
                                                    <w:top w:val="none" w:sz="0" w:space="0" w:color="auto"/>
                                                    <w:left w:val="none" w:sz="0" w:space="0" w:color="auto"/>
                                                    <w:bottom w:val="none" w:sz="0" w:space="0" w:color="auto"/>
                                                    <w:right w:val="none" w:sz="0" w:space="0" w:color="auto"/>
                                                  </w:divBdr>
                                                </w:div>
                                                <w:div w:id="1817988147">
                                                  <w:marLeft w:val="0"/>
                                                  <w:marRight w:val="0"/>
                                                  <w:marTop w:val="180"/>
                                                  <w:marBottom w:val="240"/>
                                                  <w:divBdr>
                                                    <w:top w:val="none" w:sz="0" w:space="0" w:color="auto"/>
                                                    <w:left w:val="none" w:sz="0" w:space="0" w:color="auto"/>
                                                    <w:bottom w:val="none" w:sz="0" w:space="0" w:color="auto"/>
                                                    <w:right w:val="none" w:sz="0" w:space="0" w:color="auto"/>
                                                  </w:divBdr>
                                                </w:div>
                                                <w:div w:id="1790197096">
                                                  <w:marLeft w:val="0"/>
                                                  <w:marRight w:val="0"/>
                                                  <w:marTop w:val="180"/>
                                                  <w:marBottom w:val="240"/>
                                                  <w:divBdr>
                                                    <w:top w:val="none" w:sz="0" w:space="0" w:color="auto"/>
                                                    <w:left w:val="none" w:sz="0" w:space="0" w:color="auto"/>
                                                    <w:bottom w:val="none" w:sz="0" w:space="0" w:color="auto"/>
                                                    <w:right w:val="none" w:sz="0" w:space="0" w:color="auto"/>
                                                  </w:divBdr>
                                                </w:div>
                                                <w:div w:id="1382242441">
                                                  <w:marLeft w:val="0"/>
                                                  <w:marRight w:val="0"/>
                                                  <w:marTop w:val="360"/>
                                                  <w:marBottom w:val="180"/>
                                                  <w:divBdr>
                                                    <w:top w:val="none" w:sz="0" w:space="0" w:color="auto"/>
                                                    <w:left w:val="none" w:sz="0" w:space="0" w:color="auto"/>
                                                    <w:bottom w:val="none" w:sz="0" w:space="0" w:color="auto"/>
                                                    <w:right w:val="none" w:sz="0" w:space="0" w:color="auto"/>
                                                  </w:divBdr>
                                                </w:div>
                                                <w:div w:id="309528544">
                                                  <w:marLeft w:val="0"/>
                                                  <w:marRight w:val="0"/>
                                                  <w:marTop w:val="360"/>
                                                  <w:marBottom w:val="180"/>
                                                  <w:divBdr>
                                                    <w:top w:val="none" w:sz="0" w:space="0" w:color="auto"/>
                                                    <w:left w:val="none" w:sz="0" w:space="0" w:color="auto"/>
                                                    <w:bottom w:val="none" w:sz="0" w:space="0" w:color="auto"/>
                                                    <w:right w:val="none" w:sz="0" w:space="0" w:color="auto"/>
                                                  </w:divBdr>
                                                </w:div>
                                                <w:div w:id="391932638">
                                                  <w:marLeft w:val="0"/>
                                                  <w:marRight w:val="0"/>
                                                  <w:marTop w:val="180"/>
                                                  <w:marBottom w:val="240"/>
                                                  <w:divBdr>
                                                    <w:top w:val="none" w:sz="0" w:space="0" w:color="auto"/>
                                                    <w:left w:val="none" w:sz="0" w:space="0" w:color="auto"/>
                                                    <w:bottom w:val="none" w:sz="0" w:space="0" w:color="auto"/>
                                                    <w:right w:val="none" w:sz="0" w:space="0" w:color="auto"/>
                                                  </w:divBdr>
                                                </w:div>
                                                <w:div w:id="1468669726">
                                                  <w:marLeft w:val="0"/>
                                                  <w:marRight w:val="0"/>
                                                  <w:marTop w:val="60"/>
                                                  <w:marBottom w:val="180"/>
                                                  <w:divBdr>
                                                    <w:top w:val="none" w:sz="0" w:space="0" w:color="auto"/>
                                                    <w:left w:val="none" w:sz="0" w:space="0" w:color="auto"/>
                                                    <w:bottom w:val="none" w:sz="0" w:space="0" w:color="auto"/>
                                                    <w:right w:val="none" w:sz="0" w:space="0" w:color="auto"/>
                                                  </w:divBdr>
                                                </w:div>
                                                <w:div w:id="1257441080">
                                                  <w:marLeft w:val="0"/>
                                                  <w:marRight w:val="0"/>
                                                  <w:marTop w:val="180"/>
                                                  <w:marBottom w:val="240"/>
                                                  <w:divBdr>
                                                    <w:top w:val="none" w:sz="0" w:space="0" w:color="auto"/>
                                                    <w:left w:val="none" w:sz="0" w:space="0" w:color="auto"/>
                                                    <w:bottom w:val="none" w:sz="0" w:space="0" w:color="auto"/>
                                                    <w:right w:val="none" w:sz="0" w:space="0" w:color="auto"/>
                                                  </w:divBdr>
                                                </w:div>
                                                <w:div w:id="2121991272">
                                                  <w:marLeft w:val="0"/>
                                                  <w:marRight w:val="0"/>
                                                  <w:marTop w:val="180"/>
                                                  <w:marBottom w:val="240"/>
                                                  <w:divBdr>
                                                    <w:top w:val="none" w:sz="0" w:space="0" w:color="auto"/>
                                                    <w:left w:val="none" w:sz="0" w:space="0" w:color="auto"/>
                                                    <w:bottom w:val="none" w:sz="0" w:space="0" w:color="auto"/>
                                                    <w:right w:val="none" w:sz="0" w:space="0" w:color="auto"/>
                                                  </w:divBdr>
                                                </w:div>
                                                <w:div w:id="234316825">
                                                  <w:marLeft w:val="0"/>
                                                  <w:marRight w:val="0"/>
                                                  <w:marTop w:val="360"/>
                                                  <w:marBottom w:val="180"/>
                                                  <w:divBdr>
                                                    <w:top w:val="none" w:sz="0" w:space="0" w:color="auto"/>
                                                    <w:left w:val="none" w:sz="0" w:space="0" w:color="auto"/>
                                                    <w:bottom w:val="none" w:sz="0" w:space="0" w:color="auto"/>
                                                    <w:right w:val="none" w:sz="0" w:space="0" w:color="auto"/>
                                                  </w:divBdr>
                                                </w:div>
                                                <w:div w:id="1118448541">
                                                  <w:marLeft w:val="0"/>
                                                  <w:marRight w:val="0"/>
                                                  <w:marTop w:val="180"/>
                                                  <w:marBottom w:val="240"/>
                                                  <w:divBdr>
                                                    <w:top w:val="none" w:sz="0" w:space="0" w:color="auto"/>
                                                    <w:left w:val="none" w:sz="0" w:space="0" w:color="auto"/>
                                                    <w:bottom w:val="none" w:sz="0" w:space="0" w:color="auto"/>
                                                    <w:right w:val="none" w:sz="0" w:space="0" w:color="auto"/>
                                                  </w:divBdr>
                                                </w:div>
                                                <w:div w:id="1139686044">
                                                  <w:marLeft w:val="0"/>
                                                  <w:marRight w:val="0"/>
                                                  <w:marTop w:val="60"/>
                                                  <w:marBottom w:val="180"/>
                                                  <w:divBdr>
                                                    <w:top w:val="none" w:sz="0" w:space="0" w:color="auto"/>
                                                    <w:left w:val="none" w:sz="0" w:space="0" w:color="auto"/>
                                                    <w:bottom w:val="none" w:sz="0" w:space="0" w:color="auto"/>
                                                    <w:right w:val="none" w:sz="0" w:space="0" w:color="auto"/>
                                                  </w:divBdr>
                                                </w:div>
                                                <w:div w:id="390344936">
                                                  <w:marLeft w:val="0"/>
                                                  <w:marRight w:val="0"/>
                                                  <w:marTop w:val="180"/>
                                                  <w:marBottom w:val="240"/>
                                                  <w:divBdr>
                                                    <w:top w:val="none" w:sz="0" w:space="0" w:color="auto"/>
                                                    <w:left w:val="none" w:sz="0" w:space="0" w:color="auto"/>
                                                    <w:bottom w:val="none" w:sz="0" w:space="0" w:color="auto"/>
                                                    <w:right w:val="none" w:sz="0" w:space="0" w:color="auto"/>
                                                  </w:divBdr>
                                                </w:div>
                                                <w:div w:id="1041055749">
                                                  <w:marLeft w:val="0"/>
                                                  <w:marRight w:val="0"/>
                                                  <w:marTop w:val="180"/>
                                                  <w:marBottom w:val="240"/>
                                                  <w:divBdr>
                                                    <w:top w:val="none" w:sz="0" w:space="0" w:color="auto"/>
                                                    <w:left w:val="none" w:sz="0" w:space="0" w:color="auto"/>
                                                    <w:bottom w:val="none" w:sz="0" w:space="0" w:color="auto"/>
                                                    <w:right w:val="none" w:sz="0" w:space="0" w:color="auto"/>
                                                  </w:divBdr>
                                                </w:div>
                                                <w:div w:id="563679879">
                                                  <w:marLeft w:val="0"/>
                                                  <w:marRight w:val="0"/>
                                                  <w:marTop w:val="360"/>
                                                  <w:marBottom w:val="180"/>
                                                  <w:divBdr>
                                                    <w:top w:val="none" w:sz="0" w:space="0" w:color="auto"/>
                                                    <w:left w:val="none" w:sz="0" w:space="0" w:color="auto"/>
                                                    <w:bottom w:val="none" w:sz="0" w:space="0" w:color="auto"/>
                                                    <w:right w:val="none" w:sz="0" w:space="0" w:color="auto"/>
                                                  </w:divBdr>
                                                </w:div>
                                                <w:div w:id="1382285760">
                                                  <w:marLeft w:val="0"/>
                                                  <w:marRight w:val="0"/>
                                                  <w:marTop w:val="180"/>
                                                  <w:marBottom w:val="240"/>
                                                  <w:divBdr>
                                                    <w:top w:val="none" w:sz="0" w:space="0" w:color="auto"/>
                                                    <w:left w:val="none" w:sz="0" w:space="0" w:color="auto"/>
                                                    <w:bottom w:val="none" w:sz="0" w:space="0" w:color="auto"/>
                                                    <w:right w:val="none" w:sz="0" w:space="0" w:color="auto"/>
                                                  </w:divBdr>
                                                </w:div>
                                                <w:div w:id="668681523">
                                                  <w:marLeft w:val="0"/>
                                                  <w:marRight w:val="0"/>
                                                  <w:marTop w:val="60"/>
                                                  <w:marBottom w:val="180"/>
                                                  <w:divBdr>
                                                    <w:top w:val="none" w:sz="0" w:space="0" w:color="auto"/>
                                                    <w:left w:val="none" w:sz="0" w:space="0" w:color="auto"/>
                                                    <w:bottom w:val="none" w:sz="0" w:space="0" w:color="auto"/>
                                                    <w:right w:val="none" w:sz="0" w:space="0" w:color="auto"/>
                                                  </w:divBdr>
                                                </w:div>
                                                <w:div w:id="1580166914">
                                                  <w:marLeft w:val="0"/>
                                                  <w:marRight w:val="0"/>
                                                  <w:marTop w:val="180"/>
                                                  <w:marBottom w:val="240"/>
                                                  <w:divBdr>
                                                    <w:top w:val="none" w:sz="0" w:space="0" w:color="auto"/>
                                                    <w:left w:val="none" w:sz="0" w:space="0" w:color="auto"/>
                                                    <w:bottom w:val="none" w:sz="0" w:space="0" w:color="auto"/>
                                                    <w:right w:val="none" w:sz="0" w:space="0" w:color="auto"/>
                                                  </w:divBdr>
                                                </w:div>
                                                <w:div w:id="1003319227">
                                                  <w:marLeft w:val="0"/>
                                                  <w:marRight w:val="0"/>
                                                  <w:marTop w:val="180"/>
                                                  <w:marBottom w:val="240"/>
                                                  <w:divBdr>
                                                    <w:top w:val="none" w:sz="0" w:space="0" w:color="auto"/>
                                                    <w:left w:val="none" w:sz="0" w:space="0" w:color="auto"/>
                                                    <w:bottom w:val="none" w:sz="0" w:space="0" w:color="auto"/>
                                                    <w:right w:val="none" w:sz="0" w:space="0" w:color="auto"/>
                                                  </w:divBdr>
                                                </w:div>
                                                <w:div w:id="276646009">
                                                  <w:marLeft w:val="0"/>
                                                  <w:marRight w:val="0"/>
                                                  <w:marTop w:val="180"/>
                                                  <w:marBottom w:val="240"/>
                                                  <w:divBdr>
                                                    <w:top w:val="none" w:sz="0" w:space="0" w:color="auto"/>
                                                    <w:left w:val="none" w:sz="0" w:space="0" w:color="auto"/>
                                                    <w:bottom w:val="none" w:sz="0" w:space="0" w:color="auto"/>
                                                    <w:right w:val="none" w:sz="0" w:space="0" w:color="auto"/>
                                                  </w:divBdr>
                                                </w:div>
                                                <w:div w:id="1450317274">
                                                  <w:marLeft w:val="0"/>
                                                  <w:marRight w:val="0"/>
                                                  <w:marTop w:val="180"/>
                                                  <w:marBottom w:val="240"/>
                                                  <w:divBdr>
                                                    <w:top w:val="none" w:sz="0" w:space="0" w:color="auto"/>
                                                    <w:left w:val="none" w:sz="0" w:space="0" w:color="auto"/>
                                                    <w:bottom w:val="none" w:sz="0" w:space="0" w:color="auto"/>
                                                    <w:right w:val="none" w:sz="0" w:space="0" w:color="auto"/>
                                                  </w:divBdr>
                                                </w:div>
                                                <w:div w:id="171692699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8126533">
              <w:marLeft w:val="0"/>
              <w:marRight w:val="0"/>
              <w:marTop w:val="360"/>
              <w:marBottom w:val="0"/>
              <w:divBdr>
                <w:top w:val="none" w:sz="0" w:space="0" w:color="auto"/>
                <w:left w:val="none" w:sz="0" w:space="0" w:color="auto"/>
                <w:bottom w:val="none" w:sz="0" w:space="0" w:color="auto"/>
                <w:right w:val="none" w:sz="0" w:space="0" w:color="auto"/>
              </w:divBdr>
              <w:divsChild>
                <w:div w:id="2137408385">
                  <w:marLeft w:val="0"/>
                  <w:marRight w:val="0"/>
                  <w:marTop w:val="0"/>
                  <w:marBottom w:val="0"/>
                  <w:divBdr>
                    <w:top w:val="none" w:sz="0" w:space="0" w:color="auto"/>
                    <w:left w:val="none" w:sz="0" w:space="0" w:color="auto"/>
                    <w:bottom w:val="none" w:sz="0" w:space="0" w:color="auto"/>
                    <w:right w:val="none" w:sz="0" w:space="0" w:color="auto"/>
                  </w:divBdr>
                  <w:divsChild>
                    <w:div w:id="470483549">
                      <w:marLeft w:val="0"/>
                      <w:marRight w:val="0"/>
                      <w:marTop w:val="0"/>
                      <w:marBottom w:val="0"/>
                      <w:divBdr>
                        <w:top w:val="none" w:sz="0" w:space="0" w:color="auto"/>
                        <w:left w:val="none" w:sz="0" w:space="0" w:color="auto"/>
                        <w:bottom w:val="none" w:sz="0" w:space="0" w:color="auto"/>
                        <w:right w:val="none" w:sz="0" w:space="0" w:color="auto"/>
                      </w:divBdr>
                      <w:divsChild>
                        <w:div w:id="1271863445">
                          <w:marLeft w:val="0"/>
                          <w:marRight w:val="0"/>
                          <w:marTop w:val="0"/>
                          <w:marBottom w:val="0"/>
                          <w:divBdr>
                            <w:top w:val="none" w:sz="0" w:space="0" w:color="auto"/>
                            <w:left w:val="none" w:sz="0" w:space="0" w:color="auto"/>
                            <w:bottom w:val="none" w:sz="0" w:space="0" w:color="auto"/>
                            <w:right w:val="none" w:sz="0" w:space="0" w:color="auto"/>
                          </w:divBdr>
                          <w:divsChild>
                            <w:div w:id="1600604457">
                              <w:marLeft w:val="0"/>
                              <w:marRight w:val="4870"/>
                              <w:marTop w:val="0"/>
                              <w:marBottom w:val="0"/>
                              <w:divBdr>
                                <w:top w:val="none" w:sz="0" w:space="0" w:color="auto"/>
                                <w:left w:val="none" w:sz="0" w:space="0" w:color="auto"/>
                                <w:bottom w:val="none" w:sz="0" w:space="0" w:color="auto"/>
                                <w:right w:val="none" w:sz="0" w:space="0" w:color="auto"/>
                              </w:divBdr>
                              <w:divsChild>
                                <w:div w:id="1128864675">
                                  <w:marLeft w:val="0"/>
                                  <w:marRight w:val="0"/>
                                  <w:marTop w:val="0"/>
                                  <w:marBottom w:val="0"/>
                                  <w:divBdr>
                                    <w:top w:val="none" w:sz="0" w:space="0" w:color="auto"/>
                                    <w:left w:val="none" w:sz="0" w:space="0" w:color="auto"/>
                                    <w:bottom w:val="none" w:sz="0" w:space="0" w:color="auto"/>
                                    <w:right w:val="none" w:sz="0" w:space="0" w:color="auto"/>
                                  </w:divBdr>
                                  <w:divsChild>
                                    <w:div w:id="2099405095">
                                      <w:marLeft w:val="0"/>
                                      <w:marRight w:val="0"/>
                                      <w:marTop w:val="0"/>
                                      <w:marBottom w:val="0"/>
                                      <w:divBdr>
                                        <w:top w:val="none" w:sz="0" w:space="0" w:color="auto"/>
                                        <w:left w:val="none" w:sz="0" w:space="0" w:color="auto"/>
                                        <w:bottom w:val="none" w:sz="0" w:space="0" w:color="auto"/>
                                        <w:right w:val="none" w:sz="0" w:space="0" w:color="auto"/>
                                      </w:divBdr>
                                      <w:divsChild>
                                        <w:div w:id="46072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92948">
                      <w:marLeft w:val="0"/>
                      <w:marRight w:val="0"/>
                      <w:marTop w:val="0"/>
                      <w:marBottom w:val="0"/>
                      <w:divBdr>
                        <w:top w:val="none" w:sz="0" w:space="0" w:color="auto"/>
                        <w:left w:val="none" w:sz="0" w:space="0" w:color="auto"/>
                        <w:bottom w:val="none" w:sz="0" w:space="0" w:color="auto"/>
                        <w:right w:val="none" w:sz="0" w:space="0" w:color="auto"/>
                      </w:divBdr>
                      <w:divsChild>
                        <w:div w:id="684672472">
                          <w:marLeft w:val="0"/>
                          <w:marRight w:val="0"/>
                          <w:marTop w:val="0"/>
                          <w:marBottom w:val="0"/>
                          <w:divBdr>
                            <w:top w:val="none" w:sz="0" w:space="0" w:color="auto"/>
                            <w:left w:val="none" w:sz="0" w:space="0" w:color="auto"/>
                            <w:bottom w:val="none" w:sz="0" w:space="0" w:color="auto"/>
                            <w:right w:val="none" w:sz="0" w:space="0" w:color="auto"/>
                          </w:divBdr>
                          <w:divsChild>
                            <w:div w:id="420218074">
                              <w:marLeft w:val="0"/>
                              <w:marRight w:val="0"/>
                              <w:marTop w:val="0"/>
                              <w:marBottom w:val="0"/>
                              <w:divBdr>
                                <w:top w:val="none" w:sz="0" w:space="0" w:color="auto"/>
                                <w:left w:val="none" w:sz="0" w:space="0" w:color="auto"/>
                                <w:bottom w:val="none" w:sz="0" w:space="0" w:color="auto"/>
                                <w:right w:val="none" w:sz="0" w:space="0" w:color="auto"/>
                              </w:divBdr>
                              <w:divsChild>
                                <w:div w:id="1181700859">
                                  <w:marLeft w:val="0"/>
                                  <w:marRight w:val="0"/>
                                  <w:marTop w:val="0"/>
                                  <w:marBottom w:val="0"/>
                                  <w:divBdr>
                                    <w:top w:val="none" w:sz="0" w:space="0" w:color="auto"/>
                                    <w:left w:val="none" w:sz="0" w:space="0" w:color="auto"/>
                                    <w:bottom w:val="none" w:sz="0" w:space="0" w:color="auto"/>
                                    <w:right w:val="none" w:sz="0" w:space="0" w:color="auto"/>
                                  </w:divBdr>
                                  <w:divsChild>
                                    <w:div w:id="1145393333">
                                      <w:marLeft w:val="0"/>
                                      <w:marRight w:val="0"/>
                                      <w:marTop w:val="0"/>
                                      <w:marBottom w:val="0"/>
                                      <w:divBdr>
                                        <w:top w:val="none" w:sz="0" w:space="0" w:color="auto"/>
                                        <w:left w:val="none" w:sz="0" w:space="0" w:color="auto"/>
                                        <w:bottom w:val="none" w:sz="0" w:space="0" w:color="auto"/>
                                        <w:right w:val="none" w:sz="0" w:space="0" w:color="auto"/>
                                      </w:divBdr>
                                      <w:divsChild>
                                        <w:div w:id="280499029">
                                          <w:marLeft w:val="0"/>
                                          <w:marRight w:val="0"/>
                                          <w:marTop w:val="0"/>
                                          <w:marBottom w:val="0"/>
                                          <w:divBdr>
                                            <w:top w:val="none" w:sz="0" w:space="0" w:color="auto"/>
                                            <w:left w:val="none" w:sz="0" w:space="0" w:color="auto"/>
                                            <w:bottom w:val="none" w:sz="0" w:space="0" w:color="auto"/>
                                            <w:right w:val="none" w:sz="0" w:space="0" w:color="auto"/>
                                          </w:divBdr>
                                          <w:divsChild>
                                            <w:div w:id="784693197">
                                              <w:marLeft w:val="0"/>
                                              <w:marRight w:val="0"/>
                                              <w:marTop w:val="0"/>
                                              <w:marBottom w:val="0"/>
                                              <w:divBdr>
                                                <w:top w:val="none" w:sz="0" w:space="0" w:color="auto"/>
                                                <w:left w:val="none" w:sz="0" w:space="0" w:color="auto"/>
                                                <w:bottom w:val="none" w:sz="0" w:space="0" w:color="auto"/>
                                                <w:right w:val="none" w:sz="0" w:space="0" w:color="auto"/>
                                              </w:divBdr>
                                              <w:divsChild>
                                                <w:div w:id="811554557">
                                                  <w:marLeft w:val="0"/>
                                                  <w:marRight w:val="0"/>
                                                  <w:marTop w:val="180"/>
                                                  <w:marBottom w:val="240"/>
                                                  <w:divBdr>
                                                    <w:top w:val="none" w:sz="0" w:space="0" w:color="auto"/>
                                                    <w:left w:val="none" w:sz="0" w:space="0" w:color="auto"/>
                                                    <w:bottom w:val="none" w:sz="0" w:space="0" w:color="auto"/>
                                                    <w:right w:val="none" w:sz="0" w:space="0" w:color="auto"/>
                                                  </w:divBdr>
                                                </w:div>
                                                <w:div w:id="1225290631">
                                                  <w:marLeft w:val="0"/>
                                                  <w:marRight w:val="0"/>
                                                  <w:marTop w:val="180"/>
                                                  <w:marBottom w:val="240"/>
                                                  <w:divBdr>
                                                    <w:top w:val="none" w:sz="0" w:space="0" w:color="auto"/>
                                                    <w:left w:val="none" w:sz="0" w:space="0" w:color="auto"/>
                                                    <w:bottom w:val="none" w:sz="0" w:space="0" w:color="auto"/>
                                                    <w:right w:val="none" w:sz="0" w:space="0" w:color="auto"/>
                                                  </w:divBdr>
                                                </w:div>
                                                <w:div w:id="1693729145">
                                                  <w:marLeft w:val="0"/>
                                                  <w:marRight w:val="0"/>
                                                  <w:marTop w:val="180"/>
                                                  <w:marBottom w:val="240"/>
                                                  <w:divBdr>
                                                    <w:top w:val="none" w:sz="0" w:space="0" w:color="auto"/>
                                                    <w:left w:val="none" w:sz="0" w:space="0" w:color="auto"/>
                                                    <w:bottom w:val="none" w:sz="0" w:space="0" w:color="auto"/>
                                                    <w:right w:val="none" w:sz="0" w:space="0" w:color="auto"/>
                                                  </w:divBdr>
                                                </w:div>
                                                <w:div w:id="1446852497">
                                                  <w:marLeft w:val="0"/>
                                                  <w:marRight w:val="0"/>
                                                  <w:marTop w:val="360"/>
                                                  <w:marBottom w:val="180"/>
                                                  <w:divBdr>
                                                    <w:top w:val="none" w:sz="0" w:space="0" w:color="auto"/>
                                                    <w:left w:val="none" w:sz="0" w:space="0" w:color="auto"/>
                                                    <w:bottom w:val="none" w:sz="0" w:space="0" w:color="auto"/>
                                                    <w:right w:val="none" w:sz="0" w:space="0" w:color="auto"/>
                                                  </w:divBdr>
                                                </w:div>
                                                <w:div w:id="1159923498">
                                                  <w:marLeft w:val="0"/>
                                                  <w:marRight w:val="0"/>
                                                  <w:marTop w:val="360"/>
                                                  <w:marBottom w:val="180"/>
                                                  <w:divBdr>
                                                    <w:top w:val="none" w:sz="0" w:space="0" w:color="auto"/>
                                                    <w:left w:val="none" w:sz="0" w:space="0" w:color="auto"/>
                                                    <w:bottom w:val="none" w:sz="0" w:space="0" w:color="auto"/>
                                                    <w:right w:val="none" w:sz="0" w:space="0" w:color="auto"/>
                                                  </w:divBdr>
                                                </w:div>
                                                <w:div w:id="1410807173">
                                                  <w:marLeft w:val="0"/>
                                                  <w:marRight w:val="0"/>
                                                  <w:marTop w:val="180"/>
                                                  <w:marBottom w:val="240"/>
                                                  <w:divBdr>
                                                    <w:top w:val="none" w:sz="0" w:space="0" w:color="auto"/>
                                                    <w:left w:val="none" w:sz="0" w:space="0" w:color="auto"/>
                                                    <w:bottom w:val="none" w:sz="0" w:space="0" w:color="auto"/>
                                                    <w:right w:val="none" w:sz="0" w:space="0" w:color="auto"/>
                                                  </w:divBdr>
                                                </w:div>
                                                <w:div w:id="435292475">
                                                  <w:marLeft w:val="0"/>
                                                  <w:marRight w:val="0"/>
                                                  <w:marTop w:val="60"/>
                                                  <w:marBottom w:val="180"/>
                                                  <w:divBdr>
                                                    <w:top w:val="none" w:sz="0" w:space="0" w:color="auto"/>
                                                    <w:left w:val="none" w:sz="0" w:space="0" w:color="auto"/>
                                                    <w:bottom w:val="none" w:sz="0" w:space="0" w:color="auto"/>
                                                    <w:right w:val="none" w:sz="0" w:space="0" w:color="auto"/>
                                                  </w:divBdr>
                                                </w:div>
                                                <w:div w:id="896433874">
                                                  <w:marLeft w:val="0"/>
                                                  <w:marRight w:val="0"/>
                                                  <w:marTop w:val="180"/>
                                                  <w:marBottom w:val="240"/>
                                                  <w:divBdr>
                                                    <w:top w:val="none" w:sz="0" w:space="0" w:color="auto"/>
                                                    <w:left w:val="none" w:sz="0" w:space="0" w:color="auto"/>
                                                    <w:bottom w:val="none" w:sz="0" w:space="0" w:color="auto"/>
                                                    <w:right w:val="none" w:sz="0" w:space="0" w:color="auto"/>
                                                  </w:divBdr>
                                                </w:div>
                                                <w:div w:id="1814370141">
                                                  <w:marLeft w:val="0"/>
                                                  <w:marRight w:val="0"/>
                                                  <w:marTop w:val="180"/>
                                                  <w:marBottom w:val="240"/>
                                                  <w:divBdr>
                                                    <w:top w:val="none" w:sz="0" w:space="0" w:color="auto"/>
                                                    <w:left w:val="none" w:sz="0" w:space="0" w:color="auto"/>
                                                    <w:bottom w:val="none" w:sz="0" w:space="0" w:color="auto"/>
                                                    <w:right w:val="none" w:sz="0" w:space="0" w:color="auto"/>
                                                  </w:divBdr>
                                                </w:div>
                                                <w:div w:id="1575243052">
                                                  <w:marLeft w:val="0"/>
                                                  <w:marRight w:val="0"/>
                                                  <w:marTop w:val="360"/>
                                                  <w:marBottom w:val="180"/>
                                                  <w:divBdr>
                                                    <w:top w:val="none" w:sz="0" w:space="0" w:color="auto"/>
                                                    <w:left w:val="none" w:sz="0" w:space="0" w:color="auto"/>
                                                    <w:bottom w:val="none" w:sz="0" w:space="0" w:color="auto"/>
                                                    <w:right w:val="none" w:sz="0" w:space="0" w:color="auto"/>
                                                  </w:divBdr>
                                                </w:div>
                                                <w:div w:id="728891901">
                                                  <w:marLeft w:val="0"/>
                                                  <w:marRight w:val="0"/>
                                                  <w:marTop w:val="180"/>
                                                  <w:marBottom w:val="240"/>
                                                  <w:divBdr>
                                                    <w:top w:val="none" w:sz="0" w:space="0" w:color="auto"/>
                                                    <w:left w:val="none" w:sz="0" w:space="0" w:color="auto"/>
                                                    <w:bottom w:val="none" w:sz="0" w:space="0" w:color="auto"/>
                                                    <w:right w:val="none" w:sz="0" w:space="0" w:color="auto"/>
                                                  </w:divBdr>
                                                </w:div>
                                                <w:div w:id="1805847963">
                                                  <w:marLeft w:val="0"/>
                                                  <w:marRight w:val="0"/>
                                                  <w:marTop w:val="60"/>
                                                  <w:marBottom w:val="180"/>
                                                  <w:divBdr>
                                                    <w:top w:val="none" w:sz="0" w:space="0" w:color="auto"/>
                                                    <w:left w:val="none" w:sz="0" w:space="0" w:color="auto"/>
                                                    <w:bottom w:val="none" w:sz="0" w:space="0" w:color="auto"/>
                                                    <w:right w:val="none" w:sz="0" w:space="0" w:color="auto"/>
                                                  </w:divBdr>
                                                </w:div>
                                                <w:div w:id="222453530">
                                                  <w:marLeft w:val="0"/>
                                                  <w:marRight w:val="0"/>
                                                  <w:marTop w:val="180"/>
                                                  <w:marBottom w:val="240"/>
                                                  <w:divBdr>
                                                    <w:top w:val="none" w:sz="0" w:space="0" w:color="auto"/>
                                                    <w:left w:val="none" w:sz="0" w:space="0" w:color="auto"/>
                                                    <w:bottom w:val="none" w:sz="0" w:space="0" w:color="auto"/>
                                                    <w:right w:val="none" w:sz="0" w:space="0" w:color="auto"/>
                                                  </w:divBdr>
                                                </w:div>
                                                <w:div w:id="113716468">
                                                  <w:marLeft w:val="0"/>
                                                  <w:marRight w:val="0"/>
                                                  <w:marTop w:val="180"/>
                                                  <w:marBottom w:val="240"/>
                                                  <w:divBdr>
                                                    <w:top w:val="none" w:sz="0" w:space="0" w:color="auto"/>
                                                    <w:left w:val="none" w:sz="0" w:space="0" w:color="auto"/>
                                                    <w:bottom w:val="none" w:sz="0" w:space="0" w:color="auto"/>
                                                    <w:right w:val="none" w:sz="0" w:space="0" w:color="auto"/>
                                                  </w:divBdr>
                                                </w:div>
                                                <w:div w:id="816805466">
                                                  <w:marLeft w:val="0"/>
                                                  <w:marRight w:val="0"/>
                                                  <w:marTop w:val="360"/>
                                                  <w:marBottom w:val="180"/>
                                                  <w:divBdr>
                                                    <w:top w:val="none" w:sz="0" w:space="0" w:color="auto"/>
                                                    <w:left w:val="none" w:sz="0" w:space="0" w:color="auto"/>
                                                    <w:bottom w:val="none" w:sz="0" w:space="0" w:color="auto"/>
                                                    <w:right w:val="none" w:sz="0" w:space="0" w:color="auto"/>
                                                  </w:divBdr>
                                                </w:div>
                                                <w:div w:id="2061897280">
                                                  <w:marLeft w:val="0"/>
                                                  <w:marRight w:val="0"/>
                                                  <w:marTop w:val="180"/>
                                                  <w:marBottom w:val="240"/>
                                                  <w:divBdr>
                                                    <w:top w:val="none" w:sz="0" w:space="0" w:color="auto"/>
                                                    <w:left w:val="none" w:sz="0" w:space="0" w:color="auto"/>
                                                    <w:bottom w:val="none" w:sz="0" w:space="0" w:color="auto"/>
                                                    <w:right w:val="none" w:sz="0" w:space="0" w:color="auto"/>
                                                  </w:divBdr>
                                                </w:div>
                                                <w:div w:id="1948543576">
                                                  <w:marLeft w:val="0"/>
                                                  <w:marRight w:val="0"/>
                                                  <w:marTop w:val="60"/>
                                                  <w:marBottom w:val="180"/>
                                                  <w:divBdr>
                                                    <w:top w:val="none" w:sz="0" w:space="0" w:color="auto"/>
                                                    <w:left w:val="none" w:sz="0" w:space="0" w:color="auto"/>
                                                    <w:bottom w:val="none" w:sz="0" w:space="0" w:color="auto"/>
                                                    <w:right w:val="none" w:sz="0" w:space="0" w:color="auto"/>
                                                  </w:divBdr>
                                                </w:div>
                                                <w:div w:id="1472863368">
                                                  <w:marLeft w:val="0"/>
                                                  <w:marRight w:val="0"/>
                                                  <w:marTop w:val="180"/>
                                                  <w:marBottom w:val="240"/>
                                                  <w:divBdr>
                                                    <w:top w:val="none" w:sz="0" w:space="0" w:color="auto"/>
                                                    <w:left w:val="none" w:sz="0" w:space="0" w:color="auto"/>
                                                    <w:bottom w:val="none" w:sz="0" w:space="0" w:color="auto"/>
                                                    <w:right w:val="none" w:sz="0" w:space="0" w:color="auto"/>
                                                  </w:divBdr>
                                                </w:div>
                                                <w:div w:id="392196553">
                                                  <w:marLeft w:val="0"/>
                                                  <w:marRight w:val="0"/>
                                                  <w:marTop w:val="180"/>
                                                  <w:marBottom w:val="240"/>
                                                  <w:divBdr>
                                                    <w:top w:val="none" w:sz="0" w:space="0" w:color="auto"/>
                                                    <w:left w:val="none" w:sz="0" w:space="0" w:color="auto"/>
                                                    <w:bottom w:val="none" w:sz="0" w:space="0" w:color="auto"/>
                                                    <w:right w:val="none" w:sz="0" w:space="0" w:color="auto"/>
                                                  </w:divBdr>
                                                </w:div>
                                                <w:div w:id="1206479911">
                                                  <w:marLeft w:val="0"/>
                                                  <w:marRight w:val="0"/>
                                                  <w:marTop w:val="180"/>
                                                  <w:marBottom w:val="240"/>
                                                  <w:divBdr>
                                                    <w:top w:val="none" w:sz="0" w:space="0" w:color="auto"/>
                                                    <w:left w:val="none" w:sz="0" w:space="0" w:color="auto"/>
                                                    <w:bottom w:val="none" w:sz="0" w:space="0" w:color="auto"/>
                                                    <w:right w:val="none" w:sz="0" w:space="0" w:color="auto"/>
                                                  </w:divBdr>
                                                </w:div>
                                                <w:div w:id="1299801398">
                                                  <w:marLeft w:val="0"/>
                                                  <w:marRight w:val="0"/>
                                                  <w:marTop w:val="180"/>
                                                  <w:marBottom w:val="240"/>
                                                  <w:divBdr>
                                                    <w:top w:val="none" w:sz="0" w:space="0" w:color="auto"/>
                                                    <w:left w:val="none" w:sz="0" w:space="0" w:color="auto"/>
                                                    <w:bottom w:val="none" w:sz="0" w:space="0" w:color="auto"/>
                                                    <w:right w:val="none" w:sz="0" w:space="0" w:color="auto"/>
                                                  </w:divBdr>
                                                </w:div>
                                                <w:div w:id="185291605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9350134">
              <w:marLeft w:val="0"/>
              <w:marRight w:val="0"/>
              <w:marTop w:val="360"/>
              <w:marBottom w:val="0"/>
              <w:divBdr>
                <w:top w:val="none" w:sz="0" w:space="0" w:color="auto"/>
                <w:left w:val="none" w:sz="0" w:space="0" w:color="auto"/>
                <w:bottom w:val="none" w:sz="0" w:space="0" w:color="auto"/>
                <w:right w:val="none" w:sz="0" w:space="0" w:color="auto"/>
              </w:divBdr>
              <w:divsChild>
                <w:div w:id="74474486">
                  <w:marLeft w:val="0"/>
                  <w:marRight w:val="0"/>
                  <w:marTop w:val="0"/>
                  <w:marBottom w:val="0"/>
                  <w:divBdr>
                    <w:top w:val="none" w:sz="0" w:space="0" w:color="auto"/>
                    <w:left w:val="none" w:sz="0" w:space="0" w:color="auto"/>
                    <w:bottom w:val="none" w:sz="0" w:space="0" w:color="auto"/>
                    <w:right w:val="none" w:sz="0" w:space="0" w:color="auto"/>
                  </w:divBdr>
                  <w:divsChild>
                    <w:div w:id="362022285">
                      <w:marLeft w:val="0"/>
                      <w:marRight w:val="0"/>
                      <w:marTop w:val="0"/>
                      <w:marBottom w:val="0"/>
                      <w:divBdr>
                        <w:top w:val="none" w:sz="0" w:space="0" w:color="auto"/>
                        <w:left w:val="none" w:sz="0" w:space="0" w:color="auto"/>
                        <w:bottom w:val="none" w:sz="0" w:space="0" w:color="auto"/>
                        <w:right w:val="none" w:sz="0" w:space="0" w:color="auto"/>
                      </w:divBdr>
                      <w:divsChild>
                        <w:div w:id="939222947">
                          <w:marLeft w:val="0"/>
                          <w:marRight w:val="0"/>
                          <w:marTop w:val="0"/>
                          <w:marBottom w:val="0"/>
                          <w:divBdr>
                            <w:top w:val="none" w:sz="0" w:space="0" w:color="auto"/>
                            <w:left w:val="none" w:sz="0" w:space="0" w:color="auto"/>
                            <w:bottom w:val="none" w:sz="0" w:space="0" w:color="auto"/>
                            <w:right w:val="none" w:sz="0" w:space="0" w:color="auto"/>
                          </w:divBdr>
                          <w:divsChild>
                            <w:div w:id="1043941819">
                              <w:marLeft w:val="0"/>
                              <w:marRight w:val="0"/>
                              <w:marTop w:val="0"/>
                              <w:marBottom w:val="0"/>
                              <w:divBdr>
                                <w:top w:val="none" w:sz="0" w:space="0" w:color="auto"/>
                                <w:left w:val="none" w:sz="0" w:space="0" w:color="auto"/>
                                <w:bottom w:val="none" w:sz="0" w:space="0" w:color="auto"/>
                                <w:right w:val="none" w:sz="0" w:space="0" w:color="auto"/>
                              </w:divBdr>
                              <w:divsChild>
                                <w:div w:id="1981614339">
                                  <w:marLeft w:val="0"/>
                                  <w:marRight w:val="3235"/>
                                  <w:marTop w:val="0"/>
                                  <w:marBottom w:val="0"/>
                                  <w:divBdr>
                                    <w:top w:val="none" w:sz="0" w:space="0" w:color="auto"/>
                                    <w:left w:val="none" w:sz="0" w:space="0" w:color="auto"/>
                                    <w:bottom w:val="none" w:sz="0" w:space="0" w:color="auto"/>
                                    <w:right w:val="none" w:sz="0" w:space="0" w:color="auto"/>
                                  </w:divBdr>
                                  <w:divsChild>
                                    <w:div w:id="470950617">
                                      <w:marLeft w:val="0"/>
                                      <w:marRight w:val="0"/>
                                      <w:marTop w:val="0"/>
                                      <w:marBottom w:val="0"/>
                                      <w:divBdr>
                                        <w:top w:val="none" w:sz="0" w:space="0" w:color="auto"/>
                                        <w:left w:val="none" w:sz="0" w:space="0" w:color="auto"/>
                                        <w:bottom w:val="none" w:sz="0" w:space="0" w:color="auto"/>
                                        <w:right w:val="none" w:sz="0" w:space="0" w:color="auto"/>
                                      </w:divBdr>
                                      <w:divsChild>
                                        <w:div w:id="1876505701">
                                          <w:marLeft w:val="0"/>
                                          <w:marRight w:val="0"/>
                                          <w:marTop w:val="0"/>
                                          <w:marBottom w:val="0"/>
                                          <w:divBdr>
                                            <w:top w:val="none" w:sz="0" w:space="0" w:color="auto"/>
                                            <w:left w:val="none" w:sz="0" w:space="0" w:color="auto"/>
                                            <w:bottom w:val="none" w:sz="0" w:space="0" w:color="auto"/>
                                            <w:right w:val="none" w:sz="0" w:space="0" w:color="auto"/>
                                          </w:divBdr>
                                          <w:divsChild>
                                            <w:div w:id="2023506566">
                                              <w:marLeft w:val="0"/>
                                              <w:marRight w:val="0"/>
                                              <w:marTop w:val="0"/>
                                              <w:marBottom w:val="0"/>
                                              <w:divBdr>
                                                <w:top w:val="none" w:sz="0" w:space="0" w:color="auto"/>
                                                <w:left w:val="none" w:sz="0" w:space="0" w:color="auto"/>
                                                <w:bottom w:val="none" w:sz="0" w:space="0" w:color="auto"/>
                                                <w:right w:val="none" w:sz="0" w:space="0" w:color="auto"/>
                                              </w:divBdr>
                                              <w:divsChild>
                                                <w:div w:id="52823630">
                                                  <w:marLeft w:val="0"/>
                                                  <w:marRight w:val="0"/>
                                                  <w:marTop w:val="0"/>
                                                  <w:marBottom w:val="0"/>
                                                  <w:divBdr>
                                                    <w:top w:val="none" w:sz="0" w:space="0" w:color="auto"/>
                                                    <w:left w:val="none" w:sz="0" w:space="0" w:color="auto"/>
                                                    <w:bottom w:val="none" w:sz="0" w:space="0" w:color="auto"/>
                                                    <w:right w:val="none" w:sz="0" w:space="0" w:color="auto"/>
                                                  </w:divBdr>
                                                  <w:divsChild>
                                                    <w:div w:id="200304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11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1999869">
                          <w:marLeft w:val="0"/>
                          <w:marRight w:val="0"/>
                          <w:marTop w:val="0"/>
                          <w:marBottom w:val="0"/>
                          <w:divBdr>
                            <w:top w:val="none" w:sz="0" w:space="0" w:color="auto"/>
                            <w:left w:val="none" w:sz="0" w:space="0" w:color="auto"/>
                            <w:bottom w:val="none" w:sz="0" w:space="0" w:color="auto"/>
                            <w:right w:val="none" w:sz="0" w:space="0" w:color="auto"/>
                          </w:divBdr>
                          <w:divsChild>
                            <w:div w:id="2070221532">
                              <w:marLeft w:val="0"/>
                              <w:marRight w:val="0"/>
                              <w:marTop w:val="0"/>
                              <w:marBottom w:val="0"/>
                              <w:divBdr>
                                <w:top w:val="none" w:sz="0" w:space="0" w:color="auto"/>
                                <w:left w:val="none" w:sz="0" w:space="0" w:color="auto"/>
                                <w:bottom w:val="none" w:sz="0" w:space="0" w:color="auto"/>
                                <w:right w:val="none" w:sz="0" w:space="0" w:color="auto"/>
                              </w:divBdr>
                              <w:divsChild>
                                <w:div w:id="647057343">
                                  <w:marLeft w:val="0"/>
                                  <w:marRight w:val="0"/>
                                  <w:marTop w:val="0"/>
                                  <w:marBottom w:val="0"/>
                                  <w:divBdr>
                                    <w:top w:val="none" w:sz="0" w:space="0" w:color="auto"/>
                                    <w:left w:val="none" w:sz="0" w:space="0" w:color="auto"/>
                                    <w:bottom w:val="none" w:sz="0" w:space="0" w:color="auto"/>
                                    <w:right w:val="none" w:sz="0" w:space="0" w:color="auto"/>
                                  </w:divBdr>
                                  <w:divsChild>
                                    <w:div w:id="989869614">
                                      <w:marLeft w:val="0"/>
                                      <w:marRight w:val="0"/>
                                      <w:marTop w:val="0"/>
                                      <w:marBottom w:val="0"/>
                                      <w:divBdr>
                                        <w:top w:val="none" w:sz="0" w:space="0" w:color="auto"/>
                                        <w:left w:val="none" w:sz="0" w:space="0" w:color="auto"/>
                                        <w:bottom w:val="none" w:sz="0" w:space="0" w:color="auto"/>
                                        <w:right w:val="none" w:sz="0" w:space="0" w:color="auto"/>
                                      </w:divBdr>
                                      <w:divsChild>
                                        <w:div w:id="1833911651">
                                          <w:marLeft w:val="0"/>
                                          <w:marRight w:val="0"/>
                                          <w:marTop w:val="180"/>
                                          <w:marBottom w:val="240"/>
                                          <w:divBdr>
                                            <w:top w:val="none" w:sz="0" w:space="0" w:color="auto"/>
                                            <w:left w:val="none" w:sz="0" w:space="0" w:color="auto"/>
                                            <w:bottom w:val="none" w:sz="0" w:space="0" w:color="auto"/>
                                            <w:right w:val="none" w:sz="0" w:space="0" w:color="auto"/>
                                          </w:divBdr>
                                        </w:div>
                                        <w:div w:id="109512881">
                                          <w:marLeft w:val="0"/>
                                          <w:marRight w:val="0"/>
                                          <w:marTop w:val="180"/>
                                          <w:marBottom w:val="240"/>
                                          <w:divBdr>
                                            <w:top w:val="none" w:sz="0" w:space="0" w:color="auto"/>
                                            <w:left w:val="none" w:sz="0" w:space="0" w:color="auto"/>
                                            <w:bottom w:val="none" w:sz="0" w:space="0" w:color="auto"/>
                                            <w:right w:val="none" w:sz="0" w:space="0" w:color="auto"/>
                                          </w:divBdr>
                                        </w:div>
                                        <w:div w:id="528565424">
                                          <w:marLeft w:val="0"/>
                                          <w:marRight w:val="0"/>
                                          <w:marTop w:val="180"/>
                                          <w:marBottom w:val="240"/>
                                          <w:divBdr>
                                            <w:top w:val="none" w:sz="0" w:space="0" w:color="auto"/>
                                            <w:left w:val="none" w:sz="0" w:space="0" w:color="auto"/>
                                            <w:bottom w:val="none" w:sz="0" w:space="0" w:color="auto"/>
                                            <w:right w:val="none" w:sz="0" w:space="0" w:color="auto"/>
                                          </w:divBdr>
                                        </w:div>
                                        <w:div w:id="493685966">
                                          <w:marLeft w:val="0"/>
                                          <w:marRight w:val="0"/>
                                          <w:marTop w:val="360"/>
                                          <w:marBottom w:val="180"/>
                                          <w:divBdr>
                                            <w:top w:val="none" w:sz="0" w:space="0" w:color="auto"/>
                                            <w:left w:val="none" w:sz="0" w:space="0" w:color="auto"/>
                                            <w:bottom w:val="none" w:sz="0" w:space="0" w:color="auto"/>
                                            <w:right w:val="none" w:sz="0" w:space="0" w:color="auto"/>
                                          </w:divBdr>
                                        </w:div>
                                        <w:div w:id="1007169982">
                                          <w:marLeft w:val="0"/>
                                          <w:marRight w:val="0"/>
                                          <w:marTop w:val="360"/>
                                          <w:marBottom w:val="180"/>
                                          <w:divBdr>
                                            <w:top w:val="none" w:sz="0" w:space="0" w:color="auto"/>
                                            <w:left w:val="none" w:sz="0" w:space="0" w:color="auto"/>
                                            <w:bottom w:val="none" w:sz="0" w:space="0" w:color="auto"/>
                                            <w:right w:val="none" w:sz="0" w:space="0" w:color="auto"/>
                                          </w:divBdr>
                                        </w:div>
                                        <w:div w:id="1728801463">
                                          <w:marLeft w:val="0"/>
                                          <w:marRight w:val="0"/>
                                          <w:marTop w:val="180"/>
                                          <w:marBottom w:val="240"/>
                                          <w:divBdr>
                                            <w:top w:val="none" w:sz="0" w:space="0" w:color="auto"/>
                                            <w:left w:val="none" w:sz="0" w:space="0" w:color="auto"/>
                                            <w:bottom w:val="none" w:sz="0" w:space="0" w:color="auto"/>
                                            <w:right w:val="none" w:sz="0" w:space="0" w:color="auto"/>
                                          </w:divBdr>
                                        </w:div>
                                        <w:div w:id="77560218">
                                          <w:marLeft w:val="0"/>
                                          <w:marRight w:val="0"/>
                                          <w:marTop w:val="60"/>
                                          <w:marBottom w:val="180"/>
                                          <w:divBdr>
                                            <w:top w:val="none" w:sz="0" w:space="0" w:color="auto"/>
                                            <w:left w:val="none" w:sz="0" w:space="0" w:color="auto"/>
                                            <w:bottom w:val="none" w:sz="0" w:space="0" w:color="auto"/>
                                            <w:right w:val="none" w:sz="0" w:space="0" w:color="auto"/>
                                          </w:divBdr>
                                        </w:div>
                                        <w:div w:id="646319551">
                                          <w:marLeft w:val="0"/>
                                          <w:marRight w:val="0"/>
                                          <w:marTop w:val="180"/>
                                          <w:marBottom w:val="240"/>
                                          <w:divBdr>
                                            <w:top w:val="none" w:sz="0" w:space="0" w:color="auto"/>
                                            <w:left w:val="none" w:sz="0" w:space="0" w:color="auto"/>
                                            <w:bottom w:val="none" w:sz="0" w:space="0" w:color="auto"/>
                                            <w:right w:val="none" w:sz="0" w:space="0" w:color="auto"/>
                                          </w:divBdr>
                                        </w:div>
                                        <w:div w:id="172664198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8950593">
      <w:bodyDiv w:val="1"/>
      <w:marLeft w:val="0"/>
      <w:marRight w:val="0"/>
      <w:marTop w:val="0"/>
      <w:marBottom w:val="0"/>
      <w:divBdr>
        <w:top w:val="none" w:sz="0" w:space="0" w:color="auto"/>
        <w:left w:val="none" w:sz="0" w:space="0" w:color="auto"/>
        <w:bottom w:val="none" w:sz="0" w:space="0" w:color="auto"/>
        <w:right w:val="none" w:sz="0" w:space="0" w:color="auto"/>
      </w:divBdr>
      <w:divsChild>
        <w:div w:id="133791362">
          <w:marLeft w:val="0"/>
          <w:marRight w:val="0"/>
          <w:marTop w:val="180"/>
          <w:marBottom w:val="240"/>
          <w:divBdr>
            <w:top w:val="none" w:sz="0" w:space="0" w:color="auto"/>
            <w:left w:val="none" w:sz="0" w:space="0" w:color="auto"/>
            <w:bottom w:val="none" w:sz="0" w:space="0" w:color="auto"/>
            <w:right w:val="none" w:sz="0" w:space="0" w:color="auto"/>
          </w:divBdr>
        </w:div>
        <w:div w:id="273832270">
          <w:marLeft w:val="0"/>
          <w:marRight w:val="0"/>
          <w:marTop w:val="360"/>
          <w:marBottom w:val="180"/>
          <w:divBdr>
            <w:top w:val="none" w:sz="0" w:space="0" w:color="auto"/>
            <w:left w:val="none" w:sz="0" w:space="0" w:color="auto"/>
            <w:bottom w:val="none" w:sz="0" w:space="0" w:color="auto"/>
            <w:right w:val="none" w:sz="0" w:space="0" w:color="auto"/>
          </w:divBdr>
        </w:div>
        <w:div w:id="291400258">
          <w:marLeft w:val="0"/>
          <w:marRight w:val="0"/>
          <w:marTop w:val="360"/>
          <w:marBottom w:val="180"/>
          <w:divBdr>
            <w:top w:val="none" w:sz="0" w:space="0" w:color="auto"/>
            <w:left w:val="none" w:sz="0" w:space="0" w:color="auto"/>
            <w:bottom w:val="none" w:sz="0" w:space="0" w:color="auto"/>
            <w:right w:val="none" w:sz="0" w:space="0" w:color="auto"/>
          </w:divBdr>
        </w:div>
        <w:div w:id="332530006">
          <w:marLeft w:val="0"/>
          <w:marRight w:val="0"/>
          <w:marTop w:val="360"/>
          <w:marBottom w:val="180"/>
          <w:divBdr>
            <w:top w:val="none" w:sz="0" w:space="0" w:color="auto"/>
            <w:left w:val="none" w:sz="0" w:space="0" w:color="auto"/>
            <w:bottom w:val="none" w:sz="0" w:space="0" w:color="auto"/>
            <w:right w:val="none" w:sz="0" w:space="0" w:color="auto"/>
          </w:divBdr>
        </w:div>
        <w:div w:id="395397598">
          <w:marLeft w:val="0"/>
          <w:marRight w:val="0"/>
          <w:marTop w:val="180"/>
          <w:marBottom w:val="240"/>
          <w:divBdr>
            <w:top w:val="none" w:sz="0" w:space="0" w:color="auto"/>
            <w:left w:val="none" w:sz="0" w:space="0" w:color="auto"/>
            <w:bottom w:val="none" w:sz="0" w:space="0" w:color="auto"/>
            <w:right w:val="none" w:sz="0" w:space="0" w:color="auto"/>
          </w:divBdr>
        </w:div>
        <w:div w:id="490680224">
          <w:marLeft w:val="0"/>
          <w:marRight w:val="0"/>
          <w:marTop w:val="180"/>
          <w:marBottom w:val="240"/>
          <w:divBdr>
            <w:top w:val="none" w:sz="0" w:space="0" w:color="auto"/>
            <w:left w:val="none" w:sz="0" w:space="0" w:color="auto"/>
            <w:bottom w:val="none" w:sz="0" w:space="0" w:color="auto"/>
            <w:right w:val="none" w:sz="0" w:space="0" w:color="auto"/>
          </w:divBdr>
        </w:div>
        <w:div w:id="535238039">
          <w:marLeft w:val="0"/>
          <w:marRight w:val="0"/>
          <w:marTop w:val="180"/>
          <w:marBottom w:val="240"/>
          <w:divBdr>
            <w:top w:val="none" w:sz="0" w:space="0" w:color="auto"/>
            <w:left w:val="none" w:sz="0" w:space="0" w:color="auto"/>
            <w:bottom w:val="none" w:sz="0" w:space="0" w:color="auto"/>
            <w:right w:val="none" w:sz="0" w:space="0" w:color="auto"/>
          </w:divBdr>
        </w:div>
        <w:div w:id="561790424">
          <w:marLeft w:val="0"/>
          <w:marRight w:val="0"/>
          <w:marTop w:val="360"/>
          <w:marBottom w:val="180"/>
          <w:divBdr>
            <w:top w:val="none" w:sz="0" w:space="0" w:color="auto"/>
            <w:left w:val="none" w:sz="0" w:space="0" w:color="auto"/>
            <w:bottom w:val="none" w:sz="0" w:space="0" w:color="auto"/>
            <w:right w:val="none" w:sz="0" w:space="0" w:color="auto"/>
          </w:divBdr>
        </w:div>
        <w:div w:id="639922877">
          <w:marLeft w:val="0"/>
          <w:marRight w:val="0"/>
          <w:marTop w:val="360"/>
          <w:marBottom w:val="180"/>
          <w:divBdr>
            <w:top w:val="none" w:sz="0" w:space="0" w:color="auto"/>
            <w:left w:val="none" w:sz="0" w:space="0" w:color="auto"/>
            <w:bottom w:val="none" w:sz="0" w:space="0" w:color="auto"/>
            <w:right w:val="none" w:sz="0" w:space="0" w:color="auto"/>
          </w:divBdr>
        </w:div>
        <w:div w:id="695234715">
          <w:marLeft w:val="0"/>
          <w:marRight w:val="0"/>
          <w:marTop w:val="180"/>
          <w:marBottom w:val="240"/>
          <w:divBdr>
            <w:top w:val="none" w:sz="0" w:space="0" w:color="auto"/>
            <w:left w:val="none" w:sz="0" w:space="0" w:color="auto"/>
            <w:bottom w:val="none" w:sz="0" w:space="0" w:color="auto"/>
            <w:right w:val="none" w:sz="0" w:space="0" w:color="auto"/>
          </w:divBdr>
        </w:div>
        <w:div w:id="948241574">
          <w:marLeft w:val="0"/>
          <w:marRight w:val="0"/>
          <w:marTop w:val="180"/>
          <w:marBottom w:val="240"/>
          <w:divBdr>
            <w:top w:val="none" w:sz="0" w:space="0" w:color="auto"/>
            <w:left w:val="none" w:sz="0" w:space="0" w:color="auto"/>
            <w:bottom w:val="none" w:sz="0" w:space="0" w:color="auto"/>
            <w:right w:val="none" w:sz="0" w:space="0" w:color="auto"/>
          </w:divBdr>
        </w:div>
        <w:div w:id="1128426650">
          <w:marLeft w:val="0"/>
          <w:marRight w:val="0"/>
          <w:marTop w:val="360"/>
          <w:marBottom w:val="180"/>
          <w:divBdr>
            <w:top w:val="none" w:sz="0" w:space="0" w:color="auto"/>
            <w:left w:val="none" w:sz="0" w:space="0" w:color="auto"/>
            <w:bottom w:val="none" w:sz="0" w:space="0" w:color="auto"/>
            <w:right w:val="none" w:sz="0" w:space="0" w:color="auto"/>
          </w:divBdr>
        </w:div>
        <w:div w:id="1326975928">
          <w:marLeft w:val="0"/>
          <w:marRight w:val="0"/>
          <w:marTop w:val="180"/>
          <w:marBottom w:val="240"/>
          <w:divBdr>
            <w:top w:val="none" w:sz="0" w:space="0" w:color="auto"/>
            <w:left w:val="none" w:sz="0" w:space="0" w:color="auto"/>
            <w:bottom w:val="none" w:sz="0" w:space="0" w:color="auto"/>
            <w:right w:val="none" w:sz="0" w:space="0" w:color="auto"/>
          </w:divBdr>
        </w:div>
        <w:div w:id="1363631348">
          <w:marLeft w:val="0"/>
          <w:marRight w:val="0"/>
          <w:marTop w:val="360"/>
          <w:marBottom w:val="180"/>
          <w:divBdr>
            <w:top w:val="none" w:sz="0" w:space="0" w:color="auto"/>
            <w:left w:val="none" w:sz="0" w:space="0" w:color="auto"/>
            <w:bottom w:val="none" w:sz="0" w:space="0" w:color="auto"/>
            <w:right w:val="none" w:sz="0" w:space="0" w:color="auto"/>
          </w:divBdr>
        </w:div>
        <w:div w:id="1424717250">
          <w:marLeft w:val="0"/>
          <w:marRight w:val="0"/>
          <w:marTop w:val="360"/>
          <w:marBottom w:val="180"/>
          <w:divBdr>
            <w:top w:val="none" w:sz="0" w:space="0" w:color="auto"/>
            <w:left w:val="none" w:sz="0" w:space="0" w:color="auto"/>
            <w:bottom w:val="none" w:sz="0" w:space="0" w:color="auto"/>
            <w:right w:val="none" w:sz="0" w:space="0" w:color="auto"/>
          </w:divBdr>
        </w:div>
        <w:div w:id="1521237911">
          <w:marLeft w:val="0"/>
          <w:marRight w:val="0"/>
          <w:marTop w:val="180"/>
          <w:marBottom w:val="240"/>
          <w:divBdr>
            <w:top w:val="none" w:sz="0" w:space="0" w:color="auto"/>
            <w:left w:val="none" w:sz="0" w:space="0" w:color="auto"/>
            <w:bottom w:val="none" w:sz="0" w:space="0" w:color="auto"/>
            <w:right w:val="none" w:sz="0" w:space="0" w:color="auto"/>
          </w:divBdr>
        </w:div>
        <w:div w:id="1525752273">
          <w:marLeft w:val="0"/>
          <w:marRight w:val="0"/>
          <w:marTop w:val="180"/>
          <w:marBottom w:val="240"/>
          <w:divBdr>
            <w:top w:val="none" w:sz="0" w:space="0" w:color="auto"/>
            <w:left w:val="none" w:sz="0" w:space="0" w:color="auto"/>
            <w:bottom w:val="none" w:sz="0" w:space="0" w:color="auto"/>
            <w:right w:val="none" w:sz="0" w:space="0" w:color="auto"/>
          </w:divBdr>
        </w:div>
        <w:div w:id="1662080659">
          <w:marLeft w:val="0"/>
          <w:marRight w:val="0"/>
          <w:marTop w:val="180"/>
          <w:marBottom w:val="240"/>
          <w:divBdr>
            <w:top w:val="none" w:sz="0" w:space="0" w:color="auto"/>
            <w:left w:val="none" w:sz="0" w:space="0" w:color="auto"/>
            <w:bottom w:val="none" w:sz="0" w:space="0" w:color="auto"/>
            <w:right w:val="none" w:sz="0" w:space="0" w:color="auto"/>
          </w:divBdr>
        </w:div>
        <w:div w:id="1944679769">
          <w:marLeft w:val="0"/>
          <w:marRight w:val="0"/>
          <w:marTop w:val="180"/>
          <w:marBottom w:val="240"/>
          <w:divBdr>
            <w:top w:val="none" w:sz="0" w:space="0" w:color="auto"/>
            <w:left w:val="none" w:sz="0" w:space="0" w:color="auto"/>
            <w:bottom w:val="none" w:sz="0" w:space="0" w:color="auto"/>
            <w:right w:val="none" w:sz="0" w:space="0" w:color="auto"/>
          </w:divBdr>
        </w:div>
      </w:divsChild>
    </w:div>
    <w:div w:id="1615165258">
      <w:bodyDiv w:val="1"/>
      <w:marLeft w:val="0"/>
      <w:marRight w:val="0"/>
      <w:marTop w:val="0"/>
      <w:marBottom w:val="0"/>
      <w:divBdr>
        <w:top w:val="none" w:sz="0" w:space="0" w:color="auto"/>
        <w:left w:val="none" w:sz="0" w:space="0" w:color="auto"/>
        <w:bottom w:val="none" w:sz="0" w:space="0" w:color="auto"/>
        <w:right w:val="none" w:sz="0" w:space="0" w:color="auto"/>
      </w:divBdr>
      <w:divsChild>
        <w:div w:id="391465538">
          <w:marLeft w:val="0"/>
          <w:marRight w:val="0"/>
          <w:marTop w:val="180"/>
          <w:marBottom w:val="240"/>
          <w:divBdr>
            <w:top w:val="none" w:sz="0" w:space="0" w:color="auto"/>
            <w:left w:val="none" w:sz="0" w:space="0" w:color="auto"/>
            <w:bottom w:val="none" w:sz="0" w:space="0" w:color="auto"/>
            <w:right w:val="none" w:sz="0" w:space="0" w:color="auto"/>
          </w:divBdr>
        </w:div>
        <w:div w:id="1533684998">
          <w:marLeft w:val="0"/>
          <w:marRight w:val="0"/>
          <w:marTop w:val="180"/>
          <w:marBottom w:val="240"/>
          <w:divBdr>
            <w:top w:val="none" w:sz="0" w:space="0" w:color="auto"/>
            <w:left w:val="none" w:sz="0" w:space="0" w:color="auto"/>
            <w:bottom w:val="none" w:sz="0" w:space="0" w:color="auto"/>
            <w:right w:val="none" w:sz="0" w:space="0" w:color="auto"/>
          </w:divBdr>
        </w:div>
      </w:divsChild>
    </w:div>
    <w:div w:id="1626496569">
      <w:bodyDiv w:val="1"/>
      <w:marLeft w:val="0"/>
      <w:marRight w:val="0"/>
      <w:marTop w:val="0"/>
      <w:marBottom w:val="0"/>
      <w:divBdr>
        <w:top w:val="none" w:sz="0" w:space="0" w:color="auto"/>
        <w:left w:val="none" w:sz="0" w:space="0" w:color="auto"/>
        <w:bottom w:val="none" w:sz="0" w:space="0" w:color="auto"/>
        <w:right w:val="none" w:sz="0" w:space="0" w:color="auto"/>
      </w:divBdr>
      <w:divsChild>
        <w:div w:id="1398073">
          <w:marLeft w:val="0"/>
          <w:marRight w:val="0"/>
          <w:marTop w:val="360"/>
          <w:marBottom w:val="180"/>
          <w:divBdr>
            <w:top w:val="none" w:sz="0" w:space="0" w:color="auto"/>
            <w:left w:val="none" w:sz="0" w:space="0" w:color="auto"/>
            <w:bottom w:val="none" w:sz="0" w:space="0" w:color="auto"/>
            <w:right w:val="none" w:sz="0" w:space="0" w:color="auto"/>
          </w:divBdr>
        </w:div>
        <w:div w:id="17701668">
          <w:marLeft w:val="0"/>
          <w:marRight w:val="0"/>
          <w:marTop w:val="180"/>
          <w:marBottom w:val="240"/>
          <w:divBdr>
            <w:top w:val="none" w:sz="0" w:space="0" w:color="auto"/>
            <w:left w:val="none" w:sz="0" w:space="0" w:color="auto"/>
            <w:bottom w:val="none" w:sz="0" w:space="0" w:color="auto"/>
            <w:right w:val="none" w:sz="0" w:space="0" w:color="auto"/>
          </w:divBdr>
        </w:div>
        <w:div w:id="35396735">
          <w:marLeft w:val="0"/>
          <w:marRight w:val="0"/>
          <w:marTop w:val="180"/>
          <w:marBottom w:val="240"/>
          <w:divBdr>
            <w:top w:val="none" w:sz="0" w:space="0" w:color="auto"/>
            <w:left w:val="none" w:sz="0" w:space="0" w:color="auto"/>
            <w:bottom w:val="none" w:sz="0" w:space="0" w:color="auto"/>
            <w:right w:val="none" w:sz="0" w:space="0" w:color="auto"/>
          </w:divBdr>
        </w:div>
        <w:div w:id="151915547">
          <w:marLeft w:val="0"/>
          <w:marRight w:val="0"/>
          <w:marTop w:val="180"/>
          <w:marBottom w:val="240"/>
          <w:divBdr>
            <w:top w:val="none" w:sz="0" w:space="0" w:color="auto"/>
            <w:left w:val="none" w:sz="0" w:space="0" w:color="auto"/>
            <w:bottom w:val="none" w:sz="0" w:space="0" w:color="auto"/>
            <w:right w:val="none" w:sz="0" w:space="0" w:color="auto"/>
          </w:divBdr>
        </w:div>
        <w:div w:id="209415546">
          <w:marLeft w:val="0"/>
          <w:marRight w:val="0"/>
          <w:marTop w:val="180"/>
          <w:marBottom w:val="240"/>
          <w:divBdr>
            <w:top w:val="none" w:sz="0" w:space="0" w:color="auto"/>
            <w:left w:val="none" w:sz="0" w:space="0" w:color="auto"/>
            <w:bottom w:val="none" w:sz="0" w:space="0" w:color="auto"/>
            <w:right w:val="none" w:sz="0" w:space="0" w:color="auto"/>
          </w:divBdr>
        </w:div>
        <w:div w:id="394668878">
          <w:marLeft w:val="0"/>
          <w:marRight w:val="0"/>
          <w:marTop w:val="180"/>
          <w:marBottom w:val="240"/>
          <w:divBdr>
            <w:top w:val="none" w:sz="0" w:space="0" w:color="auto"/>
            <w:left w:val="none" w:sz="0" w:space="0" w:color="auto"/>
            <w:bottom w:val="none" w:sz="0" w:space="0" w:color="auto"/>
            <w:right w:val="none" w:sz="0" w:space="0" w:color="auto"/>
          </w:divBdr>
        </w:div>
        <w:div w:id="621150530">
          <w:marLeft w:val="0"/>
          <w:marRight w:val="0"/>
          <w:marTop w:val="180"/>
          <w:marBottom w:val="240"/>
          <w:divBdr>
            <w:top w:val="none" w:sz="0" w:space="0" w:color="auto"/>
            <w:left w:val="none" w:sz="0" w:space="0" w:color="auto"/>
            <w:bottom w:val="none" w:sz="0" w:space="0" w:color="auto"/>
            <w:right w:val="none" w:sz="0" w:space="0" w:color="auto"/>
          </w:divBdr>
        </w:div>
        <w:div w:id="700596160">
          <w:marLeft w:val="0"/>
          <w:marRight w:val="0"/>
          <w:marTop w:val="180"/>
          <w:marBottom w:val="240"/>
          <w:divBdr>
            <w:top w:val="none" w:sz="0" w:space="0" w:color="auto"/>
            <w:left w:val="none" w:sz="0" w:space="0" w:color="auto"/>
            <w:bottom w:val="none" w:sz="0" w:space="0" w:color="auto"/>
            <w:right w:val="none" w:sz="0" w:space="0" w:color="auto"/>
          </w:divBdr>
        </w:div>
        <w:div w:id="845905322">
          <w:marLeft w:val="0"/>
          <w:marRight w:val="0"/>
          <w:marTop w:val="180"/>
          <w:marBottom w:val="240"/>
          <w:divBdr>
            <w:top w:val="none" w:sz="0" w:space="0" w:color="auto"/>
            <w:left w:val="none" w:sz="0" w:space="0" w:color="auto"/>
            <w:bottom w:val="none" w:sz="0" w:space="0" w:color="auto"/>
            <w:right w:val="none" w:sz="0" w:space="0" w:color="auto"/>
          </w:divBdr>
        </w:div>
        <w:div w:id="959729029">
          <w:marLeft w:val="0"/>
          <w:marRight w:val="0"/>
          <w:marTop w:val="360"/>
          <w:marBottom w:val="180"/>
          <w:divBdr>
            <w:top w:val="none" w:sz="0" w:space="0" w:color="auto"/>
            <w:left w:val="none" w:sz="0" w:space="0" w:color="auto"/>
            <w:bottom w:val="none" w:sz="0" w:space="0" w:color="auto"/>
            <w:right w:val="none" w:sz="0" w:space="0" w:color="auto"/>
          </w:divBdr>
        </w:div>
        <w:div w:id="1322540327">
          <w:marLeft w:val="0"/>
          <w:marRight w:val="0"/>
          <w:marTop w:val="180"/>
          <w:marBottom w:val="240"/>
          <w:divBdr>
            <w:top w:val="none" w:sz="0" w:space="0" w:color="auto"/>
            <w:left w:val="none" w:sz="0" w:space="0" w:color="auto"/>
            <w:bottom w:val="none" w:sz="0" w:space="0" w:color="auto"/>
            <w:right w:val="none" w:sz="0" w:space="0" w:color="auto"/>
          </w:divBdr>
        </w:div>
        <w:div w:id="1454708095">
          <w:marLeft w:val="0"/>
          <w:marRight w:val="0"/>
          <w:marTop w:val="360"/>
          <w:marBottom w:val="180"/>
          <w:divBdr>
            <w:top w:val="none" w:sz="0" w:space="0" w:color="auto"/>
            <w:left w:val="none" w:sz="0" w:space="0" w:color="auto"/>
            <w:bottom w:val="none" w:sz="0" w:space="0" w:color="auto"/>
            <w:right w:val="none" w:sz="0" w:space="0" w:color="auto"/>
          </w:divBdr>
        </w:div>
        <w:div w:id="1463577761">
          <w:marLeft w:val="0"/>
          <w:marRight w:val="0"/>
          <w:marTop w:val="180"/>
          <w:marBottom w:val="240"/>
          <w:divBdr>
            <w:top w:val="none" w:sz="0" w:space="0" w:color="auto"/>
            <w:left w:val="none" w:sz="0" w:space="0" w:color="auto"/>
            <w:bottom w:val="none" w:sz="0" w:space="0" w:color="auto"/>
            <w:right w:val="none" w:sz="0" w:space="0" w:color="auto"/>
          </w:divBdr>
        </w:div>
        <w:div w:id="1547521953">
          <w:marLeft w:val="0"/>
          <w:marRight w:val="0"/>
          <w:marTop w:val="180"/>
          <w:marBottom w:val="240"/>
          <w:divBdr>
            <w:top w:val="none" w:sz="0" w:space="0" w:color="auto"/>
            <w:left w:val="none" w:sz="0" w:space="0" w:color="auto"/>
            <w:bottom w:val="none" w:sz="0" w:space="0" w:color="auto"/>
            <w:right w:val="none" w:sz="0" w:space="0" w:color="auto"/>
          </w:divBdr>
        </w:div>
        <w:div w:id="1593315367">
          <w:marLeft w:val="0"/>
          <w:marRight w:val="0"/>
          <w:marTop w:val="180"/>
          <w:marBottom w:val="240"/>
          <w:divBdr>
            <w:top w:val="none" w:sz="0" w:space="0" w:color="auto"/>
            <w:left w:val="none" w:sz="0" w:space="0" w:color="auto"/>
            <w:bottom w:val="none" w:sz="0" w:space="0" w:color="auto"/>
            <w:right w:val="none" w:sz="0" w:space="0" w:color="auto"/>
          </w:divBdr>
        </w:div>
        <w:div w:id="1657563224">
          <w:marLeft w:val="0"/>
          <w:marRight w:val="0"/>
          <w:marTop w:val="180"/>
          <w:marBottom w:val="240"/>
          <w:divBdr>
            <w:top w:val="none" w:sz="0" w:space="0" w:color="auto"/>
            <w:left w:val="none" w:sz="0" w:space="0" w:color="auto"/>
            <w:bottom w:val="none" w:sz="0" w:space="0" w:color="auto"/>
            <w:right w:val="none" w:sz="0" w:space="0" w:color="auto"/>
          </w:divBdr>
        </w:div>
        <w:div w:id="1690712397">
          <w:marLeft w:val="0"/>
          <w:marRight w:val="0"/>
          <w:marTop w:val="180"/>
          <w:marBottom w:val="240"/>
          <w:divBdr>
            <w:top w:val="none" w:sz="0" w:space="0" w:color="auto"/>
            <w:left w:val="none" w:sz="0" w:space="0" w:color="auto"/>
            <w:bottom w:val="none" w:sz="0" w:space="0" w:color="auto"/>
            <w:right w:val="none" w:sz="0" w:space="0" w:color="auto"/>
          </w:divBdr>
        </w:div>
        <w:div w:id="2120104339">
          <w:marLeft w:val="0"/>
          <w:marRight w:val="0"/>
          <w:marTop w:val="180"/>
          <w:marBottom w:val="240"/>
          <w:divBdr>
            <w:top w:val="none" w:sz="0" w:space="0" w:color="auto"/>
            <w:left w:val="none" w:sz="0" w:space="0" w:color="auto"/>
            <w:bottom w:val="none" w:sz="0" w:space="0" w:color="auto"/>
            <w:right w:val="none" w:sz="0" w:space="0" w:color="auto"/>
          </w:divBdr>
        </w:div>
      </w:divsChild>
    </w:div>
    <w:div w:id="1662464676">
      <w:bodyDiv w:val="1"/>
      <w:marLeft w:val="0"/>
      <w:marRight w:val="0"/>
      <w:marTop w:val="0"/>
      <w:marBottom w:val="0"/>
      <w:divBdr>
        <w:top w:val="none" w:sz="0" w:space="0" w:color="auto"/>
        <w:left w:val="none" w:sz="0" w:space="0" w:color="auto"/>
        <w:bottom w:val="none" w:sz="0" w:space="0" w:color="auto"/>
        <w:right w:val="none" w:sz="0" w:space="0" w:color="auto"/>
      </w:divBdr>
      <w:divsChild>
        <w:div w:id="142165636">
          <w:marLeft w:val="0"/>
          <w:marRight w:val="0"/>
          <w:marTop w:val="180"/>
          <w:marBottom w:val="240"/>
          <w:divBdr>
            <w:top w:val="none" w:sz="0" w:space="0" w:color="auto"/>
            <w:left w:val="none" w:sz="0" w:space="0" w:color="auto"/>
            <w:bottom w:val="none" w:sz="0" w:space="0" w:color="auto"/>
            <w:right w:val="none" w:sz="0" w:space="0" w:color="auto"/>
          </w:divBdr>
        </w:div>
        <w:div w:id="190195016">
          <w:marLeft w:val="0"/>
          <w:marRight w:val="0"/>
          <w:marTop w:val="180"/>
          <w:marBottom w:val="240"/>
          <w:divBdr>
            <w:top w:val="none" w:sz="0" w:space="0" w:color="auto"/>
            <w:left w:val="none" w:sz="0" w:space="0" w:color="auto"/>
            <w:bottom w:val="none" w:sz="0" w:space="0" w:color="auto"/>
            <w:right w:val="none" w:sz="0" w:space="0" w:color="auto"/>
          </w:divBdr>
        </w:div>
        <w:div w:id="202909592">
          <w:marLeft w:val="0"/>
          <w:marRight w:val="0"/>
          <w:marTop w:val="180"/>
          <w:marBottom w:val="240"/>
          <w:divBdr>
            <w:top w:val="none" w:sz="0" w:space="0" w:color="auto"/>
            <w:left w:val="none" w:sz="0" w:space="0" w:color="auto"/>
            <w:bottom w:val="none" w:sz="0" w:space="0" w:color="auto"/>
            <w:right w:val="none" w:sz="0" w:space="0" w:color="auto"/>
          </w:divBdr>
        </w:div>
        <w:div w:id="221328959">
          <w:marLeft w:val="0"/>
          <w:marRight w:val="0"/>
          <w:marTop w:val="180"/>
          <w:marBottom w:val="240"/>
          <w:divBdr>
            <w:top w:val="none" w:sz="0" w:space="0" w:color="auto"/>
            <w:left w:val="none" w:sz="0" w:space="0" w:color="auto"/>
            <w:bottom w:val="none" w:sz="0" w:space="0" w:color="auto"/>
            <w:right w:val="none" w:sz="0" w:space="0" w:color="auto"/>
          </w:divBdr>
        </w:div>
        <w:div w:id="239337490">
          <w:marLeft w:val="0"/>
          <w:marRight w:val="0"/>
          <w:marTop w:val="180"/>
          <w:marBottom w:val="240"/>
          <w:divBdr>
            <w:top w:val="none" w:sz="0" w:space="0" w:color="auto"/>
            <w:left w:val="none" w:sz="0" w:space="0" w:color="auto"/>
            <w:bottom w:val="none" w:sz="0" w:space="0" w:color="auto"/>
            <w:right w:val="none" w:sz="0" w:space="0" w:color="auto"/>
          </w:divBdr>
        </w:div>
        <w:div w:id="337855649">
          <w:marLeft w:val="0"/>
          <w:marRight w:val="0"/>
          <w:marTop w:val="180"/>
          <w:marBottom w:val="240"/>
          <w:divBdr>
            <w:top w:val="none" w:sz="0" w:space="0" w:color="auto"/>
            <w:left w:val="none" w:sz="0" w:space="0" w:color="auto"/>
            <w:bottom w:val="none" w:sz="0" w:space="0" w:color="auto"/>
            <w:right w:val="none" w:sz="0" w:space="0" w:color="auto"/>
          </w:divBdr>
        </w:div>
        <w:div w:id="440036191">
          <w:marLeft w:val="0"/>
          <w:marRight w:val="0"/>
          <w:marTop w:val="180"/>
          <w:marBottom w:val="240"/>
          <w:divBdr>
            <w:top w:val="none" w:sz="0" w:space="0" w:color="auto"/>
            <w:left w:val="none" w:sz="0" w:space="0" w:color="auto"/>
            <w:bottom w:val="none" w:sz="0" w:space="0" w:color="auto"/>
            <w:right w:val="none" w:sz="0" w:space="0" w:color="auto"/>
          </w:divBdr>
        </w:div>
        <w:div w:id="455148583">
          <w:marLeft w:val="0"/>
          <w:marRight w:val="0"/>
          <w:marTop w:val="180"/>
          <w:marBottom w:val="240"/>
          <w:divBdr>
            <w:top w:val="none" w:sz="0" w:space="0" w:color="auto"/>
            <w:left w:val="none" w:sz="0" w:space="0" w:color="auto"/>
            <w:bottom w:val="none" w:sz="0" w:space="0" w:color="auto"/>
            <w:right w:val="none" w:sz="0" w:space="0" w:color="auto"/>
          </w:divBdr>
        </w:div>
        <w:div w:id="460536704">
          <w:marLeft w:val="0"/>
          <w:marRight w:val="0"/>
          <w:marTop w:val="180"/>
          <w:marBottom w:val="240"/>
          <w:divBdr>
            <w:top w:val="none" w:sz="0" w:space="0" w:color="auto"/>
            <w:left w:val="none" w:sz="0" w:space="0" w:color="auto"/>
            <w:bottom w:val="none" w:sz="0" w:space="0" w:color="auto"/>
            <w:right w:val="none" w:sz="0" w:space="0" w:color="auto"/>
          </w:divBdr>
        </w:div>
        <w:div w:id="490751051">
          <w:marLeft w:val="0"/>
          <w:marRight w:val="0"/>
          <w:marTop w:val="180"/>
          <w:marBottom w:val="240"/>
          <w:divBdr>
            <w:top w:val="none" w:sz="0" w:space="0" w:color="auto"/>
            <w:left w:val="none" w:sz="0" w:space="0" w:color="auto"/>
            <w:bottom w:val="none" w:sz="0" w:space="0" w:color="auto"/>
            <w:right w:val="none" w:sz="0" w:space="0" w:color="auto"/>
          </w:divBdr>
        </w:div>
        <w:div w:id="543099984">
          <w:marLeft w:val="0"/>
          <w:marRight w:val="0"/>
          <w:marTop w:val="180"/>
          <w:marBottom w:val="240"/>
          <w:divBdr>
            <w:top w:val="none" w:sz="0" w:space="0" w:color="auto"/>
            <w:left w:val="none" w:sz="0" w:space="0" w:color="auto"/>
            <w:bottom w:val="none" w:sz="0" w:space="0" w:color="auto"/>
            <w:right w:val="none" w:sz="0" w:space="0" w:color="auto"/>
          </w:divBdr>
        </w:div>
        <w:div w:id="568535552">
          <w:marLeft w:val="0"/>
          <w:marRight w:val="0"/>
          <w:marTop w:val="180"/>
          <w:marBottom w:val="240"/>
          <w:divBdr>
            <w:top w:val="none" w:sz="0" w:space="0" w:color="auto"/>
            <w:left w:val="none" w:sz="0" w:space="0" w:color="auto"/>
            <w:bottom w:val="none" w:sz="0" w:space="0" w:color="auto"/>
            <w:right w:val="none" w:sz="0" w:space="0" w:color="auto"/>
          </w:divBdr>
        </w:div>
        <w:div w:id="568854589">
          <w:marLeft w:val="0"/>
          <w:marRight w:val="0"/>
          <w:marTop w:val="180"/>
          <w:marBottom w:val="240"/>
          <w:divBdr>
            <w:top w:val="none" w:sz="0" w:space="0" w:color="auto"/>
            <w:left w:val="none" w:sz="0" w:space="0" w:color="auto"/>
            <w:bottom w:val="none" w:sz="0" w:space="0" w:color="auto"/>
            <w:right w:val="none" w:sz="0" w:space="0" w:color="auto"/>
          </w:divBdr>
        </w:div>
        <w:div w:id="594436813">
          <w:marLeft w:val="0"/>
          <w:marRight w:val="0"/>
          <w:marTop w:val="180"/>
          <w:marBottom w:val="240"/>
          <w:divBdr>
            <w:top w:val="none" w:sz="0" w:space="0" w:color="auto"/>
            <w:left w:val="none" w:sz="0" w:space="0" w:color="auto"/>
            <w:bottom w:val="none" w:sz="0" w:space="0" w:color="auto"/>
            <w:right w:val="none" w:sz="0" w:space="0" w:color="auto"/>
          </w:divBdr>
        </w:div>
        <w:div w:id="628249187">
          <w:marLeft w:val="0"/>
          <w:marRight w:val="0"/>
          <w:marTop w:val="180"/>
          <w:marBottom w:val="240"/>
          <w:divBdr>
            <w:top w:val="none" w:sz="0" w:space="0" w:color="auto"/>
            <w:left w:val="none" w:sz="0" w:space="0" w:color="auto"/>
            <w:bottom w:val="none" w:sz="0" w:space="0" w:color="auto"/>
            <w:right w:val="none" w:sz="0" w:space="0" w:color="auto"/>
          </w:divBdr>
        </w:div>
        <w:div w:id="698245114">
          <w:marLeft w:val="0"/>
          <w:marRight w:val="0"/>
          <w:marTop w:val="180"/>
          <w:marBottom w:val="240"/>
          <w:divBdr>
            <w:top w:val="none" w:sz="0" w:space="0" w:color="auto"/>
            <w:left w:val="none" w:sz="0" w:space="0" w:color="auto"/>
            <w:bottom w:val="none" w:sz="0" w:space="0" w:color="auto"/>
            <w:right w:val="none" w:sz="0" w:space="0" w:color="auto"/>
          </w:divBdr>
        </w:div>
        <w:div w:id="766193171">
          <w:marLeft w:val="0"/>
          <w:marRight w:val="0"/>
          <w:marTop w:val="180"/>
          <w:marBottom w:val="240"/>
          <w:divBdr>
            <w:top w:val="none" w:sz="0" w:space="0" w:color="auto"/>
            <w:left w:val="none" w:sz="0" w:space="0" w:color="auto"/>
            <w:bottom w:val="none" w:sz="0" w:space="0" w:color="auto"/>
            <w:right w:val="none" w:sz="0" w:space="0" w:color="auto"/>
          </w:divBdr>
        </w:div>
        <w:div w:id="805776004">
          <w:marLeft w:val="0"/>
          <w:marRight w:val="0"/>
          <w:marTop w:val="180"/>
          <w:marBottom w:val="240"/>
          <w:divBdr>
            <w:top w:val="none" w:sz="0" w:space="0" w:color="auto"/>
            <w:left w:val="none" w:sz="0" w:space="0" w:color="auto"/>
            <w:bottom w:val="none" w:sz="0" w:space="0" w:color="auto"/>
            <w:right w:val="none" w:sz="0" w:space="0" w:color="auto"/>
          </w:divBdr>
        </w:div>
        <w:div w:id="993291391">
          <w:marLeft w:val="0"/>
          <w:marRight w:val="0"/>
          <w:marTop w:val="180"/>
          <w:marBottom w:val="240"/>
          <w:divBdr>
            <w:top w:val="none" w:sz="0" w:space="0" w:color="auto"/>
            <w:left w:val="none" w:sz="0" w:space="0" w:color="auto"/>
            <w:bottom w:val="none" w:sz="0" w:space="0" w:color="auto"/>
            <w:right w:val="none" w:sz="0" w:space="0" w:color="auto"/>
          </w:divBdr>
        </w:div>
        <w:div w:id="1023675589">
          <w:marLeft w:val="0"/>
          <w:marRight w:val="0"/>
          <w:marTop w:val="180"/>
          <w:marBottom w:val="240"/>
          <w:divBdr>
            <w:top w:val="none" w:sz="0" w:space="0" w:color="auto"/>
            <w:left w:val="none" w:sz="0" w:space="0" w:color="auto"/>
            <w:bottom w:val="none" w:sz="0" w:space="0" w:color="auto"/>
            <w:right w:val="none" w:sz="0" w:space="0" w:color="auto"/>
          </w:divBdr>
        </w:div>
        <w:div w:id="1058940200">
          <w:marLeft w:val="0"/>
          <w:marRight w:val="0"/>
          <w:marTop w:val="180"/>
          <w:marBottom w:val="240"/>
          <w:divBdr>
            <w:top w:val="none" w:sz="0" w:space="0" w:color="auto"/>
            <w:left w:val="none" w:sz="0" w:space="0" w:color="auto"/>
            <w:bottom w:val="none" w:sz="0" w:space="0" w:color="auto"/>
            <w:right w:val="none" w:sz="0" w:space="0" w:color="auto"/>
          </w:divBdr>
        </w:div>
        <w:div w:id="1167942910">
          <w:marLeft w:val="0"/>
          <w:marRight w:val="0"/>
          <w:marTop w:val="180"/>
          <w:marBottom w:val="240"/>
          <w:divBdr>
            <w:top w:val="none" w:sz="0" w:space="0" w:color="auto"/>
            <w:left w:val="none" w:sz="0" w:space="0" w:color="auto"/>
            <w:bottom w:val="none" w:sz="0" w:space="0" w:color="auto"/>
            <w:right w:val="none" w:sz="0" w:space="0" w:color="auto"/>
          </w:divBdr>
        </w:div>
        <w:div w:id="1235164744">
          <w:marLeft w:val="0"/>
          <w:marRight w:val="0"/>
          <w:marTop w:val="180"/>
          <w:marBottom w:val="240"/>
          <w:divBdr>
            <w:top w:val="none" w:sz="0" w:space="0" w:color="auto"/>
            <w:left w:val="none" w:sz="0" w:space="0" w:color="auto"/>
            <w:bottom w:val="none" w:sz="0" w:space="0" w:color="auto"/>
            <w:right w:val="none" w:sz="0" w:space="0" w:color="auto"/>
          </w:divBdr>
        </w:div>
        <w:div w:id="1371763280">
          <w:marLeft w:val="0"/>
          <w:marRight w:val="0"/>
          <w:marTop w:val="180"/>
          <w:marBottom w:val="240"/>
          <w:divBdr>
            <w:top w:val="none" w:sz="0" w:space="0" w:color="auto"/>
            <w:left w:val="none" w:sz="0" w:space="0" w:color="auto"/>
            <w:bottom w:val="none" w:sz="0" w:space="0" w:color="auto"/>
            <w:right w:val="none" w:sz="0" w:space="0" w:color="auto"/>
          </w:divBdr>
        </w:div>
        <w:div w:id="1395809359">
          <w:marLeft w:val="0"/>
          <w:marRight w:val="0"/>
          <w:marTop w:val="180"/>
          <w:marBottom w:val="240"/>
          <w:divBdr>
            <w:top w:val="none" w:sz="0" w:space="0" w:color="auto"/>
            <w:left w:val="none" w:sz="0" w:space="0" w:color="auto"/>
            <w:bottom w:val="none" w:sz="0" w:space="0" w:color="auto"/>
            <w:right w:val="none" w:sz="0" w:space="0" w:color="auto"/>
          </w:divBdr>
        </w:div>
        <w:div w:id="1417822381">
          <w:marLeft w:val="0"/>
          <w:marRight w:val="0"/>
          <w:marTop w:val="180"/>
          <w:marBottom w:val="240"/>
          <w:divBdr>
            <w:top w:val="none" w:sz="0" w:space="0" w:color="auto"/>
            <w:left w:val="none" w:sz="0" w:space="0" w:color="auto"/>
            <w:bottom w:val="none" w:sz="0" w:space="0" w:color="auto"/>
            <w:right w:val="none" w:sz="0" w:space="0" w:color="auto"/>
          </w:divBdr>
        </w:div>
        <w:div w:id="1452818425">
          <w:marLeft w:val="0"/>
          <w:marRight w:val="0"/>
          <w:marTop w:val="180"/>
          <w:marBottom w:val="240"/>
          <w:divBdr>
            <w:top w:val="none" w:sz="0" w:space="0" w:color="auto"/>
            <w:left w:val="none" w:sz="0" w:space="0" w:color="auto"/>
            <w:bottom w:val="none" w:sz="0" w:space="0" w:color="auto"/>
            <w:right w:val="none" w:sz="0" w:space="0" w:color="auto"/>
          </w:divBdr>
        </w:div>
        <w:div w:id="1486774313">
          <w:marLeft w:val="0"/>
          <w:marRight w:val="0"/>
          <w:marTop w:val="180"/>
          <w:marBottom w:val="240"/>
          <w:divBdr>
            <w:top w:val="none" w:sz="0" w:space="0" w:color="auto"/>
            <w:left w:val="none" w:sz="0" w:space="0" w:color="auto"/>
            <w:bottom w:val="none" w:sz="0" w:space="0" w:color="auto"/>
            <w:right w:val="none" w:sz="0" w:space="0" w:color="auto"/>
          </w:divBdr>
        </w:div>
        <w:div w:id="1493450029">
          <w:marLeft w:val="0"/>
          <w:marRight w:val="0"/>
          <w:marTop w:val="180"/>
          <w:marBottom w:val="240"/>
          <w:divBdr>
            <w:top w:val="none" w:sz="0" w:space="0" w:color="auto"/>
            <w:left w:val="none" w:sz="0" w:space="0" w:color="auto"/>
            <w:bottom w:val="none" w:sz="0" w:space="0" w:color="auto"/>
            <w:right w:val="none" w:sz="0" w:space="0" w:color="auto"/>
          </w:divBdr>
        </w:div>
        <w:div w:id="1601989450">
          <w:marLeft w:val="0"/>
          <w:marRight w:val="0"/>
          <w:marTop w:val="180"/>
          <w:marBottom w:val="240"/>
          <w:divBdr>
            <w:top w:val="none" w:sz="0" w:space="0" w:color="auto"/>
            <w:left w:val="none" w:sz="0" w:space="0" w:color="auto"/>
            <w:bottom w:val="none" w:sz="0" w:space="0" w:color="auto"/>
            <w:right w:val="none" w:sz="0" w:space="0" w:color="auto"/>
          </w:divBdr>
        </w:div>
        <w:div w:id="1729037338">
          <w:marLeft w:val="0"/>
          <w:marRight w:val="0"/>
          <w:marTop w:val="180"/>
          <w:marBottom w:val="240"/>
          <w:divBdr>
            <w:top w:val="none" w:sz="0" w:space="0" w:color="auto"/>
            <w:left w:val="none" w:sz="0" w:space="0" w:color="auto"/>
            <w:bottom w:val="none" w:sz="0" w:space="0" w:color="auto"/>
            <w:right w:val="none" w:sz="0" w:space="0" w:color="auto"/>
          </w:divBdr>
        </w:div>
        <w:div w:id="1756708737">
          <w:marLeft w:val="0"/>
          <w:marRight w:val="0"/>
          <w:marTop w:val="180"/>
          <w:marBottom w:val="240"/>
          <w:divBdr>
            <w:top w:val="none" w:sz="0" w:space="0" w:color="auto"/>
            <w:left w:val="none" w:sz="0" w:space="0" w:color="auto"/>
            <w:bottom w:val="none" w:sz="0" w:space="0" w:color="auto"/>
            <w:right w:val="none" w:sz="0" w:space="0" w:color="auto"/>
          </w:divBdr>
        </w:div>
        <w:div w:id="1804420347">
          <w:marLeft w:val="0"/>
          <w:marRight w:val="0"/>
          <w:marTop w:val="180"/>
          <w:marBottom w:val="240"/>
          <w:divBdr>
            <w:top w:val="none" w:sz="0" w:space="0" w:color="auto"/>
            <w:left w:val="none" w:sz="0" w:space="0" w:color="auto"/>
            <w:bottom w:val="none" w:sz="0" w:space="0" w:color="auto"/>
            <w:right w:val="none" w:sz="0" w:space="0" w:color="auto"/>
          </w:divBdr>
        </w:div>
        <w:div w:id="1857497201">
          <w:marLeft w:val="0"/>
          <w:marRight w:val="0"/>
          <w:marTop w:val="180"/>
          <w:marBottom w:val="240"/>
          <w:divBdr>
            <w:top w:val="none" w:sz="0" w:space="0" w:color="auto"/>
            <w:left w:val="none" w:sz="0" w:space="0" w:color="auto"/>
            <w:bottom w:val="none" w:sz="0" w:space="0" w:color="auto"/>
            <w:right w:val="none" w:sz="0" w:space="0" w:color="auto"/>
          </w:divBdr>
        </w:div>
        <w:div w:id="2003046162">
          <w:marLeft w:val="0"/>
          <w:marRight w:val="0"/>
          <w:marTop w:val="180"/>
          <w:marBottom w:val="240"/>
          <w:divBdr>
            <w:top w:val="none" w:sz="0" w:space="0" w:color="auto"/>
            <w:left w:val="none" w:sz="0" w:space="0" w:color="auto"/>
            <w:bottom w:val="none" w:sz="0" w:space="0" w:color="auto"/>
            <w:right w:val="none" w:sz="0" w:space="0" w:color="auto"/>
          </w:divBdr>
        </w:div>
        <w:div w:id="2053991834">
          <w:marLeft w:val="0"/>
          <w:marRight w:val="0"/>
          <w:marTop w:val="180"/>
          <w:marBottom w:val="240"/>
          <w:divBdr>
            <w:top w:val="none" w:sz="0" w:space="0" w:color="auto"/>
            <w:left w:val="none" w:sz="0" w:space="0" w:color="auto"/>
            <w:bottom w:val="none" w:sz="0" w:space="0" w:color="auto"/>
            <w:right w:val="none" w:sz="0" w:space="0" w:color="auto"/>
          </w:divBdr>
        </w:div>
        <w:div w:id="2127920955">
          <w:marLeft w:val="0"/>
          <w:marRight w:val="0"/>
          <w:marTop w:val="180"/>
          <w:marBottom w:val="240"/>
          <w:divBdr>
            <w:top w:val="none" w:sz="0" w:space="0" w:color="auto"/>
            <w:left w:val="none" w:sz="0" w:space="0" w:color="auto"/>
            <w:bottom w:val="none" w:sz="0" w:space="0" w:color="auto"/>
            <w:right w:val="none" w:sz="0" w:space="0" w:color="auto"/>
          </w:divBdr>
        </w:div>
      </w:divsChild>
    </w:div>
    <w:div w:id="1735739265">
      <w:bodyDiv w:val="1"/>
      <w:marLeft w:val="0"/>
      <w:marRight w:val="0"/>
      <w:marTop w:val="0"/>
      <w:marBottom w:val="0"/>
      <w:divBdr>
        <w:top w:val="none" w:sz="0" w:space="0" w:color="auto"/>
        <w:left w:val="none" w:sz="0" w:space="0" w:color="auto"/>
        <w:bottom w:val="none" w:sz="0" w:space="0" w:color="auto"/>
        <w:right w:val="none" w:sz="0" w:space="0" w:color="auto"/>
      </w:divBdr>
      <w:divsChild>
        <w:div w:id="313798528">
          <w:marLeft w:val="0"/>
          <w:marRight w:val="0"/>
          <w:marTop w:val="180"/>
          <w:marBottom w:val="240"/>
          <w:divBdr>
            <w:top w:val="none" w:sz="0" w:space="0" w:color="auto"/>
            <w:left w:val="none" w:sz="0" w:space="0" w:color="auto"/>
            <w:bottom w:val="none" w:sz="0" w:space="0" w:color="auto"/>
            <w:right w:val="none" w:sz="0" w:space="0" w:color="auto"/>
          </w:divBdr>
        </w:div>
        <w:div w:id="1487092099">
          <w:marLeft w:val="0"/>
          <w:marRight w:val="0"/>
          <w:marTop w:val="180"/>
          <w:marBottom w:val="240"/>
          <w:divBdr>
            <w:top w:val="none" w:sz="0" w:space="0" w:color="auto"/>
            <w:left w:val="none" w:sz="0" w:space="0" w:color="auto"/>
            <w:bottom w:val="none" w:sz="0" w:space="0" w:color="auto"/>
            <w:right w:val="none" w:sz="0" w:space="0" w:color="auto"/>
          </w:divBdr>
        </w:div>
      </w:divsChild>
    </w:div>
    <w:div w:id="1749813427">
      <w:bodyDiv w:val="1"/>
      <w:marLeft w:val="0"/>
      <w:marRight w:val="0"/>
      <w:marTop w:val="0"/>
      <w:marBottom w:val="0"/>
      <w:divBdr>
        <w:top w:val="none" w:sz="0" w:space="0" w:color="auto"/>
        <w:left w:val="none" w:sz="0" w:space="0" w:color="auto"/>
        <w:bottom w:val="none" w:sz="0" w:space="0" w:color="auto"/>
        <w:right w:val="none" w:sz="0" w:space="0" w:color="auto"/>
      </w:divBdr>
      <w:divsChild>
        <w:div w:id="149828574">
          <w:marLeft w:val="0"/>
          <w:marRight w:val="0"/>
          <w:marTop w:val="180"/>
          <w:marBottom w:val="240"/>
          <w:divBdr>
            <w:top w:val="none" w:sz="0" w:space="0" w:color="auto"/>
            <w:left w:val="none" w:sz="0" w:space="0" w:color="auto"/>
            <w:bottom w:val="none" w:sz="0" w:space="0" w:color="auto"/>
            <w:right w:val="none" w:sz="0" w:space="0" w:color="auto"/>
          </w:divBdr>
        </w:div>
      </w:divsChild>
    </w:div>
    <w:div w:id="1770924204">
      <w:bodyDiv w:val="1"/>
      <w:marLeft w:val="0"/>
      <w:marRight w:val="0"/>
      <w:marTop w:val="0"/>
      <w:marBottom w:val="0"/>
      <w:divBdr>
        <w:top w:val="none" w:sz="0" w:space="0" w:color="auto"/>
        <w:left w:val="none" w:sz="0" w:space="0" w:color="auto"/>
        <w:bottom w:val="none" w:sz="0" w:space="0" w:color="auto"/>
        <w:right w:val="none" w:sz="0" w:space="0" w:color="auto"/>
      </w:divBdr>
      <w:divsChild>
        <w:div w:id="378284420">
          <w:marLeft w:val="0"/>
          <w:marRight w:val="0"/>
          <w:marTop w:val="180"/>
          <w:marBottom w:val="240"/>
          <w:divBdr>
            <w:top w:val="none" w:sz="0" w:space="0" w:color="auto"/>
            <w:left w:val="none" w:sz="0" w:space="0" w:color="auto"/>
            <w:bottom w:val="none" w:sz="0" w:space="0" w:color="auto"/>
            <w:right w:val="none" w:sz="0" w:space="0" w:color="auto"/>
          </w:divBdr>
        </w:div>
        <w:div w:id="1265457661">
          <w:marLeft w:val="0"/>
          <w:marRight w:val="0"/>
          <w:marTop w:val="180"/>
          <w:marBottom w:val="240"/>
          <w:divBdr>
            <w:top w:val="none" w:sz="0" w:space="0" w:color="auto"/>
            <w:left w:val="none" w:sz="0" w:space="0" w:color="auto"/>
            <w:bottom w:val="none" w:sz="0" w:space="0" w:color="auto"/>
            <w:right w:val="none" w:sz="0" w:space="0" w:color="auto"/>
          </w:divBdr>
        </w:div>
        <w:div w:id="1500272348">
          <w:marLeft w:val="0"/>
          <w:marRight w:val="0"/>
          <w:marTop w:val="180"/>
          <w:marBottom w:val="240"/>
          <w:divBdr>
            <w:top w:val="none" w:sz="0" w:space="0" w:color="auto"/>
            <w:left w:val="none" w:sz="0" w:space="0" w:color="auto"/>
            <w:bottom w:val="none" w:sz="0" w:space="0" w:color="auto"/>
            <w:right w:val="none" w:sz="0" w:space="0" w:color="auto"/>
          </w:divBdr>
        </w:div>
        <w:div w:id="1551453899">
          <w:marLeft w:val="0"/>
          <w:marRight w:val="0"/>
          <w:marTop w:val="180"/>
          <w:marBottom w:val="240"/>
          <w:divBdr>
            <w:top w:val="none" w:sz="0" w:space="0" w:color="auto"/>
            <w:left w:val="none" w:sz="0" w:space="0" w:color="auto"/>
            <w:bottom w:val="none" w:sz="0" w:space="0" w:color="auto"/>
            <w:right w:val="none" w:sz="0" w:space="0" w:color="auto"/>
          </w:divBdr>
        </w:div>
      </w:divsChild>
    </w:div>
    <w:div w:id="1868057607">
      <w:bodyDiv w:val="1"/>
      <w:marLeft w:val="0"/>
      <w:marRight w:val="0"/>
      <w:marTop w:val="0"/>
      <w:marBottom w:val="0"/>
      <w:divBdr>
        <w:top w:val="none" w:sz="0" w:space="0" w:color="auto"/>
        <w:left w:val="none" w:sz="0" w:space="0" w:color="auto"/>
        <w:bottom w:val="none" w:sz="0" w:space="0" w:color="auto"/>
        <w:right w:val="none" w:sz="0" w:space="0" w:color="auto"/>
      </w:divBdr>
      <w:divsChild>
        <w:div w:id="281347819">
          <w:marLeft w:val="0"/>
          <w:marRight w:val="0"/>
          <w:marTop w:val="180"/>
          <w:marBottom w:val="240"/>
          <w:divBdr>
            <w:top w:val="none" w:sz="0" w:space="0" w:color="auto"/>
            <w:left w:val="none" w:sz="0" w:space="0" w:color="auto"/>
            <w:bottom w:val="none" w:sz="0" w:space="0" w:color="auto"/>
            <w:right w:val="none" w:sz="0" w:space="0" w:color="auto"/>
          </w:divBdr>
        </w:div>
        <w:div w:id="33694979">
          <w:marLeft w:val="0"/>
          <w:marRight w:val="0"/>
          <w:marTop w:val="180"/>
          <w:marBottom w:val="240"/>
          <w:divBdr>
            <w:top w:val="none" w:sz="0" w:space="0" w:color="auto"/>
            <w:left w:val="none" w:sz="0" w:space="0" w:color="auto"/>
            <w:bottom w:val="none" w:sz="0" w:space="0" w:color="auto"/>
            <w:right w:val="none" w:sz="0" w:space="0" w:color="auto"/>
          </w:divBdr>
        </w:div>
      </w:divsChild>
    </w:div>
    <w:div w:id="1914584301">
      <w:bodyDiv w:val="1"/>
      <w:marLeft w:val="0"/>
      <w:marRight w:val="0"/>
      <w:marTop w:val="0"/>
      <w:marBottom w:val="0"/>
      <w:divBdr>
        <w:top w:val="none" w:sz="0" w:space="0" w:color="auto"/>
        <w:left w:val="none" w:sz="0" w:space="0" w:color="auto"/>
        <w:bottom w:val="none" w:sz="0" w:space="0" w:color="auto"/>
        <w:right w:val="none" w:sz="0" w:space="0" w:color="auto"/>
      </w:divBdr>
      <w:divsChild>
        <w:div w:id="1027369987">
          <w:marLeft w:val="0"/>
          <w:marRight w:val="0"/>
          <w:marTop w:val="180"/>
          <w:marBottom w:val="240"/>
          <w:divBdr>
            <w:top w:val="none" w:sz="0" w:space="0" w:color="auto"/>
            <w:left w:val="none" w:sz="0" w:space="0" w:color="auto"/>
            <w:bottom w:val="none" w:sz="0" w:space="0" w:color="auto"/>
            <w:right w:val="none" w:sz="0" w:space="0" w:color="auto"/>
          </w:divBdr>
        </w:div>
        <w:div w:id="1419641118">
          <w:marLeft w:val="0"/>
          <w:marRight w:val="0"/>
          <w:marTop w:val="180"/>
          <w:marBottom w:val="240"/>
          <w:divBdr>
            <w:top w:val="none" w:sz="0" w:space="0" w:color="auto"/>
            <w:left w:val="none" w:sz="0" w:space="0" w:color="auto"/>
            <w:bottom w:val="none" w:sz="0" w:space="0" w:color="auto"/>
            <w:right w:val="none" w:sz="0" w:space="0" w:color="auto"/>
          </w:divBdr>
        </w:div>
      </w:divsChild>
    </w:div>
    <w:div w:id="1924994525">
      <w:bodyDiv w:val="1"/>
      <w:marLeft w:val="0"/>
      <w:marRight w:val="0"/>
      <w:marTop w:val="0"/>
      <w:marBottom w:val="0"/>
      <w:divBdr>
        <w:top w:val="none" w:sz="0" w:space="0" w:color="auto"/>
        <w:left w:val="none" w:sz="0" w:space="0" w:color="auto"/>
        <w:bottom w:val="none" w:sz="0" w:space="0" w:color="auto"/>
        <w:right w:val="none" w:sz="0" w:space="0" w:color="auto"/>
      </w:divBdr>
      <w:divsChild>
        <w:div w:id="1645619569">
          <w:marLeft w:val="0"/>
          <w:marRight w:val="0"/>
          <w:marTop w:val="180"/>
          <w:marBottom w:val="240"/>
          <w:divBdr>
            <w:top w:val="none" w:sz="0" w:space="0" w:color="auto"/>
            <w:left w:val="none" w:sz="0" w:space="0" w:color="auto"/>
            <w:bottom w:val="none" w:sz="0" w:space="0" w:color="auto"/>
            <w:right w:val="none" w:sz="0" w:space="0" w:color="auto"/>
          </w:divBdr>
        </w:div>
        <w:div w:id="1613515097">
          <w:marLeft w:val="0"/>
          <w:marRight w:val="0"/>
          <w:marTop w:val="180"/>
          <w:marBottom w:val="240"/>
          <w:divBdr>
            <w:top w:val="none" w:sz="0" w:space="0" w:color="auto"/>
            <w:left w:val="none" w:sz="0" w:space="0" w:color="auto"/>
            <w:bottom w:val="none" w:sz="0" w:space="0" w:color="auto"/>
            <w:right w:val="none" w:sz="0" w:space="0" w:color="auto"/>
          </w:divBdr>
        </w:div>
        <w:div w:id="111098442">
          <w:marLeft w:val="0"/>
          <w:marRight w:val="0"/>
          <w:marTop w:val="180"/>
          <w:marBottom w:val="240"/>
          <w:divBdr>
            <w:top w:val="none" w:sz="0" w:space="0" w:color="auto"/>
            <w:left w:val="none" w:sz="0" w:space="0" w:color="auto"/>
            <w:bottom w:val="none" w:sz="0" w:space="0" w:color="auto"/>
            <w:right w:val="none" w:sz="0" w:space="0" w:color="auto"/>
          </w:divBdr>
        </w:div>
        <w:div w:id="865677492">
          <w:marLeft w:val="0"/>
          <w:marRight w:val="0"/>
          <w:marTop w:val="180"/>
          <w:marBottom w:val="240"/>
          <w:divBdr>
            <w:top w:val="none" w:sz="0" w:space="0" w:color="auto"/>
            <w:left w:val="none" w:sz="0" w:space="0" w:color="auto"/>
            <w:bottom w:val="none" w:sz="0" w:space="0" w:color="auto"/>
            <w:right w:val="none" w:sz="0" w:space="0" w:color="auto"/>
          </w:divBdr>
        </w:div>
        <w:div w:id="227304468">
          <w:marLeft w:val="0"/>
          <w:marRight w:val="0"/>
          <w:marTop w:val="180"/>
          <w:marBottom w:val="240"/>
          <w:divBdr>
            <w:top w:val="none" w:sz="0" w:space="0" w:color="auto"/>
            <w:left w:val="none" w:sz="0" w:space="0" w:color="auto"/>
            <w:bottom w:val="none" w:sz="0" w:space="0" w:color="auto"/>
            <w:right w:val="none" w:sz="0" w:space="0" w:color="auto"/>
          </w:divBdr>
        </w:div>
      </w:divsChild>
    </w:div>
    <w:div w:id="1954357778">
      <w:bodyDiv w:val="1"/>
      <w:marLeft w:val="0"/>
      <w:marRight w:val="0"/>
      <w:marTop w:val="0"/>
      <w:marBottom w:val="0"/>
      <w:divBdr>
        <w:top w:val="none" w:sz="0" w:space="0" w:color="auto"/>
        <w:left w:val="none" w:sz="0" w:space="0" w:color="auto"/>
        <w:bottom w:val="none" w:sz="0" w:space="0" w:color="auto"/>
        <w:right w:val="none" w:sz="0" w:space="0" w:color="auto"/>
      </w:divBdr>
      <w:divsChild>
        <w:div w:id="1466002573">
          <w:marLeft w:val="0"/>
          <w:marRight w:val="0"/>
          <w:marTop w:val="180"/>
          <w:marBottom w:val="240"/>
          <w:divBdr>
            <w:top w:val="none" w:sz="0" w:space="0" w:color="auto"/>
            <w:left w:val="none" w:sz="0" w:space="0" w:color="auto"/>
            <w:bottom w:val="none" w:sz="0" w:space="0" w:color="auto"/>
            <w:right w:val="none" w:sz="0" w:space="0" w:color="auto"/>
          </w:divBdr>
        </w:div>
        <w:div w:id="1974361878">
          <w:marLeft w:val="0"/>
          <w:marRight w:val="0"/>
          <w:marTop w:val="180"/>
          <w:marBottom w:val="240"/>
          <w:divBdr>
            <w:top w:val="none" w:sz="0" w:space="0" w:color="auto"/>
            <w:left w:val="none" w:sz="0" w:space="0" w:color="auto"/>
            <w:bottom w:val="none" w:sz="0" w:space="0" w:color="auto"/>
            <w:right w:val="none" w:sz="0" w:space="0" w:color="auto"/>
          </w:divBdr>
        </w:div>
      </w:divsChild>
    </w:div>
    <w:div w:id="1965037324">
      <w:bodyDiv w:val="1"/>
      <w:marLeft w:val="0"/>
      <w:marRight w:val="0"/>
      <w:marTop w:val="0"/>
      <w:marBottom w:val="0"/>
      <w:divBdr>
        <w:top w:val="none" w:sz="0" w:space="0" w:color="auto"/>
        <w:left w:val="none" w:sz="0" w:space="0" w:color="auto"/>
        <w:bottom w:val="none" w:sz="0" w:space="0" w:color="auto"/>
        <w:right w:val="none" w:sz="0" w:space="0" w:color="auto"/>
      </w:divBdr>
    </w:div>
    <w:div w:id="1978026976">
      <w:bodyDiv w:val="1"/>
      <w:marLeft w:val="0"/>
      <w:marRight w:val="0"/>
      <w:marTop w:val="0"/>
      <w:marBottom w:val="0"/>
      <w:divBdr>
        <w:top w:val="none" w:sz="0" w:space="0" w:color="auto"/>
        <w:left w:val="none" w:sz="0" w:space="0" w:color="auto"/>
        <w:bottom w:val="none" w:sz="0" w:space="0" w:color="auto"/>
        <w:right w:val="none" w:sz="0" w:space="0" w:color="auto"/>
      </w:divBdr>
    </w:div>
    <w:div w:id="2009403872">
      <w:bodyDiv w:val="1"/>
      <w:marLeft w:val="0"/>
      <w:marRight w:val="0"/>
      <w:marTop w:val="0"/>
      <w:marBottom w:val="0"/>
      <w:divBdr>
        <w:top w:val="none" w:sz="0" w:space="0" w:color="auto"/>
        <w:left w:val="none" w:sz="0" w:space="0" w:color="auto"/>
        <w:bottom w:val="none" w:sz="0" w:space="0" w:color="auto"/>
        <w:right w:val="none" w:sz="0" w:space="0" w:color="auto"/>
      </w:divBdr>
    </w:div>
    <w:div w:id="2026711299">
      <w:bodyDiv w:val="1"/>
      <w:marLeft w:val="0"/>
      <w:marRight w:val="0"/>
      <w:marTop w:val="0"/>
      <w:marBottom w:val="0"/>
      <w:divBdr>
        <w:top w:val="none" w:sz="0" w:space="0" w:color="auto"/>
        <w:left w:val="none" w:sz="0" w:space="0" w:color="auto"/>
        <w:bottom w:val="none" w:sz="0" w:space="0" w:color="auto"/>
        <w:right w:val="none" w:sz="0" w:space="0" w:color="auto"/>
      </w:divBdr>
      <w:divsChild>
        <w:div w:id="1007051104">
          <w:marLeft w:val="0"/>
          <w:marRight w:val="0"/>
          <w:marTop w:val="180"/>
          <w:marBottom w:val="240"/>
          <w:divBdr>
            <w:top w:val="none" w:sz="0" w:space="0" w:color="auto"/>
            <w:left w:val="none" w:sz="0" w:space="0" w:color="auto"/>
            <w:bottom w:val="none" w:sz="0" w:space="0" w:color="auto"/>
            <w:right w:val="none" w:sz="0" w:space="0" w:color="auto"/>
          </w:divBdr>
        </w:div>
      </w:divsChild>
    </w:div>
    <w:div w:id="2137602633">
      <w:bodyDiv w:val="1"/>
      <w:marLeft w:val="0"/>
      <w:marRight w:val="0"/>
      <w:marTop w:val="0"/>
      <w:marBottom w:val="0"/>
      <w:divBdr>
        <w:top w:val="none" w:sz="0" w:space="0" w:color="auto"/>
        <w:left w:val="none" w:sz="0" w:space="0" w:color="auto"/>
        <w:bottom w:val="none" w:sz="0" w:space="0" w:color="auto"/>
        <w:right w:val="none" w:sz="0" w:space="0" w:color="auto"/>
      </w:divBdr>
      <w:divsChild>
        <w:div w:id="1222181330">
          <w:marLeft w:val="0"/>
          <w:marRight w:val="0"/>
          <w:marTop w:val="180"/>
          <w:marBottom w:val="240"/>
          <w:divBdr>
            <w:top w:val="none" w:sz="0" w:space="0" w:color="auto"/>
            <w:left w:val="none" w:sz="0" w:space="0" w:color="auto"/>
            <w:bottom w:val="none" w:sz="0" w:space="0" w:color="auto"/>
            <w:right w:val="none" w:sz="0" w:space="0" w:color="auto"/>
          </w:divBdr>
        </w:div>
        <w:div w:id="1376467036">
          <w:marLeft w:val="0"/>
          <w:marRight w:val="0"/>
          <w:marTop w:val="180"/>
          <w:marBottom w:val="240"/>
          <w:divBdr>
            <w:top w:val="none" w:sz="0" w:space="0" w:color="auto"/>
            <w:left w:val="none" w:sz="0" w:space="0" w:color="auto"/>
            <w:bottom w:val="none" w:sz="0" w:space="0" w:color="auto"/>
            <w:right w:val="none" w:sz="0" w:space="0" w:color="auto"/>
          </w:divBdr>
        </w:div>
        <w:div w:id="1677533346">
          <w:marLeft w:val="0"/>
          <w:marRight w:val="0"/>
          <w:marTop w:val="180"/>
          <w:marBottom w:val="240"/>
          <w:divBdr>
            <w:top w:val="none" w:sz="0" w:space="0" w:color="auto"/>
            <w:left w:val="none" w:sz="0" w:space="0" w:color="auto"/>
            <w:bottom w:val="none" w:sz="0" w:space="0" w:color="auto"/>
            <w:right w:val="none" w:sz="0" w:space="0" w:color="auto"/>
          </w:divBdr>
        </w:div>
      </w:divsChild>
    </w:div>
    <w:div w:id="21433095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cit.gov.sa/a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cit.gov.sa/ar" TargetMode="External"/></Relationships>
</file>

<file path=word/theme/theme1.xml><?xml version="1.0" encoding="utf-8"?>
<a:theme xmlns:a="http://schemas.openxmlformats.org/drawingml/2006/main" name="Office Theme">
  <a:themeElements>
    <a:clrScheme name="مخصص 1">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5874</TotalTime>
  <Pages>1</Pages>
  <Words>12339</Words>
  <Characters>70338</Characters>
  <Application>Microsoft Office Word</Application>
  <DocSecurity>0</DocSecurity>
  <Lines>586</Lines>
  <Paragraphs>165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82512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Hello</cp:lastModifiedBy>
  <cp:revision>130</cp:revision>
  <cp:lastPrinted>2026-08-02T15:33:00Z</cp:lastPrinted>
  <dcterms:created xsi:type="dcterms:W3CDTF">2026-06-13T10:10:00Z</dcterms:created>
  <dcterms:modified xsi:type="dcterms:W3CDTF">2026-08-02T15:54:00Z</dcterms:modified>
  <cp:category/>
</cp:coreProperties>
</file>