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06979" w14:textId="77777777" w:rsidR="009E1ECB" w:rsidRPr="00DA506F" w:rsidRDefault="00BC306C" w:rsidP="00A81559">
      <w:pPr>
        <w:pStyle w:val="Heading1"/>
        <w:bidi/>
      </w:pPr>
      <w:r w:rsidRPr="00DA506F">
        <w:t>جامعة</w:t>
      </w:r>
      <w:r w:rsidRPr="00DA506F">
        <w:t xml:space="preserve"> </w:t>
      </w:r>
      <w:r w:rsidRPr="00DA506F">
        <w:t>ميدأوشن</w:t>
      </w:r>
    </w:p>
    <w:p w14:paraId="59EB3B9E" w14:textId="77777777" w:rsidR="009E1ECB" w:rsidRPr="00DA506F" w:rsidRDefault="00BC306C" w:rsidP="00A81559">
      <w:pPr>
        <w:bidi/>
        <w:rPr>
          <w:sz w:val="28"/>
          <w:szCs w:val="28"/>
        </w:rPr>
      </w:pPr>
      <w:r w:rsidRPr="00DA506F">
        <w:rPr>
          <w:sz w:val="28"/>
          <w:szCs w:val="28"/>
        </w:rPr>
        <w:t>كلية</w:t>
      </w:r>
      <w:r w:rsidRPr="00DA506F">
        <w:rPr>
          <w:sz w:val="28"/>
          <w:szCs w:val="28"/>
        </w:rPr>
        <w:t xml:space="preserve"> </w:t>
      </w:r>
      <w:r w:rsidRPr="00DA506F">
        <w:rPr>
          <w:sz w:val="28"/>
          <w:szCs w:val="28"/>
        </w:rPr>
        <w:t>الإعلام</w:t>
      </w:r>
      <w:r w:rsidRPr="00DA506F">
        <w:rPr>
          <w:sz w:val="28"/>
          <w:szCs w:val="28"/>
        </w:rPr>
        <w:t xml:space="preserve"> </w:t>
      </w:r>
      <w:r w:rsidRPr="00DA506F">
        <w:rPr>
          <w:sz w:val="28"/>
          <w:szCs w:val="28"/>
        </w:rPr>
        <w:t>والتسويق</w:t>
      </w:r>
    </w:p>
    <w:p w14:paraId="305B157C" w14:textId="77777777" w:rsidR="009E1ECB" w:rsidRDefault="00BC306C" w:rsidP="00A81559">
      <w:pPr>
        <w:bidi/>
        <w:rPr>
          <w:sz w:val="28"/>
          <w:szCs w:val="28"/>
          <w:rtl/>
        </w:rPr>
      </w:pPr>
      <w:r w:rsidRPr="00DA506F">
        <w:rPr>
          <w:sz w:val="28"/>
          <w:szCs w:val="28"/>
        </w:rPr>
        <w:t>بكالوريوس</w:t>
      </w:r>
      <w:r w:rsidRPr="00DA506F">
        <w:rPr>
          <w:sz w:val="28"/>
          <w:szCs w:val="28"/>
        </w:rPr>
        <w:t xml:space="preserve"> </w:t>
      </w:r>
      <w:r w:rsidRPr="00DA506F">
        <w:rPr>
          <w:sz w:val="28"/>
          <w:szCs w:val="28"/>
        </w:rPr>
        <w:t>الإعلام</w:t>
      </w:r>
      <w:r w:rsidRPr="00DA506F">
        <w:rPr>
          <w:sz w:val="28"/>
          <w:szCs w:val="28"/>
        </w:rPr>
        <w:t xml:space="preserve"> </w:t>
      </w:r>
      <w:r w:rsidRPr="00DA506F">
        <w:rPr>
          <w:sz w:val="28"/>
          <w:szCs w:val="28"/>
        </w:rPr>
        <w:t>الرقمي</w:t>
      </w:r>
    </w:p>
    <w:p w14:paraId="48D17474" w14:textId="77777777" w:rsidR="00DA506F" w:rsidRPr="00DA506F" w:rsidRDefault="00DA506F" w:rsidP="00DA506F">
      <w:pPr>
        <w:bidi/>
        <w:rPr>
          <w:sz w:val="28"/>
          <w:szCs w:val="28"/>
        </w:rPr>
      </w:pPr>
    </w:p>
    <w:p w14:paraId="3153FDE8" w14:textId="1F34B525" w:rsidR="009E1ECB" w:rsidRPr="00DA506F" w:rsidRDefault="00BC306C" w:rsidP="00C80725">
      <w:pPr>
        <w:bidi/>
        <w:jc w:val="center"/>
        <w:rPr>
          <w:sz w:val="28"/>
          <w:szCs w:val="28"/>
        </w:rPr>
      </w:pPr>
      <w:r w:rsidRPr="00DA506F">
        <w:rPr>
          <w:sz w:val="28"/>
          <w:szCs w:val="28"/>
        </w:rPr>
        <w:br/>
      </w:r>
      <w:r w:rsidRPr="00DA506F">
        <w:rPr>
          <w:sz w:val="28"/>
          <w:szCs w:val="28"/>
        </w:rPr>
        <w:t>عنوان</w:t>
      </w:r>
      <w:r w:rsidRPr="00DA506F">
        <w:rPr>
          <w:sz w:val="28"/>
          <w:szCs w:val="28"/>
        </w:rPr>
        <w:t xml:space="preserve"> </w:t>
      </w:r>
      <w:r w:rsidRPr="00DA506F">
        <w:rPr>
          <w:sz w:val="28"/>
          <w:szCs w:val="28"/>
        </w:rPr>
        <w:t>الدراسة</w:t>
      </w:r>
      <w:r w:rsidR="006636EE">
        <w:rPr>
          <w:rFonts w:hint="cs"/>
          <w:sz w:val="28"/>
          <w:szCs w:val="28"/>
          <w:rtl/>
        </w:rPr>
        <w:t>:</w:t>
      </w:r>
      <w:r w:rsidRPr="00DA506F">
        <w:rPr>
          <w:sz w:val="28"/>
          <w:szCs w:val="28"/>
        </w:rPr>
        <w:br/>
      </w:r>
      <w:r w:rsidRPr="00DA506F">
        <w:rPr>
          <w:sz w:val="28"/>
          <w:szCs w:val="28"/>
        </w:rPr>
        <w:t>تأثير</w:t>
      </w:r>
      <w:r w:rsidRPr="00DA506F">
        <w:rPr>
          <w:sz w:val="28"/>
          <w:szCs w:val="28"/>
        </w:rPr>
        <w:t xml:space="preserve"> </w:t>
      </w:r>
      <w:r w:rsidRPr="00DA506F">
        <w:rPr>
          <w:sz w:val="28"/>
          <w:szCs w:val="28"/>
        </w:rPr>
        <w:t>الذكاء</w:t>
      </w:r>
      <w:r w:rsidRPr="00DA506F">
        <w:rPr>
          <w:sz w:val="28"/>
          <w:szCs w:val="28"/>
        </w:rPr>
        <w:t xml:space="preserve"> </w:t>
      </w:r>
      <w:r w:rsidRPr="00DA506F">
        <w:rPr>
          <w:sz w:val="28"/>
          <w:szCs w:val="28"/>
        </w:rPr>
        <w:t>الاصطناعي</w:t>
      </w:r>
      <w:r w:rsidRPr="00DA506F">
        <w:rPr>
          <w:sz w:val="28"/>
          <w:szCs w:val="28"/>
        </w:rPr>
        <w:t xml:space="preserve"> </w:t>
      </w:r>
      <w:r w:rsidRPr="00DA506F">
        <w:rPr>
          <w:sz w:val="28"/>
          <w:szCs w:val="28"/>
        </w:rPr>
        <w:t>على</w:t>
      </w:r>
      <w:r w:rsidRPr="00DA506F">
        <w:rPr>
          <w:sz w:val="28"/>
          <w:szCs w:val="28"/>
        </w:rPr>
        <w:t xml:space="preserve"> </w:t>
      </w:r>
      <w:r w:rsidRPr="00DA506F">
        <w:rPr>
          <w:sz w:val="28"/>
          <w:szCs w:val="28"/>
        </w:rPr>
        <w:t>مستقبل</w:t>
      </w:r>
      <w:r w:rsidRPr="00DA506F">
        <w:rPr>
          <w:sz w:val="28"/>
          <w:szCs w:val="28"/>
        </w:rPr>
        <w:t xml:space="preserve"> </w:t>
      </w:r>
      <w:r w:rsidRPr="00DA506F">
        <w:rPr>
          <w:sz w:val="28"/>
          <w:szCs w:val="28"/>
        </w:rPr>
        <w:t>الإعلام</w:t>
      </w:r>
      <w:r w:rsidRPr="00DA506F">
        <w:rPr>
          <w:sz w:val="28"/>
          <w:szCs w:val="28"/>
        </w:rPr>
        <w:t xml:space="preserve">: </w:t>
      </w:r>
      <w:r w:rsidRPr="00DA506F">
        <w:rPr>
          <w:sz w:val="28"/>
          <w:szCs w:val="28"/>
        </w:rPr>
        <w:t>بين</w:t>
      </w:r>
      <w:r w:rsidRPr="00DA506F">
        <w:rPr>
          <w:sz w:val="28"/>
          <w:szCs w:val="28"/>
        </w:rPr>
        <w:t xml:space="preserve"> </w:t>
      </w:r>
      <w:r w:rsidRPr="00DA506F">
        <w:rPr>
          <w:sz w:val="28"/>
          <w:szCs w:val="28"/>
        </w:rPr>
        <w:t>التحديات</w:t>
      </w:r>
      <w:r w:rsidRPr="00DA506F">
        <w:rPr>
          <w:sz w:val="28"/>
          <w:szCs w:val="28"/>
        </w:rPr>
        <w:t xml:space="preserve"> </w:t>
      </w:r>
      <w:r w:rsidRPr="00DA506F">
        <w:rPr>
          <w:sz w:val="28"/>
          <w:szCs w:val="28"/>
        </w:rPr>
        <w:t>والفرص</w:t>
      </w:r>
    </w:p>
    <w:p w14:paraId="122CC7E5" w14:textId="77777777" w:rsidR="00C80725" w:rsidRPr="00DA506F" w:rsidRDefault="00C80725" w:rsidP="00A81559">
      <w:pPr>
        <w:bidi/>
        <w:rPr>
          <w:sz w:val="28"/>
          <w:szCs w:val="28"/>
          <w:rtl/>
        </w:rPr>
      </w:pPr>
    </w:p>
    <w:p w14:paraId="4330E16E" w14:textId="77777777" w:rsidR="00C80725" w:rsidRPr="00DA506F" w:rsidRDefault="00C80725" w:rsidP="00C80725">
      <w:pPr>
        <w:bidi/>
        <w:rPr>
          <w:sz w:val="28"/>
          <w:szCs w:val="28"/>
          <w:rtl/>
        </w:rPr>
      </w:pPr>
    </w:p>
    <w:p w14:paraId="7E40682C" w14:textId="1D2F9337" w:rsidR="009E1ECB" w:rsidRPr="00DA506F" w:rsidRDefault="00BC306C" w:rsidP="00C80725">
      <w:pPr>
        <w:bidi/>
        <w:rPr>
          <w:sz w:val="28"/>
          <w:szCs w:val="28"/>
        </w:rPr>
      </w:pPr>
      <w:r w:rsidRPr="00DA506F">
        <w:rPr>
          <w:sz w:val="28"/>
          <w:szCs w:val="28"/>
        </w:rPr>
        <w:br/>
      </w:r>
      <w:r w:rsidRPr="00DA506F">
        <w:rPr>
          <w:sz w:val="28"/>
          <w:szCs w:val="28"/>
        </w:rPr>
        <w:t>اسم</w:t>
      </w:r>
      <w:r w:rsidRPr="00DA506F">
        <w:rPr>
          <w:sz w:val="28"/>
          <w:szCs w:val="28"/>
        </w:rPr>
        <w:t xml:space="preserve"> </w:t>
      </w:r>
      <w:r w:rsidRPr="00DA506F">
        <w:rPr>
          <w:sz w:val="28"/>
          <w:szCs w:val="28"/>
        </w:rPr>
        <w:t>الطالب</w:t>
      </w:r>
      <w:r w:rsidR="006636EE">
        <w:rPr>
          <w:rFonts w:hint="cs"/>
          <w:sz w:val="28"/>
          <w:szCs w:val="28"/>
          <w:rtl/>
        </w:rPr>
        <w:t>:</w:t>
      </w:r>
      <w:r w:rsidRPr="00DA506F">
        <w:rPr>
          <w:sz w:val="28"/>
          <w:szCs w:val="28"/>
        </w:rPr>
        <w:br/>
      </w:r>
      <w:r w:rsidRPr="00DA506F">
        <w:rPr>
          <w:sz w:val="28"/>
          <w:szCs w:val="28"/>
        </w:rPr>
        <w:t>بندر</w:t>
      </w:r>
      <w:r w:rsidRPr="00DA506F">
        <w:rPr>
          <w:sz w:val="28"/>
          <w:szCs w:val="28"/>
        </w:rPr>
        <w:t xml:space="preserve"> </w:t>
      </w:r>
      <w:r w:rsidRPr="00DA506F">
        <w:rPr>
          <w:sz w:val="28"/>
          <w:szCs w:val="28"/>
        </w:rPr>
        <w:t>حمدان</w:t>
      </w:r>
      <w:r w:rsidRPr="00DA506F">
        <w:rPr>
          <w:sz w:val="28"/>
          <w:szCs w:val="28"/>
        </w:rPr>
        <w:t xml:space="preserve"> </w:t>
      </w:r>
      <w:r w:rsidRPr="00DA506F">
        <w:rPr>
          <w:sz w:val="28"/>
          <w:szCs w:val="28"/>
        </w:rPr>
        <w:t>السحيمي</w:t>
      </w:r>
    </w:p>
    <w:p w14:paraId="07E95759" w14:textId="4677FA1F" w:rsidR="009E1ECB" w:rsidRPr="00DA506F" w:rsidRDefault="00BC306C" w:rsidP="00A81559">
      <w:pPr>
        <w:bidi/>
        <w:rPr>
          <w:sz w:val="28"/>
          <w:szCs w:val="28"/>
        </w:rPr>
      </w:pPr>
      <w:r w:rsidRPr="00DA506F">
        <w:rPr>
          <w:sz w:val="28"/>
          <w:szCs w:val="28"/>
        </w:rPr>
        <w:br/>
      </w:r>
      <w:r w:rsidRPr="00DA506F">
        <w:rPr>
          <w:sz w:val="28"/>
          <w:szCs w:val="28"/>
        </w:rPr>
        <w:t>الرقم</w:t>
      </w:r>
      <w:r w:rsidRPr="00DA506F">
        <w:rPr>
          <w:sz w:val="28"/>
          <w:szCs w:val="28"/>
        </w:rPr>
        <w:t xml:space="preserve"> </w:t>
      </w:r>
      <w:r w:rsidRPr="00DA506F">
        <w:rPr>
          <w:sz w:val="28"/>
          <w:szCs w:val="28"/>
        </w:rPr>
        <w:t>الجامعي</w:t>
      </w:r>
      <w:r w:rsidR="006636EE">
        <w:rPr>
          <w:rFonts w:hint="cs"/>
          <w:sz w:val="28"/>
          <w:szCs w:val="28"/>
          <w:rtl/>
        </w:rPr>
        <w:t>:</w:t>
      </w:r>
      <w:r w:rsidRPr="00DA506F">
        <w:rPr>
          <w:sz w:val="28"/>
          <w:szCs w:val="28"/>
        </w:rPr>
        <w:br/>
        <w:t>232002625</w:t>
      </w:r>
    </w:p>
    <w:p w14:paraId="1DC8B272" w14:textId="7716A399" w:rsidR="009E1ECB" w:rsidRPr="00DA506F" w:rsidRDefault="00BC306C" w:rsidP="00C80725">
      <w:pPr>
        <w:bidi/>
        <w:jc w:val="center"/>
        <w:rPr>
          <w:sz w:val="28"/>
          <w:szCs w:val="28"/>
        </w:rPr>
      </w:pPr>
      <w:r w:rsidRPr="00DA506F">
        <w:rPr>
          <w:sz w:val="28"/>
          <w:szCs w:val="28"/>
        </w:rPr>
        <w:br/>
      </w:r>
      <w:r w:rsidRPr="00DA506F">
        <w:rPr>
          <w:sz w:val="28"/>
          <w:szCs w:val="28"/>
        </w:rPr>
        <w:t>رابط</w:t>
      </w:r>
      <w:r w:rsidRPr="00DA506F">
        <w:rPr>
          <w:sz w:val="28"/>
          <w:szCs w:val="28"/>
        </w:rPr>
        <w:t xml:space="preserve"> </w:t>
      </w:r>
      <w:r w:rsidRPr="00DA506F">
        <w:rPr>
          <w:sz w:val="28"/>
          <w:szCs w:val="28"/>
        </w:rPr>
        <w:t>الاستبيان</w:t>
      </w:r>
      <w:r w:rsidR="006636EE">
        <w:rPr>
          <w:rFonts w:hint="cs"/>
          <w:sz w:val="28"/>
          <w:szCs w:val="28"/>
          <w:rtl/>
        </w:rPr>
        <w:t>:</w:t>
      </w:r>
      <w:r w:rsidRPr="00DA506F">
        <w:rPr>
          <w:sz w:val="28"/>
          <w:szCs w:val="28"/>
        </w:rPr>
        <w:br/>
      </w:r>
      <w:r w:rsidR="00A81559" w:rsidRPr="00DA506F">
        <w:rPr>
          <w:sz w:val="28"/>
          <w:szCs w:val="28"/>
        </w:rPr>
        <w:t>https://forms.gle/gX1vTZoCzvopB11E9</w:t>
      </w:r>
    </w:p>
    <w:sectPr w:rsidR="009E1ECB" w:rsidRPr="00DA506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11007760">
    <w:abstractNumId w:val="8"/>
  </w:num>
  <w:num w:numId="2" w16cid:durableId="403531000">
    <w:abstractNumId w:val="6"/>
  </w:num>
  <w:num w:numId="3" w16cid:durableId="299043483">
    <w:abstractNumId w:val="5"/>
  </w:num>
  <w:num w:numId="4" w16cid:durableId="701054863">
    <w:abstractNumId w:val="4"/>
  </w:num>
  <w:num w:numId="5" w16cid:durableId="1914388668">
    <w:abstractNumId w:val="7"/>
  </w:num>
  <w:num w:numId="6" w16cid:durableId="262538693">
    <w:abstractNumId w:val="3"/>
  </w:num>
  <w:num w:numId="7" w16cid:durableId="1467550621">
    <w:abstractNumId w:val="2"/>
  </w:num>
  <w:num w:numId="8" w16cid:durableId="1731343266">
    <w:abstractNumId w:val="1"/>
  </w:num>
  <w:num w:numId="9" w16cid:durableId="1036464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9"/>
  <w:revisionView w:inkAnnotations="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577CE"/>
    <w:rsid w:val="006636EE"/>
    <w:rsid w:val="00840828"/>
    <w:rsid w:val="009E1ECB"/>
    <w:rsid w:val="00A81559"/>
    <w:rsid w:val="00AA1D8D"/>
    <w:rsid w:val="00B47730"/>
    <w:rsid w:val="00BC306C"/>
    <w:rsid w:val="00C80725"/>
    <w:rsid w:val="00CB0664"/>
    <w:rsid w:val="00DA506F"/>
    <w:rsid w:val="00F0478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E68365"/>
  <w14:defaultImageDpi w14:val="300"/>
  <w15:docId w15:val="{03C2D57B-43C6-D34B-B2DE-65B0E3BE3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Rawan Yassir Fareed</cp:lastModifiedBy>
  <cp:revision>2</cp:revision>
  <dcterms:created xsi:type="dcterms:W3CDTF">2026-04-02T18:07:00Z</dcterms:created>
  <dcterms:modified xsi:type="dcterms:W3CDTF">2026-04-02T18:07:00Z</dcterms:modified>
  <cp:category/>
</cp:coreProperties>
</file>