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756EE" w14:textId="77777777" w:rsidR="008956BF" w:rsidRDefault="00B012FF">
      <w:pPr>
        <w:jc w:val="center"/>
      </w:pPr>
      <w:r>
        <w:rPr>
          <w:b/>
        </w:rPr>
        <w:t>جامعة ميدأوشن</w:t>
      </w:r>
      <w:r>
        <w:rPr>
          <w:b/>
        </w:rPr>
        <w:br/>
      </w:r>
    </w:p>
    <w:p w14:paraId="48AE89A7" w14:textId="3841F1C7" w:rsidR="008956BF" w:rsidRDefault="00746BB2">
      <w:pPr>
        <w:jc w:val="center"/>
      </w:pPr>
      <w:r>
        <w:rPr>
          <w:rFonts w:ascii="Times New Roman" w:hAnsi="Times New Roman" w:cs="Times New Roman" w:hint="cs"/>
          <w:rtl/>
        </w:rPr>
        <w:t>ال</w:t>
      </w:r>
      <w:r w:rsidR="00F469AF">
        <w:rPr>
          <w:rFonts w:ascii="Times New Roman" w:hAnsi="Times New Roman" w:cs="Times New Roman" w:hint="cs"/>
          <w:rtl/>
        </w:rPr>
        <w:t>إشكالية البحثية</w:t>
      </w:r>
      <w:r w:rsidR="00B04824">
        <w:rPr>
          <w:rFonts w:ascii="Times New Roman" w:hAnsi="Times New Roman" w:cs="Times New Roman" w:hint="cs"/>
          <w:rtl/>
        </w:rPr>
        <w:t xml:space="preserve"> </w:t>
      </w:r>
    </w:p>
    <w:p w14:paraId="6AE3B76A" w14:textId="77777777" w:rsidR="008956BF" w:rsidRDefault="008956BF"/>
    <w:p w14:paraId="3D003EFD" w14:textId="77777777" w:rsidR="008956BF" w:rsidRDefault="00B012FF" w:rsidP="004224CE">
      <w:pPr>
        <w:jc w:val="center"/>
      </w:pPr>
      <w:r>
        <w:t>اسم الطالب: بندر حمدان السحيمي</w:t>
      </w:r>
    </w:p>
    <w:p w14:paraId="4D7D55E3" w14:textId="77777777" w:rsidR="008956BF" w:rsidRDefault="00B012FF" w:rsidP="004224CE">
      <w:pPr>
        <w:jc w:val="center"/>
      </w:pPr>
      <w:r>
        <w:t>الرقم الجامعي: 232002625</w:t>
      </w:r>
    </w:p>
    <w:p w14:paraId="5C54C778" w14:textId="77777777" w:rsidR="008956BF" w:rsidRDefault="008956BF" w:rsidP="004224CE">
      <w:pPr>
        <w:jc w:val="center"/>
      </w:pPr>
    </w:p>
    <w:p w14:paraId="3B7536E9" w14:textId="77777777" w:rsidR="008956BF" w:rsidRDefault="00B012FF" w:rsidP="004224CE">
      <w:pPr>
        <w:jc w:val="center"/>
      </w:pPr>
      <w:r>
        <w:t>عنوان البحث:</w:t>
      </w:r>
    </w:p>
    <w:p w14:paraId="1AC86D33" w14:textId="77777777" w:rsidR="008956BF" w:rsidRDefault="00B012FF" w:rsidP="004224CE">
      <w:pPr>
        <w:jc w:val="center"/>
      </w:pPr>
      <w:r>
        <w:t>تأثير الذكاء الاصطناعي على مستقبل الإعلام: بين التحديات والفرص</w:t>
      </w:r>
    </w:p>
    <w:p w14:paraId="16120E3A" w14:textId="77777777" w:rsidR="008956BF" w:rsidRDefault="008956BF" w:rsidP="004224CE">
      <w:pPr>
        <w:jc w:val="center"/>
      </w:pPr>
    </w:p>
    <w:p w14:paraId="4DB89299" w14:textId="77777777" w:rsidR="008956BF" w:rsidRDefault="00B012FF" w:rsidP="004224CE">
      <w:pPr>
        <w:jc w:val="center"/>
      </w:pPr>
      <w:r>
        <w:t>الإشكالية البحثية:</w:t>
      </w:r>
    </w:p>
    <w:p w14:paraId="3CDCD505" w14:textId="77777777" w:rsidR="008956BF" w:rsidRDefault="00B012FF" w:rsidP="004224CE">
      <w:pPr>
        <w:jc w:val="center"/>
      </w:pPr>
      <w:r>
        <w:t>كيف يؤثر الذكاء الاصطناعي على مستقبل الإعلام الرقمي من حيث تطوير وإنتاج المحتوى الإعلامي، وما أبرز التحديات والفرص التي يفرضها على الممارسات الإعلامية التقليدية؟</w:t>
      </w:r>
    </w:p>
    <w:sectPr w:rsidR="008956B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92885381">
    <w:abstractNumId w:val="8"/>
  </w:num>
  <w:num w:numId="2" w16cid:durableId="887953637">
    <w:abstractNumId w:val="6"/>
  </w:num>
  <w:num w:numId="3" w16cid:durableId="88163562">
    <w:abstractNumId w:val="5"/>
  </w:num>
  <w:num w:numId="4" w16cid:durableId="524635737">
    <w:abstractNumId w:val="4"/>
  </w:num>
  <w:num w:numId="5" w16cid:durableId="1358659441">
    <w:abstractNumId w:val="7"/>
  </w:num>
  <w:num w:numId="6" w16cid:durableId="24255528">
    <w:abstractNumId w:val="3"/>
  </w:num>
  <w:num w:numId="7" w16cid:durableId="1116606918">
    <w:abstractNumId w:val="2"/>
  </w:num>
  <w:num w:numId="8" w16cid:durableId="1829202761">
    <w:abstractNumId w:val="1"/>
  </w:num>
  <w:num w:numId="9" w16cid:durableId="1226723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224CE"/>
    <w:rsid w:val="006B1AF2"/>
    <w:rsid w:val="0073030F"/>
    <w:rsid w:val="00746BB2"/>
    <w:rsid w:val="008956BF"/>
    <w:rsid w:val="00AA1D8D"/>
    <w:rsid w:val="00B012FF"/>
    <w:rsid w:val="00B04824"/>
    <w:rsid w:val="00B47730"/>
    <w:rsid w:val="00CB0664"/>
    <w:rsid w:val="00F469A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3EF2F2"/>
  <w14:defaultImageDpi w14:val="300"/>
  <w15:docId w15:val="{9DF5D76A-A0D0-0E4A-9345-CFC7FC6D2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Microsoft Office User</cp:lastModifiedBy>
  <cp:revision>2</cp:revision>
  <dcterms:created xsi:type="dcterms:W3CDTF">2026-02-21T11:10:00Z</dcterms:created>
  <dcterms:modified xsi:type="dcterms:W3CDTF">2026-02-21T11:10:00Z</dcterms:modified>
  <cp:category/>
</cp:coreProperties>
</file>