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4F70C" w14:textId="4FBF62FF" w:rsidR="00913DDB" w:rsidRPr="00DF7CF8" w:rsidRDefault="00000000">
      <w:pPr>
        <w:jc w:val="center"/>
        <w:rPr>
          <w:sz w:val="56"/>
          <w:szCs w:val="56"/>
        </w:rPr>
      </w:pPr>
      <w:proofErr w:type="spellStart"/>
      <w:r w:rsidRPr="00DF7CF8">
        <w:rPr>
          <w:b/>
          <w:sz w:val="56"/>
          <w:szCs w:val="56"/>
        </w:rPr>
        <w:t>استمارة</w:t>
      </w:r>
      <w:proofErr w:type="spellEnd"/>
      <w:r w:rsidRPr="00DF7CF8">
        <w:rPr>
          <w:b/>
          <w:sz w:val="56"/>
          <w:szCs w:val="56"/>
        </w:rPr>
        <w:t xml:space="preserve"> </w:t>
      </w:r>
      <w:proofErr w:type="spellStart"/>
      <w:r w:rsidRPr="00DF7CF8">
        <w:rPr>
          <w:b/>
          <w:sz w:val="56"/>
          <w:szCs w:val="56"/>
        </w:rPr>
        <w:t>تحليل</w:t>
      </w:r>
      <w:proofErr w:type="spellEnd"/>
      <w:r w:rsidRPr="00DF7CF8">
        <w:rPr>
          <w:b/>
          <w:sz w:val="56"/>
          <w:szCs w:val="56"/>
        </w:rPr>
        <w:t xml:space="preserve"> </w:t>
      </w:r>
      <w:proofErr w:type="spellStart"/>
      <w:r w:rsidRPr="00DF7CF8">
        <w:rPr>
          <w:b/>
          <w:sz w:val="56"/>
          <w:szCs w:val="56"/>
        </w:rPr>
        <w:t>المحتوى</w:t>
      </w:r>
      <w:proofErr w:type="spellEnd"/>
    </w:p>
    <w:p w14:paraId="121D6A10" w14:textId="78B4843F" w:rsidR="00DF7CF8" w:rsidRPr="00DF7CF8" w:rsidRDefault="00DF7CF8" w:rsidP="00DF7CF8">
      <w:pPr>
        <w:jc w:val="center"/>
        <w:rPr>
          <w:sz w:val="36"/>
          <w:szCs w:val="36"/>
          <w:rtl/>
        </w:rPr>
      </w:pPr>
      <w:r w:rsidRPr="00DF7CF8">
        <w:rPr>
          <w:rFonts w:hint="cs"/>
          <w:sz w:val="36"/>
          <w:szCs w:val="36"/>
          <w:rtl/>
        </w:rPr>
        <w:t xml:space="preserve">عنوان الدارسة </w:t>
      </w:r>
    </w:p>
    <w:p w14:paraId="366757BE" w14:textId="77777777" w:rsidR="00DF7CF8" w:rsidRDefault="00DF7CF8">
      <w:pPr>
        <w:rPr>
          <w:rtl/>
        </w:rPr>
      </w:pPr>
    </w:p>
    <w:p w14:paraId="7BE664B7" w14:textId="0D7AADB9" w:rsidR="00913DDB" w:rsidRPr="00DF7CF8" w:rsidRDefault="00000000" w:rsidP="00DF7CF8">
      <w:pPr>
        <w:bidi/>
        <w:rPr>
          <w:sz w:val="36"/>
          <w:szCs w:val="36"/>
        </w:rPr>
      </w:pPr>
      <w:proofErr w:type="spellStart"/>
      <w:r w:rsidRPr="00DF7CF8">
        <w:rPr>
          <w:sz w:val="36"/>
          <w:szCs w:val="36"/>
        </w:rPr>
        <w:t>تأثير</w:t>
      </w:r>
      <w:proofErr w:type="spellEnd"/>
      <w:r w:rsidRPr="00DF7CF8">
        <w:rPr>
          <w:sz w:val="36"/>
          <w:szCs w:val="36"/>
        </w:rPr>
        <w:t xml:space="preserve"> </w:t>
      </w:r>
      <w:proofErr w:type="spellStart"/>
      <w:r w:rsidRPr="00DF7CF8">
        <w:rPr>
          <w:sz w:val="36"/>
          <w:szCs w:val="36"/>
        </w:rPr>
        <w:t>خوارزميات</w:t>
      </w:r>
      <w:proofErr w:type="spellEnd"/>
      <w:r w:rsidRPr="00DF7CF8">
        <w:rPr>
          <w:sz w:val="36"/>
          <w:szCs w:val="36"/>
        </w:rPr>
        <w:t xml:space="preserve"> </w:t>
      </w:r>
      <w:proofErr w:type="spellStart"/>
      <w:r w:rsidRPr="00DF7CF8">
        <w:rPr>
          <w:sz w:val="36"/>
          <w:szCs w:val="36"/>
        </w:rPr>
        <w:t>المنصات</w:t>
      </w:r>
      <w:proofErr w:type="spellEnd"/>
      <w:r w:rsidRPr="00DF7CF8">
        <w:rPr>
          <w:sz w:val="36"/>
          <w:szCs w:val="36"/>
        </w:rPr>
        <w:t xml:space="preserve"> </w:t>
      </w:r>
      <w:proofErr w:type="spellStart"/>
      <w:r w:rsidRPr="00DF7CF8">
        <w:rPr>
          <w:sz w:val="36"/>
          <w:szCs w:val="36"/>
        </w:rPr>
        <w:t>الرقمية</w:t>
      </w:r>
      <w:proofErr w:type="spellEnd"/>
      <w:r w:rsidRPr="00DF7CF8">
        <w:rPr>
          <w:sz w:val="36"/>
          <w:szCs w:val="36"/>
        </w:rPr>
        <w:t xml:space="preserve"> على تفضيلات الجمهور وسلوك المشاهدة</w:t>
      </w:r>
      <w:r w:rsidRPr="00DF7CF8">
        <w:rPr>
          <w:sz w:val="36"/>
          <w:szCs w:val="36"/>
        </w:rPr>
        <w:br/>
      </w:r>
    </w:p>
    <w:p w14:paraId="50B2CD1F" w14:textId="77777777" w:rsidR="00913DDB" w:rsidRDefault="00000000" w:rsidP="00DF7CF8">
      <w:pPr>
        <w:pStyle w:val="1"/>
        <w:bidi/>
      </w:pPr>
      <w:r>
        <w:t>أولاً: البيانات الأولية</w:t>
      </w:r>
    </w:p>
    <w:p w14:paraId="7673F5DA" w14:textId="77777777" w:rsidR="00913DDB" w:rsidRDefault="00000000" w:rsidP="00DF7CF8">
      <w:pPr>
        <w:bidi/>
      </w:pPr>
      <w:r>
        <w:t>اسم المنصة: __________________________</w:t>
      </w:r>
    </w:p>
    <w:p w14:paraId="59AB92FF" w14:textId="77777777" w:rsidR="00913DDB" w:rsidRDefault="00000000" w:rsidP="00DF7CF8">
      <w:pPr>
        <w:bidi/>
      </w:pPr>
      <w:r>
        <w:t>تاريخ إنشاء المنصة: __________________________</w:t>
      </w:r>
    </w:p>
    <w:p w14:paraId="26332292" w14:textId="77777777" w:rsidR="00913DDB" w:rsidRDefault="00000000" w:rsidP="00DF7CF8">
      <w:pPr>
        <w:bidi/>
      </w:pPr>
      <w:r>
        <w:t>رابط المنصة: __________________________</w:t>
      </w:r>
    </w:p>
    <w:p w14:paraId="12C1FE07" w14:textId="77777777" w:rsidR="00913DDB" w:rsidRDefault="00000000" w:rsidP="00DF7CF8">
      <w:pPr>
        <w:bidi/>
      </w:pPr>
      <w:r>
        <w:t>عدد المتابعين: __________________________</w:t>
      </w:r>
    </w:p>
    <w:p w14:paraId="373B14DB" w14:textId="77777777" w:rsidR="00913DDB" w:rsidRDefault="00000000" w:rsidP="00DF7CF8">
      <w:pPr>
        <w:bidi/>
      </w:pPr>
      <w:r>
        <w:t>نوع الحساب: __________________________</w:t>
      </w:r>
    </w:p>
    <w:p w14:paraId="709BE5E1" w14:textId="77777777" w:rsidR="00913DDB" w:rsidRDefault="00000000" w:rsidP="00DF7CF8">
      <w:pPr>
        <w:bidi/>
      </w:pPr>
      <w:r>
        <w:t>شعار المنصة: __________________________</w:t>
      </w:r>
    </w:p>
    <w:p w14:paraId="27CEDE27" w14:textId="77777777" w:rsidR="00913DDB" w:rsidRDefault="00000000" w:rsidP="00DF7CF8">
      <w:pPr>
        <w:pStyle w:val="1"/>
        <w:bidi/>
      </w:pPr>
      <w:r>
        <w:t>ثانياً: فئات الشكل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913DDB" w14:paraId="21305D00" w14:textId="77777777" w:rsidTr="00DF7C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62D49EC" w14:textId="77777777" w:rsidR="00913DDB" w:rsidRDefault="00000000" w:rsidP="00DF7CF8">
            <w:pPr>
              <w:bidi/>
            </w:pPr>
            <w:r>
              <w:rPr>
                <w:rFonts w:ascii="Times New Roman" w:hAnsi="Times New Roman" w:cs="Times New Roman"/>
              </w:rPr>
              <w:t>الفئة</w:t>
            </w:r>
          </w:p>
        </w:tc>
        <w:tc>
          <w:tcPr>
            <w:tcW w:w="4320" w:type="dxa"/>
          </w:tcPr>
          <w:p w14:paraId="5279AEB6" w14:textId="77777777" w:rsidR="00913DDB" w:rsidRDefault="00000000" w:rsidP="00DF7CF8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Times New Roman" w:hAnsi="Times New Roman" w:cs="Times New Roman"/>
              </w:rPr>
              <w:t>التصنيف</w:t>
            </w:r>
          </w:p>
        </w:tc>
      </w:tr>
      <w:tr w:rsidR="00913DDB" w14:paraId="4A3AC472" w14:textId="77777777" w:rsidTr="00DF7C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76C9D85" w14:textId="77777777" w:rsidR="00913DDB" w:rsidRDefault="00000000" w:rsidP="00DF7CF8">
            <w:pPr>
              <w:bidi/>
            </w:pPr>
            <w:r>
              <w:rPr>
                <w:rFonts w:ascii="Times New Roman" w:hAnsi="Times New Roman" w:cs="Times New Roman"/>
              </w:rPr>
              <w:t>زمن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النشر</w:t>
            </w:r>
            <w:r>
              <w:t xml:space="preserve"> (</w:t>
            </w:r>
            <w:r>
              <w:rPr>
                <w:rFonts w:ascii="Times New Roman" w:hAnsi="Times New Roman" w:cs="Times New Roman"/>
              </w:rPr>
              <w:t>صباح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مساء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ليل</w:t>
            </w:r>
            <w:r>
              <w:t>)</w:t>
            </w:r>
          </w:p>
        </w:tc>
        <w:tc>
          <w:tcPr>
            <w:tcW w:w="4320" w:type="dxa"/>
          </w:tcPr>
          <w:p w14:paraId="7CE3CCF5" w14:textId="77777777" w:rsidR="00913DDB" w:rsidRDefault="00913DDB" w:rsidP="00DF7CF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13DDB" w14:paraId="454A0BB1" w14:textId="77777777" w:rsidTr="00DF7C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B8F2367" w14:textId="77777777" w:rsidR="00913DDB" w:rsidRDefault="00000000" w:rsidP="00DF7CF8">
            <w:pPr>
              <w:bidi/>
            </w:pPr>
            <w:r>
              <w:rPr>
                <w:rFonts w:ascii="Times New Roman" w:hAnsi="Times New Roman" w:cs="Times New Roman"/>
              </w:rPr>
              <w:t>الآنية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والجدة</w:t>
            </w:r>
            <w:r>
              <w:t xml:space="preserve"> (</w:t>
            </w:r>
            <w:r>
              <w:rPr>
                <w:rFonts w:ascii="Times New Roman" w:hAnsi="Times New Roman" w:cs="Times New Roman"/>
              </w:rPr>
              <w:t>حديث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متوسط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قديم</w:t>
            </w:r>
            <w:r>
              <w:t>)</w:t>
            </w:r>
          </w:p>
        </w:tc>
        <w:tc>
          <w:tcPr>
            <w:tcW w:w="4320" w:type="dxa"/>
          </w:tcPr>
          <w:p w14:paraId="4D4E0607" w14:textId="77777777" w:rsidR="00913DDB" w:rsidRDefault="00913DDB" w:rsidP="00DF7CF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13DDB" w14:paraId="76BDD9FE" w14:textId="77777777" w:rsidTr="00DF7C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4AF5446" w14:textId="77777777" w:rsidR="00913DDB" w:rsidRDefault="00000000" w:rsidP="00DF7CF8">
            <w:pPr>
              <w:bidi/>
            </w:pPr>
            <w:r>
              <w:rPr>
                <w:rFonts w:ascii="Times New Roman" w:hAnsi="Times New Roman" w:cs="Times New Roman"/>
              </w:rPr>
              <w:t>الوسائط</w:t>
            </w:r>
            <w:r>
              <w:t xml:space="preserve"> (</w:t>
            </w:r>
            <w:r>
              <w:rPr>
                <w:rFonts w:ascii="Times New Roman" w:hAnsi="Times New Roman" w:cs="Times New Roman"/>
              </w:rPr>
              <w:t>نص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صورة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فيديو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رابط</w:t>
            </w:r>
            <w:r>
              <w:t>)</w:t>
            </w:r>
          </w:p>
        </w:tc>
        <w:tc>
          <w:tcPr>
            <w:tcW w:w="4320" w:type="dxa"/>
          </w:tcPr>
          <w:p w14:paraId="1540EC81" w14:textId="77777777" w:rsidR="00913DDB" w:rsidRDefault="00913DDB" w:rsidP="00DF7CF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13DDB" w14:paraId="0A2473D9" w14:textId="77777777" w:rsidTr="00DF7C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C60C9E6" w14:textId="77777777" w:rsidR="00913DDB" w:rsidRDefault="00000000" w:rsidP="00DF7CF8">
            <w:pPr>
              <w:bidi/>
            </w:pPr>
            <w:r>
              <w:rPr>
                <w:rFonts w:ascii="Times New Roman" w:hAnsi="Times New Roman" w:cs="Times New Roman"/>
              </w:rPr>
              <w:t>لغة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المحتوى</w:t>
            </w:r>
            <w:r>
              <w:t xml:space="preserve"> (</w:t>
            </w:r>
            <w:r>
              <w:rPr>
                <w:rFonts w:ascii="Times New Roman" w:hAnsi="Times New Roman" w:cs="Times New Roman"/>
              </w:rPr>
              <w:t>فصحى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عامية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أجنبية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مزيج</w:t>
            </w:r>
            <w:r>
              <w:t>)</w:t>
            </w:r>
          </w:p>
        </w:tc>
        <w:tc>
          <w:tcPr>
            <w:tcW w:w="4320" w:type="dxa"/>
          </w:tcPr>
          <w:p w14:paraId="582E7AA8" w14:textId="77777777" w:rsidR="00913DDB" w:rsidRDefault="00913DDB" w:rsidP="00DF7CF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13DDB" w14:paraId="456EF8F4" w14:textId="77777777" w:rsidTr="00DF7C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37D0621" w14:textId="77777777" w:rsidR="00913DDB" w:rsidRDefault="00000000" w:rsidP="00DF7CF8">
            <w:pPr>
              <w:bidi/>
            </w:pPr>
            <w:r>
              <w:rPr>
                <w:rFonts w:ascii="Times New Roman" w:hAnsi="Times New Roman" w:cs="Times New Roman"/>
              </w:rPr>
              <w:t>لغة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التعليقات</w:t>
            </w:r>
            <w:r>
              <w:t xml:space="preserve"> (</w:t>
            </w:r>
            <w:r>
              <w:rPr>
                <w:rFonts w:ascii="Times New Roman" w:hAnsi="Times New Roman" w:cs="Times New Roman"/>
              </w:rPr>
              <w:t>فصحى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عامية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أجنبية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مزيج</w:t>
            </w:r>
            <w:r>
              <w:t>)</w:t>
            </w:r>
          </w:p>
        </w:tc>
        <w:tc>
          <w:tcPr>
            <w:tcW w:w="4320" w:type="dxa"/>
          </w:tcPr>
          <w:p w14:paraId="5E60DF9A" w14:textId="77777777" w:rsidR="00913DDB" w:rsidRDefault="00913DDB" w:rsidP="00DF7CF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13DDB" w14:paraId="269E1DA1" w14:textId="77777777" w:rsidTr="00DF7C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D517298" w14:textId="77777777" w:rsidR="00913DDB" w:rsidRDefault="00000000" w:rsidP="00DF7CF8">
            <w:pPr>
              <w:bidi/>
            </w:pPr>
            <w:proofErr w:type="spellStart"/>
            <w:r>
              <w:rPr>
                <w:rFonts w:ascii="Times New Roman" w:hAnsi="Times New Roman" w:cs="Times New Roman"/>
              </w:rPr>
              <w:t>الأساليب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الإقناعية</w:t>
            </w:r>
            <w:proofErr w:type="spellEnd"/>
            <w: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عقلية</w:t>
            </w:r>
            <w:proofErr w:type="spellEnd"/>
            <w:r>
              <w:t xml:space="preserve"> / </w:t>
            </w:r>
            <w:r>
              <w:rPr>
                <w:rFonts w:ascii="Times New Roman" w:hAnsi="Times New Roman" w:cs="Times New Roman"/>
              </w:rPr>
              <w:t>عاطفية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تخويف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ترفيه</w:t>
            </w:r>
            <w:r>
              <w:t>)</w:t>
            </w:r>
          </w:p>
        </w:tc>
        <w:tc>
          <w:tcPr>
            <w:tcW w:w="4320" w:type="dxa"/>
          </w:tcPr>
          <w:p w14:paraId="48A615C6" w14:textId="77777777" w:rsidR="00913DDB" w:rsidRDefault="00913DDB" w:rsidP="00DF7CF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AE37505" w14:textId="77777777" w:rsidR="00913DDB" w:rsidRDefault="00000000" w:rsidP="00DF7CF8">
      <w:pPr>
        <w:pStyle w:val="1"/>
        <w:bidi/>
      </w:pPr>
      <w:proofErr w:type="spellStart"/>
      <w:r>
        <w:t>ثالثاً</w:t>
      </w:r>
      <w:proofErr w:type="spellEnd"/>
      <w:r>
        <w:t xml:space="preserve">: </w:t>
      </w:r>
      <w:proofErr w:type="spellStart"/>
      <w:r>
        <w:t>فئات</w:t>
      </w:r>
      <w:proofErr w:type="spellEnd"/>
      <w:r>
        <w:t xml:space="preserve"> </w:t>
      </w:r>
      <w:proofErr w:type="spellStart"/>
      <w:r>
        <w:t>المضمون</w:t>
      </w:r>
      <w:proofErr w:type="spellEnd"/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913DDB" w14:paraId="53849583" w14:textId="77777777" w:rsidTr="00DF7C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30CF7E4" w14:textId="77777777" w:rsidR="00913DDB" w:rsidRDefault="00000000" w:rsidP="00DF7CF8">
            <w:pPr>
              <w:bidi/>
            </w:pPr>
            <w:r>
              <w:rPr>
                <w:rFonts w:ascii="Times New Roman" w:hAnsi="Times New Roman" w:cs="Times New Roman"/>
              </w:rPr>
              <w:t>الفئة</w:t>
            </w:r>
          </w:p>
        </w:tc>
        <w:tc>
          <w:tcPr>
            <w:tcW w:w="4320" w:type="dxa"/>
          </w:tcPr>
          <w:p w14:paraId="438EACB6" w14:textId="77777777" w:rsidR="00913DDB" w:rsidRDefault="00000000" w:rsidP="00DF7CF8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Times New Roman" w:hAnsi="Times New Roman" w:cs="Times New Roman"/>
              </w:rPr>
              <w:t>التصنيف</w:t>
            </w:r>
          </w:p>
        </w:tc>
      </w:tr>
      <w:tr w:rsidR="00913DDB" w14:paraId="7CE7BDF2" w14:textId="77777777" w:rsidTr="00DF7C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068A2CD" w14:textId="77777777" w:rsidR="00913DDB" w:rsidRDefault="00000000" w:rsidP="00DF7CF8">
            <w:pPr>
              <w:bidi/>
            </w:pPr>
            <w:r>
              <w:rPr>
                <w:rFonts w:ascii="Times New Roman" w:hAnsi="Times New Roman" w:cs="Times New Roman"/>
              </w:rPr>
              <w:t>نوع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الموضوع</w:t>
            </w:r>
            <w:r>
              <w:t xml:space="preserve"> (</w:t>
            </w:r>
            <w:r>
              <w:rPr>
                <w:rFonts w:ascii="Times New Roman" w:hAnsi="Times New Roman" w:cs="Times New Roman"/>
              </w:rPr>
              <w:t>ترفيهي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تعليمي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إخباري</w:t>
            </w:r>
            <w:r>
              <w:t>)</w:t>
            </w:r>
          </w:p>
        </w:tc>
        <w:tc>
          <w:tcPr>
            <w:tcW w:w="4320" w:type="dxa"/>
          </w:tcPr>
          <w:p w14:paraId="693A4EA3" w14:textId="77777777" w:rsidR="00913DDB" w:rsidRDefault="00913DDB" w:rsidP="00DF7CF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13DDB" w14:paraId="7BD0A5C1" w14:textId="77777777" w:rsidTr="00DF7C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16EDAFB" w14:textId="77777777" w:rsidR="00913DDB" w:rsidRDefault="00000000" w:rsidP="00DF7CF8">
            <w:pPr>
              <w:bidi/>
            </w:pPr>
            <w:r>
              <w:rPr>
                <w:rFonts w:ascii="Times New Roman" w:hAnsi="Times New Roman" w:cs="Times New Roman"/>
              </w:rPr>
              <w:t>طبيعة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المحتوى</w:t>
            </w:r>
            <w:r>
              <w:t xml:space="preserve"> (</w:t>
            </w:r>
            <w:r>
              <w:rPr>
                <w:rFonts w:ascii="Times New Roman" w:hAnsi="Times New Roman" w:cs="Times New Roman"/>
              </w:rPr>
              <w:t>توعوي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إرشادي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تحذيري</w:t>
            </w:r>
            <w:r>
              <w:t>)</w:t>
            </w:r>
          </w:p>
        </w:tc>
        <w:tc>
          <w:tcPr>
            <w:tcW w:w="4320" w:type="dxa"/>
          </w:tcPr>
          <w:p w14:paraId="74D3C8F0" w14:textId="77777777" w:rsidR="00913DDB" w:rsidRDefault="00913DDB" w:rsidP="00DF7CF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13DDB" w14:paraId="658BF9A8" w14:textId="77777777" w:rsidTr="00DF7C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E73E603" w14:textId="77777777" w:rsidR="00913DDB" w:rsidRDefault="00000000" w:rsidP="00DF7CF8">
            <w:pPr>
              <w:bidi/>
            </w:pPr>
            <w:r>
              <w:rPr>
                <w:rFonts w:ascii="Times New Roman" w:hAnsi="Times New Roman" w:cs="Times New Roman"/>
              </w:rPr>
              <w:t>نوع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التفاعل</w:t>
            </w:r>
            <w:r>
              <w:t xml:space="preserve"> (</w:t>
            </w:r>
            <w:r>
              <w:rPr>
                <w:rFonts w:ascii="Times New Roman" w:hAnsi="Times New Roman" w:cs="Times New Roman"/>
              </w:rPr>
              <w:t>إعجاب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تعليق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مشاركة</w:t>
            </w:r>
            <w:r>
              <w:t>)</w:t>
            </w:r>
          </w:p>
        </w:tc>
        <w:tc>
          <w:tcPr>
            <w:tcW w:w="4320" w:type="dxa"/>
          </w:tcPr>
          <w:p w14:paraId="0F4BAF2D" w14:textId="77777777" w:rsidR="00913DDB" w:rsidRDefault="00913DDB" w:rsidP="00DF7CF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13DDB" w14:paraId="282C7D83" w14:textId="77777777" w:rsidTr="00DF7C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5F59798" w14:textId="77777777" w:rsidR="00913DDB" w:rsidRDefault="00000000" w:rsidP="00DF7CF8">
            <w:pPr>
              <w:bidi/>
            </w:pPr>
            <w:r>
              <w:rPr>
                <w:rFonts w:ascii="Times New Roman" w:hAnsi="Times New Roman" w:cs="Times New Roman"/>
              </w:rPr>
              <w:t>نسبة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التفاعل</w:t>
            </w:r>
            <w:r>
              <w:t xml:space="preserve"> (</w:t>
            </w:r>
            <w:r>
              <w:rPr>
                <w:rFonts w:ascii="Times New Roman" w:hAnsi="Times New Roman" w:cs="Times New Roman"/>
              </w:rPr>
              <w:t>منخفض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متوسط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مرتفع</w:t>
            </w:r>
            <w:r>
              <w:t>)</w:t>
            </w:r>
          </w:p>
        </w:tc>
        <w:tc>
          <w:tcPr>
            <w:tcW w:w="4320" w:type="dxa"/>
          </w:tcPr>
          <w:p w14:paraId="79C57BD4" w14:textId="77777777" w:rsidR="00913DDB" w:rsidRDefault="00913DDB" w:rsidP="00DF7CF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13DDB" w14:paraId="4B3C83BA" w14:textId="77777777" w:rsidTr="00DF7C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DD7CA0E" w14:textId="77777777" w:rsidR="00913DDB" w:rsidRDefault="00000000" w:rsidP="00DF7CF8">
            <w:pPr>
              <w:bidi/>
            </w:pPr>
            <w:r>
              <w:rPr>
                <w:rFonts w:ascii="Times New Roman" w:hAnsi="Times New Roman" w:cs="Times New Roman"/>
              </w:rPr>
              <w:t>مصدر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المعلومات</w:t>
            </w:r>
            <w:r>
              <w:t xml:space="preserve"> (</w:t>
            </w:r>
            <w:r>
              <w:rPr>
                <w:rFonts w:ascii="Times New Roman" w:hAnsi="Times New Roman" w:cs="Times New Roman"/>
              </w:rPr>
              <w:t>منصة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مستخدم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جهة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رسمية</w:t>
            </w:r>
            <w:r>
              <w:t>)</w:t>
            </w:r>
          </w:p>
        </w:tc>
        <w:tc>
          <w:tcPr>
            <w:tcW w:w="4320" w:type="dxa"/>
          </w:tcPr>
          <w:p w14:paraId="6A6F4F27" w14:textId="77777777" w:rsidR="00913DDB" w:rsidRDefault="00913DDB" w:rsidP="00DF7CF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13DDB" w14:paraId="1E2337DA" w14:textId="77777777" w:rsidTr="00DF7C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B965A5F" w14:textId="77777777" w:rsidR="00913DDB" w:rsidRDefault="00000000" w:rsidP="00DF7CF8">
            <w:pPr>
              <w:bidi/>
            </w:pPr>
            <w:r>
              <w:rPr>
                <w:rFonts w:ascii="Times New Roman" w:hAnsi="Times New Roman" w:cs="Times New Roman"/>
              </w:rPr>
              <w:t>الجهات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الفاعلة</w:t>
            </w:r>
            <w:r>
              <w:t xml:space="preserve"> (</w:t>
            </w:r>
            <w:r>
              <w:rPr>
                <w:rFonts w:ascii="Times New Roman" w:hAnsi="Times New Roman" w:cs="Times New Roman"/>
              </w:rPr>
              <w:t>أفراد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مؤسسات</w:t>
            </w:r>
            <w:r>
              <w:t xml:space="preserve"> / </w:t>
            </w:r>
            <w:r>
              <w:rPr>
                <w:rFonts w:ascii="Times New Roman" w:hAnsi="Times New Roman" w:cs="Times New Roman"/>
              </w:rPr>
              <w:t>مؤثرين</w:t>
            </w:r>
            <w:r>
              <w:t>)</w:t>
            </w:r>
          </w:p>
        </w:tc>
        <w:tc>
          <w:tcPr>
            <w:tcW w:w="4320" w:type="dxa"/>
          </w:tcPr>
          <w:p w14:paraId="0215EC9F" w14:textId="77777777" w:rsidR="00913DDB" w:rsidRDefault="00913DDB" w:rsidP="00DF7CF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822607E" w14:textId="77777777" w:rsidR="00913DDB" w:rsidRDefault="00000000" w:rsidP="00DF7CF8">
      <w:pPr>
        <w:pStyle w:val="1"/>
        <w:bidi/>
      </w:pPr>
      <w:r>
        <w:lastRenderedPageBreak/>
        <w:t>رابعاً: ملاحظات الباحث</w:t>
      </w:r>
    </w:p>
    <w:p w14:paraId="69DC9863" w14:textId="77777777" w:rsidR="00913DDB" w:rsidRDefault="00000000" w:rsidP="00DF7CF8">
      <w:pPr>
        <w:bidi/>
      </w:pPr>
      <w:r>
        <w:t>________________________________________</w:t>
      </w:r>
    </w:p>
    <w:sectPr w:rsidR="00913DD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62290563">
    <w:abstractNumId w:val="8"/>
  </w:num>
  <w:num w:numId="2" w16cid:durableId="276255907">
    <w:abstractNumId w:val="6"/>
  </w:num>
  <w:num w:numId="3" w16cid:durableId="378213575">
    <w:abstractNumId w:val="5"/>
  </w:num>
  <w:num w:numId="4" w16cid:durableId="744298787">
    <w:abstractNumId w:val="4"/>
  </w:num>
  <w:num w:numId="5" w16cid:durableId="544872808">
    <w:abstractNumId w:val="7"/>
  </w:num>
  <w:num w:numId="6" w16cid:durableId="156196104">
    <w:abstractNumId w:val="3"/>
  </w:num>
  <w:num w:numId="7" w16cid:durableId="1574004923">
    <w:abstractNumId w:val="2"/>
  </w:num>
  <w:num w:numId="8" w16cid:durableId="1988899211">
    <w:abstractNumId w:val="1"/>
  </w:num>
  <w:num w:numId="9" w16cid:durableId="2113042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8275BA"/>
    <w:rsid w:val="00913DDB"/>
    <w:rsid w:val="00AA1D8D"/>
    <w:rsid w:val="00B47730"/>
    <w:rsid w:val="00CB0664"/>
    <w:rsid w:val="00DF7CF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D275815"/>
  <w14:defaultImageDpi w14:val="300"/>
  <w15:docId w15:val="{32406EA2-7872-AA44-B0BC-DEA68B356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2">
    <w:name w:val="annotation reference"/>
    <w:basedOn w:val="a2"/>
    <w:uiPriority w:val="99"/>
    <w:semiHidden/>
    <w:unhideWhenUsed/>
    <w:rsid w:val="00DF7CF8"/>
    <w:rPr>
      <w:sz w:val="16"/>
      <w:szCs w:val="16"/>
    </w:rPr>
  </w:style>
  <w:style w:type="paragraph" w:styleId="aff3">
    <w:name w:val="annotation text"/>
    <w:basedOn w:val="a1"/>
    <w:link w:val="Char7"/>
    <w:uiPriority w:val="99"/>
    <w:semiHidden/>
    <w:unhideWhenUsed/>
    <w:rsid w:val="00DF7CF8"/>
    <w:pPr>
      <w:spacing w:line="240" w:lineRule="auto"/>
    </w:pPr>
    <w:rPr>
      <w:sz w:val="20"/>
      <w:szCs w:val="20"/>
    </w:rPr>
  </w:style>
  <w:style w:type="character" w:customStyle="1" w:styleId="Char7">
    <w:name w:val="نص تعليق Char"/>
    <w:basedOn w:val="a2"/>
    <w:link w:val="aff3"/>
    <w:uiPriority w:val="99"/>
    <w:semiHidden/>
    <w:rsid w:val="00DF7CF8"/>
    <w:rPr>
      <w:sz w:val="20"/>
      <w:szCs w:val="20"/>
    </w:rPr>
  </w:style>
  <w:style w:type="paragraph" w:styleId="aff4">
    <w:name w:val="annotation subject"/>
    <w:basedOn w:val="aff3"/>
    <w:next w:val="aff3"/>
    <w:link w:val="Char8"/>
    <w:uiPriority w:val="99"/>
    <w:semiHidden/>
    <w:unhideWhenUsed/>
    <w:rsid w:val="00DF7CF8"/>
    <w:rPr>
      <w:b/>
      <w:bCs/>
    </w:rPr>
  </w:style>
  <w:style w:type="character" w:customStyle="1" w:styleId="Char8">
    <w:name w:val="موضوع تعليق Char"/>
    <w:basedOn w:val="Char7"/>
    <w:link w:val="aff4"/>
    <w:uiPriority w:val="99"/>
    <w:semiHidden/>
    <w:rsid w:val="00DF7CF8"/>
    <w:rPr>
      <w:b/>
      <w:bCs/>
      <w:sz w:val="20"/>
      <w:szCs w:val="20"/>
    </w:rPr>
  </w:style>
  <w:style w:type="table" w:styleId="13">
    <w:name w:val="Plain Table 1"/>
    <w:basedOn w:val="a3"/>
    <w:uiPriority w:val="99"/>
    <w:rsid w:val="00DF7CF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ماك</cp:lastModifiedBy>
  <cp:revision>2</cp:revision>
  <dcterms:created xsi:type="dcterms:W3CDTF">2026-03-17T20:39:00Z</dcterms:created>
  <dcterms:modified xsi:type="dcterms:W3CDTF">2026-03-17T20:39:00Z</dcterms:modified>
  <cp:category/>
</cp:coreProperties>
</file>