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634BC" w14:textId="77777777" w:rsidR="00A662EF" w:rsidRPr="00394A06" w:rsidRDefault="00464A84" w:rsidP="00394A06">
      <w:pPr>
        <w:bidi/>
        <w:spacing w:after="0" w:line="240" w:lineRule="auto"/>
        <w:jc w:val="both"/>
        <w:rPr>
          <w:rFonts w:ascii="Simplified Arabic" w:hAnsi="Simplified Arabic" w:cs="Simplified Arabic"/>
          <w:b/>
          <w:bCs/>
          <w:color w:val="000000" w:themeColor="text1"/>
          <w:sz w:val="20"/>
          <w:szCs w:val="20"/>
          <w:rtl/>
        </w:rPr>
      </w:pPr>
      <w:r w:rsidRPr="00394A06">
        <w:rPr>
          <w:rFonts w:ascii="Simplified Arabic" w:hAnsi="Simplified Arabic" w:cs="Simplified Arabic"/>
          <w:b/>
          <w:bCs/>
          <w:color w:val="000000" w:themeColor="text1"/>
          <w:sz w:val="20"/>
          <w:szCs w:val="20"/>
          <w:rtl/>
        </w:rPr>
        <w:t>الفصل الثالث: منهجية الدراسة</w:t>
      </w:r>
    </w:p>
    <w:p w14:paraId="2F61E890" w14:textId="77777777" w:rsidR="000A310A" w:rsidRPr="00394A06" w:rsidRDefault="000A310A" w:rsidP="00394A06">
      <w:pPr>
        <w:bidi/>
        <w:spacing w:after="0" w:line="240" w:lineRule="auto"/>
        <w:jc w:val="both"/>
        <w:rPr>
          <w:rFonts w:ascii="Simplified Arabic" w:hAnsi="Simplified Arabic" w:cs="Simplified Arabic"/>
          <w:b/>
          <w:bCs/>
          <w:color w:val="000000" w:themeColor="text1"/>
          <w:sz w:val="20"/>
          <w:szCs w:val="20"/>
        </w:rPr>
      </w:pPr>
      <w:r w:rsidRPr="00394A06">
        <w:rPr>
          <w:rFonts w:ascii="Simplified Arabic" w:hAnsi="Simplified Arabic" w:cs="Simplified Arabic"/>
          <w:b/>
          <w:bCs/>
          <w:color w:val="000000" w:themeColor="text1"/>
          <w:sz w:val="20"/>
          <w:szCs w:val="20"/>
          <w:rtl/>
        </w:rPr>
        <w:t>معلومات عامة</w:t>
      </w:r>
    </w:p>
    <w:tbl>
      <w:tblPr>
        <w:tblStyle w:val="TableGrid"/>
        <w:bidiVisual/>
        <w:tblW w:w="0" w:type="auto"/>
        <w:jc w:val="center"/>
        <w:tblLayout w:type="fixed"/>
        <w:tblLook w:val="04A0" w:firstRow="1" w:lastRow="0" w:firstColumn="1" w:lastColumn="0" w:noHBand="0" w:noVBand="1"/>
      </w:tblPr>
      <w:tblGrid>
        <w:gridCol w:w="1814"/>
        <w:gridCol w:w="5386"/>
        <w:gridCol w:w="1814"/>
        <w:gridCol w:w="5386"/>
      </w:tblGrid>
      <w:tr w:rsidR="00047CBC" w:rsidRPr="00394A06" w14:paraId="3959EE5F" w14:textId="77777777" w:rsidTr="00047CBC">
        <w:trPr>
          <w:cantSplit/>
          <w:tblHeader/>
          <w:jc w:val="center"/>
        </w:trPr>
        <w:tc>
          <w:tcPr>
            <w:tcW w:w="1814" w:type="dxa"/>
            <w:tcMar>
              <w:top w:w="100" w:type="dxa"/>
              <w:left w:w="100" w:type="dxa"/>
              <w:bottom w:w="100" w:type="dxa"/>
              <w:right w:w="100" w:type="dxa"/>
            </w:tcMar>
          </w:tcPr>
          <w:p w14:paraId="5A23B51A" w14:textId="77777777" w:rsidR="00047CBC" w:rsidRPr="00394A06" w:rsidRDefault="00047CBC" w:rsidP="00394A06">
            <w:pPr>
              <w:bidi/>
              <w:jc w:val="both"/>
              <w:rPr>
                <w:rFonts w:ascii="Simplified Arabic" w:hAnsi="Simplified Arabic" w:cs="Simplified Arabic"/>
                <w:b/>
                <w:bCs/>
                <w:color w:val="000000" w:themeColor="text1"/>
                <w:sz w:val="20"/>
                <w:szCs w:val="20"/>
              </w:rPr>
            </w:pPr>
            <w:r w:rsidRPr="00394A06">
              <w:rPr>
                <w:rFonts w:ascii="Simplified Arabic" w:hAnsi="Simplified Arabic" w:cs="Simplified Arabic"/>
                <w:b/>
                <w:bCs/>
                <w:color w:val="000000" w:themeColor="text1"/>
                <w:sz w:val="20"/>
                <w:szCs w:val="20"/>
                <w:rtl/>
              </w:rPr>
              <w:t>البند</w:t>
            </w:r>
          </w:p>
        </w:tc>
        <w:tc>
          <w:tcPr>
            <w:tcW w:w="5386" w:type="dxa"/>
            <w:tcMar>
              <w:top w:w="100" w:type="dxa"/>
              <w:left w:w="100" w:type="dxa"/>
              <w:bottom w:w="100" w:type="dxa"/>
              <w:right w:w="100" w:type="dxa"/>
            </w:tcMar>
          </w:tcPr>
          <w:p w14:paraId="26E789A7" w14:textId="77777777" w:rsidR="00047CBC" w:rsidRPr="00394A06" w:rsidRDefault="00047CBC" w:rsidP="00394A06">
            <w:pPr>
              <w:bidi/>
              <w:jc w:val="both"/>
              <w:rPr>
                <w:rFonts w:ascii="Simplified Arabic" w:hAnsi="Simplified Arabic" w:cs="Simplified Arabic"/>
                <w:b/>
                <w:bCs/>
                <w:color w:val="000000" w:themeColor="text1"/>
                <w:sz w:val="20"/>
                <w:szCs w:val="20"/>
              </w:rPr>
            </w:pPr>
            <w:r w:rsidRPr="00394A06">
              <w:rPr>
                <w:rFonts w:ascii="Simplified Arabic" w:hAnsi="Simplified Arabic" w:cs="Simplified Arabic"/>
                <w:b/>
                <w:bCs/>
                <w:color w:val="000000" w:themeColor="text1"/>
                <w:sz w:val="20"/>
                <w:szCs w:val="20"/>
                <w:rtl/>
              </w:rPr>
              <w:t>البيان</w:t>
            </w:r>
          </w:p>
        </w:tc>
        <w:tc>
          <w:tcPr>
            <w:tcW w:w="1814" w:type="dxa"/>
            <w:tcMar>
              <w:top w:w="100" w:type="dxa"/>
              <w:left w:w="100" w:type="dxa"/>
              <w:bottom w:w="100" w:type="dxa"/>
              <w:right w:w="100" w:type="dxa"/>
            </w:tcMar>
          </w:tcPr>
          <w:p w14:paraId="1B989207" w14:textId="77777777" w:rsidR="00047CBC" w:rsidRPr="00394A06" w:rsidRDefault="00047CBC" w:rsidP="00394A06">
            <w:pPr>
              <w:bidi/>
              <w:jc w:val="both"/>
              <w:rPr>
                <w:rFonts w:ascii="Simplified Arabic" w:hAnsi="Simplified Arabic" w:cs="Simplified Arabic"/>
                <w:b/>
                <w:bCs/>
                <w:color w:val="000000" w:themeColor="text1"/>
                <w:sz w:val="20"/>
                <w:szCs w:val="20"/>
              </w:rPr>
            </w:pPr>
            <w:r w:rsidRPr="00394A06">
              <w:rPr>
                <w:rFonts w:ascii="Simplified Arabic" w:hAnsi="Simplified Arabic" w:cs="Simplified Arabic"/>
                <w:b/>
                <w:bCs/>
                <w:color w:val="000000" w:themeColor="text1"/>
                <w:sz w:val="20"/>
                <w:szCs w:val="20"/>
                <w:rtl/>
              </w:rPr>
              <w:t>البند</w:t>
            </w:r>
          </w:p>
        </w:tc>
        <w:tc>
          <w:tcPr>
            <w:tcW w:w="5386" w:type="dxa"/>
            <w:tcMar>
              <w:top w:w="100" w:type="dxa"/>
              <w:left w:w="100" w:type="dxa"/>
              <w:bottom w:w="100" w:type="dxa"/>
              <w:right w:w="100" w:type="dxa"/>
            </w:tcMar>
          </w:tcPr>
          <w:p w14:paraId="4726DF86" w14:textId="77777777" w:rsidR="00047CBC" w:rsidRPr="00394A06" w:rsidRDefault="00047CBC" w:rsidP="00394A06">
            <w:pPr>
              <w:bidi/>
              <w:jc w:val="both"/>
              <w:rPr>
                <w:rFonts w:ascii="Simplified Arabic" w:hAnsi="Simplified Arabic" w:cs="Simplified Arabic"/>
                <w:b/>
                <w:bCs/>
                <w:color w:val="000000" w:themeColor="text1"/>
                <w:sz w:val="20"/>
                <w:szCs w:val="20"/>
              </w:rPr>
            </w:pPr>
            <w:r w:rsidRPr="00394A06">
              <w:rPr>
                <w:rFonts w:ascii="Simplified Arabic" w:hAnsi="Simplified Arabic" w:cs="Simplified Arabic"/>
                <w:b/>
                <w:bCs/>
                <w:color w:val="000000" w:themeColor="text1"/>
                <w:sz w:val="20"/>
                <w:szCs w:val="20"/>
                <w:rtl/>
              </w:rPr>
              <w:t>البيان</w:t>
            </w:r>
          </w:p>
        </w:tc>
      </w:tr>
      <w:tr w:rsidR="00047CBC" w:rsidRPr="00394A06" w14:paraId="0FA2FEE2" w14:textId="77777777" w:rsidTr="00047CBC">
        <w:trPr>
          <w:cantSplit/>
          <w:jc w:val="center"/>
        </w:trPr>
        <w:tc>
          <w:tcPr>
            <w:tcW w:w="1814" w:type="dxa"/>
            <w:tcMar>
              <w:top w:w="100" w:type="dxa"/>
              <w:left w:w="100" w:type="dxa"/>
              <w:bottom w:w="100" w:type="dxa"/>
              <w:right w:w="100" w:type="dxa"/>
            </w:tcMar>
          </w:tcPr>
          <w:p w14:paraId="4A1A926B" w14:textId="77777777" w:rsidR="00047CBC" w:rsidRPr="00394A06" w:rsidRDefault="00047CBC" w:rsidP="00394A06">
            <w:pPr>
              <w:bidi/>
              <w:jc w:val="both"/>
              <w:rPr>
                <w:rFonts w:ascii="Simplified Arabic" w:hAnsi="Simplified Arabic" w:cs="Simplified Arabic"/>
                <w:b/>
                <w:bCs/>
                <w:color w:val="000000" w:themeColor="text1"/>
                <w:sz w:val="20"/>
                <w:szCs w:val="20"/>
              </w:rPr>
            </w:pPr>
            <w:r w:rsidRPr="00394A06">
              <w:rPr>
                <w:rFonts w:ascii="Simplified Arabic" w:hAnsi="Simplified Arabic" w:cs="Simplified Arabic"/>
                <w:b/>
                <w:bCs/>
                <w:color w:val="000000" w:themeColor="text1"/>
                <w:sz w:val="20"/>
                <w:szCs w:val="20"/>
                <w:rtl/>
              </w:rPr>
              <w:t>اسم الطالب</w:t>
            </w:r>
          </w:p>
        </w:tc>
        <w:tc>
          <w:tcPr>
            <w:tcW w:w="5386" w:type="dxa"/>
            <w:tcMar>
              <w:top w:w="100" w:type="dxa"/>
              <w:left w:w="100" w:type="dxa"/>
              <w:bottom w:w="100" w:type="dxa"/>
              <w:right w:w="100" w:type="dxa"/>
            </w:tcMar>
            <w:vAlign w:val="center"/>
          </w:tcPr>
          <w:p w14:paraId="786FFFE3" w14:textId="77777777" w:rsidR="00EA2E28" w:rsidRPr="00394A06" w:rsidRDefault="00000000"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عادل علي حماص</w:t>
            </w:r>
          </w:p>
        </w:tc>
        <w:tc>
          <w:tcPr>
            <w:tcW w:w="1814" w:type="dxa"/>
            <w:tcMar>
              <w:top w:w="100" w:type="dxa"/>
              <w:left w:w="100" w:type="dxa"/>
              <w:bottom w:w="100" w:type="dxa"/>
              <w:right w:w="100" w:type="dxa"/>
            </w:tcMar>
            <w:vAlign w:val="center"/>
          </w:tcPr>
          <w:p w14:paraId="7BB8B2AE" w14:textId="77777777" w:rsidR="00047CBC" w:rsidRPr="00394A06" w:rsidRDefault="00047CBC" w:rsidP="00394A06">
            <w:pPr>
              <w:bidi/>
              <w:jc w:val="both"/>
              <w:rPr>
                <w:rFonts w:ascii="Simplified Arabic" w:hAnsi="Simplified Arabic" w:cs="Simplified Arabic"/>
                <w:b/>
                <w:bCs/>
                <w:color w:val="000000" w:themeColor="text1"/>
                <w:sz w:val="20"/>
                <w:szCs w:val="20"/>
              </w:rPr>
            </w:pPr>
            <w:r w:rsidRPr="00394A06">
              <w:rPr>
                <w:rFonts w:ascii="Simplified Arabic" w:hAnsi="Simplified Arabic" w:cs="Simplified Arabic"/>
                <w:b/>
                <w:bCs/>
                <w:color w:val="000000" w:themeColor="text1"/>
                <w:sz w:val="20"/>
                <w:szCs w:val="20"/>
                <w:rtl/>
              </w:rPr>
              <w:t>عنوان الرسالة</w:t>
            </w:r>
          </w:p>
        </w:tc>
        <w:tc>
          <w:tcPr>
            <w:tcW w:w="5386" w:type="dxa"/>
            <w:tcMar>
              <w:top w:w="100" w:type="dxa"/>
              <w:left w:w="100" w:type="dxa"/>
              <w:bottom w:w="100" w:type="dxa"/>
              <w:right w:w="100" w:type="dxa"/>
            </w:tcMar>
            <w:vAlign w:val="center"/>
          </w:tcPr>
          <w:p w14:paraId="77ABA9EE" w14:textId="77777777" w:rsidR="00EA2E28" w:rsidRPr="00394A06" w:rsidRDefault="00000000"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تحليل واقع الشراكات بين القطاعين العام والخاص في قطاع البيئة وتطوير نموذج مقترح للحوكمة البيئية وإدارة الأداء في المملكة العربية السعودية: دراسة حالة للتفتيش البيئي</w:t>
            </w:r>
          </w:p>
        </w:tc>
      </w:tr>
      <w:tr w:rsidR="00047CBC" w:rsidRPr="00394A06" w14:paraId="70116DA4" w14:textId="77777777" w:rsidTr="00047CBC">
        <w:trPr>
          <w:cantSplit/>
          <w:jc w:val="center"/>
        </w:trPr>
        <w:tc>
          <w:tcPr>
            <w:tcW w:w="1814" w:type="dxa"/>
            <w:tcMar>
              <w:top w:w="100" w:type="dxa"/>
              <w:left w:w="100" w:type="dxa"/>
              <w:bottom w:w="100" w:type="dxa"/>
              <w:right w:w="100" w:type="dxa"/>
            </w:tcMar>
          </w:tcPr>
          <w:p w14:paraId="7B18DB78" w14:textId="77777777" w:rsidR="00047CBC" w:rsidRPr="00394A06" w:rsidRDefault="00047CBC" w:rsidP="00394A06">
            <w:pPr>
              <w:bidi/>
              <w:jc w:val="both"/>
              <w:rPr>
                <w:rFonts w:ascii="Simplified Arabic" w:hAnsi="Simplified Arabic" w:cs="Simplified Arabic"/>
                <w:b/>
                <w:bCs/>
                <w:color w:val="000000" w:themeColor="text1"/>
                <w:sz w:val="20"/>
                <w:szCs w:val="20"/>
              </w:rPr>
            </w:pPr>
            <w:r w:rsidRPr="00394A06">
              <w:rPr>
                <w:rFonts w:ascii="Simplified Arabic" w:hAnsi="Simplified Arabic" w:cs="Simplified Arabic"/>
                <w:b/>
                <w:bCs/>
                <w:color w:val="000000" w:themeColor="text1"/>
                <w:sz w:val="20"/>
                <w:szCs w:val="20"/>
                <w:rtl/>
              </w:rPr>
              <w:t>النسخة المراجعة</w:t>
            </w:r>
          </w:p>
        </w:tc>
        <w:tc>
          <w:tcPr>
            <w:tcW w:w="5386" w:type="dxa"/>
            <w:tcMar>
              <w:top w:w="100" w:type="dxa"/>
              <w:left w:w="100" w:type="dxa"/>
              <w:bottom w:w="100" w:type="dxa"/>
              <w:right w:w="100" w:type="dxa"/>
            </w:tcMar>
            <w:vAlign w:val="center"/>
          </w:tcPr>
          <w:p w14:paraId="03A893B7" w14:textId="77777777" w:rsidR="00EA2E28" w:rsidRPr="00394A06" w:rsidRDefault="00000000"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معدلة / التعديل الثالث</w:t>
            </w:r>
          </w:p>
        </w:tc>
        <w:tc>
          <w:tcPr>
            <w:tcW w:w="1814" w:type="dxa"/>
            <w:tcMar>
              <w:top w:w="100" w:type="dxa"/>
              <w:left w:w="100" w:type="dxa"/>
              <w:bottom w:w="100" w:type="dxa"/>
              <w:right w:w="100" w:type="dxa"/>
            </w:tcMar>
            <w:vAlign w:val="center"/>
          </w:tcPr>
          <w:p w14:paraId="7537968A" w14:textId="77777777" w:rsidR="00047CBC" w:rsidRPr="00394A06" w:rsidRDefault="00047CBC" w:rsidP="00394A06">
            <w:pPr>
              <w:bidi/>
              <w:jc w:val="both"/>
              <w:rPr>
                <w:rFonts w:ascii="Simplified Arabic" w:hAnsi="Simplified Arabic" w:cs="Simplified Arabic"/>
                <w:b/>
                <w:bCs/>
                <w:color w:val="000000" w:themeColor="text1"/>
                <w:sz w:val="20"/>
                <w:szCs w:val="20"/>
              </w:rPr>
            </w:pPr>
            <w:r w:rsidRPr="00394A06">
              <w:rPr>
                <w:rFonts w:ascii="Simplified Arabic" w:hAnsi="Simplified Arabic" w:cs="Simplified Arabic"/>
                <w:b/>
                <w:bCs/>
                <w:color w:val="000000" w:themeColor="text1"/>
                <w:sz w:val="20"/>
                <w:szCs w:val="20"/>
                <w:rtl/>
              </w:rPr>
              <w:t>الحكم العام</w:t>
            </w:r>
          </w:p>
        </w:tc>
        <w:tc>
          <w:tcPr>
            <w:tcW w:w="5386" w:type="dxa"/>
            <w:tcMar>
              <w:top w:w="100" w:type="dxa"/>
              <w:left w:w="100" w:type="dxa"/>
              <w:bottom w:w="100" w:type="dxa"/>
              <w:right w:w="100" w:type="dxa"/>
            </w:tcMar>
            <w:vAlign w:val="center"/>
          </w:tcPr>
          <w:p w14:paraId="70971BC6" w14:textId="77777777" w:rsidR="00EA2E28" w:rsidRPr="00394A06" w:rsidRDefault="00000000"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يحتاج إلى تعديلات متوسطة قبل الاعتماد النهائي</w:t>
            </w:r>
          </w:p>
        </w:tc>
      </w:tr>
    </w:tbl>
    <w:p w14:paraId="67A83060" w14:textId="77777777" w:rsidR="00A662EF" w:rsidRPr="00394A06" w:rsidRDefault="000A310A" w:rsidP="00394A06">
      <w:pPr>
        <w:pStyle w:val="Heading1"/>
        <w:bidi/>
        <w:spacing w:before="200" w:line="240" w:lineRule="auto"/>
        <w:jc w:val="both"/>
        <w:rPr>
          <w:rFonts w:ascii="Simplified Arabic" w:hAnsi="Simplified Arabic" w:cs="Simplified Arabic"/>
          <w:color w:val="000000" w:themeColor="text1"/>
          <w:sz w:val="20"/>
          <w:szCs w:val="20"/>
        </w:rPr>
      </w:pPr>
      <w:r w:rsidRPr="00394A06">
        <w:rPr>
          <w:rFonts w:ascii="Simplified Arabic" w:hAnsi="Simplified Arabic" w:cs="Simplified Arabic"/>
          <w:color w:val="000000" w:themeColor="text1"/>
          <w:sz w:val="20"/>
          <w:szCs w:val="20"/>
          <w:rtl/>
        </w:rPr>
        <w:t>التقييم العام للفصل</w:t>
      </w:r>
    </w:p>
    <w:tbl>
      <w:tblPr>
        <w:tblStyle w:val="TableGrid"/>
        <w:bidiVisual/>
        <w:tblW w:w="0" w:type="auto"/>
        <w:jc w:val="center"/>
        <w:tblLayout w:type="fixed"/>
        <w:tblLook w:val="04A0" w:firstRow="1" w:lastRow="0" w:firstColumn="1" w:lastColumn="0" w:noHBand="0" w:noVBand="1"/>
      </w:tblPr>
      <w:tblGrid>
        <w:gridCol w:w="2381"/>
        <w:gridCol w:w="4649"/>
        <w:gridCol w:w="1814"/>
        <w:gridCol w:w="4025"/>
        <w:gridCol w:w="1814"/>
      </w:tblGrid>
      <w:tr w:rsidR="00A662EF" w:rsidRPr="00394A06" w14:paraId="6FD43218" w14:textId="77777777" w:rsidTr="00047CBC">
        <w:trPr>
          <w:cantSplit/>
          <w:tblHeader/>
          <w:jc w:val="center"/>
        </w:trPr>
        <w:tc>
          <w:tcPr>
            <w:tcW w:w="2381" w:type="dxa"/>
            <w:tcMar>
              <w:top w:w="100" w:type="dxa"/>
              <w:left w:w="100" w:type="dxa"/>
              <w:bottom w:w="100" w:type="dxa"/>
              <w:right w:w="100" w:type="dxa"/>
            </w:tcMar>
            <w:vAlign w:val="center"/>
          </w:tcPr>
          <w:p w14:paraId="3A54C032"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البند</w:t>
            </w:r>
          </w:p>
        </w:tc>
        <w:tc>
          <w:tcPr>
            <w:tcW w:w="4649" w:type="dxa"/>
            <w:tcMar>
              <w:top w:w="100" w:type="dxa"/>
              <w:left w:w="100" w:type="dxa"/>
              <w:bottom w:w="100" w:type="dxa"/>
              <w:right w:w="100" w:type="dxa"/>
            </w:tcMar>
            <w:vAlign w:val="center"/>
          </w:tcPr>
          <w:p w14:paraId="605E1887"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ملاحظات المشرف الأكاديمي</w:t>
            </w:r>
          </w:p>
        </w:tc>
        <w:tc>
          <w:tcPr>
            <w:tcW w:w="1814" w:type="dxa"/>
            <w:tcMar>
              <w:top w:w="100" w:type="dxa"/>
              <w:left w:w="100" w:type="dxa"/>
              <w:bottom w:w="100" w:type="dxa"/>
              <w:right w:w="100" w:type="dxa"/>
            </w:tcMar>
            <w:vAlign w:val="center"/>
          </w:tcPr>
          <w:p w14:paraId="14DFCF22"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مستوى التقييم</w:t>
            </w:r>
          </w:p>
        </w:tc>
        <w:tc>
          <w:tcPr>
            <w:tcW w:w="4025" w:type="dxa"/>
            <w:tcMar>
              <w:top w:w="100" w:type="dxa"/>
              <w:left w:w="100" w:type="dxa"/>
              <w:bottom w:w="100" w:type="dxa"/>
              <w:right w:w="100" w:type="dxa"/>
            </w:tcMar>
            <w:vAlign w:val="center"/>
          </w:tcPr>
          <w:p w14:paraId="691A07E4"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إجراء الطالب المطلوب</w:t>
            </w:r>
          </w:p>
        </w:tc>
        <w:tc>
          <w:tcPr>
            <w:tcW w:w="1814" w:type="dxa"/>
            <w:tcMar>
              <w:top w:w="100" w:type="dxa"/>
              <w:left w:w="100" w:type="dxa"/>
              <w:bottom w:w="100" w:type="dxa"/>
              <w:right w:w="100" w:type="dxa"/>
            </w:tcMar>
            <w:vAlign w:val="center"/>
          </w:tcPr>
          <w:p w14:paraId="26ADAD0A"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رد الطالب / ما تم تعديله</w:t>
            </w:r>
          </w:p>
        </w:tc>
      </w:tr>
      <w:tr w:rsidR="00394A06" w:rsidRPr="00394A06" w14:paraId="44A473BD" w14:textId="77777777" w:rsidTr="00560CB3">
        <w:trPr>
          <w:cantSplit/>
          <w:jc w:val="center"/>
        </w:trPr>
        <w:tc>
          <w:tcPr>
            <w:tcW w:w="2381" w:type="dxa"/>
            <w:tcMar>
              <w:top w:w="100" w:type="dxa"/>
              <w:left w:w="100" w:type="dxa"/>
              <w:bottom w:w="100" w:type="dxa"/>
              <w:right w:w="100" w:type="dxa"/>
            </w:tcMar>
            <w:vAlign w:val="center"/>
          </w:tcPr>
          <w:p w14:paraId="3A92BE47" w14:textId="77777777" w:rsidR="00394A06" w:rsidRPr="00394A06" w:rsidRDefault="00394A06" w:rsidP="00394A06">
            <w:pPr>
              <w:bidi/>
              <w:jc w:val="both"/>
              <w:rPr>
                <w:rFonts w:ascii="Simplified Arabic" w:hAnsi="Simplified Arabic" w:cs="Simplified Arabic"/>
                <w:sz w:val="20"/>
                <w:szCs w:val="20"/>
              </w:rPr>
            </w:pPr>
            <w:proofErr w:type="spellStart"/>
            <w:r w:rsidRPr="00394A06">
              <w:rPr>
                <w:rFonts w:ascii="Simplified Arabic" w:hAnsi="Simplified Arabic" w:cs="Simplified Arabic"/>
                <w:sz w:val="20"/>
                <w:szCs w:val="20"/>
              </w:rPr>
              <w:t>الانطباع</w:t>
            </w:r>
            <w:proofErr w:type="spellEnd"/>
            <w:r w:rsidRPr="00394A06">
              <w:rPr>
                <w:rFonts w:ascii="Simplified Arabic" w:hAnsi="Simplified Arabic" w:cs="Simplified Arabic"/>
                <w:sz w:val="20"/>
                <w:szCs w:val="20"/>
              </w:rPr>
              <w:t xml:space="preserve"> </w:t>
            </w:r>
            <w:proofErr w:type="spellStart"/>
            <w:r w:rsidRPr="00394A06">
              <w:rPr>
                <w:rFonts w:ascii="Simplified Arabic" w:hAnsi="Simplified Arabic" w:cs="Simplified Arabic"/>
                <w:sz w:val="20"/>
                <w:szCs w:val="20"/>
              </w:rPr>
              <w:t>العام</w:t>
            </w:r>
            <w:proofErr w:type="spellEnd"/>
            <w:r w:rsidRPr="00394A06">
              <w:rPr>
                <w:rFonts w:ascii="Simplified Arabic" w:hAnsi="Simplified Arabic" w:cs="Simplified Arabic"/>
                <w:sz w:val="20"/>
                <w:szCs w:val="20"/>
              </w:rPr>
              <w:t xml:space="preserve"> </w:t>
            </w:r>
            <w:proofErr w:type="spellStart"/>
            <w:r w:rsidRPr="00394A06">
              <w:rPr>
                <w:rFonts w:ascii="Simplified Arabic" w:hAnsi="Simplified Arabic" w:cs="Simplified Arabic"/>
                <w:sz w:val="20"/>
                <w:szCs w:val="20"/>
              </w:rPr>
              <w:t>عن</w:t>
            </w:r>
            <w:proofErr w:type="spellEnd"/>
            <w:r w:rsidRPr="00394A06">
              <w:rPr>
                <w:rFonts w:ascii="Simplified Arabic" w:hAnsi="Simplified Arabic" w:cs="Simplified Arabic"/>
                <w:sz w:val="20"/>
                <w:szCs w:val="20"/>
              </w:rPr>
              <w:t xml:space="preserve"> الفصل</w:t>
            </w:r>
          </w:p>
        </w:tc>
        <w:tc>
          <w:tcPr>
            <w:tcW w:w="4649" w:type="dxa"/>
            <w:tcMar>
              <w:top w:w="100" w:type="dxa"/>
              <w:left w:w="100" w:type="dxa"/>
              <w:bottom w:w="100" w:type="dxa"/>
              <w:right w:w="100" w:type="dxa"/>
            </w:tcMar>
          </w:tcPr>
          <w:p w14:paraId="2A9A7180" w14:textId="0C471EF2" w:rsidR="00394A06" w:rsidRPr="00394A06" w:rsidRDefault="00394A06" w:rsidP="00394A06">
            <w:pPr>
              <w:bidi/>
              <w:jc w:val="both"/>
              <w:rPr>
                <w:rFonts w:ascii="Simplified Arabic" w:hAnsi="Simplified Arabic" w:cs="Simplified Arabic"/>
                <w:sz w:val="20"/>
                <w:szCs w:val="20"/>
              </w:rPr>
            </w:pPr>
            <w:r w:rsidRPr="00685BBB">
              <w:rPr>
                <w:rtl/>
              </w:rPr>
              <w:t>الفصل يشهد تحسناً في الانتقال من فكرة عامة عن الشراكة إلى تصميم منهجي يجمع بين الاستبانة وتحليل الوثائق. ومع ذلك، ما زالت الدراسة تحتاج ضبطاً أكبر لهوية التصميم: هل هي دراسة حالة تطويرية، أم مسح كمي، أم تصميم مختلط داعم لبناء نموذج مقترح.</w:t>
            </w:r>
          </w:p>
        </w:tc>
        <w:tc>
          <w:tcPr>
            <w:tcW w:w="1814" w:type="dxa"/>
            <w:tcMar>
              <w:top w:w="100" w:type="dxa"/>
              <w:left w:w="100" w:type="dxa"/>
              <w:bottom w:w="100" w:type="dxa"/>
              <w:right w:w="100" w:type="dxa"/>
            </w:tcMar>
          </w:tcPr>
          <w:p w14:paraId="02010ED3" w14:textId="46A62159" w:rsidR="00394A06" w:rsidRPr="00394A06" w:rsidRDefault="00394A06" w:rsidP="00394A06">
            <w:pPr>
              <w:bidi/>
              <w:jc w:val="both"/>
              <w:rPr>
                <w:rFonts w:ascii="Simplified Arabic" w:hAnsi="Simplified Arabic" w:cs="Simplified Arabic"/>
                <w:sz w:val="20"/>
                <w:szCs w:val="20"/>
              </w:rPr>
            </w:pPr>
            <w:r w:rsidRPr="00685BBB">
              <w:rPr>
                <w:rtl/>
              </w:rPr>
              <w:t>جيد جداً</w:t>
            </w:r>
          </w:p>
        </w:tc>
        <w:tc>
          <w:tcPr>
            <w:tcW w:w="4025" w:type="dxa"/>
            <w:tcMar>
              <w:top w:w="100" w:type="dxa"/>
              <w:left w:w="100" w:type="dxa"/>
              <w:bottom w:w="100" w:type="dxa"/>
              <w:right w:w="100" w:type="dxa"/>
            </w:tcMar>
          </w:tcPr>
          <w:p w14:paraId="7DA26786" w14:textId="121C9E56" w:rsidR="00394A06" w:rsidRPr="00394A06" w:rsidRDefault="00394A06" w:rsidP="00394A06">
            <w:pPr>
              <w:bidi/>
              <w:jc w:val="both"/>
              <w:rPr>
                <w:rFonts w:ascii="Simplified Arabic" w:hAnsi="Simplified Arabic" w:cs="Simplified Arabic"/>
                <w:sz w:val="20"/>
                <w:szCs w:val="20"/>
              </w:rPr>
            </w:pPr>
            <w:r w:rsidRPr="00685BBB">
              <w:rPr>
                <w:rtl/>
              </w:rPr>
              <w:t>إعادة صياغة تصميم الدراسة بوضوح، وتحديد دور كل مصدر بيانات في بناء النموذج المقترح واختبار الفرضيات</w:t>
            </w:r>
            <w:r w:rsidRPr="00685BBB">
              <w:t>.</w:t>
            </w:r>
          </w:p>
        </w:tc>
        <w:tc>
          <w:tcPr>
            <w:tcW w:w="1814" w:type="dxa"/>
            <w:tcMar>
              <w:top w:w="100" w:type="dxa"/>
              <w:left w:w="100" w:type="dxa"/>
              <w:bottom w:w="100" w:type="dxa"/>
              <w:right w:w="100" w:type="dxa"/>
            </w:tcMar>
            <w:vAlign w:val="center"/>
          </w:tcPr>
          <w:p w14:paraId="5A6A8CB2"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00DF6AA6" w14:textId="77777777" w:rsidTr="00560CB3">
        <w:trPr>
          <w:cantSplit/>
          <w:jc w:val="center"/>
        </w:trPr>
        <w:tc>
          <w:tcPr>
            <w:tcW w:w="2381" w:type="dxa"/>
            <w:tcMar>
              <w:top w:w="100" w:type="dxa"/>
              <w:left w:w="100" w:type="dxa"/>
              <w:bottom w:w="100" w:type="dxa"/>
              <w:right w:w="100" w:type="dxa"/>
            </w:tcMar>
            <w:vAlign w:val="center"/>
          </w:tcPr>
          <w:p w14:paraId="73F8E2CA"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وضوح تنظيم الفصل</w:t>
            </w:r>
          </w:p>
        </w:tc>
        <w:tc>
          <w:tcPr>
            <w:tcW w:w="4649" w:type="dxa"/>
            <w:tcMar>
              <w:top w:w="100" w:type="dxa"/>
              <w:left w:w="100" w:type="dxa"/>
              <w:bottom w:w="100" w:type="dxa"/>
              <w:right w:w="100" w:type="dxa"/>
            </w:tcMar>
          </w:tcPr>
          <w:p w14:paraId="2E214403" w14:textId="7AB37210" w:rsidR="00394A06" w:rsidRPr="00394A06" w:rsidRDefault="00394A06" w:rsidP="00394A06">
            <w:pPr>
              <w:bidi/>
              <w:jc w:val="both"/>
              <w:rPr>
                <w:rFonts w:ascii="Simplified Arabic" w:hAnsi="Simplified Arabic" w:cs="Simplified Arabic"/>
                <w:sz w:val="20"/>
                <w:szCs w:val="20"/>
              </w:rPr>
            </w:pPr>
            <w:r w:rsidRPr="00685BBB">
              <w:rPr>
                <w:rtl/>
              </w:rPr>
              <w:t>تنظيم الفصل أصبح أكثر وضوحاً لكنه ما زال يحتوي على مواد تمهيدية طويلة من الفصول السابقة قبل الفصل الثالث.</w:t>
            </w:r>
          </w:p>
        </w:tc>
        <w:tc>
          <w:tcPr>
            <w:tcW w:w="1814" w:type="dxa"/>
            <w:tcMar>
              <w:top w:w="100" w:type="dxa"/>
              <w:left w:w="100" w:type="dxa"/>
              <w:bottom w:w="100" w:type="dxa"/>
              <w:right w:w="100" w:type="dxa"/>
            </w:tcMar>
          </w:tcPr>
          <w:p w14:paraId="4D3AFED5" w14:textId="1A75E894" w:rsidR="00394A06" w:rsidRPr="00394A06" w:rsidRDefault="00394A06" w:rsidP="00394A06">
            <w:pPr>
              <w:bidi/>
              <w:jc w:val="both"/>
              <w:rPr>
                <w:rFonts w:ascii="Simplified Arabic" w:hAnsi="Simplified Arabic" w:cs="Simplified Arabic"/>
                <w:sz w:val="20"/>
                <w:szCs w:val="20"/>
              </w:rPr>
            </w:pPr>
            <w:r w:rsidRPr="00685BBB">
              <w:rPr>
                <w:rtl/>
              </w:rPr>
              <w:t>جيد جداً</w:t>
            </w:r>
          </w:p>
        </w:tc>
        <w:tc>
          <w:tcPr>
            <w:tcW w:w="4025" w:type="dxa"/>
            <w:tcMar>
              <w:top w:w="100" w:type="dxa"/>
              <w:left w:w="100" w:type="dxa"/>
              <w:bottom w:w="100" w:type="dxa"/>
              <w:right w:w="100" w:type="dxa"/>
            </w:tcMar>
          </w:tcPr>
          <w:p w14:paraId="6B4EFFC0" w14:textId="130AF2C5" w:rsidR="00394A06" w:rsidRPr="00394A06" w:rsidRDefault="00394A06" w:rsidP="00394A06">
            <w:pPr>
              <w:bidi/>
              <w:jc w:val="both"/>
              <w:rPr>
                <w:rFonts w:ascii="Simplified Arabic" w:hAnsi="Simplified Arabic" w:cs="Simplified Arabic"/>
                <w:sz w:val="20"/>
                <w:szCs w:val="20"/>
              </w:rPr>
            </w:pPr>
            <w:r w:rsidRPr="00685BBB">
              <w:rPr>
                <w:rtl/>
              </w:rPr>
              <w:t>فصل محتوى المستخلص والشكر والفصول السابقة عن ملف الفصل الثالث عند التسليم المنهجي، أو إبقاء الفصل الثالث فقط في ملف المراجعة</w:t>
            </w:r>
            <w:r w:rsidRPr="00685BBB">
              <w:t>.</w:t>
            </w:r>
          </w:p>
        </w:tc>
        <w:tc>
          <w:tcPr>
            <w:tcW w:w="1814" w:type="dxa"/>
            <w:tcMar>
              <w:top w:w="100" w:type="dxa"/>
              <w:left w:w="100" w:type="dxa"/>
              <w:bottom w:w="100" w:type="dxa"/>
              <w:right w:w="100" w:type="dxa"/>
            </w:tcMar>
            <w:vAlign w:val="center"/>
          </w:tcPr>
          <w:p w14:paraId="50B668CD"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395E5DE9" w14:textId="77777777" w:rsidTr="00560CB3">
        <w:trPr>
          <w:cantSplit/>
          <w:jc w:val="center"/>
        </w:trPr>
        <w:tc>
          <w:tcPr>
            <w:tcW w:w="2381" w:type="dxa"/>
            <w:tcMar>
              <w:top w:w="100" w:type="dxa"/>
              <w:left w:w="100" w:type="dxa"/>
              <w:bottom w:w="100" w:type="dxa"/>
              <w:right w:w="100" w:type="dxa"/>
            </w:tcMar>
            <w:vAlign w:val="center"/>
          </w:tcPr>
          <w:p w14:paraId="160B248B"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الاتساق مع الفصول السابقة</w:t>
            </w:r>
          </w:p>
        </w:tc>
        <w:tc>
          <w:tcPr>
            <w:tcW w:w="4649" w:type="dxa"/>
            <w:tcMar>
              <w:top w:w="100" w:type="dxa"/>
              <w:left w:w="100" w:type="dxa"/>
              <w:bottom w:w="100" w:type="dxa"/>
              <w:right w:w="100" w:type="dxa"/>
            </w:tcMar>
          </w:tcPr>
          <w:p w14:paraId="4485B1DA" w14:textId="568CF29A" w:rsidR="00394A06" w:rsidRPr="00394A06" w:rsidRDefault="00394A06" w:rsidP="00394A06">
            <w:pPr>
              <w:bidi/>
              <w:jc w:val="both"/>
              <w:rPr>
                <w:rFonts w:ascii="Simplified Arabic" w:hAnsi="Simplified Arabic" w:cs="Simplified Arabic"/>
                <w:sz w:val="20"/>
                <w:szCs w:val="20"/>
              </w:rPr>
            </w:pPr>
            <w:r w:rsidRPr="00685BBB">
              <w:rPr>
                <w:rtl/>
              </w:rPr>
              <w:t>يوجد اتساق عام بين موضوع</w:t>
            </w:r>
            <w:r w:rsidRPr="00685BBB">
              <w:t xml:space="preserve"> PPP </w:t>
            </w:r>
            <w:r w:rsidRPr="00685BBB">
              <w:rPr>
                <w:rtl/>
              </w:rPr>
              <w:t>والتفتيش البيئي، إلا أن المتغيرات، وحدة التحليل، وأدوات القياس تحتاج ضبطاً أدق حتى لا تختلط الخدمة البيئية بالفرد المستجيب والوثيقة.</w:t>
            </w:r>
          </w:p>
        </w:tc>
        <w:tc>
          <w:tcPr>
            <w:tcW w:w="1814" w:type="dxa"/>
            <w:tcMar>
              <w:top w:w="100" w:type="dxa"/>
              <w:left w:w="100" w:type="dxa"/>
              <w:bottom w:w="100" w:type="dxa"/>
              <w:right w:w="100" w:type="dxa"/>
            </w:tcMar>
          </w:tcPr>
          <w:p w14:paraId="5804D6DE" w14:textId="619F7ED0" w:rsidR="00394A06" w:rsidRPr="00394A06" w:rsidRDefault="00394A06" w:rsidP="00394A06">
            <w:pPr>
              <w:bidi/>
              <w:jc w:val="both"/>
              <w:rPr>
                <w:rFonts w:ascii="Simplified Arabic" w:hAnsi="Simplified Arabic" w:cs="Simplified Arabic"/>
                <w:sz w:val="20"/>
                <w:szCs w:val="20"/>
              </w:rPr>
            </w:pPr>
            <w:r w:rsidRPr="00685BBB">
              <w:rPr>
                <w:rtl/>
              </w:rPr>
              <w:t>جيد جداً</w:t>
            </w:r>
          </w:p>
        </w:tc>
        <w:tc>
          <w:tcPr>
            <w:tcW w:w="4025" w:type="dxa"/>
            <w:tcMar>
              <w:top w:w="100" w:type="dxa"/>
              <w:left w:w="100" w:type="dxa"/>
              <w:bottom w:w="100" w:type="dxa"/>
              <w:right w:w="100" w:type="dxa"/>
            </w:tcMar>
          </w:tcPr>
          <w:p w14:paraId="4CB3DC90" w14:textId="6F3410C1" w:rsidR="00394A06" w:rsidRPr="00394A06" w:rsidRDefault="00394A06" w:rsidP="00394A06">
            <w:pPr>
              <w:bidi/>
              <w:jc w:val="both"/>
              <w:rPr>
                <w:rFonts w:ascii="Simplified Arabic" w:hAnsi="Simplified Arabic" w:cs="Simplified Arabic"/>
                <w:sz w:val="20"/>
                <w:szCs w:val="20"/>
              </w:rPr>
            </w:pPr>
            <w:r w:rsidRPr="00685BBB">
              <w:rPr>
                <w:rtl/>
              </w:rPr>
              <w:t>توحيد النموذج المفاهيمي والمتغيرات في الفصلين الأول والثالث والاستبانة</w:t>
            </w:r>
            <w:r w:rsidRPr="00685BBB">
              <w:t>.</w:t>
            </w:r>
          </w:p>
        </w:tc>
        <w:tc>
          <w:tcPr>
            <w:tcW w:w="1814" w:type="dxa"/>
            <w:tcMar>
              <w:top w:w="100" w:type="dxa"/>
              <w:left w:w="100" w:type="dxa"/>
              <w:bottom w:w="100" w:type="dxa"/>
              <w:right w:w="100" w:type="dxa"/>
            </w:tcMar>
            <w:vAlign w:val="center"/>
          </w:tcPr>
          <w:p w14:paraId="2B2158F4" w14:textId="77777777" w:rsidR="00394A06" w:rsidRPr="00394A06" w:rsidRDefault="00394A06" w:rsidP="00394A06">
            <w:pPr>
              <w:bidi/>
              <w:jc w:val="both"/>
              <w:rPr>
                <w:rFonts w:ascii="Simplified Arabic" w:hAnsi="Simplified Arabic" w:cs="Simplified Arabic"/>
                <w:sz w:val="20"/>
                <w:szCs w:val="20"/>
              </w:rPr>
            </w:pPr>
          </w:p>
        </w:tc>
      </w:tr>
    </w:tbl>
    <w:p w14:paraId="7445823E" w14:textId="77777777" w:rsidR="00A662EF" w:rsidRPr="00394A06" w:rsidRDefault="000A310A" w:rsidP="00394A06">
      <w:pPr>
        <w:pStyle w:val="Heading1"/>
        <w:bidi/>
        <w:spacing w:before="200" w:line="240" w:lineRule="auto"/>
        <w:jc w:val="both"/>
        <w:rPr>
          <w:rFonts w:ascii="Simplified Arabic" w:hAnsi="Simplified Arabic" w:cs="Simplified Arabic"/>
          <w:color w:val="000000" w:themeColor="text1"/>
          <w:sz w:val="20"/>
          <w:szCs w:val="20"/>
        </w:rPr>
      </w:pPr>
      <w:r w:rsidRPr="00394A06">
        <w:rPr>
          <w:rFonts w:ascii="Simplified Arabic" w:hAnsi="Simplified Arabic" w:cs="Simplified Arabic"/>
          <w:color w:val="000000" w:themeColor="text1"/>
          <w:sz w:val="20"/>
          <w:szCs w:val="20"/>
          <w:rtl/>
        </w:rPr>
        <w:t>تصميم البحث ومنهجه</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047CBC" w:rsidRPr="00394A06" w14:paraId="67652400" w14:textId="77777777" w:rsidTr="00047CBC">
        <w:trPr>
          <w:cantSplit/>
          <w:tblHeader/>
          <w:jc w:val="center"/>
        </w:trPr>
        <w:tc>
          <w:tcPr>
            <w:tcW w:w="1927" w:type="dxa"/>
            <w:tcMar>
              <w:top w:w="100" w:type="dxa"/>
              <w:left w:w="100" w:type="dxa"/>
              <w:bottom w:w="100" w:type="dxa"/>
              <w:right w:w="100" w:type="dxa"/>
            </w:tcMar>
            <w:vAlign w:val="center"/>
          </w:tcPr>
          <w:p w14:paraId="29A2731F" w14:textId="77777777" w:rsidR="00047CBC" w:rsidRPr="00394A06" w:rsidRDefault="00047CBC" w:rsidP="00394A06">
            <w:pPr>
              <w:bidi/>
              <w:jc w:val="both"/>
              <w:rPr>
                <w:rFonts w:ascii="Simplified Arabic" w:hAnsi="Simplified Arabic" w:cs="Simplified Arabic"/>
                <w:b/>
                <w:bCs/>
                <w:color w:val="000000" w:themeColor="text1"/>
                <w:sz w:val="20"/>
                <w:szCs w:val="20"/>
              </w:rPr>
            </w:pPr>
            <w:r w:rsidRPr="00394A06">
              <w:rPr>
                <w:rFonts w:ascii="Simplified Arabic" w:hAnsi="Simplified Arabic" w:cs="Simplified Arabic"/>
                <w:b/>
                <w:bCs/>
                <w:color w:val="000000" w:themeColor="text1"/>
                <w:sz w:val="20"/>
                <w:szCs w:val="20"/>
                <w:rtl/>
              </w:rPr>
              <w:t>محور المراجعة</w:t>
            </w:r>
          </w:p>
        </w:tc>
        <w:tc>
          <w:tcPr>
            <w:tcW w:w="3005" w:type="dxa"/>
            <w:tcMar>
              <w:top w:w="100" w:type="dxa"/>
              <w:left w:w="100" w:type="dxa"/>
              <w:bottom w:w="100" w:type="dxa"/>
              <w:right w:w="100" w:type="dxa"/>
            </w:tcMar>
            <w:vAlign w:val="center"/>
          </w:tcPr>
          <w:p w14:paraId="582723A2" w14:textId="77777777" w:rsidR="00047CBC" w:rsidRPr="00394A06" w:rsidRDefault="00047CBC" w:rsidP="00394A06">
            <w:pPr>
              <w:bidi/>
              <w:jc w:val="both"/>
              <w:rPr>
                <w:rFonts w:ascii="Simplified Arabic" w:hAnsi="Simplified Arabic" w:cs="Simplified Arabic"/>
                <w:b/>
                <w:bCs/>
                <w:color w:val="000000" w:themeColor="text1"/>
                <w:sz w:val="20"/>
                <w:szCs w:val="20"/>
              </w:rPr>
            </w:pPr>
            <w:r w:rsidRPr="00394A06">
              <w:rPr>
                <w:rFonts w:ascii="Simplified Arabic" w:hAnsi="Simplified Arabic" w:cs="Simplified Arabic"/>
                <w:b/>
                <w:bCs/>
                <w:color w:val="000000" w:themeColor="text1"/>
                <w:sz w:val="20"/>
                <w:szCs w:val="20"/>
                <w:rtl/>
              </w:rPr>
              <w:t>معايير التقييم</w:t>
            </w:r>
          </w:p>
        </w:tc>
        <w:tc>
          <w:tcPr>
            <w:tcW w:w="4025" w:type="dxa"/>
            <w:tcMar>
              <w:top w:w="100" w:type="dxa"/>
              <w:left w:w="100" w:type="dxa"/>
              <w:bottom w:w="100" w:type="dxa"/>
              <w:right w:w="100" w:type="dxa"/>
            </w:tcMar>
            <w:vAlign w:val="center"/>
          </w:tcPr>
          <w:p w14:paraId="708EE09B" w14:textId="77777777" w:rsidR="00047CBC" w:rsidRPr="00394A06" w:rsidRDefault="00047CBC" w:rsidP="00394A06">
            <w:pPr>
              <w:bidi/>
              <w:jc w:val="both"/>
              <w:rPr>
                <w:rFonts w:ascii="Simplified Arabic" w:hAnsi="Simplified Arabic" w:cs="Simplified Arabic"/>
                <w:b/>
                <w:bCs/>
                <w:color w:val="000000" w:themeColor="text1"/>
                <w:sz w:val="20"/>
                <w:szCs w:val="20"/>
              </w:rPr>
            </w:pPr>
            <w:r w:rsidRPr="00394A06">
              <w:rPr>
                <w:rFonts w:ascii="Simplified Arabic" w:hAnsi="Simplified Arabic" w:cs="Simplified Arabic"/>
                <w:b/>
                <w:bCs/>
                <w:color w:val="000000" w:themeColor="text1"/>
                <w:sz w:val="20"/>
                <w:szCs w:val="20"/>
                <w:rtl/>
              </w:rPr>
              <w:t>مثال على تعليق المشرف الأكاديمي</w:t>
            </w:r>
          </w:p>
        </w:tc>
        <w:tc>
          <w:tcPr>
            <w:tcW w:w="1474" w:type="dxa"/>
            <w:tcMar>
              <w:top w:w="100" w:type="dxa"/>
              <w:left w:w="100" w:type="dxa"/>
              <w:bottom w:w="100" w:type="dxa"/>
              <w:right w:w="100" w:type="dxa"/>
            </w:tcMar>
            <w:vAlign w:val="center"/>
          </w:tcPr>
          <w:p w14:paraId="344B8395" w14:textId="77777777" w:rsidR="00047CBC" w:rsidRPr="00394A06" w:rsidRDefault="00047CBC" w:rsidP="00394A06">
            <w:pPr>
              <w:bidi/>
              <w:jc w:val="both"/>
              <w:rPr>
                <w:rFonts w:ascii="Simplified Arabic" w:hAnsi="Simplified Arabic" w:cs="Simplified Arabic"/>
                <w:b/>
                <w:bCs/>
                <w:color w:val="000000" w:themeColor="text1"/>
                <w:sz w:val="20"/>
                <w:szCs w:val="20"/>
              </w:rPr>
            </w:pPr>
            <w:r w:rsidRPr="00394A06">
              <w:rPr>
                <w:rFonts w:ascii="Simplified Arabic" w:hAnsi="Simplified Arabic" w:cs="Simplified Arabic"/>
                <w:b/>
                <w:bCs/>
                <w:color w:val="000000" w:themeColor="text1"/>
                <w:sz w:val="20"/>
                <w:szCs w:val="20"/>
                <w:rtl/>
              </w:rPr>
              <w:t>مستوى التقييم</w:t>
            </w:r>
          </w:p>
        </w:tc>
        <w:tc>
          <w:tcPr>
            <w:tcW w:w="3288" w:type="dxa"/>
            <w:tcMar>
              <w:top w:w="100" w:type="dxa"/>
              <w:left w:w="100" w:type="dxa"/>
              <w:bottom w:w="100" w:type="dxa"/>
              <w:right w:w="100" w:type="dxa"/>
            </w:tcMar>
            <w:vAlign w:val="center"/>
          </w:tcPr>
          <w:p w14:paraId="5003CCE9" w14:textId="77777777" w:rsidR="00047CBC" w:rsidRPr="00394A06" w:rsidRDefault="00047CBC" w:rsidP="00394A06">
            <w:pPr>
              <w:bidi/>
              <w:jc w:val="both"/>
              <w:rPr>
                <w:rFonts w:ascii="Simplified Arabic" w:hAnsi="Simplified Arabic" w:cs="Simplified Arabic"/>
                <w:b/>
                <w:bCs/>
                <w:color w:val="000000" w:themeColor="text1"/>
                <w:sz w:val="20"/>
                <w:szCs w:val="20"/>
              </w:rPr>
            </w:pPr>
            <w:r w:rsidRPr="00394A06">
              <w:rPr>
                <w:rFonts w:ascii="Simplified Arabic" w:hAnsi="Simplified Arabic" w:cs="Simplified Arabic"/>
                <w:b/>
                <w:bCs/>
                <w:color w:val="000000" w:themeColor="text1"/>
                <w:sz w:val="20"/>
                <w:szCs w:val="20"/>
                <w:rtl/>
              </w:rPr>
              <w:t>الإجراء المطلوب من الطالب</w:t>
            </w:r>
          </w:p>
        </w:tc>
        <w:tc>
          <w:tcPr>
            <w:tcW w:w="1134" w:type="dxa"/>
            <w:tcMar>
              <w:top w:w="100" w:type="dxa"/>
              <w:left w:w="100" w:type="dxa"/>
              <w:bottom w:w="100" w:type="dxa"/>
              <w:right w:w="100" w:type="dxa"/>
            </w:tcMar>
            <w:vAlign w:val="center"/>
          </w:tcPr>
          <w:p w14:paraId="3CD8E20F" w14:textId="77777777" w:rsidR="00047CBC" w:rsidRPr="00394A06" w:rsidRDefault="00047CBC" w:rsidP="00394A06">
            <w:pPr>
              <w:bidi/>
              <w:jc w:val="both"/>
              <w:rPr>
                <w:rFonts w:ascii="Simplified Arabic" w:hAnsi="Simplified Arabic" w:cs="Simplified Arabic"/>
                <w:b/>
                <w:bCs/>
                <w:color w:val="000000" w:themeColor="text1"/>
                <w:sz w:val="20"/>
                <w:szCs w:val="20"/>
              </w:rPr>
            </w:pPr>
            <w:r w:rsidRPr="00394A06">
              <w:rPr>
                <w:rFonts w:ascii="Simplified Arabic" w:hAnsi="Simplified Arabic" w:cs="Simplified Arabic"/>
                <w:b/>
                <w:bCs/>
                <w:color w:val="000000" w:themeColor="text1"/>
                <w:sz w:val="20"/>
                <w:szCs w:val="20"/>
                <w:rtl/>
              </w:rPr>
              <w:t>رد الطالب</w:t>
            </w:r>
          </w:p>
        </w:tc>
      </w:tr>
      <w:tr w:rsidR="00394A06" w:rsidRPr="00394A06" w14:paraId="3E992BE8" w14:textId="77777777" w:rsidTr="00DF43A0">
        <w:trPr>
          <w:cantSplit/>
          <w:jc w:val="center"/>
        </w:trPr>
        <w:tc>
          <w:tcPr>
            <w:tcW w:w="1927" w:type="dxa"/>
            <w:tcMar>
              <w:top w:w="100" w:type="dxa"/>
              <w:left w:w="100" w:type="dxa"/>
              <w:bottom w:w="100" w:type="dxa"/>
              <w:right w:w="100" w:type="dxa"/>
            </w:tcMar>
            <w:vAlign w:val="center"/>
          </w:tcPr>
          <w:p w14:paraId="2E2309F0" w14:textId="77777777" w:rsidR="00394A06" w:rsidRPr="00394A06" w:rsidRDefault="00394A06" w:rsidP="00394A06">
            <w:pPr>
              <w:bidi/>
              <w:jc w:val="both"/>
              <w:rPr>
                <w:rFonts w:ascii="Simplified Arabic" w:hAnsi="Simplified Arabic" w:cs="Simplified Arabic"/>
                <w:sz w:val="20"/>
                <w:szCs w:val="20"/>
              </w:rPr>
            </w:pPr>
            <w:proofErr w:type="spellStart"/>
            <w:r w:rsidRPr="00394A06">
              <w:rPr>
                <w:rFonts w:ascii="Simplified Arabic" w:hAnsi="Simplified Arabic" w:cs="Simplified Arabic"/>
                <w:sz w:val="20"/>
                <w:szCs w:val="20"/>
              </w:rPr>
              <w:t>تحديد</w:t>
            </w:r>
            <w:proofErr w:type="spellEnd"/>
            <w:r w:rsidRPr="00394A06">
              <w:rPr>
                <w:rFonts w:ascii="Simplified Arabic" w:hAnsi="Simplified Arabic" w:cs="Simplified Arabic"/>
                <w:sz w:val="20"/>
                <w:szCs w:val="20"/>
              </w:rPr>
              <w:t xml:space="preserve"> </w:t>
            </w:r>
            <w:proofErr w:type="spellStart"/>
            <w:r w:rsidRPr="00394A06">
              <w:rPr>
                <w:rFonts w:ascii="Simplified Arabic" w:hAnsi="Simplified Arabic" w:cs="Simplified Arabic"/>
                <w:sz w:val="20"/>
                <w:szCs w:val="20"/>
              </w:rPr>
              <w:t>المنهج</w:t>
            </w:r>
            <w:proofErr w:type="spellEnd"/>
          </w:p>
        </w:tc>
        <w:tc>
          <w:tcPr>
            <w:tcW w:w="3005" w:type="dxa"/>
            <w:tcMar>
              <w:top w:w="100" w:type="dxa"/>
              <w:left w:w="100" w:type="dxa"/>
              <w:bottom w:w="100" w:type="dxa"/>
              <w:right w:w="100" w:type="dxa"/>
            </w:tcMar>
          </w:tcPr>
          <w:p w14:paraId="11411249" w14:textId="05B2F4C1" w:rsidR="00394A06" w:rsidRPr="00394A06" w:rsidRDefault="00394A06" w:rsidP="00394A06">
            <w:pPr>
              <w:bidi/>
              <w:jc w:val="both"/>
              <w:rPr>
                <w:rFonts w:ascii="Simplified Arabic" w:hAnsi="Simplified Arabic" w:cs="Simplified Arabic"/>
                <w:sz w:val="20"/>
                <w:szCs w:val="20"/>
              </w:rPr>
            </w:pPr>
            <w:r w:rsidRPr="00B07C23">
              <w:rPr>
                <w:rtl/>
              </w:rPr>
              <w:t>هل تم تحديد المنهج بوضوح؟ وصفي، تحليلي، ارتباطي، كمي، نوعي، مختلط؟</w:t>
            </w:r>
          </w:p>
        </w:tc>
        <w:tc>
          <w:tcPr>
            <w:tcW w:w="4025" w:type="dxa"/>
            <w:tcMar>
              <w:top w:w="100" w:type="dxa"/>
              <w:left w:w="100" w:type="dxa"/>
              <w:bottom w:w="100" w:type="dxa"/>
              <w:right w:w="100" w:type="dxa"/>
            </w:tcMar>
          </w:tcPr>
          <w:p w14:paraId="086722AF" w14:textId="4A95E89F" w:rsidR="00394A06" w:rsidRPr="00394A06" w:rsidRDefault="00394A06" w:rsidP="00394A06">
            <w:pPr>
              <w:bidi/>
              <w:jc w:val="both"/>
              <w:rPr>
                <w:rFonts w:ascii="Simplified Arabic" w:hAnsi="Simplified Arabic" w:cs="Simplified Arabic"/>
                <w:sz w:val="20"/>
                <w:szCs w:val="20"/>
              </w:rPr>
            </w:pPr>
            <w:r w:rsidRPr="00B07C23">
              <w:rPr>
                <w:rtl/>
              </w:rPr>
              <w:t>تم تحديد المنهج الوصفي التحليلي، لكن الدراسة تتضمن أيضاً تحليل وثائق وتطوير نموذج، ما يستلزم تسمية أدق للتصميم.</w:t>
            </w:r>
          </w:p>
        </w:tc>
        <w:tc>
          <w:tcPr>
            <w:tcW w:w="1474" w:type="dxa"/>
            <w:tcMar>
              <w:top w:w="100" w:type="dxa"/>
              <w:left w:w="100" w:type="dxa"/>
              <w:bottom w:w="100" w:type="dxa"/>
              <w:right w:w="100" w:type="dxa"/>
            </w:tcMar>
          </w:tcPr>
          <w:p w14:paraId="77AA54D5" w14:textId="3E7BB6F8" w:rsidR="00394A06" w:rsidRPr="00394A06" w:rsidRDefault="00394A06" w:rsidP="00394A06">
            <w:pPr>
              <w:bidi/>
              <w:jc w:val="both"/>
              <w:rPr>
                <w:rFonts w:ascii="Simplified Arabic" w:hAnsi="Simplified Arabic" w:cs="Simplified Arabic"/>
                <w:sz w:val="20"/>
                <w:szCs w:val="20"/>
              </w:rPr>
            </w:pPr>
            <w:r w:rsidRPr="00B07C23">
              <w:rPr>
                <w:rtl/>
              </w:rPr>
              <w:t>جيد مع تعديل</w:t>
            </w:r>
          </w:p>
        </w:tc>
        <w:tc>
          <w:tcPr>
            <w:tcW w:w="3288" w:type="dxa"/>
            <w:tcMar>
              <w:top w:w="100" w:type="dxa"/>
              <w:left w:w="100" w:type="dxa"/>
              <w:bottom w:w="100" w:type="dxa"/>
              <w:right w:w="100" w:type="dxa"/>
            </w:tcMar>
          </w:tcPr>
          <w:p w14:paraId="5C857799" w14:textId="17422004" w:rsidR="00394A06" w:rsidRPr="00394A06" w:rsidRDefault="00394A06" w:rsidP="00394A06">
            <w:pPr>
              <w:bidi/>
              <w:jc w:val="both"/>
              <w:rPr>
                <w:rFonts w:ascii="Simplified Arabic" w:hAnsi="Simplified Arabic" w:cs="Simplified Arabic"/>
                <w:sz w:val="20"/>
                <w:szCs w:val="20"/>
              </w:rPr>
            </w:pPr>
            <w:r w:rsidRPr="00B07C23">
              <w:rPr>
                <w:rtl/>
              </w:rPr>
              <w:t>تحديد ما إذا كان التصميم كمي مسحي مدعوم بتحليل وثائق، أو دراسة حالة مختلطة، وشرح منطق ذلك</w:t>
            </w:r>
            <w:r w:rsidRPr="00B07C23">
              <w:t>.</w:t>
            </w:r>
          </w:p>
        </w:tc>
        <w:tc>
          <w:tcPr>
            <w:tcW w:w="1134" w:type="dxa"/>
            <w:tcMar>
              <w:top w:w="100" w:type="dxa"/>
              <w:left w:w="100" w:type="dxa"/>
              <w:bottom w:w="100" w:type="dxa"/>
              <w:right w:w="100" w:type="dxa"/>
            </w:tcMar>
            <w:vAlign w:val="center"/>
          </w:tcPr>
          <w:p w14:paraId="074A0B1E"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47D25EAD" w14:textId="77777777" w:rsidTr="00DF43A0">
        <w:trPr>
          <w:cantSplit/>
          <w:jc w:val="center"/>
        </w:trPr>
        <w:tc>
          <w:tcPr>
            <w:tcW w:w="1927" w:type="dxa"/>
            <w:tcMar>
              <w:top w:w="100" w:type="dxa"/>
              <w:left w:w="100" w:type="dxa"/>
              <w:bottom w:w="100" w:type="dxa"/>
              <w:right w:w="100" w:type="dxa"/>
            </w:tcMar>
            <w:vAlign w:val="center"/>
          </w:tcPr>
          <w:p w14:paraId="15362AFE"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lastRenderedPageBreak/>
              <w:t>ملاءمة المنهج للموضوع</w:t>
            </w:r>
          </w:p>
        </w:tc>
        <w:tc>
          <w:tcPr>
            <w:tcW w:w="3005" w:type="dxa"/>
            <w:tcMar>
              <w:top w:w="100" w:type="dxa"/>
              <w:left w:w="100" w:type="dxa"/>
              <w:bottom w:w="100" w:type="dxa"/>
              <w:right w:w="100" w:type="dxa"/>
            </w:tcMar>
          </w:tcPr>
          <w:p w14:paraId="5A1BFF3B" w14:textId="5F3F5C75" w:rsidR="00394A06" w:rsidRPr="00394A06" w:rsidRDefault="00394A06" w:rsidP="00394A06">
            <w:pPr>
              <w:bidi/>
              <w:jc w:val="both"/>
              <w:rPr>
                <w:rFonts w:ascii="Simplified Arabic" w:hAnsi="Simplified Arabic" w:cs="Simplified Arabic"/>
                <w:sz w:val="20"/>
                <w:szCs w:val="20"/>
              </w:rPr>
            </w:pPr>
            <w:r w:rsidRPr="00B07C23">
              <w:rPr>
                <w:rtl/>
              </w:rPr>
              <w:t>هل يتوافق المنهج مع طبيعة المشكلة والأسئلة والفرضيات؟</w:t>
            </w:r>
          </w:p>
        </w:tc>
        <w:tc>
          <w:tcPr>
            <w:tcW w:w="4025" w:type="dxa"/>
            <w:tcMar>
              <w:top w:w="100" w:type="dxa"/>
              <w:left w:w="100" w:type="dxa"/>
              <w:bottom w:w="100" w:type="dxa"/>
              <w:right w:w="100" w:type="dxa"/>
            </w:tcMar>
          </w:tcPr>
          <w:p w14:paraId="7F1B53AB" w14:textId="2B5AD7A4" w:rsidR="00394A06" w:rsidRPr="00394A06" w:rsidRDefault="00394A06" w:rsidP="00394A06">
            <w:pPr>
              <w:bidi/>
              <w:jc w:val="both"/>
              <w:rPr>
                <w:rFonts w:ascii="Simplified Arabic" w:hAnsi="Simplified Arabic" w:cs="Simplified Arabic"/>
                <w:sz w:val="20"/>
                <w:szCs w:val="20"/>
              </w:rPr>
            </w:pPr>
            <w:r w:rsidRPr="00B07C23">
              <w:rPr>
                <w:rtl/>
              </w:rPr>
              <w:t>المنهج ملائم جزئياً، لكنه غير كاف وحده لتبرير تطوير نموذج حوكمة وأداء ما لم تُوضح خطوات بناء النموذج والتحقق منه.</w:t>
            </w:r>
          </w:p>
        </w:tc>
        <w:tc>
          <w:tcPr>
            <w:tcW w:w="1474" w:type="dxa"/>
            <w:tcMar>
              <w:top w:w="100" w:type="dxa"/>
              <w:left w:w="100" w:type="dxa"/>
              <w:bottom w:w="100" w:type="dxa"/>
              <w:right w:w="100" w:type="dxa"/>
            </w:tcMar>
          </w:tcPr>
          <w:p w14:paraId="5665D423" w14:textId="09E00353" w:rsidR="00394A06" w:rsidRPr="00394A06" w:rsidRDefault="00394A06" w:rsidP="00394A06">
            <w:pPr>
              <w:bidi/>
              <w:jc w:val="both"/>
              <w:rPr>
                <w:rFonts w:ascii="Simplified Arabic" w:hAnsi="Simplified Arabic" w:cs="Simplified Arabic"/>
                <w:sz w:val="20"/>
                <w:szCs w:val="20"/>
              </w:rPr>
            </w:pPr>
            <w:r w:rsidRPr="00B07C23">
              <w:rPr>
                <w:rtl/>
              </w:rPr>
              <w:t>جيد مع تعديل</w:t>
            </w:r>
          </w:p>
        </w:tc>
        <w:tc>
          <w:tcPr>
            <w:tcW w:w="3288" w:type="dxa"/>
            <w:tcMar>
              <w:top w:w="100" w:type="dxa"/>
              <w:left w:w="100" w:type="dxa"/>
              <w:bottom w:w="100" w:type="dxa"/>
              <w:right w:w="100" w:type="dxa"/>
            </w:tcMar>
          </w:tcPr>
          <w:p w14:paraId="1B8816DD" w14:textId="0C759C7A" w:rsidR="00394A06" w:rsidRPr="00394A06" w:rsidRDefault="00394A06" w:rsidP="00394A06">
            <w:pPr>
              <w:bidi/>
              <w:jc w:val="both"/>
              <w:rPr>
                <w:rFonts w:ascii="Simplified Arabic" w:hAnsi="Simplified Arabic" w:cs="Simplified Arabic"/>
                <w:sz w:val="20"/>
                <w:szCs w:val="20"/>
              </w:rPr>
            </w:pPr>
            <w:r w:rsidRPr="00B07C23">
              <w:rPr>
                <w:rtl/>
              </w:rPr>
              <w:t>إضافة مراحل تطوير النموذج: تحديد المؤشرات، تحليل الوثائق، اختبار تصورات العينة، ثم التحقق/الاعتماد</w:t>
            </w:r>
            <w:r w:rsidRPr="00B07C23">
              <w:t>.</w:t>
            </w:r>
          </w:p>
        </w:tc>
        <w:tc>
          <w:tcPr>
            <w:tcW w:w="1134" w:type="dxa"/>
            <w:tcMar>
              <w:top w:w="100" w:type="dxa"/>
              <w:left w:w="100" w:type="dxa"/>
              <w:bottom w:w="100" w:type="dxa"/>
              <w:right w:w="100" w:type="dxa"/>
            </w:tcMar>
            <w:vAlign w:val="center"/>
          </w:tcPr>
          <w:p w14:paraId="4EE1CF16"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1482B941" w14:textId="77777777" w:rsidTr="00DF43A0">
        <w:trPr>
          <w:cantSplit/>
          <w:jc w:val="center"/>
        </w:trPr>
        <w:tc>
          <w:tcPr>
            <w:tcW w:w="1927" w:type="dxa"/>
            <w:tcMar>
              <w:top w:w="100" w:type="dxa"/>
              <w:left w:w="100" w:type="dxa"/>
              <w:bottom w:w="100" w:type="dxa"/>
              <w:right w:w="100" w:type="dxa"/>
            </w:tcMar>
            <w:vAlign w:val="center"/>
          </w:tcPr>
          <w:p w14:paraId="6C86EAF6"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تصميم الدراسة</w:t>
            </w:r>
          </w:p>
        </w:tc>
        <w:tc>
          <w:tcPr>
            <w:tcW w:w="3005" w:type="dxa"/>
            <w:tcMar>
              <w:top w:w="100" w:type="dxa"/>
              <w:left w:w="100" w:type="dxa"/>
              <w:bottom w:w="100" w:type="dxa"/>
              <w:right w:w="100" w:type="dxa"/>
            </w:tcMar>
          </w:tcPr>
          <w:p w14:paraId="0EF0D096" w14:textId="1046025F" w:rsidR="00394A06" w:rsidRPr="00394A06" w:rsidRDefault="00394A06" w:rsidP="00394A06">
            <w:pPr>
              <w:bidi/>
              <w:jc w:val="both"/>
              <w:rPr>
                <w:rFonts w:ascii="Simplified Arabic" w:hAnsi="Simplified Arabic" w:cs="Simplified Arabic"/>
                <w:sz w:val="20"/>
                <w:szCs w:val="20"/>
              </w:rPr>
            </w:pPr>
            <w:r w:rsidRPr="00B07C23">
              <w:rPr>
                <w:rtl/>
              </w:rPr>
              <w:t>هل تم توضيح التصميم: مقطعي، طولي، دراسة حالة، مسحي؟</w:t>
            </w:r>
          </w:p>
        </w:tc>
        <w:tc>
          <w:tcPr>
            <w:tcW w:w="4025" w:type="dxa"/>
            <w:tcMar>
              <w:top w:w="100" w:type="dxa"/>
              <w:left w:w="100" w:type="dxa"/>
              <w:bottom w:w="100" w:type="dxa"/>
              <w:right w:w="100" w:type="dxa"/>
            </w:tcMar>
          </w:tcPr>
          <w:p w14:paraId="477ECFA7" w14:textId="6609F60C" w:rsidR="00394A06" w:rsidRPr="00394A06" w:rsidRDefault="00394A06" w:rsidP="00394A06">
            <w:pPr>
              <w:bidi/>
              <w:jc w:val="both"/>
              <w:rPr>
                <w:rFonts w:ascii="Simplified Arabic" w:hAnsi="Simplified Arabic" w:cs="Simplified Arabic"/>
                <w:sz w:val="20"/>
                <w:szCs w:val="20"/>
              </w:rPr>
            </w:pPr>
            <w:r w:rsidRPr="00B07C23">
              <w:rPr>
                <w:rtl/>
              </w:rPr>
              <w:t>التصميم يحتاج وضوحاً أكبر بخصوص العلاقة بين الاستبانة ودراسة الحالة وتحليل الوثائق.</w:t>
            </w:r>
          </w:p>
        </w:tc>
        <w:tc>
          <w:tcPr>
            <w:tcW w:w="1474" w:type="dxa"/>
            <w:tcMar>
              <w:top w:w="100" w:type="dxa"/>
              <w:left w:w="100" w:type="dxa"/>
              <w:bottom w:w="100" w:type="dxa"/>
              <w:right w:w="100" w:type="dxa"/>
            </w:tcMar>
          </w:tcPr>
          <w:p w14:paraId="66F1063E" w14:textId="233233E2" w:rsidR="00394A06" w:rsidRPr="00394A06" w:rsidRDefault="00394A06" w:rsidP="00394A06">
            <w:pPr>
              <w:bidi/>
              <w:jc w:val="both"/>
              <w:rPr>
                <w:rFonts w:ascii="Simplified Arabic" w:hAnsi="Simplified Arabic" w:cs="Simplified Arabic"/>
                <w:sz w:val="20"/>
                <w:szCs w:val="20"/>
              </w:rPr>
            </w:pPr>
            <w:r w:rsidRPr="00B07C23">
              <w:rPr>
                <w:rtl/>
              </w:rPr>
              <w:t>يحتاج تعديل</w:t>
            </w:r>
          </w:p>
        </w:tc>
        <w:tc>
          <w:tcPr>
            <w:tcW w:w="3288" w:type="dxa"/>
            <w:tcMar>
              <w:top w:w="100" w:type="dxa"/>
              <w:left w:w="100" w:type="dxa"/>
              <w:bottom w:w="100" w:type="dxa"/>
              <w:right w:w="100" w:type="dxa"/>
            </w:tcMar>
          </w:tcPr>
          <w:p w14:paraId="47896ACA" w14:textId="28A6BDC3" w:rsidR="00394A06" w:rsidRPr="00394A06" w:rsidRDefault="00394A06" w:rsidP="00394A06">
            <w:pPr>
              <w:bidi/>
              <w:jc w:val="both"/>
              <w:rPr>
                <w:rFonts w:ascii="Simplified Arabic" w:hAnsi="Simplified Arabic" w:cs="Simplified Arabic"/>
                <w:sz w:val="20"/>
                <w:szCs w:val="20"/>
              </w:rPr>
            </w:pPr>
            <w:r w:rsidRPr="00B07C23">
              <w:rPr>
                <w:rtl/>
              </w:rPr>
              <w:t>إضافة فقرة تصميم الدراسة توضح الوحدة الزمنية، طريقة الدمج، ومخرجات كل مرحلة</w:t>
            </w:r>
            <w:r w:rsidRPr="00B07C23">
              <w:t>.</w:t>
            </w:r>
          </w:p>
        </w:tc>
        <w:tc>
          <w:tcPr>
            <w:tcW w:w="1134" w:type="dxa"/>
            <w:tcMar>
              <w:top w:w="100" w:type="dxa"/>
              <w:left w:w="100" w:type="dxa"/>
              <w:bottom w:w="100" w:type="dxa"/>
              <w:right w:w="100" w:type="dxa"/>
            </w:tcMar>
            <w:vAlign w:val="center"/>
          </w:tcPr>
          <w:p w14:paraId="7DD2A14B"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5C0E95F6" w14:textId="77777777" w:rsidTr="00DF43A0">
        <w:trPr>
          <w:cantSplit/>
          <w:jc w:val="center"/>
        </w:trPr>
        <w:tc>
          <w:tcPr>
            <w:tcW w:w="1927" w:type="dxa"/>
            <w:tcMar>
              <w:top w:w="100" w:type="dxa"/>
              <w:left w:w="100" w:type="dxa"/>
              <w:bottom w:w="100" w:type="dxa"/>
              <w:right w:w="100" w:type="dxa"/>
            </w:tcMar>
            <w:vAlign w:val="center"/>
          </w:tcPr>
          <w:p w14:paraId="7609A197"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النموذج المفاهيمي</w:t>
            </w:r>
          </w:p>
        </w:tc>
        <w:tc>
          <w:tcPr>
            <w:tcW w:w="3005" w:type="dxa"/>
            <w:tcMar>
              <w:top w:w="100" w:type="dxa"/>
              <w:left w:w="100" w:type="dxa"/>
              <w:bottom w:w="100" w:type="dxa"/>
              <w:right w:w="100" w:type="dxa"/>
            </w:tcMar>
          </w:tcPr>
          <w:p w14:paraId="6A8919C9" w14:textId="3A4210ED" w:rsidR="00394A06" w:rsidRPr="00394A06" w:rsidRDefault="00394A06" w:rsidP="00394A06">
            <w:pPr>
              <w:bidi/>
              <w:jc w:val="both"/>
              <w:rPr>
                <w:rFonts w:ascii="Simplified Arabic" w:hAnsi="Simplified Arabic" w:cs="Simplified Arabic"/>
                <w:sz w:val="20"/>
                <w:szCs w:val="20"/>
              </w:rPr>
            </w:pPr>
            <w:r w:rsidRPr="00B07C23">
              <w:rPr>
                <w:rtl/>
              </w:rPr>
              <w:t>هل تم ربط التصميم بالنموذج المفاهيمي؟</w:t>
            </w:r>
          </w:p>
        </w:tc>
        <w:tc>
          <w:tcPr>
            <w:tcW w:w="4025" w:type="dxa"/>
            <w:tcMar>
              <w:top w:w="100" w:type="dxa"/>
              <w:left w:w="100" w:type="dxa"/>
              <w:bottom w:w="100" w:type="dxa"/>
              <w:right w:w="100" w:type="dxa"/>
            </w:tcMar>
          </w:tcPr>
          <w:p w14:paraId="28AF1EA5" w14:textId="1B78F64C" w:rsidR="00394A06" w:rsidRPr="00394A06" w:rsidRDefault="00394A06" w:rsidP="00394A06">
            <w:pPr>
              <w:bidi/>
              <w:jc w:val="both"/>
              <w:rPr>
                <w:rFonts w:ascii="Simplified Arabic" w:hAnsi="Simplified Arabic" w:cs="Simplified Arabic"/>
                <w:sz w:val="20"/>
                <w:szCs w:val="20"/>
              </w:rPr>
            </w:pPr>
            <w:r w:rsidRPr="00B07C23">
              <w:rPr>
                <w:rtl/>
              </w:rPr>
              <w:t>النموذج المفاهيمي موجود ضمنياً لكنه يحتاج عرضاً بصرياً أو جدول مسارات واضح.</w:t>
            </w:r>
          </w:p>
        </w:tc>
        <w:tc>
          <w:tcPr>
            <w:tcW w:w="1474" w:type="dxa"/>
            <w:tcMar>
              <w:top w:w="100" w:type="dxa"/>
              <w:left w:w="100" w:type="dxa"/>
              <w:bottom w:w="100" w:type="dxa"/>
              <w:right w:w="100" w:type="dxa"/>
            </w:tcMar>
          </w:tcPr>
          <w:p w14:paraId="6137659F" w14:textId="6F98213F" w:rsidR="00394A06" w:rsidRPr="00394A06" w:rsidRDefault="00394A06" w:rsidP="00394A06">
            <w:pPr>
              <w:bidi/>
              <w:jc w:val="both"/>
              <w:rPr>
                <w:rFonts w:ascii="Simplified Arabic" w:hAnsi="Simplified Arabic" w:cs="Simplified Arabic"/>
                <w:sz w:val="20"/>
                <w:szCs w:val="20"/>
              </w:rPr>
            </w:pPr>
            <w:r w:rsidRPr="00B07C23">
              <w:rPr>
                <w:rtl/>
              </w:rPr>
              <w:t>جيد مع تعديل</w:t>
            </w:r>
          </w:p>
        </w:tc>
        <w:tc>
          <w:tcPr>
            <w:tcW w:w="3288" w:type="dxa"/>
            <w:tcMar>
              <w:top w:w="100" w:type="dxa"/>
              <w:left w:w="100" w:type="dxa"/>
              <w:bottom w:w="100" w:type="dxa"/>
              <w:right w:w="100" w:type="dxa"/>
            </w:tcMar>
          </w:tcPr>
          <w:p w14:paraId="2542821E" w14:textId="5595710C" w:rsidR="00394A06" w:rsidRPr="00394A06" w:rsidRDefault="00394A06" w:rsidP="00394A06">
            <w:pPr>
              <w:bidi/>
              <w:jc w:val="both"/>
              <w:rPr>
                <w:rFonts w:ascii="Simplified Arabic" w:hAnsi="Simplified Arabic" w:cs="Simplified Arabic"/>
                <w:sz w:val="20"/>
                <w:szCs w:val="20"/>
              </w:rPr>
            </w:pPr>
            <w:r w:rsidRPr="00B07C23">
              <w:rPr>
                <w:rtl/>
              </w:rPr>
              <w:t>إدراج شكل يوضح أثر</w:t>
            </w:r>
            <w:r w:rsidRPr="00B07C23">
              <w:t xml:space="preserve"> PPP </w:t>
            </w:r>
            <w:r w:rsidRPr="00B07C23">
              <w:rPr>
                <w:rtl/>
              </w:rPr>
              <w:t>في الحوكمة البيئية وإدارة الأداء ودور التفتيش البيئي كحالة تطبيقية</w:t>
            </w:r>
            <w:r w:rsidRPr="00B07C23">
              <w:t>.</w:t>
            </w:r>
          </w:p>
        </w:tc>
        <w:tc>
          <w:tcPr>
            <w:tcW w:w="1134" w:type="dxa"/>
            <w:tcMar>
              <w:top w:w="100" w:type="dxa"/>
              <w:left w:w="100" w:type="dxa"/>
              <w:bottom w:w="100" w:type="dxa"/>
              <w:right w:w="100" w:type="dxa"/>
            </w:tcMar>
            <w:vAlign w:val="center"/>
          </w:tcPr>
          <w:p w14:paraId="03868E52"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7ACE4EF4" w14:textId="77777777" w:rsidTr="00DF43A0">
        <w:trPr>
          <w:cantSplit/>
          <w:jc w:val="center"/>
        </w:trPr>
        <w:tc>
          <w:tcPr>
            <w:tcW w:w="1927" w:type="dxa"/>
            <w:tcMar>
              <w:top w:w="100" w:type="dxa"/>
              <w:left w:w="100" w:type="dxa"/>
              <w:bottom w:w="100" w:type="dxa"/>
              <w:right w:w="100" w:type="dxa"/>
            </w:tcMar>
            <w:vAlign w:val="center"/>
          </w:tcPr>
          <w:p w14:paraId="369BE4B8"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التعريفات الإجرائية</w:t>
            </w:r>
          </w:p>
        </w:tc>
        <w:tc>
          <w:tcPr>
            <w:tcW w:w="3005" w:type="dxa"/>
            <w:tcMar>
              <w:top w:w="100" w:type="dxa"/>
              <w:left w:w="100" w:type="dxa"/>
              <w:bottom w:w="100" w:type="dxa"/>
              <w:right w:w="100" w:type="dxa"/>
            </w:tcMar>
          </w:tcPr>
          <w:p w14:paraId="15A24555" w14:textId="758AB221" w:rsidR="00394A06" w:rsidRPr="00394A06" w:rsidRDefault="00394A06" w:rsidP="00394A06">
            <w:pPr>
              <w:bidi/>
              <w:jc w:val="both"/>
              <w:rPr>
                <w:rFonts w:ascii="Simplified Arabic" w:hAnsi="Simplified Arabic" w:cs="Simplified Arabic"/>
                <w:sz w:val="20"/>
                <w:szCs w:val="20"/>
              </w:rPr>
            </w:pPr>
            <w:r w:rsidRPr="00B07C23">
              <w:rPr>
                <w:rtl/>
              </w:rPr>
              <w:t>هل تم تعريف المتغيرات إجرائيًا؟</w:t>
            </w:r>
          </w:p>
        </w:tc>
        <w:tc>
          <w:tcPr>
            <w:tcW w:w="4025" w:type="dxa"/>
            <w:tcMar>
              <w:top w:w="100" w:type="dxa"/>
              <w:left w:w="100" w:type="dxa"/>
              <w:bottom w:w="100" w:type="dxa"/>
              <w:right w:w="100" w:type="dxa"/>
            </w:tcMar>
          </w:tcPr>
          <w:p w14:paraId="0D4A833B" w14:textId="1913E745" w:rsidR="00394A06" w:rsidRPr="00394A06" w:rsidRDefault="00394A06" w:rsidP="00394A06">
            <w:pPr>
              <w:bidi/>
              <w:jc w:val="both"/>
              <w:rPr>
                <w:rFonts w:ascii="Simplified Arabic" w:hAnsi="Simplified Arabic" w:cs="Simplified Arabic"/>
                <w:sz w:val="20"/>
                <w:szCs w:val="20"/>
              </w:rPr>
            </w:pPr>
            <w:r w:rsidRPr="00B07C23">
              <w:rPr>
                <w:rtl/>
              </w:rPr>
              <w:t>التعريفات الإجرائية بحاجة إلى ربط أدق بين الأبعاد والمؤشرات القابلة للقياس.</w:t>
            </w:r>
          </w:p>
        </w:tc>
        <w:tc>
          <w:tcPr>
            <w:tcW w:w="1474" w:type="dxa"/>
            <w:tcMar>
              <w:top w:w="100" w:type="dxa"/>
              <w:left w:w="100" w:type="dxa"/>
              <w:bottom w:w="100" w:type="dxa"/>
              <w:right w:w="100" w:type="dxa"/>
            </w:tcMar>
          </w:tcPr>
          <w:p w14:paraId="7E992E7E" w14:textId="1B9D2AD9" w:rsidR="00394A06" w:rsidRPr="00394A06" w:rsidRDefault="00394A06" w:rsidP="00394A06">
            <w:pPr>
              <w:bidi/>
              <w:jc w:val="both"/>
              <w:rPr>
                <w:rFonts w:ascii="Simplified Arabic" w:hAnsi="Simplified Arabic" w:cs="Simplified Arabic"/>
                <w:sz w:val="20"/>
                <w:szCs w:val="20"/>
              </w:rPr>
            </w:pPr>
            <w:r w:rsidRPr="00B07C23">
              <w:rPr>
                <w:rtl/>
              </w:rPr>
              <w:t>جيد مع تعديل</w:t>
            </w:r>
          </w:p>
        </w:tc>
        <w:tc>
          <w:tcPr>
            <w:tcW w:w="3288" w:type="dxa"/>
            <w:tcMar>
              <w:top w:w="100" w:type="dxa"/>
              <w:left w:w="100" w:type="dxa"/>
              <w:bottom w:w="100" w:type="dxa"/>
              <w:right w:w="100" w:type="dxa"/>
            </w:tcMar>
          </w:tcPr>
          <w:p w14:paraId="5599A397" w14:textId="3FE73BB9" w:rsidR="00394A06" w:rsidRPr="00394A06" w:rsidRDefault="00394A06" w:rsidP="00394A06">
            <w:pPr>
              <w:bidi/>
              <w:jc w:val="both"/>
              <w:rPr>
                <w:rFonts w:ascii="Simplified Arabic" w:hAnsi="Simplified Arabic" w:cs="Simplified Arabic"/>
                <w:sz w:val="20"/>
                <w:szCs w:val="20"/>
              </w:rPr>
            </w:pPr>
            <w:r w:rsidRPr="00B07C23">
              <w:rPr>
                <w:rtl/>
              </w:rPr>
              <w:t>تعريف كل متغير وبعدد فقراته ومصدره ومعيار احتساب الدرجة أو المؤشر</w:t>
            </w:r>
            <w:r w:rsidRPr="00B07C23">
              <w:t>.</w:t>
            </w:r>
          </w:p>
        </w:tc>
        <w:tc>
          <w:tcPr>
            <w:tcW w:w="1134" w:type="dxa"/>
            <w:tcMar>
              <w:top w:w="100" w:type="dxa"/>
              <w:left w:w="100" w:type="dxa"/>
              <w:bottom w:w="100" w:type="dxa"/>
              <w:right w:w="100" w:type="dxa"/>
            </w:tcMar>
            <w:vAlign w:val="center"/>
          </w:tcPr>
          <w:p w14:paraId="0225AF9A" w14:textId="77777777" w:rsidR="00394A06" w:rsidRPr="00394A06" w:rsidRDefault="00394A06" w:rsidP="00394A06">
            <w:pPr>
              <w:bidi/>
              <w:jc w:val="both"/>
              <w:rPr>
                <w:rFonts w:ascii="Simplified Arabic" w:hAnsi="Simplified Arabic" w:cs="Simplified Arabic"/>
                <w:sz w:val="20"/>
                <w:szCs w:val="20"/>
              </w:rPr>
            </w:pPr>
          </w:p>
        </w:tc>
      </w:tr>
    </w:tbl>
    <w:p w14:paraId="57B7E6B2" w14:textId="77777777" w:rsidR="00A662EF" w:rsidRPr="00394A06" w:rsidRDefault="00A662EF" w:rsidP="00394A06">
      <w:pPr>
        <w:bidi/>
        <w:spacing w:after="0" w:line="240" w:lineRule="auto"/>
        <w:jc w:val="both"/>
        <w:rPr>
          <w:rFonts w:ascii="Simplified Arabic" w:hAnsi="Simplified Arabic" w:cs="Simplified Arabic"/>
          <w:color w:val="000000" w:themeColor="text1"/>
          <w:sz w:val="20"/>
          <w:szCs w:val="20"/>
        </w:rPr>
      </w:pPr>
    </w:p>
    <w:p w14:paraId="451A1567" w14:textId="77777777" w:rsidR="00A662EF" w:rsidRPr="00394A06" w:rsidRDefault="000A310A" w:rsidP="00394A06">
      <w:pPr>
        <w:pStyle w:val="Heading1"/>
        <w:bidi/>
        <w:spacing w:before="200" w:line="240" w:lineRule="auto"/>
        <w:jc w:val="both"/>
        <w:rPr>
          <w:rFonts w:ascii="Simplified Arabic" w:hAnsi="Simplified Arabic" w:cs="Simplified Arabic"/>
          <w:color w:val="000000" w:themeColor="text1"/>
          <w:sz w:val="20"/>
          <w:szCs w:val="20"/>
        </w:rPr>
      </w:pPr>
      <w:r w:rsidRPr="00394A06">
        <w:rPr>
          <w:rFonts w:ascii="Simplified Arabic" w:hAnsi="Simplified Arabic" w:cs="Simplified Arabic"/>
          <w:color w:val="000000" w:themeColor="text1"/>
          <w:sz w:val="20"/>
          <w:szCs w:val="20"/>
          <w:rtl/>
        </w:rPr>
        <w:t>طرق جمع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394A06" w14:paraId="7FA3C610" w14:textId="77777777" w:rsidTr="00047CBC">
        <w:trPr>
          <w:cantSplit/>
          <w:tblHeader/>
          <w:jc w:val="center"/>
        </w:trPr>
        <w:tc>
          <w:tcPr>
            <w:tcW w:w="1927" w:type="dxa"/>
            <w:tcMar>
              <w:top w:w="100" w:type="dxa"/>
              <w:left w:w="100" w:type="dxa"/>
              <w:bottom w:w="100" w:type="dxa"/>
              <w:right w:w="100" w:type="dxa"/>
            </w:tcMar>
            <w:vAlign w:val="center"/>
          </w:tcPr>
          <w:p w14:paraId="14B3E8FC"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54FDD9D9"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299B2C8E"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41090B71"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1308CF50"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5405DAB2"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رد الطالب</w:t>
            </w:r>
          </w:p>
        </w:tc>
      </w:tr>
      <w:tr w:rsidR="00394A06" w:rsidRPr="00394A06" w14:paraId="1C49A4FA" w14:textId="77777777" w:rsidTr="00A32875">
        <w:trPr>
          <w:cantSplit/>
          <w:jc w:val="center"/>
        </w:trPr>
        <w:tc>
          <w:tcPr>
            <w:tcW w:w="1927" w:type="dxa"/>
            <w:tcMar>
              <w:top w:w="100" w:type="dxa"/>
              <w:left w:w="100" w:type="dxa"/>
              <w:bottom w:w="100" w:type="dxa"/>
              <w:right w:w="100" w:type="dxa"/>
            </w:tcMar>
            <w:vAlign w:val="center"/>
          </w:tcPr>
          <w:p w14:paraId="48F24720" w14:textId="77777777" w:rsidR="00394A06" w:rsidRPr="00394A06" w:rsidRDefault="00394A06" w:rsidP="00394A06">
            <w:pPr>
              <w:bidi/>
              <w:jc w:val="both"/>
              <w:rPr>
                <w:rFonts w:ascii="Simplified Arabic" w:hAnsi="Simplified Arabic" w:cs="Simplified Arabic"/>
                <w:sz w:val="20"/>
                <w:szCs w:val="20"/>
              </w:rPr>
            </w:pPr>
            <w:proofErr w:type="spellStart"/>
            <w:r w:rsidRPr="00394A06">
              <w:rPr>
                <w:rFonts w:ascii="Simplified Arabic" w:hAnsi="Simplified Arabic" w:cs="Simplified Arabic"/>
                <w:sz w:val="20"/>
                <w:szCs w:val="20"/>
              </w:rPr>
              <w:t>أداة</w:t>
            </w:r>
            <w:proofErr w:type="spellEnd"/>
            <w:r w:rsidRPr="00394A06">
              <w:rPr>
                <w:rFonts w:ascii="Simplified Arabic" w:hAnsi="Simplified Arabic" w:cs="Simplified Arabic"/>
                <w:sz w:val="20"/>
                <w:szCs w:val="20"/>
              </w:rPr>
              <w:t xml:space="preserve"> </w:t>
            </w:r>
            <w:proofErr w:type="spellStart"/>
            <w:r w:rsidRPr="00394A06">
              <w:rPr>
                <w:rFonts w:ascii="Simplified Arabic" w:hAnsi="Simplified Arabic" w:cs="Simplified Arabic"/>
                <w:sz w:val="20"/>
                <w:szCs w:val="20"/>
              </w:rPr>
              <w:t>جمع</w:t>
            </w:r>
            <w:proofErr w:type="spellEnd"/>
            <w:r w:rsidRPr="00394A06">
              <w:rPr>
                <w:rFonts w:ascii="Simplified Arabic" w:hAnsi="Simplified Arabic" w:cs="Simplified Arabic"/>
                <w:sz w:val="20"/>
                <w:szCs w:val="20"/>
              </w:rPr>
              <w:t xml:space="preserve"> </w:t>
            </w:r>
            <w:proofErr w:type="spellStart"/>
            <w:r w:rsidRPr="00394A06">
              <w:rPr>
                <w:rFonts w:ascii="Simplified Arabic" w:hAnsi="Simplified Arabic" w:cs="Simplified Arabic"/>
                <w:sz w:val="20"/>
                <w:szCs w:val="20"/>
              </w:rPr>
              <w:t>البيانات</w:t>
            </w:r>
            <w:proofErr w:type="spellEnd"/>
          </w:p>
        </w:tc>
        <w:tc>
          <w:tcPr>
            <w:tcW w:w="3005" w:type="dxa"/>
            <w:tcMar>
              <w:top w:w="100" w:type="dxa"/>
              <w:left w:w="100" w:type="dxa"/>
              <w:bottom w:w="100" w:type="dxa"/>
              <w:right w:w="100" w:type="dxa"/>
            </w:tcMar>
          </w:tcPr>
          <w:p w14:paraId="119F8572" w14:textId="5666CFE8" w:rsidR="00394A06" w:rsidRPr="00394A06" w:rsidRDefault="00394A06" w:rsidP="00394A06">
            <w:pPr>
              <w:bidi/>
              <w:jc w:val="both"/>
              <w:rPr>
                <w:rFonts w:ascii="Simplified Arabic" w:hAnsi="Simplified Arabic" w:cs="Simplified Arabic"/>
                <w:sz w:val="20"/>
                <w:szCs w:val="20"/>
              </w:rPr>
            </w:pPr>
            <w:r w:rsidRPr="0011356E">
              <w:rPr>
                <w:rtl/>
              </w:rPr>
              <w:t>هل الأداة محددة بوضوح؟ استبانة، مقابلة، وثائق، بيانات ثانوية؟</w:t>
            </w:r>
          </w:p>
        </w:tc>
        <w:tc>
          <w:tcPr>
            <w:tcW w:w="4025" w:type="dxa"/>
            <w:tcMar>
              <w:top w:w="100" w:type="dxa"/>
              <w:left w:w="100" w:type="dxa"/>
              <w:bottom w:w="100" w:type="dxa"/>
              <w:right w:w="100" w:type="dxa"/>
            </w:tcMar>
          </w:tcPr>
          <w:p w14:paraId="2FCF32B1" w14:textId="3A82EDC3" w:rsidR="00394A06" w:rsidRPr="00394A06" w:rsidRDefault="00394A06" w:rsidP="00394A06">
            <w:pPr>
              <w:bidi/>
              <w:jc w:val="both"/>
              <w:rPr>
                <w:rFonts w:ascii="Simplified Arabic" w:hAnsi="Simplified Arabic" w:cs="Simplified Arabic"/>
                <w:sz w:val="20"/>
                <w:szCs w:val="20"/>
              </w:rPr>
            </w:pPr>
            <w:r w:rsidRPr="0011356E">
              <w:rPr>
                <w:rtl/>
              </w:rPr>
              <w:t>الاستبانة وتحليل الوثائق محددان، لكن العلاقة بينهما تحتاج تحديداً إجرائياً أدق.</w:t>
            </w:r>
          </w:p>
        </w:tc>
        <w:tc>
          <w:tcPr>
            <w:tcW w:w="1474" w:type="dxa"/>
            <w:tcMar>
              <w:top w:w="100" w:type="dxa"/>
              <w:left w:w="100" w:type="dxa"/>
              <w:bottom w:w="100" w:type="dxa"/>
              <w:right w:w="100" w:type="dxa"/>
            </w:tcMar>
          </w:tcPr>
          <w:p w14:paraId="3AD886B2" w14:textId="25C0B9CC" w:rsidR="00394A06" w:rsidRPr="00394A06" w:rsidRDefault="00394A06" w:rsidP="00394A06">
            <w:pPr>
              <w:bidi/>
              <w:jc w:val="both"/>
              <w:rPr>
                <w:rFonts w:ascii="Simplified Arabic" w:hAnsi="Simplified Arabic" w:cs="Simplified Arabic"/>
                <w:sz w:val="20"/>
                <w:szCs w:val="20"/>
              </w:rPr>
            </w:pPr>
            <w:r w:rsidRPr="0011356E">
              <w:rPr>
                <w:rtl/>
              </w:rPr>
              <w:t>جيد مع تعديل</w:t>
            </w:r>
          </w:p>
        </w:tc>
        <w:tc>
          <w:tcPr>
            <w:tcW w:w="3288" w:type="dxa"/>
            <w:tcMar>
              <w:top w:w="100" w:type="dxa"/>
              <w:left w:w="100" w:type="dxa"/>
              <w:bottom w:w="100" w:type="dxa"/>
              <w:right w:w="100" w:type="dxa"/>
            </w:tcMar>
          </w:tcPr>
          <w:p w14:paraId="1FB41EB4" w14:textId="5D8075D0" w:rsidR="00394A06" w:rsidRPr="00394A06" w:rsidRDefault="00394A06" w:rsidP="00394A06">
            <w:pPr>
              <w:bidi/>
              <w:jc w:val="both"/>
              <w:rPr>
                <w:rFonts w:ascii="Simplified Arabic" w:hAnsi="Simplified Arabic" w:cs="Simplified Arabic"/>
                <w:sz w:val="20"/>
                <w:szCs w:val="20"/>
              </w:rPr>
            </w:pPr>
            <w:r w:rsidRPr="0011356E">
              <w:rPr>
                <w:rtl/>
              </w:rPr>
              <w:t>توضيح أن الاستبانة مصدر كمي رئيس وأن الوثائق مصدر مساند/تثليثي، أو العكس إذا كان النموذج يعتمد على الوثائق</w:t>
            </w:r>
            <w:r w:rsidRPr="0011356E">
              <w:t>.</w:t>
            </w:r>
          </w:p>
        </w:tc>
        <w:tc>
          <w:tcPr>
            <w:tcW w:w="1134" w:type="dxa"/>
            <w:tcMar>
              <w:top w:w="100" w:type="dxa"/>
              <w:left w:w="100" w:type="dxa"/>
              <w:bottom w:w="100" w:type="dxa"/>
              <w:right w:w="100" w:type="dxa"/>
            </w:tcMar>
            <w:vAlign w:val="center"/>
          </w:tcPr>
          <w:p w14:paraId="5C0A902B"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40BA2152" w14:textId="77777777" w:rsidTr="00A32875">
        <w:trPr>
          <w:cantSplit/>
          <w:jc w:val="center"/>
        </w:trPr>
        <w:tc>
          <w:tcPr>
            <w:tcW w:w="1927" w:type="dxa"/>
            <w:tcMar>
              <w:top w:w="100" w:type="dxa"/>
              <w:left w:w="100" w:type="dxa"/>
              <w:bottom w:w="100" w:type="dxa"/>
              <w:right w:w="100" w:type="dxa"/>
            </w:tcMar>
            <w:vAlign w:val="center"/>
          </w:tcPr>
          <w:p w14:paraId="504ADF1D"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مبررات اختيار الأداة</w:t>
            </w:r>
          </w:p>
        </w:tc>
        <w:tc>
          <w:tcPr>
            <w:tcW w:w="3005" w:type="dxa"/>
            <w:tcMar>
              <w:top w:w="100" w:type="dxa"/>
              <w:left w:w="100" w:type="dxa"/>
              <w:bottom w:w="100" w:type="dxa"/>
              <w:right w:w="100" w:type="dxa"/>
            </w:tcMar>
          </w:tcPr>
          <w:p w14:paraId="635E42A2" w14:textId="10D24F8A" w:rsidR="00394A06" w:rsidRPr="00394A06" w:rsidRDefault="00394A06" w:rsidP="00394A06">
            <w:pPr>
              <w:bidi/>
              <w:jc w:val="both"/>
              <w:rPr>
                <w:rFonts w:ascii="Simplified Arabic" w:hAnsi="Simplified Arabic" w:cs="Simplified Arabic"/>
                <w:sz w:val="20"/>
                <w:szCs w:val="20"/>
              </w:rPr>
            </w:pPr>
            <w:r w:rsidRPr="0011356E">
              <w:rPr>
                <w:rtl/>
              </w:rPr>
              <w:t>هل تم تبرير اختيار الاستبانة أو المقابلة؟</w:t>
            </w:r>
          </w:p>
        </w:tc>
        <w:tc>
          <w:tcPr>
            <w:tcW w:w="4025" w:type="dxa"/>
            <w:tcMar>
              <w:top w:w="100" w:type="dxa"/>
              <w:left w:w="100" w:type="dxa"/>
              <w:bottom w:w="100" w:type="dxa"/>
              <w:right w:w="100" w:type="dxa"/>
            </w:tcMar>
          </w:tcPr>
          <w:p w14:paraId="322F3EA8" w14:textId="53D5C516" w:rsidR="00394A06" w:rsidRPr="00394A06" w:rsidRDefault="00394A06" w:rsidP="00394A06">
            <w:pPr>
              <w:bidi/>
              <w:jc w:val="both"/>
              <w:rPr>
                <w:rFonts w:ascii="Simplified Arabic" w:hAnsi="Simplified Arabic" w:cs="Simplified Arabic"/>
                <w:sz w:val="20"/>
                <w:szCs w:val="20"/>
              </w:rPr>
            </w:pPr>
            <w:r w:rsidRPr="0011356E">
              <w:rPr>
                <w:rtl/>
              </w:rPr>
              <w:t>اختيار الاستبانة مناسب لتصورات الخبراء والعاملين، وتحليل الوثائق مناسب لسياق الحوكمة.</w:t>
            </w:r>
          </w:p>
        </w:tc>
        <w:tc>
          <w:tcPr>
            <w:tcW w:w="1474" w:type="dxa"/>
            <w:tcMar>
              <w:top w:w="100" w:type="dxa"/>
              <w:left w:w="100" w:type="dxa"/>
              <w:bottom w:w="100" w:type="dxa"/>
              <w:right w:w="100" w:type="dxa"/>
            </w:tcMar>
          </w:tcPr>
          <w:p w14:paraId="59838BE5" w14:textId="7729CB87" w:rsidR="00394A06" w:rsidRPr="00394A06" w:rsidRDefault="00394A06" w:rsidP="00394A06">
            <w:pPr>
              <w:bidi/>
              <w:jc w:val="both"/>
              <w:rPr>
                <w:rFonts w:ascii="Simplified Arabic" w:hAnsi="Simplified Arabic" w:cs="Simplified Arabic"/>
                <w:sz w:val="20"/>
                <w:szCs w:val="20"/>
              </w:rPr>
            </w:pPr>
            <w:r w:rsidRPr="0011356E">
              <w:rPr>
                <w:rtl/>
              </w:rPr>
              <w:t>جيد جداً</w:t>
            </w:r>
          </w:p>
        </w:tc>
        <w:tc>
          <w:tcPr>
            <w:tcW w:w="3288" w:type="dxa"/>
            <w:tcMar>
              <w:top w:w="100" w:type="dxa"/>
              <w:left w:w="100" w:type="dxa"/>
              <w:bottom w:w="100" w:type="dxa"/>
              <w:right w:w="100" w:type="dxa"/>
            </w:tcMar>
          </w:tcPr>
          <w:p w14:paraId="269ABA5E" w14:textId="4529CE2B" w:rsidR="00394A06" w:rsidRPr="00394A06" w:rsidRDefault="00394A06" w:rsidP="00394A06">
            <w:pPr>
              <w:bidi/>
              <w:jc w:val="both"/>
              <w:rPr>
                <w:rFonts w:ascii="Simplified Arabic" w:hAnsi="Simplified Arabic" w:cs="Simplified Arabic"/>
                <w:sz w:val="20"/>
                <w:szCs w:val="20"/>
              </w:rPr>
            </w:pPr>
            <w:r w:rsidRPr="0011356E">
              <w:rPr>
                <w:rtl/>
              </w:rPr>
              <w:t>تحديد نوع الوثائق ومعيار اختيارها وفترة صدورها</w:t>
            </w:r>
            <w:r w:rsidRPr="0011356E">
              <w:t>.</w:t>
            </w:r>
          </w:p>
        </w:tc>
        <w:tc>
          <w:tcPr>
            <w:tcW w:w="1134" w:type="dxa"/>
            <w:tcMar>
              <w:top w:w="100" w:type="dxa"/>
              <w:left w:w="100" w:type="dxa"/>
              <w:bottom w:w="100" w:type="dxa"/>
              <w:right w:w="100" w:type="dxa"/>
            </w:tcMar>
            <w:vAlign w:val="center"/>
          </w:tcPr>
          <w:p w14:paraId="18EC6A63"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7062A442" w14:textId="77777777" w:rsidTr="00A32875">
        <w:trPr>
          <w:cantSplit/>
          <w:jc w:val="center"/>
        </w:trPr>
        <w:tc>
          <w:tcPr>
            <w:tcW w:w="1927" w:type="dxa"/>
            <w:tcMar>
              <w:top w:w="100" w:type="dxa"/>
              <w:left w:w="100" w:type="dxa"/>
              <w:bottom w:w="100" w:type="dxa"/>
              <w:right w:w="100" w:type="dxa"/>
            </w:tcMar>
            <w:vAlign w:val="center"/>
          </w:tcPr>
          <w:p w14:paraId="3F9D19F6"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هيكل الأداة</w:t>
            </w:r>
          </w:p>
        </w:tc>
        <w:tc>
          <w:tcPr>
            <w:tcW w:w="3005" w:type="dxa"/>
            <w:tcMar>
              <w:top w:w="100" w:type="dxa"/>
              <w:left w:w="100" w:type="dxa"/>
              <w:bottom w:w="100" w:type="dxa"/>
              <w:right w:w="100" w:type="dxa"/>
            </w:tcMar>
          </w:tcPr>
          <w:p w14:paraId="08F9BDAC" w14:textId="2A036ADC" w:rsidR="00394A06" w:rsidRPr="00394A06" w:rsidRDefault="00394A06" w:rsidP="00394A06">
            <w:pPr>
              <w:bidi/>
              <w:jc w:val="both"/>
              <w:rPr>
                <w:rFonts w:ascii="Simplified Arabic" w:hAnsi="Simplified Arabic" w:cs="Simplified Arabic"/>
                <w:sz w:val="20"/>
                <w:szCs w:val="20"/>
              </w:rPr>
            </w:pPr>
            <w:r w:rsidRPr="0011356E">
              <w:rPr>
                <w:rtl/>
              </w:rPr>
              <w:t>هل تم توضيح أقسام الأداة وعدد الفقرات؟</w:t>
            </w:r>
          </w:p>
        </w:tc>
        <w:tc>
          <w:tcPr>
            <w:tcW w:w="4025" w:type="dxa"/>
            <w:tcMar>
              <w:top w:w="100" w:type="dxa"/>
              <w:left w:w="100" w:type="dxa"/>
              <w:bottom w:w="100" w:type="dxa"/>
              <w:right w:w="100" w:type="dxa"/>
            </w:tcMar>
          </w:tcPr>
          <w:p w14:paraId="6FEE3803" w14:textId="6015ADE4" w:rsidR="00394A06" w:rsidRPr="00394A06" w:rsidRDefault="00394A06" w:rsidP="00394A06">
            <w:pPr>
              <w:bidi/>
              <w:jc w:val="both"/>
              <w:rPr>
                <w:rFonts w:ascii="Simplified Arabic" w:hAnsi="Simplified Arabic" w:cs="Simplified Arabic"/>
                <w:sz w:val="20"/>
                <w:szCs w:val="20"/>
              </w:rPr>
            </w:pPr>
            <w:r w:rsidRPr="0011356E">
              <w:rPr>
                <w:rtl/>
              </w:rPr>
              <w:t>هيكل الأداة بحاجة إلى عرض كامل لأبعاد المتغيرات والفقرات.</w:t>
            </w:r>
          </w:p>
        </w:tc>
        <w:tc>
          <w:tcPr>
            <w:tcW w:w="1474" w:type="dxa"/>
            <w:tcMar>
              <w:top w:w="100" w:type="dxa"/>
              <w:left w:w="100" w:type="dxa"/>
              <w:bottom w:w="100" w:type="dxa"/>
              <w:right w:w="100" w:type="dxa"/>
            </w:tcMar>
          </w:tcPr>
          <w:p w14:paraId="20E7C4B3" w14:textId="7A73FC15" w:rsidR="00394A06" w:rsidRPr="00394A06" w:rsidRDefault="00394A06" w:rsidP="00394A06">
            <w:pPr>
              <w:bidi/>
              <w:jc w:val="both"/>
              <w:rPr>
                <w:rFonts w:ascii="Simplified Arabic" w:hAnsi="Simplified Arabic" w:cs="Simplified Arabic"/>
                <w:sz w:val="20"/>
                <w:szCs w:val="20"/>
              </w:rPr>
            </w:pPr>
            <w:r w:rsidRPr="0011356E">
              <w:rPr>
                <w:rtl/>
              </w:rPr>
              <w:t>جيد مع تعديل</w:t>
            </w:r>
          </w:p>
        </w:tc>
        <w:tc>
          <w:tcPr>
            <w:tcW w:w="3288" w:type="dxa"/>
            <w:tcMar>
              <w:top w:w="100" w:type="dxa"/>
              <w:left w:w="100" w:type="dxa"/>
              <w:bottom w:w="100" w:type="dxa"/>
              <w:right w:w="100" w:type="dxa"/>
            </w:tcMar>
          </w:tcPr>
          <w:p w14:paraId="7671D95F" w14:textId="200105FD" w:rsidR="00394A06" w:rsidRPr="00394A06" w:rsidRDefault="00394A06" w:rsidP="00394A06">
            <w:pPr>
              <w:bidi/>
              <w:jc w:val="both"/>
              <w:rPr>
                <w:rFonts w:ascii="Simplified Arabic" w:hAnsi="Simplified Arabic" w:cs="Simplified Arabic"/>
                <w:sz w:val="20"/>
                <w:szCs w:val="20"/>
              </w:rPr>
            </w:pPr>
            <w:r w:rsidRPr="0011356E">
              <w:rPr>
                <w:rtl/>
              </w:rPr>
              <w:t xml:space="preserve">إضافة جدول نهائي يوضح </w:t>
            </w:r>
            <w:proofErr w:type="gramStart"/>
            <w:r w:rsidRPr="0011356E">
              <w:rPr>
                <w:rtl/>
              </w:rPr>
              <w:t>الفقرات</w:t>
            </w:r>
            <w:proofErr w:type="gramEnd"/>
            <w:r w:rsidRPr="0011356E">
              <w:rPr>
                <w:rtl/>
              </w:rPr>
              <w:t xml:space="preserve"> والأبعاد والمصادر والترميز</w:t>
            </w:r>
            <w:r w:rsidRPr="0011356E">
              <w:t>.</w:t>
            </w:r>
          </w:p>
        </w:tc>
        <w:tc>
          <w:tcPr>
            <w:tcW w:w="1134" w:type="dxa"/>
            <w:tcMar>
              <w:top w:w="100" w:type="dxa"/>
              <w:left w:w="100" w:type="dxa"/>
              <w:bottom w:w="100" w:type="dxa"/>
              <w:right w:w="100" w:type="dxa"/>
            </w:tcMar>
            <w:vAlign w:val="center"/>
          </w:tcPr>
          <w:p w14:paraId="08AD0342"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0456F145" w14:textId="77777777" w:rsidTr="00A32875">
        <w:trPr>
          <w:cantSplit/>
          <w:jc w:val="center"/>
        </w:trPr>
        <w:tc>
          <w:tcPr>
            <w:tcW w:w="1927" w:type="dxa"/>
            <w:tcMar>
              <w:top w:w="100" w:type="dxa"/>
              <w:left w:w="100" w:type="dxa"/>
              <w:bottom w:w="100" w:type="dxa"/>
              <w:right w:w="100" w:type="dxa"/>
            </w:tcMar>
            <w:vAlign w:val="center"/>
          </w:tcPr>
          <w:p w14:paraId="13447B67"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مقياس القياس</w:t>
            </w:r>
          </w:p>
        </w:tc>
        <w:tc>
          <w:tcPr>
            <w:tcW w:w="3005" w:type="dxa"/>
            <w:tcMar>
              <w:top w:w="100" w:type="dxa"/>
              <w:left w:w="100" w:type="dxa"/>
              <w:bottom w:w="100" w:type="dxa"/>
              <w:right w:w="100" w:type="dxa"/>
            </w:tcMar>
          </w:tcPr>
          <w:p w14:paraId="453EE8F9" w14:textId="20808D24" w:rsidR="00394A06" w:rsidRPr="00394A06" w:rsidRDefault="00394A06" w:rsidP="00394A06">
            <w:pPr>
              <w:bidi/>
              <w:jc w:val="both"/>
              <w:rPr>
                <w:rFonts w:ascii="Simplified Arabic" w:hAnsi="Simplified Arabic" w:cs="Simplified Arabic"/>
                <w:sz w:val="20"/>
                <w:szCs w:val="20"/>
              </w:rPr>
            </w:pPr>
            <w:r w:rsidRPr="0011356E">
              <w:rPr>
                <w:rtl/>
              </w:rPr>
              <w:t>هل تم تحديد مقياس ليكرت أو غيره؟</w:t>
            </w:r>
          </w:p>
        </w:tc>
        <w:tc>
          <w:tcPr>
            <w:tcW w:w="4025" w:type="dxa"/>
            <w:tcMar>
              <w:top w:w="100" w:type="dxa"/>
              <w:left w:w="100" w:type="dxa"/>
              <w:bottom w:w="100" w:type="dxa"/>
              <w:right w:w="100" w:type="dxa"/>
            </w:tcMar>
          </w:tcPr>
          <w:p w14:paraId="197C6809" w14:textId="445A3792" w:rsidR="00394A06" w:rsidRPr="00394A06" w:rsidRDefault="00394A06" w:rsidP="00394A06">
            <w:pPr>
              <w:bidi/>
              <w:jc w:val="both"/>
              <w:rPr>
                <w:rFonts w:ascii="Simplified Arabic" w:hAnsi="Simplified Arabic" w:cs="Simplified Arabic"/>
                <w:sz w:val="20"/>
                <w:szCs w:val="20"/>
              </w:rPr>
            </w:pPr>
            <w:r w:rsidRPr="0011356E">
              <w:rPr>
                <w:rtl/>
              </w:rPr>
              <w:t>مقياس ليكرت مذكور ومناسب للاستبانة.</w:t>
            </w:r>
          </w:p>
        </w:tc>
        <w:tc>
          <w:tcPr>
            <w:tcW w:w="1474" w:type="dxa"/>
            <w:tcMar>
              <w:top w:w="100" w:type="dxa"/>
              <w:left w:w="100" w:type="dxa"/>
              <w:bottom w:w="100" w:type="dxa"/>
              <w:right w:w="100" w:type="dxa"/>
            </w:tcMar>
          </w:tcPr>
          <w:p w14:paraId="54AFD0FF" w14:textId="6E0EBC71" w:rsidR="00394A06" w:rsidRPr="00394A06" w:rsidRDefault="00394A06" w:rsidP="00394A06">
            <w:pPr>
              <w:bidi/>
              <w:jc w:val="both"/>
              <w:rPr>
                <w:rFonts w:ascii="Simplified Arabic" w:hAnsi="Simplified Arabic" w:cs="Simplified Arabic"/>
                <w:sz w:val="20"/>
                <w:szCs w:val="20"/>
              </w:rPr>
            </w:pPr>
            <w:r w:rsidRPr="0011356E">
              <w:rPr>
                <w:rtl/>
              </w:rPr>
              <w:t>ممتاز</w:t>
            </w:r>
          </w:p>
        </w:tc>
        <w:tc>
          <w:tcPr>
            <w:tcW w:w="3288" w:type="dxa"/>
            <w:tcMar>
              <w:top w:w="100" w:type="dxa"/>
              <w:left w:w="100" w:type="dxa"/>
              <w:bottom w:w="100" w:type="dxa"/>
              <w:right w:w="100" w:type="dxa"/>
            </w:tcMar>
          </w:tcPr>
          <w:p w14:paraId="77F1BB86" w14:textId="714766F7" w:rsidR="00394A06" w:rsidRPr="00394A06" w:rsidRDefault="00394A06" w:rsidP="00394A06">
            <w:pPr>
              <w:bidi/>
              <w:jc w:val="both"/>
              <w:rPr>
                <w:rFonts w:ascii="Simplified Arabic" w:hAnsi="Simplified Arabic" w:cs="Simplified Arabic"/>
                <w:sz w:val="20"/>
                <w:szCs w:val="20"/>
              </w:rPr>
            </w:pPr>
            <w:r w:rsidRPr="0011356E">
              <w:rPr>
                <w:rtl/>
              </w:rPr>
              <w:t>توضيح معيار تفسير المتوسطات وارتباطه فقط ببيانات الاستبانة</w:t>
            </w:r>
            <w:r w:rsidRPr="0011356E">
              <w:t>.</w:t>
            </w:r>
          </w:p>
        </w:tc>
        <w:tc>
          <w:tcPr>
            <w:tcW w:w="1134" w:type="dxa"/>
            <w:tcMar>
              <w:top w:w="100" w:type="dxa"/>
              <w:left w:w="100" w:type="dxa"/>
              <w:bottom w:w="100" w:type="dxa"/>
              <w:right w:w="100" w:type="dxa"/>
            </w:tcMar>
            <w:vAlign w:val="center"/>
          </w:tcPr>
          <w:p w14:paraId="0FB3EB4F"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00959D18" w14:textId="77777777" w:rsidTr="00A32875">
        <w:trPr>
          <w:cantSplit/>
          <w:jc w:val="center"/>
        </w:trPr>
        <w:tc>
          <w:tcPr>
            <w:tcW w:w="1927" w:type="dxa"/>
            <w:tcMar>
              <w:top w:w="100" w:type="dxa"/>
              <w:left w:w="100" w:type="dxa"/>
              <w:bottom w:w="100" w:type="dxa"/>
              <w:right w:w="100" w:type="dxa"/>
            </w:tcMar>
            <w:vAlign w:val="center"/>
          </w:tcPr>
          <w:p w14:paraId="1672A70E"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إجراءات جمع البيانات</w:t>
            </w:r>
          </w:p>
        </w:tc>
        <w:tc>
          <w:tcPr>
            <w:tcW w:w="3005" w:type="dxa"/>
            <w:tcMar>
              <w:top w:w="100" w:type="dxa"/>
              <w:left w:w="100" w:type="dxa"/>
              <w:bottom w:w="100" w:type="dxa"/>
              <w:right w:w="100" w:type="dxa"/>
            </w:tcMar>
          </w:tcPr>
          <w:p w14:paraId="477F8666" w14:textId="29983618" w:rsidR="00394A06" w:rsidRPr="00394A06" w:rsidRDefault="00394A06" w:rsidP="00394A06">
            <w:pPr>
              <w:bidi/>
              <w:jc w:val="both"/>
              <w:rPr>
                <w:rFonts w:ascii="Simplified Arabic" w:hAnsi="Simplified Arabic" w:cs="Simplified Arabic"/>
                <w:sz w:val="20"/>
                <w:szCs w:val="20"/>
              </w:rPr>
            </w:pPr>
            <w:r w:rsidRPr="0011356E">
              <w:rPr>
                <w:rtl/>
              </w:rPr>
              <w:t>هل تم توضيح خطوات التوزيع والاسترجاع؟</w:t>
            </w:r>
          </w:p>
        </w:tc>
        <w:tc>
          <w:tcPr>
            <w:tcW w:w="4025" w:type="dxa"/>
            <w:tcMar>
              <w:top w:w="100" w:type="dxa"/>
              <w:left w:w="100" w:type="dxa"/>
              <w:bottom w:w="100" w:type="dxa"/>
              <w:right w:w="100" w:type="dxa"/>
            </w:tcMar>
          </w:tcPr>
          <w:p w14:paraId="0253C762" w14:textId="305752EE" w:rsidR="00394A06" w:rsidRPr="00394A06" w:rsidRDefault="00394A06" w:rsidP="00394A06">
            <w:pPr>
              <w:bidi/>
              <w:jc w:val="both"/>
              <w:rPr>
                <w:rFonts w:ascii="Simplified Arabic" w:hAnsi="Simplified Arabic" w:cs="Simplified Arabic"/>
                <w:sz w:val="20"/>
                <w:szCs w:val="20"/>
              </w:rPr>
            </w:pPr>
            <w:r w:rsidRPr="0011356E">
              <w:rPr>
                <w:rtl/>
              </w:rPr>
              <w:t>إجراءات جمع البيانات تحتاج تفصيلاً أكبر لكل مصدر.</w:t>
            </w:r>
          </w:p>
        </w:tc>
        <w:tc>
          <w:tcPr>
            <w:tcW w:w="1474" w:type="dxa"/>
            <w:tcMar>
              <w:top w:w="100" w:type="dxa"/>
              <w:left w:w="100" w:type="dxa"/>
              <w:bottom w:w="100" w:type="dxa"/>
              <w:right w:w="100" w:type="dxa"/>
            </w:tcMar>
          </w:tcPr>
          <w:p w14:paraId="6314A349" w14:textId="4578BF0A" w:rsidR="00394A06" w:rsidRPr="00394A06" w:rsidRDefault="00394A06" w:rsidP="00394A06">
            <w:pPr>
              <w:bidi/>
              <w:jc w:val="both"/>
              <w:rPr>
                <w:rFonts w:ascii="Simplified Arabic" w:hAnsi="Simplified Arabic" w:cs="Simplified Arabic"/>
                <w:sz w:val="20"/>
                <w:szCs w:val="20"/>
              </w:rPr>
            </w:pPr>
            <w:r w:rsidRPr="0011356E">
              <w:rPr>
                <w:rtl/>
              </w:rPr>
              <w:t>جيد مع تعديل</w:t>
            </w:r>
          </w:p>
        </w:tc>
        <w:tc>
          <w:tcPr>
            <w:tcW w:w="3288" w:type="dxa"/>
            <w:tcMar>
              <w:top w:w="100" w:type="dxa"/>
              <w:left w:w="100" w:type="dxa"/>
              <w:bottom w:w="100" w:type="dxa"/>
              <w:right w:w="100" w:type="dxa"/>
            </w:tcMar>
          </w:tcPr>
          <w:p w14:paraId="29C91990" w14:textId="4098F3EF" w:rsidR="00394A06" w:rsidRPr="00394A06" w:rsidRDefault="00394A06" w:rsidP="00394A06">
            <w:pPr>
              <w:bidi/>
              <w:jc w:val="both"/>
              <w:rPr>
                <w:rFonts w:ascii="Simplified Arabic" w:hAnsi="Simplified Arabic" w:cs="Simplified Arabic"/>
                <w:sz w:val="20"/>
                <w:szCs w:val="20"/>
              </w:rPr>
            </w:pPr>
            <w:r w:rsidRPr="0011356E">
              <w:rPr>
                <w:rtl/>
              </w:rPr>
              <w:t>تحديد كيفية توزيع الاستبانة، وكيفية جمع الوثائق، ومن يراجعها، ومعايير استبعاد الوثائق</w:t>
            </w:r>
            <w:r w:rsidRPr="0011356E">
              <w:t>.</w:t>
            </w:r>
          </w:p>
        </w:tc>
        <w:tc>
          <w:tcPr>
            <w:tcW w:w="1134" w:type="dxa"/>
            <w:tcMar>
              <w:top w:w="100" w:type="dxa"/>
              <w:left w:w="100" w:type="dxa"/>
              <w:bottom w:w="100" w:type="dxa"/>
              <w:right w:w="100" w:type="dxa"/>
            </w:tcMar>
            <w:vAlign w:val="center"/>
          </w:tcPr>
          <w:p w14:paraId="22E68554" w14:textId="77777777" w:rsidR="00394A06" w:rsidRPr="00394A06" w:rsidRDefault="00394A06" w:rsidP="00394A06">
            <w:pPr>
              <w:bidi/>
              <w:jc w:val="both"/>
              <w:rPr>
                <w:rFonts w:ascii="Simplified Arabic" w:hAnsi="Simplified Arabic" w:cs="Simplified Arabic"/>
                <w:sz w:val="20"/>
                <w:szCs w:val="20"/>
              </w:rPr>
            </w:pPr>
          </w:p>
        </w:tc>
      </w:tr>
      <w:tr w:rsidR="00047CBC" w:rsidRPr="00394A06" w14:paraId="2B8C2B21" w14:textId="77777777" w:rsidTr="000A310A">
        <w:trPr>
          <w:cantSplit/>
          <w:jc w:val="center"/>
        </w:trPr>
        <w:tc>
          <w:tcPr>
            <w:tcW w:w="1927" w:type="dxa"/>
            <w:tcMar>
              <w:top w:w="100" w:type="dxa"/>
              <w:left w:w="100" w:type="dxa"/>
              <w:bottom w:w="100" w:type="dxa"/>
              <w:right w:w="100" w:type="dxa"/>
            </w:tcMar>
            <w:vAlign w:val="center"/>
          </w:tcPr>
          <w:p w14:paraId="06B85054" w14:textId="77777777" w:rsidR="00EA2E28" w:rsidRPr="00394A06" w:rsidRDefault="00000000"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البيانات الثانوية</w:t>
            </w:r>
          </w:p>
        </w:tc>
        <w:tc>
          <w:tcPr>
            <w:tcW w:w="3005" w:type="dxa"/>
            <w:tcMar>
              <w:top w:w="100" w:type="dxa"/>
              <w:left w:w="100" w:type="dxa"/>
              <w:bottom w:w="100" w:type="dxa"/>
              <w:right w:w="100" w:type="dxa"/>
            </w:tcMar>
            <w:vAlign w:val="center"/>
          </w:tcPr>
          <w:p w14:paraId="67EE593E" w14:textId="77777777" w:rsidR="00EA2E28" w:rsidRPr="00394A06" w:rsidRDefault="00000000"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هل تم توضيح مصادر البيانات الثانوية؟</w:t>
            </w:r>
          </w:p>
        </w:tc>
        <w:tc>
          <w:tcPr>
            <w:tcW w:w="4025" w:type="dxa"/>
            <w:tcMar>
              <w:top w:w="100" w:type="dxa"/>
              <w:left w:w="100" w:type="dxa"/>
              <w:bottom w:w="100" w:type="dxa"/>
              <w:right w:w="100" w:type="dxa"/>
            </w:tcMar>
            <w:vAlign w:val="center"/>
          </w:tcPr>
          <w:p w14:paraId="3DE283BE" w14:textId="77777777" w:rsidR="00EA2E28" w:rsidRPr="00394A06" w:rsidRDefault="00000000"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تم إدراج الوثائق الرسمية كمصدر مساند وهذا مناسب.</w:t>
            </w:r>
          </w:p>
        </w:tc>
        <w:tc>
          <w:tcPr>
            <w:tcW w:w="1474" w:type="dxa"/>
            <w:tcMar>
              <w:top w:w="100" w:type="dxa"/>
              <w:left w:w="100" w:type="dxa"/>
              <w:bottom w:w="100" w:type="dxa"/>
              <w:right w:w="100" w:type="dxa"/>
            </w:tcMar>
            <w:vAlign w:val="center"/>
          </w:tcPr>
          <w:p w14:paraId="35E4D482" w14:textId="77777777" w:rsidR="00EA2E28" w:rsidRPr="00394A06" w:rsidRDefault="00000000"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جيد</w:t>
            </w:r>
          </w:p>
        </w:tc>
        <w:tc>
          <w:tcPr>
            <w:tcW w:w="3288" w:type="dxa"/>
            <w:tcMar>
              <w:top w:w="100" w:type="dxa"/>
              <w:left w:w="100" w:type="dxa"/>
              <w:bottom w:w="100" w:type="dxa"/>
              <w:right w:w="100" w:type="dxa"/>
            </w:tcMar>
            <w:vAlign w:val="center"/>
          </w:tcPr>
          <w:p w14:paraId="26B959D1" w14:textId="77777777" w:rsidR="00EA2E28" w:rsidRPr="00394A06" w:rsidRDefault="00000000"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إعداد بروتوكول مختصر لتحليل الوثائق يتضمن الترميز والفئات ومصداقية التحليل.</w:t>
            </w:r>
          </w:p>
        </w:tc>
        <w:tc>
          <w:tcPr>
            <w:tcW w:w="1134" w:type="dxa"/>
            <w:tcMar>
              <w:top w:w="100" w:type="dxa"/>
              <w:left w:w="100" w:type="dxa"/>
              <w:bottom w:w="100" w:type="dxa"/>
              <w:right w:w="100" w:type="dxa"/>
            </w:tcMar>
            <w:vAlign w:val="center"/>
          </w:tcPr>
          <w:p w14:paraId="2FB7718E" w14:textId="77777777" w:rsidR="00EA2E28" w:rsidRPr="00394A06" w:rsidRDefault="00EA2E28" w:rsidP="00394A06">
            <w:pPr>
              <w:bidi/>
              <w:jc w:val="both"/>
              <w:rPr>
                <w:rFonts w:ascii="Simplified Arabic" w:hAnsi="Simplified Arabic" w:cs="Simplified Arabic"/>
                <w:sz w:val="20"/>
                <w:szCs w:val="20"/>
              </w:rPr>
            </w:pPr>
          </w:p>
        </w:tc>
      </w:tr>
    </w:tbl>
    <w:p w14:paraId="3B5F62F6" w14:textId="77777777" w:rsidR="00A662EF" w:rsidRPr="00394A06" w:rsidRDefault="000A310A" w:rsidP="00394A06">
      <w:pPr>
        <w:pStyle w:val="Heading1"/>
        <w:bidi/>
        <w:spacing w:before="200" w:line="240" w:lineRule="auto"/>
        <w:jc w:val="both"/>
        <w:rPr>
          <w:rFonts w:ascii="Simplified Arabic" w:hAnsi="Simplified Arabic" w:cs="Simplified Arabic"/>
          <w:color w:val="000000" w:themeColor="text1"/>
          <w:sz w:val="20"/>
          <w:szCs w:val="20"/>
        </w:rPr>
      </w:pPr>
      <w:r w:rsidRPr="00394A06">
        <w:rPr>
          <w:rFonts w:ascii="Simplified Arabic" w:hAnsi="Simplified Arabic" w:cs="Simplified Arabic"/>
          <w:color w:val="000000" w:themeColor="text1"/>
          <w:sz w:val="20"/>
          <w:szCs w:val="20"/>
          <w:rtl/>
        </w:rPr>
        <w:lastRenderedPageBreak/>
        <w:t>مجتمع الدراسة والعينة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394A06" w14:paraId="7DBE6C4D" w14:textId="77777777" w:rsidTr="00047CBC">
        <w:trPr>
          <w:cantSplit/>
          <w:tblHeader/>
          <w:jc w:val="center"/>
        </w:trPr>
        <w:tc>
          <w:tcPr>
            <w:tcW w:w="1927" w:type="dxa"/>
            <w:tcMar>
              <w:top w:w="100" w:type="dxa"/>
              <w:left w:w="100" w:type="dxa"/>
              <w:bottom w:w="100" w:type="dxa"/>
              <w:right w:w="100" w:type="dxa"/>
            </w:tcMar>
            <w:vAlign w:val="center"/>
          </w:tcPr>
          <w:p w14:paraId="55644644"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02E882D0"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2CEF0C74"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69BD7C08"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254C3119"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77045F06"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رد الطالب</w:t>
            </w:r>
          </w:p>
        </w:tc>
      </w:tr>
      <w:tr w:rsidR="00394A06" w:rsidRPr="00394A06" w14:paraId="049FCC12" w14:textId="77777777" w:rsidTr="00B22EFE">
        <w:trPr>
          <w:cantSplit/>
          <w:jc w:val="center"/>
        </w:trPr>
        <w:tc>
          <w:tcPr>
            <w:tcW w:w="1927" w:type="dxa"/>
            <w:tcMar>
              <w:top w:w="100" w:type="dxa"/>
              <w:left w:w="100" w:type="dxa"/>
              <w:bottom w:w="100" w:type="dxa"/>
              <w:right w:w="100" w:type="dxa"/>
            </w:tcMar>
            <w:vAlign w:val="center"/>
          </w:tcPr>
          <w:p w14:paraId="0D4DC162" w14:textId="77777777" w:rsidR="00394A06" w:rsidRPr="00394A06" w:rsidRDefault="00394A06" w:rsidP="00394A06">
            <w:pPr>
              <w:bidi/>
              <w:jc w:val="both"/>
              <w:rPr>
                <w:rFonts w:ascii="Simplified Arabic" w:hAnsi="Simplified Arabic" w:cs="Simplified Arabic"/>
                <w:sz w:val="20"/>
                <w:szCs w:val="20"/>
              </w:rPr>
            </w:pPr>
            <w:proofErr w:type="spellStart"/>
            <w:r w:rsidRPr="00394A06">
              <w:rPr>
                <w:rFonts w:ascii="Simplified Arabic" w:hAnsi="Simplified Arabic" w:cs="Simplified Arabic"/>
                <w:sz w:val="20"/>
                <w:szCs w:val="20"/>
              </w:rPr>
              <w:t>تحديد</w:t>
            </w:r>
            <w:proofErr w:type="spellEnd"/>
            <w:r w:rsidRPr="00394A06">
              <w:rPr>
                <w:rFonts w:ascii="Simplified Arabic" w:hAnsi="Simplified Arabic" w:cs="Simplified Arabic"/>
                <w:sz w:val="20"/>
                <w:szCs w:val="20"/>
              </w:rPr>
              <w:t xml:space="preserve"> </w:t>
            </w:r>
            <w:proofErr w:type="spellStart"/>
            <w:r w:rsidRPr="00394A06">
              <w:rPr>
                <w:rFonts w:ascii="Simplified Arabic" w:hAnsi="Simplified Arabic" w:cs="Simplified Arabic"/>
                <w:sz w:val="20"/>
                <w:szCs w:val="20"/>
              </w:rPr>
              <w:t>مجتمع</w:t>
            </w:r>
            <w:proofErr w:type="spellEnd"/>
            <w:r w:rsidRPr="00394A06">
              <w:rPr>
                <w:rFonts w:ascii="Simplified Arabic" w:hAnsi="Simplified Arabic" w:cs="Simplified Arabic"/>
                <w:sz w:val="20"/>
                <w:szCs w:val="20"/>
              </w:rPr>
              <w:t xml:space="preserve"> </w:t>
            </w:r>
            <w:proofErr w:type="spellStart"/>
            <w:r w:rsidRPr="00394A06">
              <w:rPr>
                <w:rFonts w:ascii="Simplified Arabic" w:hAnsi="Simplified Arabic" w:cs="Simplified Arabic"/>
                <w:sz w:val="20"/>
                <w:szCs w:val="20"/>
              </w:rPr>
              <w:t>الدراسة</w:t>
            </w:r>
            <w:proofErr w:type="spellEnd"/>
          </w:p>
        </w:tc>
        <w:tc>
          <w:tcPr>
            <w:tcW w:w="3005" w:type="dxa"/>
            <w:tcMar>
              <w:top w:w="100" w:type="dxa"/>
              <w:left w:w="100" w:type="dxa"/>
              <w:bottom w:w="100" w:type="dxa"/>
              <w:right w:w="100" w:type="dxa"/>
            </w:tcMar>
          </w:tcPr>
          <w:p w14:paraId="7B00865E" w14:textId="13F8F232" w:rsidR="00394A06" w:rsidRPr="00394A06" w:rsidRDefault="00394A06" w:rsidP="00394A06">
            <w:pPr>
              <w:bidi/>
              <w:jc w:val="both"/>
              <w:rPr>
                <w:rFonts w:ascii="Simplified Arabic" w:hAnsi="Simplified Arabic" w:cs="Simplified Arabic"/>
                <w:sz w:val="20"/>
                <w:szCs w:val="20"/>
              </w:rPr>
            </w:pPr>
            <w:r w:rsidRPr="004362C8">
              <w:rPr>
                <w:rtl/>
              </w:rPr>
              <w:t>هل المجتمع محدد بدقة؟</w:t>
            </w:r>
          </w:p>
        </w:tc>
        <w:tc>
          <w:tcPr>
            <w:tcW w:w="4025" w:type="dxa"/>
            <w:tcMar>
              <w:top w:w="100" w:type="dxa"/>
              <w:left w:w="100" w:type="dxa"/>
              <w:bottom w:w="100" w:type="dxa"/>
              <w:right w:w="100" w:type="dxa"/>
            </w:tcMar>
          </w:tcPr>
          <w:p w14:paraId="5E2FC613" w14:textId="77CA3548" w:rsidR="00394A06" w:rsidRPr="00394A06" w:rsidRDefault="00394A06" w:rsidP="00394A06">
            <w:pPr>
              <w:bidi/>
              <w:jc w:val="both"/>
              <w:rPr>
                <w:rFonts w:ascii="Simplified Arabic" w:hAnsi="Simplified Arabic" w:cs="Simplified Arabic"/>
                <w:sz w:val="20"/>
                <w:szCs w:val="20"/>
              </w:rPr>
            </w:pPr>
            <w:r w:rsidRPr="004362C8">
              <w:rPr>
                <w:rtl/>
              </w:rPr>
              <w:t>المجتمع واسع ويشمل جهات حكومية وخاصة وخبراء، ويحتاج إطاراً قابلاً للوصول أكثر تحديداً.</w:t>
            </w:r>
          </w:p>
        </w:tc>
        <w:tc>
          <w:tcPr>
            <w:tcW w:w="1474" w:type="dxa"/>
            <w:tcMar>
              <w:top w:w="100" w:type="dxa"/>
              <w:left w:w="100" w:type="dxa"/>
              <w:bottom w:w="100" w:type="dxa"/>
              <w:right w:w="100" w:type="dxa"/>
            </w:tcMar>
          </w:tcPr>
          <w:p w14:paraId="69CE9F8A" w14:textId="5BBF6441" w:rsidR="00394A06" w:rsidRPr="00394A06" w:rsidRDefault="00394A06" w:rsidP="00394A06">
            <w:pPr>
              <w:bidi/>
              <w:jc w:val="both"/>
              <w:rPr>
                <w:rFonts w:ascii="Simplified Arabic" w:hAnsi="Simplified Arabic" w:cs="Simplified Arabic"/>
                <w:sz w:val="20"/>
                <w:szCs w:val="20"/>
              </w:rPr>
            </w:pPr>
            <w:r w:rsidRPr="004362C8">
              <w:rPr>
                <w:rtl/>
              </w:rPr>
              <w:t>يحتاج تعديل</w:t>
            </w:r>
          </w:p>
        </w:tc>
        <w:tc>
          <w:tcPr>
            <w:tcW w:w="3288" w:type="dxa"/>
            <w:tcMar>
              <w:top w:w="100" w:type="dxa"/>
              <w:left w:w="100" w:type="dxa"/>
              <w:bottom w:w="100" w:type="dxa"/>
              <w:right w:w="100" w:type="dxa"/>
            </w:tcMar>
          </w:tcPr>
          <w:p w14:paraId="36CB6CC4" w14:textId="41FE4E79" w:rsidR="00394A06" w:rsidRPr="00394A06" w:rsidRDefault="00394A06" w:rsidP="00394A06">
            <w:pPr>
              <w:bidi/>
              <w:jc w:val="both"/>
              <w:rPr>
                <w:rFonts w:ascii="Simplified Arabic" w:hAnsi="Simplified Arabic" w:cs="Simplified Arabic"/>
                <w:sz w:val="20"/>
                <w:szCs w:val="20"/>
              </w:rPr>
            </w:pPr>
            <w:r w:rsidRPr="004362C8">
              <w:rPr>
                <w:rtl/>
              </w:rPr>
              <w:t>تحديد الجهات والفئات المستهدفة وحجم كل فئة أو بيان أن الرقم تقديري قبل التطبيق</w:t>
            </w:r>
            <w:r w:rsidRPr="004362C8">
              <w:t>.</w:t>
            </w:r>
          </w:p>
        </w:tc>
        <w:tc>
          <w:tcPr>
            <w:tcW w:w="1134" w:type="dxa"/>
            <w:tcMar>
              <w:top w:w="100" w:type="dxa"/>
              <w:left w:w="100" w:type="dxa"/>
              <w:bottom w:w="100" w:type="dxa"/>
              <w:right w:w="100" w:type="dxa"/>
            </w:tcMar>
            <w:vAlign w:val="center"/>
          </w:tcPr>
          <w:p w14:paraId="351869CE"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6ED589BA" w14:textId="77777777" w:rsidTr="00B22EFE">
        <w:trPr>
          <w:cantSplit/>
          <w:jc w:val="center"/>
        </w:trPr>
        <w:tc>
          <w:tcPr>
            <w:tcW w:w="1927" w:type="dxa"/>
            <w:tcMar>
              <w:top w:w="100" w:type="dxa"/>
              <w:left w:w="100" w:type="dxa"/>
              <w:bottom w:w="100" w:type="dxa"/>
              <w:right w:w="100" w:type="dxa"/>
            </w:tcMar>
            <w:vAlign w:val="center"/>
          </w:tcPr>
          <w:p w14:paraId="016485EA"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المجتمع المستهدف</w:t>
            </w:r>
          </w:p>
        </w:tc>
        <w:tc>
          <w:tcPr>
            <w:tcW w:w="3005" w:type="dxa"/>
            <w:tcMar>
              <w:top w:w="100" w:type="dxa"/>
              <w:left w:w="100" w:type="dxa"/>
              <w:bottom w:w="100" w:type="dxa"/>
              <w:right w:w="100" w:type="dxa"/>
            </w:tcMar>
          </w:tcPr>
          <w:p w14:paraId="08721E67" w14:textId="4FCD7DD8" w:rsidR="00394A06" w:rsidRPr="00394A06" w:rsidRDefault="00394A06" w:rsidP="00394A06">
            <w:pPr>
              <w:bidi/>
              <w:jc w:val="both"/>
              <w:rPr>
                <w:rFonts w:ascii="Simplified Arabic" w:hAnsi="Simplified Arabic" w:cs="Simplified Arabic"/>
                <w:sz w:val="20"/>
                <w:szCs w:val="20"/>
              </w:rPr>
            </w:pPr>
            <w:r w:rsidRPr="004362C8">
              <w:rPr>
                <w:rtl/>
              </w:rPr>
              <w:t>هل تم التمييز بين المجتمع العام والمجتمع المستهدف؟</w:t>
            </w:r>
          </w:p>
        </w:tc>
        <w:tc>
          <w:tcPr>
            <w:tcW w:w="4025" w:type="dxa"/>
            <w:tcMar>
              <w:top w:w="100" w:type="dxa"/>
              <w:left w:w="100" w:type="dxa"/>
              <w:bottom w:w="100" w:type="dxa"/>
              <w:right w:w="100" w:type="dxa"/>
            </w:tcMar>
          </w:tcPr>
          <w:p w14:paraId="1D051855" w14:textId="5087901B" w:rsidR="00394A06" w:rsidRPr="00394A06" w:rsidRDefault="00394A06" w:rsidP="00394A06">
            <w:pPr>
              <w:bidi/>
              <w:jc w:val="both"/>
              <w:rPr>
                <w:rFonts w:ascii="Simplified Arabic" w:hAnsi="Simplified Arabic" w:cs="Simplified Arabic"/>
                <w:sz w:val="20"/>
                <w:szCs w:val="20"/>
              </w:rPr>
            </w:pPr>
            <w:r w:rsidRPr="004362C8">
              <w:rPr>
                <w:rtl/>
              </w:rPr>
              <w:t>المجتمع القابل للوصول بحاجة إلى ضوابط إدراج واستبعاد دقيقة.</w:t>
            </w:r>
          </w:p>
        </w:tc>
        <w:tc>
          <w:tcPr>
            <w:tcW w:w="1474" w:type="dxa"/>
            <w:tcMar>
              <w:top w:w="100" w:type="dxa"/>
              <w:left w:w="100" w:type="dxa"/>
              <w:bottom w:w="100" w:type="dxa"/>
              <w:right w:w="100" w:type="dxa"/>
            </w:tcMar>
          </w:tcPr>
          <w:p w14:paraId="67833BB9" w14:textId="317A1951" w:rsidR="00394A06" w:rsidRPr="00394A06" w:rsidRDefault="00394A06" w:rsidP="00394A06">
            <w:pPr>
              <w:bidi/>
              <w:jc w:val="both"/>
              <w:rPr>
                <w:rFonts w:ascii="Simplified Arabic" w:hAnsi="Simplified Arabic" w:cs="Simplified Arabic"/>
                <w:sz w:val="20"/>
                <w:szCs w:val="20"/>
              </w:rPr>
            </w:pPr>
            <w:r w:rsidRPr="004362C8">
              <w:rPr>
                <w:rtl/>
              </w:rPr>
              <w:t>جيد مع تعديل</w:t>
            </w:r>
          </w:p>
        </w:tc>
        <w:tc>
          <w:tcPr>
            <w:tcW w:w="3288" w:type="dxa"/>
            <w:tcMar>
              <w:top w:w="100" w:type="dxa"/>
              <w:left w:w="100" w:type="dxa"/>
              <w:bottom w:w="100" w:type="dxa"/>
              <w:right w:w="100" w:type="dxa"/>
            </w:tcMar>
          </w:tcPr>
          <w:p w14:paraId="30970B4D" w14:textId="48C17DC7" w:rsidR="00394A06" w:rsidRPr="00394A06" w:rsidRDefault="00394A06" w:rsidP="00394A06">
            <w:pPr>
              <w:bidi/>
              <w:jc w:val="both"/>
              <w:rPr>
                <w:rFonts w:ascii="Simplified Arabic" w:hAnsi="Simplified Arabic" w:cs="Simplified Arabic"/>
                <w:sz w:val="20"/>
                <w:szCs w:val="20"/>
              </w:rPr>
            </w:pPr>
            <w:r w:rsidRPr="004362C8">
              <w:rPr>
                <w:rtl/>
              </w:rPr>
              <w:t>تحديد من هو المشارك المؤهل: مسؤول تفتيش، مسؤول</w:t>
            </w:r>
            <w:r w:rsidRPr="004362C8">
              <w:t xml:space="preserve"> PPP</w:t>
            </w:r>
            <w:r w:rsidRPr="004362C8">
              <w:rPr>
                <w:rtl/>
              </w:rPr>
              <w:t>، شركة تشغيل، خبير بيئي، أو صانع قرار</w:t>
            </w:r>
            <w:r w:rsidRPr="004362C8">
              <w:t>.</w:t>
            </w:r>
          </w:p>
        </w:tc>
        <w:tc>
          <w:tcPr>
            <w:tcW w:w="1134" w:type="dxa"/>
            <w:tcMar>
              <w:top w:w="100" w:type="dxa"/>
              <w:left w:w="100" w:type="dxa"/>
              <w:bottom w:w="100" w:type="dxa"/>
              <w:right w:w="100" w:type="dxa"/>
            </w:tcMar>
            <w:vAlign w:val="center"/>
          </w:tcPr>
          <w:p w14:paraId="2D995819"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061991F7" w14:textId="77777777" w:rsidTr="00B22EFE">
        <w:trPr>
          <w:cantSplit/>
          <w:jc w:val="center"/>
        </w:trPr>
        <w:tc>
          <w:tcPr>
            <w:tcW w:w="1927" w:type="dxa"/>
            <w:tcMar>
              <w:top w:w="100" w:type="dxa"/>
              <w:left w:w="100" w:type="dxa"/>
              <w:bottom w:w="100" w:type="dxa"/>
              <w:right w:w="100" w:type="dxa"/>
            </w:tcMar>
            <w:vAlign w:val="center"/>
          </w:tcPr>
          <w:p w14:paraId="11118BD3"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أسلوب المعاينة</w:t>
            </w:r>
          </w:p>
        </w:tc>
        <w:tc>
          <w:tcPr>
            <w:tcW w:w="3005" w:type="dxa"/>
            <w:tcMar>
              <w:top w:w="100" w:type="dxa"/>
              <w:left w:w="100" w:type="dxa"/>
              <w:bottom w:w="100" w:type="dxa"/>
              <w:right w:w="100" w:type="dxa"/>
            </w:tcMar>
          </w:tcPr>
          <w:p w14:paraId="692DDCD1" w14:textId="0B71097A" w:rsidR="00394A06" w:rsidRPr="00394A06" w:rsidRDefault="00394A06" w:rsidP="00394A06">
            <w:pPr>
              <w:bidi/>
              <w:jc w:val="both"/>
              <w:rPr>
                <w:rFonts w:ascii="Simplified Arabic" w:hAnsi="Simplified Arabic" w:cs="Simplified Arabic"/>
                <w:sz w:val="20"/>
                <w:szCs w:val="20"/>
              </w:rPr>
            </w:pPr>
            <w:r w:rsidRPr="004362C8">
              <w:rPr>
                <w:rtl/>
              </w:rPr>
              <w:t>هل تم توضيح نوع العينة؟ عشوائية، طبقية، قصدية، ميسرة؟</w:t>
            </w:r>
          </w:p>
        </w:tc>
        <w:tc>
          <w:tcPr>
            <w:tcW w:w="4025" w:type="dxa"/>
            <w:tcMar>
              <w:top w:w="100" w:type="dxa"/>
              <w:left w:w="100" w:type="dxa"/>
              <w:bottom w:w="100" w:type="dxa"/>
              <w:right w:w="100" w:type="dxa"/>
            </w:tcMar>
          </w:tcPr>
          <w:p w14:paraId="1F7D1C7D" w14:textId="3358F7B3" w:rsidR="00394A06" w:rsidRPr="00394A06" w:rsidRDefault="00394A06" w:rsidP="00394A06">
            <w:pPr>
              <w:bidi/>
              <w:jc w:val="both"/>
              <w:rPr>
                <w:rFonts w:ascii="Simplified Arabic" w:hAnsi="Simplified Arabic" w:cs="Simplified Arabic"/>
                <w:sz w:val="20"/>
                <w:szCs w:val="20"/>
              </w:rPr>
            </w:pPr>
            <w:r w:rsidRPr="004362C8">
              <w:rPr>
                <w:rtl/>
              </w:rPr>
              <w:t>العينة الطبقية العشوائية مذكورة، لكنها تحتاج إطار معاينة فعلي لتكون عشوائية.</w:t>
            </w:r>
          </w:p>
        </w:tc>
        <w:tc>
          <w:tcPr>
            <w:tcW w:w="1474" w:type="dxa"/>
            <w:tcMar>
              <w:top w:w="100" w:type="dxa"/>
              <w:left w:w="100" w:type="dxa"/>
              <w:bottom w:w="100" w:type="dxa"/>
              <w:right w:w="100" w:type="dxa"/>
            </w:tcMar>
          </w:tcPr>
          <w:p w14:paraId="1DBAA3BB" w14:textId="21A2A05C" w:rsidR="00394A06" w:rsidRPr="00394A06" w:rsidRDefault="00394A06" w:rsidP="00394A06">
            <w:pPr>
              <w:bidi/>
              <w:jc w:val="both"/>
              <w:rPr>
                <w:rFonts w:ascii="Simplified Arabic" w:hAnsi="Simplified Arabic" w:cs="Simplified Arabic"/>
                <w:sz w:val="20"/>
                <w:szCs w:val="20"/>
              </w:rPr>
            </w:pPr>
            <w:r w:rsidRPr="004362C8">
              <w:rPr>
                <w:rtl/>
              </w:rPr>
              <w:t>يحتاج تعديل</w:t>
            </w:r>
          </w:p>
        </w:tc>
        <w:tc>
          <w:tcPr>
            <w:tcW w:w="3288" w:type="dxa"/>
            <w:tcMar>
              <w:top w:w="100" w:type="dxa"/>
              <w:left w:w="100" w:type="dxa"/>
              <w:bottom w:w="100" w:type="dxa"/>
              <w:right w:w="100" w:type="dxa"/>
            </w:tcMar>
          </w:tcPr>
          <w:p w14:paraId="1C27F8E1" w14:textId="3F784204" w:rsidR="00394A06" w:rsidRPr="00394A06" w:rsidRDefault="00394A06" w:rsidP="00394A06">
            <w:pPr>
              <w:bidi/>
              <w:jc w:val="both"/>
              <w:rPr>
                <w:rFonts w:ascii="Simplified Arabic" w:hAnsi="Simplified Arabic" w:cs="Simplified Arabic"/>
                <w:sz w:val="20"/>
                <w:szCs w:val="20"/>
              </w:rPr>
            </w:pPr>
            <w:r w:rsidRPr="004362C8">
              <w:rPr>
                <w:rtl/>
              </w:rPr>
              <w:t>توضيح مصدر قوائم العينة داخل كل طبقة، أو تعديل الوصف إلى عينة قصدية/خبراء إذا لم توجد قوائم</w:t>
            </w:r>
            <w:r w:rsidRPr="004362C8">
              <w:t>.</w:t>
            </w:r>
          </w:p>
        </w:tc>
        <w:tc>
          <w:tcPr>
            <w:tcW w:w="1134" w:type="dxa"/>
            <w:tcMar>
              <w:top w:w="100" w:type="dxa"/>
              <w:left w:w="100" w:type="dxa"/>
              <w:bottom w:w="100" w:type="dxa"/>
              <w:right w:w="100" w:type="dxa"/>
            </w:tcMar>
            <w:vAlign w:val="center"/>
          </w:tcPr>
          <w:p w14:paraId="44838F34"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7CA551AA" w14:textId="77777777" w:rsidTr="00B22EFE">
        <w:trPr>
          <w:cantSplit/>
          <w:jc w:val="center"/>
        </w:trPr>
        <w:tc>
          <w:tcPr>
            <w:tcW w:w="1927" w:type="dxa"/>
            <w:tcMar>
              <w:top w:w="100" w:type="dxa"/>
              <w:left w:w="100" w:type="dxa"/>
              <w:bottom w:w="100" w:type="dxa"/>
              <w:right w:w="100" w:type="dxa"/>
            </w:tcMar>
            <w:vAlign w:val="center"/>
          </w:tcPr>
          <w:p w14:paraId="1E015C91"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حجم العينة</w:t>
            </w:r>
          </w:p>
        </w:tc>
        <w:tc>
          <w:tcPr>
            <w:tcW w:w="3005" w:type="dxa"/>
            <w:tcMar>
              <w:top w:w="100" w:type="dxa"/>
              <w:left w:w="100" w:type="dxa"/>
              <w:bottom w:w="100" w:type="dxa"/>
              <w:right w:w="100" w:type="dxa"/>
            </w:tcMar>
          </w:tcPr>
          <w:p w14:paraId="3548E41E" w14:textId="470DCC21" w:rsidR="00394A06" w:rsidRPr="00394A06" w:rsidRDefault="00394A06" w:rsidP="00394A06">
            <w:pPr>
              <w:bidi/>
              <w:jc w:val="both"/>
              <w:rPr>
                <w:rFonts w:ascii="Simplified Arabic" w:hAnsi="Simplified Arabic" w:cs="Simplified Arabic"/>
                <w:sz w:val="20"/>
                <w:szCs w:val="20"/>
              </w:rPr>
            </w:pPr>
            <w:r w:rsidRPr="004362C8">
              <w:rPr>
                <w:rtl/>
              </w:rPr>
              <w:t>هل تم حساب حجم العينة بطريقة علمية؟</w:t>
            </w:r>
          </w:p>
        </w:tc>
        <w:tc>
          <w:tcPr>
            <w:tcW w:w="4025" w:type="dxa"/>
            <w:tcMar>
              <w:top w:w="100" w:type="dxa"/>
              <w:left w:w="100" w:type="dxa"/>
              <w:bottom w:w="100" w:type="dxa"/>
              <w:right w:w="100" w:type="dxa"/>
            </w:tcMar>
          </w:tcPr>
          <w:p w14:paraId="48642AA4" w14:textId="42983D4A" w:rsidR="00394A06" w:rsidRPr="00394A06" w:rsidRDefault="00394A06" w:rsidP="00394A06">
            <w:pPr>
              <w:bidi/>
              <w:jc w:val="both"/>
              <w:rPr>
                <w:rFonts w:ascii="Simplified Arabic" w:hAnsi="Simplified Arabic" w:cs="Simplified Arabic"/>
                <w:sz w:val="20"/>
                <w:szCs w:val="20"/>
              </w:rPr>
            </w:pPr>
            <w:r w:rsidRPr="004362C8">
              <w:rPr>
                <w:rtl/>
              </w:rPr>
              <w:t>حجم العينة 260 مقبول مبدئياً لكنه يعتمد على مجتمع تقديري غير موثق.</w:t>
            </w:r>
          </w:p>
        </w:tc>
        <w:tc>
          <w:tcPr>
            <w:tcW w:w="1474" w:type="dxa"/>
            <w:tcMar>
              <w:top w:w="100" w:type="dxa"/>
              <w:left w:w="100" w:type="dxa"/>
              <w:bottom w:w="100" w:type="dxa"/>
              <w:right w:w="100" w:type="dxa"/>
            </w:tcMar>
          </w:tcPr>
          <w:p w14:paraId="45C4A3F4" w14:textId="33FA09A3" w:rsidR="00394A06" w:rsidRPr="00394A06" w:rsidRDefault="00394A06" w:rsidP="00394A06">
            <w:pPr>
              <w:bidi/>
              <w:jc w:val="both"/>
              <w:rPr>
                <w:rFonts w:ascii="Simplified Arabic" w:hAnsi="Simplified Arabic" w:cs="Simplified Arabic"/>
                <w:sz w:val="20"/>
                <w:szCs w:val="20"/>
              </w:rPr>
            </w:pPr>
            <w:r w:rsidRPr="004362C8">
              <w:rPr>
                <w:rtl/>
              </w:rPr>
              <w:t>جيد مع تعديل</w:t>
            </w:r>
          </w:p>
        </w:tc>
        <w:tc>
          <w:tcPr>
            <w:tcW w:w="3288" w:type="dxa"/>
            <w:tcMar>
              <w:top w:w="100" w:type="dxa"/>
              <w:left w:w="100" w:type="dxa"/>
              <w:bottom w:w="100" w:type="dxa"/>
              <w:right w:w="100" w:type="dxa"/>
            </w:tcMar>
          </w:tcPr>
          <w:p w14:paraId="23D2A155" w14:textId="1C4B2717" w:rsidR="00394A06" w:rsidRPr="00394A06" w:rsidRDefault="00394A06" w:rsidP="00394A06">
            <w:pPr>
              <w:bidi/>
              <w:jc w:val="both"/>
              <w:rPr>
                <w:rFonts w:ascii="Simplified Arabic" w:hAnsi="Simplified Arabic" w:cs="Simplified Arabic"/>
                <w:sz w:val="20"/>
                <w:szCs w:val="20"/>
              </w:rPr>
            </w:pPr>
            <w:r w:rsidRPr="004362C8">
              <w:rPr>
                <w:rtl/>
              </w:rPr>
              <w:t>توثيق حجم المجتمع، أو تبرير العينة وفق متطلبات التحليل وعدد المتغيرات</w:t>
            </w:r>
            <w:r w:rsidRPr="004362C8">
              <w:t>.</w:t>
            </w:r>
          </w:p>
        </w:tc>
        <w:tc>
          <w:tcPr>
            <w:tcW w:w="1134" w:type="dxa"/>
            <w:tcMar>
              <w:top w:w="100" w:type="dxa"/>
              <w:left w:w="100" w:type="dxa"/>
              <w:bottom w:w="100" w:type="dxa"/>
              <w:right w:w="100" w:type="dxa"/>
            </w:tcMar>
            <w:vAlign w:val="center"/>
          </w:tcPr>
          <w:p w14:paraId="6283FD9D"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7B16F9F6" w14:textId="77777777" w:rsidTr="00B22EFE">
        <w:trPr>
          <w:cantSplit/>
          <w:jc w:val="center"/>
        </w:trPr>
        <w:tc>
          <w:tcPr>
            <w:tcW w:w="1927" w:type="dxa"/>
            <w:tcMar>
              <w:top w:w="100" w:type="dxa"/>
              <w:left w:w="100" w:type="dxa"/>
              <w:bottom w:w="100" w:type="dxa"/>
              <w:right w:w="100" w:type="dxa"/>
            </w:tcMar>
            <w:vAlign w:val="center"/>
          </w:tcPr>
          <w:p w14:paraId="6D3ADA98"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توزيع العينة</w:t>
            </w:r>
          </w:p>
        </w:tc>
        <w:tc>
          <w:tcPr>
            <w:tcW w:w="3005" w:type="dxa"/>
            <w:tcMar>
              <w:top w:w="100" w:type="dxa"/>
              <w:left w:w="100" w:type="dxa"/>
              <w:bottom w:w="100" w:type="dxa"/>
              <w:right w:w="100" w:type="dxa"/>
            </w:tcMar>
          </w:tcPr>
          <w:p w14:paraId="05E0F288" w14:textId="262E952F" w:rsidR="00394A06" w:rsidRPr="00394A06" w:rsidRDefault="00394A06" w:rsidP="00394A06">
            <w:pPr>
              <w:bidi/>
              <w:jc w:val="both"/>
              <w:rPr>
                <w:rFonts w:ascii="Simplified Arabic" w:hAnsi="Simplified Arabic" w:cs="Simplified Arabic"/>
                <w:sz w:val="20"/>
                <w:szCs w:val="20"/>
              </w:rPr>
            </w:pPr>
            <w:r w:rsidRPr="004362C8">
              <w:rPr>
                <w:rtl/>
              </w:rPr>
              <w:t>هل تم توضيح توزيع العينة على الطبقات أو الفئات؟</w:t>
            </w:r>
          </w:p>
        </w:tc>
        <w:tc>
          <w:tcPr>
            <w:tcW w:w="4025" w:type="dxa"/>
            <w:tcMar>
              <w:top w:w="100" w:type="dxa"/>
              <w:left w:w="100" w:type="dxa"/>
              <w:bottom w:w="100" w:type="dxa"/>
              <w:right w:w="100" w:type="dxa"/>
            </w:tcMar>
          </w:tcPr>
          <w:p w14:paraId="21C501E2" w14:textId="6C6E8F5A" w:rsidR="00394A06" w:rsidRPr="00394A06" w:rsidRDefault="00394A06" w:rsidP="00394A06">
            <w:pPr>
              <w:bidi/>
              <w:jc w:val="both"/>
              <w:rPr>
                <w:rFonts w:ascii="Simplified Arabic" w:hAnsi="Simplified Arabic" w:cs="Simplified Arabic"/>
                <w:sz w:val="20"/>
                <w:szCs w:val="20"/>
              </w:rPr>
            </w:pPr>
            <w:r w:rsidRPr="004362C8">
              <w:rPr>
                <w:rtl/>
              </w:rPr>
              <w:t>التوزيع المقترح يحتاج جدولاً واضحاً حسب الجهة والقطاع والخبرة.</w:t>
            </w:r>
          </w:p>
        </w:tc>
        <w:tc>
          <w:tcPr>
            <w:tcW w:w="1474" w:type="dxa"/>
            <w:tcMar>
              <w:top w:w="100" w:type="dxa"/>
              <w:left w:w="100" w:type="dxa"/>
              <w:bottom w:w="100" w:type="dxa"/>
              <w:right w:w="100" w:type="dxa"/>
            </w:tcMar>
          </w:tcPr>
          <w:p w14:paraId="1DE5F09A" w14:textId="55751DDA" w:rsidR="00394A06" w:rsidRPr="00394A06" w:rsidRDefault="00394A06" w:rsidP="00394A06">
            <w:pPr>
              <w:bidi/>
              <w:jc w:val="both"/>
              <w:rPr>
                <w:rFonts w:ascii="Simplified Arabic" w:hAnsi="Simplified Arabic" w:cs="Simplified Arabic"/>
                <w:sz w:val="20"/>
                <w:szCs w:val="20"/>
              </w:rPr>
            </w:pPr>
            <w:r w:rsidRPr="004362C8">
              <w:rPr>
                <w:rtl/>
              </w:rPr>
              <w:t>جيد</w:t>
            </w:r>
          </w:p>
        </w:tc>
        <w:tc>
          <w:tcPr>
            <w:tcW w:w="3288" w:type="dxa"/>
            <w:tcMar>
              <w:top w:w="100" w:type="dxa"/>
              <w:left w:w="100" w:type="dxa"/>
              <w:bottom w:w="100" w:type="dxa"/>
              <w:right w:w="100" w:type="dxa"/>
            </w:tcMar>
          </w:tcPr>
          <w:p w14:paraId="194C11F3" w14:textId="7155C28C" w:rsidR="00394A06" w:rsidRPr="00394A06" w:rsidRDefault="00394A06" w:rsidP="00394A06">
            <w:pPr>
              <w:bidi/>
              <w:jc w:val="both"/>
              <w:rPr>
                <w:rFonts w:ascii="Simplified Arabic" w:hAnsi="Simplified Arabic" w:cs="Simplified Arabic"/>
                <w:sz w:val="20"/>
                <w:szCs w:val="20"/>
              </w:rPr>
            </w:pPr>
            <w:r w:rsidRPr="004362C8">
              <w:rPr>
                <w:rtl/>
              </w:rPr>
              <w:t>إضافة جدول طبقات العينة ونسب التوزيع</w:t>
            </w:r>
            <w:r w:rsidRPr="004362C8">
              <w:t>.</w:t>
            </w:r>
          </w:p>
        </w:tc>
        <w:tc>
          <w:tcPr>
            <w:tcW w:w="1134" w:type="dxa"/>
            <w:tcMar>
              <w:top w:w="100" w:type="dxa"/>
              <w:left w:w="100" w:type="dxa"/>
              <w:bottom w:w="100" w:type="dxa"/>
              <w:right w:w="100" w:type="dxa"/>
            </w:tcMar>
            <w:vAlign w:val="center"/>
          </w:tcPr>
          <w:p w14:paraId="16594E21"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087F8A86" w14:textId="77777777" w:rsidTr="00B22EFE">
        <w:trPr>
          <w:cantSplit/>
          <w:jc w:val="center"/>
        </w:trPr>
        <w:tc>
          <w:tcPr>
            <w:tcW w:w="1927" w:type="dxa"/>
            <w:tcMar>
              <w:top w:w="100" w:type="dxa"/>
              <w:left w:w="100" w:type="dxa"/>
              <w:bottom w:w="100" w:type="dxa"/>
              <w:right w:w="100" w:type="dxa"/>
            </w:tcMar>
            <w:vAlign w:val="center"/>
          </w:tcPr>
          <w:p w14:paraId="3B80587D"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الاستجابات غير الصالحة</w:t>
            </w:r>
          </w:p>
        </w:tc>
        <w:tc>
          <w:tcPr>
            <w:tcW w:w="3005" w:type="dxa"/>
            <w:tcMar>
              <w:top w:w="100" w:type="dxa"/>
              <w:left w:w="100" w:type="dxa"/>
              <w:bottom w:w="100" w:type="dxa"/>
              <w:right w:w="100" w:type="dxa"/>
            </w:tcMar>
          </w:tcPr>
          <w:p w14:paraId="45CF92A5" w14:textId="0AC0296E" w:rsidR="00394A06" w:rsidRPr="00394A06" w:rsidRDefault="00394A06" w:rsidP="00394A06">
            <w:pPr>
              <w:bidi/>
              <w:jc w:val="both"/>
              <w:rPr>
                <w:rFonts w:ascii="Simplified Arabic" w:hAnsi="Simplified Arabic" w:cs="Simplified Arabic"/>
                <w:sz w:val="20"/>
                <w:szCs w:val="20"/>
              </w:rPr>
            </w:pPr>
            <w:r w:rsidRPr="004362C8">
              <w:rPr>
                <w:rtl/>
              </w:rPr>
              <w:t>هل تم التخطيط للتعامل مع الاستجابات الناقصة؟</w:t>
            </w:r>
          </w:p>
        </w:tc>
        <w:tc>
          <w:tcPr>
            <w:tcW w:w="4025" w:type="dxa"/>
            <w:tcMar>
              <w:top w:w="100" w:type="dxa"/>
              <w:left w:w="100" w:type="dxa"/>
              <w:bottom w:w="100" w:type="dxa"/>
              <w:right w:w="100" w:type="dxa"/>
            </w:tcMar>
          </w:tcPr>
          <w:p w14:paraId="4739989C" w14:textId="30301158" w:rsidR="00394A06" w:rsidRPr="00394A06" w:rsidRDefault="00394A06" w:rsidP="00394A06">
            <w:pPr>
              <w:bidi/>
              <w:jc w:val="both"/>
              <w:rPr>
                <w:rFonts w:ascii="Simplified Arabic" w:hAnsi="Simplified Arabic" w:cs="Simplified Arabic"/>
                <w:sz w:val="20"/>
                <w:szCs w:val="20"/>
              </w:rPr>
            </w:pPr>
            <w:r w:rsidRPr="004362C8">
              <w:rPr>
                <w:rtl/>
              </w:rPr>
              <w:t>خطة التعامل مع الاستجابات غير الصالحة غير كافية.</w:t>
            </w:r>
          </w:p>
        </w:tc>
        <w:tc>
          <w:tcPr>
            <w:tcW w:w="1474" w:type="dxa"/>
            <w:tcMar>
              <w:top w:w="100" w:type="dxa"/>
              <w:left w:w="100" w:type="dxa"/>
              <w:bottom w:w="100" w:type="dxa"/>
              <w:right w:w="100" w:type="dxa"/>
            </w:tcMar>
          </w:tcPr>
          <w:p w14:paraId="07A07C41" w14:textId="52650747" w:rsidR="00394A06" w:rsidRPr="00394A06" w:rsidRDefault="00394A06" w:rsidP="00394A06">
            <w:pPr>
              <w:bidi/>
              <w:jc w:val="both"/>
              <w:rPr>
                <w:rFonts w:ascii="Simplified Arabic" w:hAnsi="Simplified Arabic" w:cs="Simplified Arabic"/>
                <w:sz w:val="20"/>
                <w:szCs w:val="20"/>
              </w:rPr>
            </w:pPr>
            <w:r w:rsidRPr="004362C8">
              <w:rPr>
                <w:rtl/>
              </w:rPr>
              <w:t>جيد</w:t>
            </w:r>
          </w:p>
        </w:tc>
        <w:tc>
          <w:tcPr>
            <w:tcW w:w="3288" w:type="dxa"/>
            <w:tcMar>
              <w:top w:w="100" w:type="dxa"/>
              <w:left w:w="100" w:type="dxa"/>
              <w:bottom w:w="100" w:type="dxa"/>
              <w:right w:w="100" w:type="dxa"/>
            </w:tcMar>
          </w:tcPr>
          <w:p w14:paraId="32CB8C73" w14:textId="73A43363" w:rsidR="00394A06" w:rsidRPr="00394A06" w:rsidRDefault="00394A06" w:rsidP="00394A06">
            <w:pPr>
              <w:bidi/>
              <w:jc w:val="both"/>
              <w:rPr>
                <w:rFonts w:ascii="Simplified Arabic" w:hAnsi="Simplified Arabic" w:cs="Simplified Arabic"/>
                <w:sz w:val="20"/>
                <w:szCs w:val="20"/>
              </w:rPr>
            </w:pPr>
            <w:r w:rsidRPr="004362C8">
              <w:rPr>
                <w:rtl/>
              </w:rPr>
              <w:t>إضافة معايير النقص، عدم الأهلية، الإجابة النمطية، والتكرار</w:t>
            </w:r>
            <w:r w:rsidRPr="004362C8">
              <w:t>.</w:t>
            </w:r>
          </w:p>
        </w:tc>
        <w:tc>
          <w:tcPr>
            <w:tcW w:w="1134" w:type="dxa"/>
            <w:tcMar>
              <w:top w:w="100" w:type="dxa"/>
              <w:left w:w="100" w:type="dxa"/>
              <w:bottom w:w="100" w:type="dxa"/>
              <w:right w:w="100" w:type="dxa"/>
            </w:tcMar>
            <w:vAlign w:val="center"/>
          </w:tcPr>
          <w:p w14:paraId="45D7F284"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54FFCE5D" w14:textId="77777777" w:rsidTr="00B22EFE">
        <w:trPr>
          <w:cantSplit/>
          <w:jc w:val="center"/>
        </w:trPr>
        <w:tc>
          <w:tcPr>
            <w:tcW w:w="1927" w:type="dxa"/>
            <w:tcMar>
              <w:top w:w="100" w:type="dxa"/>
              <w:left w:w="100" w:type="dxa"/>
              <w:bottom w:w="100" w:type="dxa"/>
              <w:right w:w="100" w:type="dxa"/>
            </w:tcMar>
            <w:vAlign w:val="center"/>
          </w:tcPr>
          <w:p w14:paraId="1FF1DE9E"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قابلية تعميم النتائج</w:t>
            </w:r>
          </w:p>
        </w:tc>
        <w:tc>
          <w:tcPr>
            <w:tcW w:w="3005" w:type="dxa"/>
            <w:tcMar>
              <w:top w:w="100" w:type="dxa"/>
              <w:left w:w="100" w:type="dxa"/>
              <w:bottom w:w="100" w:type="dxa"/>
              <w:right w:w="100" w:type="dxa"/>
            </w:tcMar>
          </w:tcPr>
          <w:p w14:paraId="1CF6261F" w14:textId="25A44DAE" w:rsidR="00394A06" w:rsidRPr="00394A06" w:rsidRDefault="00394A06" w:rsidP="00394A06">
            <w:pPr>
              <w:bidi/>
              <w:jc w:val="both"/>
              <w:rPr>
                <w:rFonts w:ascii="Simplified Arabic" w:hAnsi="Simplified Arabic" w:cs="Simplified Arabic"/>
                <w:sz w:val="20"/>
                <w:szCs w:val="20"/>
              </w:rPr>
            </w:pPr>
            <w:r w:rsidRPr="004362C8">
              <w:rPr>
                <w:rtl/>
              </w:rPr>
              <w:t>هل تم بيان حدود التعميم؟</w:t>
            </w:r>
          </w:p>
        </w:tc>
        <w:tc>
          <w:tcPr>
            <w:tcW w:w="4025" w:type="dxa"/>
            <w:tcMar>
              <w:top w:w="100" w:type="dxa"/>
              <w:left w:w="100" w:type="dxa"/>
              <w:bottom w:w="100" w:type="dxa"/>
              <w:right w:w="100" w:type="dxa"/>
            </w:tcMar>
          </w:tcPr>
          <w:p w14:paraId="2A213B1F" w14:textId="0D00D4FC" w:rsidR="00394A06" w:rsidRPr="00394A06" w:rsidRDefault="00394A06" w:rsidP="00394A06">
            <w:pPr>
              <w:bidi/>
              <w:jc w:val="both"/>
              <w:rPr>
                <w:rFonts w:ascii="Simplified Arabic" w:hAnsi="Simplified Arabic" w:cs="Simplified Arabic"/>
                <w:sz w:val="20"/>
                <w:szCs w:val="20"/>
              </w:rPr>
            </w:pPr>
            <w:r w:rsidRPr="004362C8">
              <w:rPr>
                <w:rtl/>
              </w:rPr>
              <w:t>حدود التعميم تحتاج أن ترتبط بطبيعة دراسة الحالة والتفتيش البيئي.</w:t>
            </w:r>
          </w:p>
        </w:tc>
        <w:tc>
          <w:tcPr>
            <w:tcW w:w="1474" w:type="dxa"/>
            <w:tcMar>
              <w:top w:w="100" w:type="dxa"/>
              <w:left w:w="100" w:type="dxa"/>
              <w:bottom w:w="100" w:type="dxa"/>
              <w:right w:w="100" w:type="dxa"/>
            </w:tcMar>
          </w:tcPr>
          <w:p w14:paraId="57E5CF27" w14:textId="79009DCC" w:rsidR="00394A06" w:rsidRPr="00394A06" w:rsidRDefault="00394A06" w:rsidP="00394A06">
            <w:pPr>
              <w:bidi/>
              <w:jc w:val="both"/>
              <w:rPr>
                <w:rFonts w:ascii="Simplified Arabic" w:hAnsi="Simplified Arabic" w:cs="Simplified Arabic"/>
                <w:sz w:val="20"/>
                <w:szCs w:val="20"/>
              </w:rPr>
            </w:pPr>
            <w:r w:rsidRPr="004362C8">
              <w:rPr>
                <w:rtl/>
              </w:rPr>
              <w:t>جيد مع تعديل</w:t>
            </w:r>
          </w:p>
        </w:tc>
        <w:tc>
          <w:tcPr>
            <w:tcW w:w="3288" w:type="dxa"/>
            <w:tcMar>
              <w:top w:w="100" w:type="dxa"/>
              <w:left w:w="100" w:type="dxa"/>
              <w:bottom w:w="100" w:type="dxa"/>
              <w:right w:w="100" w:type="dxa"/>
            </w:tcMar>
          </w:tcPr>
          <w:p w14:paraId="26490288" w14:textId="06EF40FD" w:rsidR="00394A06" w:rsidRPr="00394A06" w:rsidRDefault="00394A06" w:rsidP="00394A06">
            <w:pPr>
              <w:bidi/>
              <w:jc w:val="both"/>
              <w:rPr>
                <w:rFonts w:ascii="Simplified Arabic" w:hAnsi="Simplified Arabic" w:cs="Simplified Arabic"/>
                <w:sz w:val="20"/>
                <w:szCs w:val="20"/>
              </w:rPr>
            </w:pPr>
            <w:r w:rsidRPr="004362C8">
              <w:rPr>
                <w:rtl/>
              </w:rPr>
              <w:t>تقييد التعميم بالتفتيش البيئي والجهات المشمولة وعدم تعميمه على كل القطاع البيئي</w:t>
            </w:r>
            <w:r w:rsidRPr="004362C8">
              <w:t>.</w:t>
            </w:r>
          </w:p>
        </w:tc>
        <w:tc>
          <w:tcPr>
            <w:tcW w:w="1134" w:type="dxa"/>
            <w:tcMar>
              <w:top w:w="100" w:type="dxa"/>
              <w:left w:w="100" w:type="dxa"/>
              <w:bottom w:w="100" w:type="dxa"/>
              <w:right w:w="100" w:type="dxa"/>
            </w:tcMar>
            <w:vAlign w:val="center"/>
          </w:tcPr>
          <w:p w14:paraId="59F2DC71" w14:textId="77777777" w:rsidR="00394A06" w:rsidRPr="00394A06" w:rsidRDefault="00394A06" w:rsidP="00394A06">
            <w:pPr>
              <w:bidi/>
              <w:jc w:val="both"/>
              <w:rPr>
                <w:rFonts w:ascii="Simplified Arabic" w:hAnsi="Simplified Arabic" w:cs="Simplified Arabic"/>
                <w:sz w:val="20"/>
                <w:szCs w:val="20"/>
              </w:rPr>
            </w:pPr>
          </w:p>
        </w:tc>
      </w:tr>
    </w:tbl>
    <w:p w14:paraId="749CB487" w14:textId="77777777" w:rsidR="00A662EF" w:rsidRPr="00394A06" w:rsidRDefault="000A310A" w:rsidP="00394A06">
      <w:pPr>
        <w:pStyle w:val="Heading1"/>
        <w:bidi/>
        <w:spacing w:before="200" w:line="240" w:lineRule="auto"/>
        <w:jc w:val="both"/>
        <w:rPr>
          <w:rFonts w:ascii="Simplified Arabic" w:hAnsi="Simplified Arabic" w:cs="Simplified Arabic"/>
          <w:color w:val="000000" w:themeColor="text1"/>
          <w:sz w:val="20"/>
          <w:szCs w:val="20"/>
        </w:rPr>
      </w:pPr>
      <w:r w:rsidRPr="00394A06">
        <w:rPr>
          <w:rFonts w:ascii="Simplified Arabic" w:hAnsi="Simplified Arabic" w:cs="Simplified Arabic"/>
          <w:color w:val="000000" w:themeColor="text1"/>
          <w:sz w:val="20"/>
          <w:szCs w:val="20"/>
          <w:rtl/>
        </w:rPr>
        <w:t>أساليب تحليل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394A06" w14:paraId="46875DFC" w14:textId="77777777" w:rsidTr="00047CBC">
        <w:trPr>
          <w:cantSplit/>
          <w:tblHeader/>
          <w:jc w:val="center"/>
        </w:trPr>
        <w:tc>
          <w:tcPr>
            <w:tcW w:w="1927" w:type="dxa"/>
            <w:tcMar>
              <w:top w:w="100" w:type="dxa"/>
              <w:left w:w="100" w:type="dxa"/>
              <w:bottom w:w="100" w:type="dxa"/>
              <w:right w:w="100" w:type="dxa"/>
            </w:tcMar>
            <w:vAlign w:val="center"/>
          </w:tcPr>
          <w:p w14:paraId="3AC68AB7"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6DC46911"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22FFA22B"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43FD222A"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6114773A"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692EE155"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رد الطالب</w:t>
            </w:r>
          </w:p>
        </w:tc>
      </w:tr>
      <w:tr w:rsidR="00394A06" w:rsidRPr="00394A06" w14:paraId="65435DF6" w14:textId="77777777" w:rsidTr="00B655CB">
        <w:trPr>
          <w:cantSplit/>
          <w:jc w:val="center"/>
        </w:trPr>
        <w:tc>
          <w:tcPr>
            <w:tcW w:w="1927" w:type="dxa"/>
            <w:tcMar>
              <w:top w:w="100" w:type="dxa"/>
              <w:left w:w="100" w:type="dxa"/>
              <w:bottom w:w="100" w:type="dxa"/>
              <w:right w:w="100" w:type="dxa"/>
            </w:tcMar>
            <w:vAlign w:val="center"/>
          </w:tcPr>
          <w:p w14:paraId="522D59CC"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 xml:space="preserve">خطة </w:t>
            </w:r>
            <w:proofErr w:type="spellStart"/>
            <w:r w:rsidRPr="00394A06">
              <w:rPr>
                <w:rFonts w:ascii="Simplified Arabic" w:hAnsi="Simplified Arabic" w:cs="Simplified Arabic"/>
                <w:sz w:val="20"/>
                <w:szCs w:val="20"/>
              </w:rPr>
              <w:t>التحليل</w:t>
            </w:r>
            <w:proofErr w:type="spellEnd"/>
          </w:p>
        </w:tc>
        <w:tc>
          <w:tcPr>
            <w:tcW w:w="3005" w:type="dxa"/>
            <w:tcMar>
              <w:top w:w="100" w:type="dxa"/>
              <w:left w:w="100" w:type="dxa"/>
              <w:bottom w:w="100" w:type="dxa"/>
              <w:right w:w="100" w:type="dxa"/>
            </w:tcMar>
          </w:tcPr>
          <w:p w14:paraId="30DACB5D" w14:textId="33B4F527" w:rsidR="00394A06" w:rsidRPr="00394A06" w:rsidRDefault="00394A06" w:rsidP="00394A06">
            <w:pPr>
              <w:bidi/>
              <w:jc w:val="both"/>
              <w:rPr>
                <w:rFonts w:ascii="Simplified Arabic" w:hAnsi="Simplified Arabic" w:cs="Simplified Arabic"/>
                <w:sz w:val="20"/>
                <w:szCs w:val="20"/>
              </w:rPr>
            </w:pPr>
            <w:r w:rsidRPr="009860B2">
              <w:rPr>
                <w:rtl/>
              </w:rPr>
              <w:t>هل توجد خطة تحليل واضحة؟</w:t>
            </w:r>
          </w:p>
        </w:tc>
        <w:tc>
          <w:tcPr>
            <w:tcW w:w="4025" w:type="dxa"/>
            <w:tcMar>
              <w:top w:w="100" w:type="dxa"/>
              <w:left w:w="100" w:type="dxa"/>
              <w:bottom w:w="100" w:type="dxa"/>
              <w:right w:w="100" w:type="dxa"/>
            </w:tcMar>
          </w:tcPr>
          <w:p w14:paraId="54B889F9" w14:textId="31480748" w:rsidR="00394A06" w:rsidRPr="00394A06" w:rsidRDefault="00394A06" w:rsidP="00394A06">
            <w:pPr>
              <w:bidi/>
              <w:jc w:val="both"/>
              <w:rPr>
                <w:rFonts w:ascii="Simplified Arabic" w:hAnsi="Simplified Arabic" w:cs="Simplified Arabic"/>
                <w:sz w:val="20"/>
                <w:szCs w:val="20"/>
              </w:rPr>
            </w:pPr>
            <w:r w:rsidRPr="009860B2">
              <w:rPr>
                <w:rtl/>
              </w:rPr>
              <w:t>خطة التحليل تحتاج ربطاً أوضح بين الاستبانة والوثائق وبناء النموذج.</w:t>
            </w:r>
          </w:p>
        </w:tc>
        <w:tc>
          <w:tcPr>
            <w:tcW w:w="1474" w:type="dxa"/>
            <w:tcMar>
              <w:top w:w="100" w:type="dxa"/>
              <w:left w:w="100" w:type="dxa"/>
              <w:bottom w:w="100" w:type="dxa"/>
              <w:right w:w="100" w:type="dxa"/>
            </w:tcMar>
          </w:tcPr>
          <w:p w14:paraId="4691F178" w14:textId="0D773585" w:rsidR="00394A06" w:rsidRPr="00394A06" w:rsidRDefault="00394A06" w:rsidP="00394A06">
            <w:pPr>
              <w:bidi/>
              <w:jc w:val="both"/>
              <w:rPr>
                <w:rFonts w:ascii="Simplified Arabic" w:hAnsi="Simplified Arabic" w:cs="Simplified Arabic"/>
                <w:sz w:val="20"/>
                <w:szCs w:val="20"/>
              </w:rPr>
            </w:pPr>
            <w:r w:rsidRPr="009860B2">
              <w:rPr>
                <w:rtl/>
              </w:rPr>
              <w:t>جيد مع تعديل</w:t>
            </w:r>
          </w:p>
        </w:tc>
        <w:tc>
          <w:tcPr>
            <w:tcW w:w="3288" w:type="dxa"/>
            <w:tcMar>
              <w:top w:w="100" w:type="dxa"/>
              <w:left w:w="100" w:type="dxa"/>
              <w:bottom w:w="100" w:type="dxa"/>
              <w:right w:w="100" w:type="dxa"/>
            </w:tcMar>
          </w:tcPr>
          <w:p w14:paraId="67E96487" w14:textId="6BD3AC5E" w:rsidR="00394A06" w:rsidRPr="00394A06" w:rsidRDefault="00394A06" w:rsidP="00394A06">
            <w:pPr>
              <w:bidi/>
              <w:jc w:val="both"/>
              <w:rPr>
                <w:rFonts w:ascii="Simplified Arabic" w:hAnsi="Simplified Arabic" w:cs="Simplified Arabic"/>
                <w:sz w:val="20"/>
                <w:szCs w:val="20"/>
              </w:rPr>
            </w:pPr>
            <w:r w:rsidRPr="009860B2">
              <w:rPr>
                <w:rtl/>
              </w:rPr>
              <w:t>إضافة مصفوفة تربط كل سؤال/فرضية بمصدر البيانات وأسلوب التحليل</w:t>
            </w:r>
            <w:r w:rsidRPr="009860B2">
              <w:t>.</w:t>
            </w:r>
          </w:p>
        </w:tc>
        <w:tc>
          <w:tcPr>
            <w:tcW w:w="1134" w:type="dxa"/>
            <w:tcMar>
              <w:top w:w="100" w:type="dxa"/>
              <w:left w:w="100" w:type="dxa"/>
              <w:bottom w:w="100" w:type="dxa"/>
              <w:right w:w="100" w:type="dxa"/>
            </w:tcMar>
            <w:vAlign w:val="center"/>
          </w:tcPr>
          <w:p w14:paraId="7FC28A5F"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29A98158" w14:textId="77777777" w:rsidTr="00B655CB">
        <w:trPr>
          <w:cantSplit/>
          <w:jc w:val="center"/>
        </w:trPr>
        <w:tc>
          <w:tcPr>
            <w:tcW w:w="1927" w:type="dxa"/>
            <w:tcMar>
              <w:top w:w="100" w:type="dxa"/>
              <w:left w:w="100" w:type="dxa"/>
              <w:bottom w:w="100" w:type="dxa"/>
              <w:right w:w="100" w:type="dxa"/>
            </w:tcMar>
            <w:vAlign w:val="center"/>
          </w:tcPr>
          <w:p w14:paraId="6478A585"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البرامج الإحصائية</w:t>
            </w:r>
          </w:p>
        </w:tc>
        <w:tc>
          <w:tcPr>
            <w:tcW w:w="3005" w:type="dxa"/>
            <w:tcMar>
              <w:top w:w="100" w:type="dxa"/>
              <w:left w:w="100" w:type="dxa"/>
              <w:bottom w:w="100" w:type="dxa"/>
              <w:right w:w="100" w:type="dxa"/>
            </w:tcMar>
          </w:tcPr>
          <w:p w14:paraId="0372C287" w14:textId="38E280CB" w:rsidR="00394A06" w:rsidRPr="00394A06" w:rsidRDefault="00394A06" w:rsidP="00394A06">
            <w:pPr>
              <w:bidi/>
              <w:jc w:val="both"/>
              <w:rPr>
                <w:rFonts w:ascii="Simplified Arabic" w:hAnsi="Simplified Arabic" w:cs="Simplified Arabic"/>
                <w:sz w:val="20"/>
                <w:szCs w:val="20"/>
              </w:rPr>
            </w:pPr>
            <w:r w:rsidRPr="009860B2">
              <w:rPr>
                <w:rtl/>
              </w:rPr>
              <w:t>هل تم تحديد البرنامج المستخدم؟</w:t>
            </w:r>
          </w:p>
        </w:tc>
        <w:tc>
          <w:tcPr>
            <w:tcW w:w="4025" w:type="dxa"/>
            <w:tcMar>
              <w:top w:w="100" w:type="dxa"/>
              <w:left w:w="100" w:type="dxa"/>
              <w:bottom w:w="100" w:type="dxa"/>
              <w:right w:w="100" w:type="dxa"/>
            </w:tcMar>
          </w:tcPr>
          <w:p w14:paraId="649D5509" w14:textId="46A111FC" w:rsidR="00394A06" w:rsidRPr="00394A06" w:rsidRDefault="00394A06" w:rsidP="00394A06">
            <w:pPr>
              <w:bidi/>
              <w:jc w:val="both"/>
              <w:rPr>
                <w:rFonts w:ascii="Simplified Arabic" w:hAnsi="Simplified Arabic" w:cs="Simplified Arabic"/>
                <w:sz w:val="20"/>
                <w:szCs w:val="20"/>
              </w:rPr>
            </w:pPr>
            <w:r w:rsidRPr="009860B2">
              <w:rPr>
                <w:rtl/>
              </w:rPr>
              <w:t>ينبغي تحديد البرنامج الإحصائي المستخدم للاستبانة وبرنامج/طريقة تحليل الوثائق.</w:t>
            </w:r>
          </w:p>
        </w:tc>
        <w:tc>
          <w:tcPr>
            <w:tcW w:w="1474" w:type="dxa"/>
            <w:tcMar>
              <w:top w:w="100" w:type="dxa"/>
              <w:left w:w="100" w:type="dxa"/>
              <w:bottom w:w="100" w:type="dxa"/>
              <w:right w:w="100" w:type="dxa"/>
            </w:tcMar>
          </w:tcPr>
          <w:p w14:paraId="02D4299E" w14:textId="0E70D6E3" w:rsidR="00394A06" w:rsidRPr="00394A06" w:rsidRDefault="00394A06" w:rsidP="00394A06">
            <w:pPr>
              <w:bidi/>
              <w:jc w:val="both"/>
              <w:rPr>
                <w:rFonts w:ascii="Simplified Arabic" w:hAnsi="Simplified Arabic" w:cs="Simplified Arabic"/>
                <w:sz w:val="20"/>
                <w:szCs w:val="20"/>
              </w:rPr>
            </w:pPr>
            <w:r w:rsidRPr="009860B2">
              <w:rPr>
                <w:rtl/>
              </w:rPr>
              <w:t>جيد جداً</w:t>
            </w:r>
          </w:p>
        </w:tc>
        <w:tc>
          <w:tcPr>
            <w:tcW w:w="3288" w:type="dxa"/>
            <w:tcMar>
              <w:top w:w="100" w:type="dxa"/>
              <w:left w:w="100" w:type="dxa"/>
              <w:bottom w:w="100" w:type="dxa"/>
              <w:right w:w="100" w:type="dxa"/>
            </w:tcMar>
          </w:tcPr>
          <w:p w14:paraId="204D42BB" w14:textId="3B47F4EF" w:rsidR="00394A06" w:rsidRPr="00394A06" w:rsidRDefault="00394A06" w:rsidP="00394A06">
            <w:pPr>
              <w:bidi/>
              <w:jc w:val="both"/>
              <w:rPr>
                <w:rFonts w:ascii="Simplified Arabic" w:hAnsi="Simplified Arabic" w:cs="Simplified Arabic"/>
                <w:sz w:val="20"/>
                <w:szCs w:val="20"/>
              </w:rPr>
            </w:pPr>
            <w:r w:rsidRPr="009860B2">
              <w:rPr>
                <w:rtl/>
              </w:rPr>
              <w:t>ذكر</w:t>
            </w:r>
            <w:r w:rsidRPr="009860B2">
              <w:t xml:space="preserve"> SPSS </w:t>
            </w:r>
            <w:r w:rsidRPr="009860B2">
              <w:rPr>
                <w:rtl/>
              </w:rPr>
              <w:t>أو</w:t>
            </w:r>
            <w:r w:rsidRPr="009860B2">
              <w:t xml:space="preserve"> SmartPLS </w:t>
            </w:r>
            <w:proofErr w:type="gramStart"/>
            <w:r w:rsidRPr="009860B2">
              <w:rPr>
                <w:rtl/>
              </w:rPr>
              <w:t>إن</w:t>
            </w:r>
            <w:proofErr w:type="gramEnd"/>
            <w:r w:rsidRPr="009860B2">
              <w:rPr>
                <w:rtl/>
              </w:rPr>
              <w:t xml:space="preserve"> كان مستخدماً، مع ذكر طريقة تحليل المحتوى للوثائق</w:t>
            </w:r>
            <w:r w:rsidRPr="009860B2">
              <w:t>.</w:t>
            </w:r>
          </w:p>
        </w:tc>
        <w:tc>
          <w:tcPr>
            <w:tcW w:w="1134" w:type="dxa"/>
            <w:tcMar>
              <w:top w:w="100" w:type="dxa"/>
              <w:left w:w="100" w:type="dxa"/>
              <w:bottom w:w="100" w:type="dxa"/>
              <w:right w:w="100" w:type="dxa"/>
            </w:tcMar>
            <w:vAlign w:val="center"/>
          </w:tcPr>
          <w:p w14:paraId="4F05B97B"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1C401A43" w14:textId="77777777" w:rsidTr="00B655CB">
        <w:trPr>
          <w:cantSplit/>
          <w:jc w:val="center"/>
        </w:trPr>
        <w:tc>
          <w:tcPr>
            <w:tcW w:w="1927" w:type="dxa"/>
            <w:tcMar>
              <w:top w:w="100" w:type="dxa"/>
              <w:left w:w="100" w:type="dxa"/>
              <w:bottom w:w="100" w:type="dxa"/>
              <w:right w:w="100" w:type="dxa"/>
            </w:tcMar>
            <w:vAlign w:val="center"/>
          </w:tcPr>
          <w:p w14:paraId="66D3E8C1"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الإحصاء الوصفي</w:t>
            </w:r>
          </w:p>
        </w:tc>
        <w:tc>
          <w:tcPr>
            <w:tcW w:w="3005" w:type="dxa"/>
            <w:tcMar>
              <w:top w:w="100" w:type="dxa"/>
              <w:left w:w="100" w:type="dxa"/>
              <w:bottom w:w="100" w:type="dxa"/>
              <w:right w:w="100" w:type="dxa"/>
            </w:tcMar>
          </w:tcPr>
          <w:p w14:paraId="6A952182" w14:textId="6D8CEC17" w:rsidR="00394A06" w:rsidRPr="00394A06" w:rsidRDefault="00394A06" w:rsidP="00394A06">
            <w:pPr>
              <w:bidi/>
              <w:jc w:val="both"/>
              <w:rPr>
                <w:rFonts w:ascii="Simplified Arabic" w:hAnsi="Simplified Arabic" w:cs="Simplified Arabic"/>
                <w:sz w:val="20"/>
                <w:szCs w:val="20"/>
              </w:rPr>
            </w:pPr>
            <w:r w:rsidRPr="009860B2">
              <w:rPr>
                <w:rtl/>
              </w:rPr>
              <w:t>هل تم توضيح استخدام المتوسطات والانحرافات المعيارية والتكرارات؟</w:t>
            </w:r>
          </w:p>
        </w:tc>
        <w:tc>
          <w:tcPr>
            <w:tcW w:w="4025" w:type="dxa"/>
            <w:tcMar>
              <w:top w:w="100" w:type="dxa"/>
              <w:left w:w="100" w:type="dxa"/>
              <w:bottom w:w="100" w:type="dxa"/>
              <w:right w:w="100" w:type="dxa"/>
            </w:tcMar>
          </w:tcPr>
          <w:p w14:paraId="7633598E" w14:textId="7EAD4686" w:rsidR="00394A06" w:rsidRPr="00394A06" w:rsidRDefault="00394A06" w:rsidP="00394A06">
            <w:pPr>
              <w:bidi/>
              <w:jc w:val="both"/>
              <w:rPr>
                <w:rFonts w:ascii="Simplified Arabic" w:hAnsi="Simplified Arabic" w:cs="Simplified Arabic"/>
                <w:sz w:val="20"/>
                <w:szCs w:val="20"/>
              </w:rPr>
            </w:pPr>
            <w:r w:rsidRPr="009860B2">
              <w:rPr>
                <w:rtl/>
              </w:rPr>
              <w:t>الإحصاء الوصفي مناسب للمتوسطات والتكرارات.</w:t>
            </w:r>
          </w:p>
        </w:tc>
        <w:tc>
          <w:tcPr>
            <w:tcW w:w="1474" w:type="dxa"/>
            <w:tcMar>
              <w:top w:w="100" w:type="dxa"/>
              <w:left w:w="100" w:type="dxa"/>
              <w:bottom w:w="100" w:type="dxa"/>
              <w:right w:w="100" w:type="dxa"/>
            </w:tcMar>
          </w:tcPr>
          <w:p w14:paraId="2AFF9AEB" w14:textId="7B0793E1" w:rsidR="00394A06" w:rsidRPr="00394A06" w:rsidRDefault="00394A06" w:rsidP="00394A06">
            <w:pPr>
              <w:bidi/>
              <w:jc w:val="both"/>
              <w:rPr>
                <w:rFonts w:ascii="Simplified Arabic" w:hAnsi="Simplified Arabic" w:cs="Simplified Arabic"/>
                <w:sz w:val="20"/>
                <w:szCs w:val="20"/>
              </w:rPr>
            </w:pPr>
            <w:r w:rsidRPr="009860B2">
              <w:rPr>
                <w:rtl/>
              </w:rPr>
              <w:t>جيد جداً</w:t>
            </w:r>
          </w:p>
        </w:tc>
        <w:tc>
          <w:tcPr>
            <w:tcW w:w="3288" w:type="dxa"/>
            <w:tcMar>
              <w:top w:w="100" w:type="dxa"/>
              <w:left w:w="100" w:type="dxa"/>
              <w:bottom w:w="100" w:type="dxa"/>
              <w:right w:w="100" w:type="dxa"/>
            </w:tcMar>
          </w:tcPr>
          <w:p w14:paraId="2AE6E670" w14:textId="45A20E55" w:rsidR="00394A06" w:rsidRPr="00394A06" w:rsidRDefault="00394A06" w:rsidP="00394A06">
            <w:pPr>
              <w:bidi/>
              <w:jc w:val="both"/>
              <w:rPr>
                <w:rFonts w:ascii="Simplified Arabic" w:hAnsi="Simplified Arabic" w:cs="Simplified Arabic"/>
                <w:sz w:val="20"/>
                <w:szCs w:val="20"/>
              </w:rPr>
            </w:pPr>
            <w:r w:rsidRPr="009860B2">
              <w:rPr>
                <w:rtl/>
              </w:rPr>
              <w:t>تحديد مؤشرات الوثائق غير الكمية إن وجدت</w:t>
            </w:r>
            <w:r w:rsidRPr="009860B2">
              <w:t>.</w:t>
            </w:r>
          </w:p>
        </w:tc>
        <w:tc>
          <w:tcPr>
            <w:tcW w:w="1134" w:type="dxa"/>
            <w:tcMar>
              <w:top w:w="100" w:type="dxa"/>
              <w:left w:w="100" w:type="dxa"/>
              <w:bottom w:w="100" w:type="dxa"/>
              <w:right w:w="100" w:type="dxa"/>
            </w:tcMar>
            <w:vAlign w:val="center"/>
          </w:tcPr>
          <w:p w14:paraId="772331F2"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6A93D36B" w14:textId="77777777" w:rsidTr="00B655CB">
        <w:trPr>
          <w:cantSplit/>
          <w:jc w:val="center"/>
        </w:trPr>
        <w:tc>
          <w:tcPr>
            <w:tcW w:w="1927" w:type="dxa"/>
            <w:tcMar>
              <w:top w:w="100" w:type="dxa"/>
              <w:left w:w="100" w:type="dxa"/>
              <w:bottom w:w="100" w:type="dxa"/>
              <w:right w:w="100" w:type="dxa"/>
            </w:tcMar>
            <w:vAlign w:val="center"/>
          </w:tcPr>
          <w:p w14:paraId="623C2DDE"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lastRenderedPageBreak/>
              <w:t>اختبار الفرضيات</w:t>
            </w:r>
          </w:p>
        </w:tc>
        <w:tc>
          <w:tcPr>
            <w:tcW w:w="3005" w:type="dxa"/>
            <w:tcMar>
              <w:top w:w="100" w:type="dxa"/>
              <w:left w:w="100" w:type="dxa"/>
              <w:bottom w:w="100" w:type="dxa"/>
              <w:right w:w="100" w:type="dxa"/>
            </w:tcMar>
          </w:tcPr>
          <w:p w14:paraId="39B879F6" w14:textId="02C95AD4" w:rsidR="00394A06" w:rsidRPr="00394A06" w:rsidRDefault="00394A06" w:rsidP="00394A06">
            <w:pPr>
              <w:bidi/>
              <w:jc w:val="both"/>
              <w:rPr>
                <w:rFonts w:ascii="Simplified Arabic" w:hAnsi="Simplified Arabic" w:cs="Simplified Arabic"/>
                <w:sz w:val="20"/>
                <w:szCs w:val="20"/>
              </w:rPr>
            </w:pPr>
            <w:r w:rsidRPr="009860B2">
              <w:rPr>
                <w:rtl/>
              </w:rPr>
              <w:t>هل الأساليب مناسبة للفرضيات؟</w:t>
            </w:r>
          </w:p>
        </w:tc>
        <w:tc>
          <w:tcPr>
            <w:tcW w:w="4025" w:type="dxa"/>
            <w:tcMar>
              <w:top w:w="100" w:type="dxa"/>
              <w:left w:w="100" w:type="dxa"/>
              <w:bottom w:w="100" w:type="dxa"/>
              <w:right w:w="100" w:type="dxa"/>
            </w:tcMar>
          </w:tcPr>
          <w:p w14:paraId="752BA3D0" w14:textId="1327E3DD" w:rsidR="00394A06" w:rsidRPr="00394A06" w:rsidRDefault="00394A06" w:rsidP="00394A06">
            <w:pPr>
              <w:bidi/>
              <w:jc w:val="both"/>
              <w:rPr>
                <w:rFonts w:ascii="Simplified Arabic" w:hAnsi="Simplified Arabic" w:cs="Simplified Arabic"/>
                <w:sz w:val="20"/>
                <w:szCs w:val="20"/>
              </w:rPr>
            </w:pPr>
            <w:r w:rsidRPr="009860B2">
              <w:rPr>
                <w:rtl/>
              </w:rPr>
              <w:t>أساليب اختبار الفرضيات غير واضحة بما يكفي مقارنة بطبيعة النموذج المقترح.</w:t>
            </w:r>
          </w:p>
        </w:tc>
        <w:tc>
          <w:tcPr>
            <w:tcW w:w="1474" w:type="dxa"/>
            <w:tcMar>
              <w:top w:w="100" w:type="dxa"/>
              <w:left w:w="100" w:type="dxa"/>
              <w:bottom w:w="100" w:type="dxa"/>
              <w:right w:w="100" w:type="dxa"/>
            </w:tcMar>
          </w:tcPr>
          <w:p w14:paraId="26384D6A" w14:textId="219D65F3" w:rsidR="00394A06" w:rsidRPr="00394A06" w:rsidRDefault="00394A06" w:rsidP="00394A06">
            <w:pPr>
              <w:bidi/>
              <w:jc w:val="both"/>
              <w:rPr>
                <w:rFonts w:ascii="Simplified Arabic" w:hAnsi="Simplified Arabic" w:cs="Simplified Arabic"/>
                <w:sz w:val="20"/>
                <w:szCs w:val="20"/>
              </w:rPr>
            </w:pPr>
            <w:r w:rsidRPr="009860B2">
              <w:rPr>
                <w:rtl/>
              </w:rPr>
              <w:t>يحتاج تعديل</w:t>
            </w:r>
          </w:p>
        </w:tc>
        <w:tc>
          <w:tcPr>
            <w:tcW w:w="3288" w:type="dxa"/>
            <w:tcMar>
              <w:top w:w="100" w:type="dxa"/>
              <w:left w:w="100" w:type="dxa"/>
              <w:bottom w:w="100" w:type="dxa"/>
              <w:right w:w="100" w:type="dxa"/>
            </w:tcMar>
          </w:tcPr>
          <w:p w14:paraId="58FE8FE2" w14:textId="3BFE368F" w:rsidR="00394A06" w:rsidRPr="00394A06" w:rsidRDefault="00394A06" w:rsidP="00394A06">
            <w:pPr>
              <w:bidi/>
              <w:jc w:val="both"/>
              <w:rPr>
                <w:rFonts w:ascii="Simplified Arabic" w:hAnsi="Simplified Arabic" w:cs="Simplified Arabic"/>
                <w:sz w:val="20"/>
                <w:szCs w:val="20"/>
              </w:rPr>
            </w:pPr>
            <w:r w:rsidRPr="009860B2">
              <w:rPr>
                <w:rtl/>
              </w:rPr>
              <w:t>إضافة جدول يربط كل فرضية باختبار إحصائي محدد</w:t>
            </w:r>
            <w:r w:rsidRPr="009860B2">
              <w:t>.</w:t>
            </w:r>
          </w:p>
        </w:tc>
        <w:tc>
          <w:tcPr>
            <w:tcW w:w="1134" w:type="dxa"/>
            <w:tcMar>
              <w:top w:w="100" w:type="dxa"/>
              <w:left w:w="100" w:type="dxa"/>
              <w:bottom w:w="100" w:type="dxa"/>
              <w:right w:w="100" w:type="dxa"/>
            </w:tcMar>
            <w:vAlign w:val="center"/>
          </w:tcPr>
          <w:p w14:paraId="38E2A9AB"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5B86A4B3" w14:textId="77777777" w:rsidTr="00B655CB">
        <w:trPr>
          <w:cantSplit/>
          <w:jc w:val="center"/>
        </w:trPr>
        <w:tc>
          <w:tcPr>
            <w:tcW w:w="1927" w:type="dxa"/>
            <w:tcMar>
              <w:top w:w="100" w:type="dxa"/>
              <w:left w:w="100" w:type="dxa"/>
              <w:bottom w:w="100" w:type="dxa"/>
              <w:right w:w="100" w:type="dxa"/>
            </w:tcMar>
            <w:vAlign w:val="center"/>
          </w:tcPr>
          <w:p w14:paraId="4422A8F5"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شروط التحليل</w:t>
            </w:r>
          </w:p>
        </w:tc>
        <w:tc>
          <w:tcPr>
            <w:tcW w:w="3005" w:type="dxa"/>
            <w:tcMar>
              <w:top w:w="100" w:type="dxa"/>
              <w:left w:w="100" w:type="dxa"/>
              <w:bottom w:w="100" w:type="dxa"/>
              <w:right w:w="100" w:type="dxa"/>
            </w:tcMar>
          </w:tcPr>
          <w:p w14:paraId="00B886DD" w14:textId="1DF5DB33" w:rsidR="00394A06" w:rsidRPr="00394A06" w:rsidRDefault="00394A06" w:rsidP="00394A06">
            <w:pPr>
              <w:bidi/>
              <w:jc w:val="both"/>
              <w:rPr>
                <w:rFonts w:ascii="Simplified Arabic" w:hAnsi="Simplified Arabic" w:cs="Simplified Arabic"/>
                <w:sz w:val="20"/>
                <w:szCs w:val="20"/>
              </w:rPr>
            </w:pPr>
            <w:r w:rsidRPr="009860B2">
              <w:rPr>
                <w:rtl/>
              </w:rPr>
              <w:t>هل تم ذكر اختبارات الافتراضات؟</w:t>
            </w:r>
          </w:p>
        </w:tc>
        <w:tc>
          <w:tcPr>
            <w:tcW w:w="4025" w:type="dxa"/>
            <w:tcMar>
              <w:top w:w="100" w:type="dxa"/>
              <w:left w:w="100" w:type="dxa"/>
              <w:bottom w:w="100" w:type="dxa"/>
              <w:right w:w="100" w:type="dxa"/>
            </w:tcMar>
          </w:tcPr>
          <w:p w14:paraId="421A872E" w14:textId="63922A89" w:rsidR="00394A06" w:rsidRPr="00394A06" w:rsidRDefault="00394A06" w:rsidP="00394A06">
            <w:pPr>
              <w:bidi/>
              <w:jc w:val="both"/>
              <w:rPr>
                <w:rFonts w:ascii="Simplified Arabic" w:hAnsi="Simplified Arabic" w:cs="Simplified Arabic"/>
                <w:sz w:val="20"/>
                <w:szCs w:val="20"/>
              </w:rPr>
            </w:pPr>
            <w:r w:rsidRPr="009860B2">
              <w:rPr>
                <w:rtl/>
              </w:rPr>
              <w:t>افتراضات التحليل تحتاج ذكرها إذا سيستخدم الانحدار أو</w:t>
            </w:r>
            <w:r w:rsidRPr="009860B2">
              <w:t xml:space="preserve"> SEM.</w:t>
            </w:r>
          </w:p>
        </w:tc>
        <w:tc>
          <w:tcPr>
            <w:tcW w:w="1474" w:type="dxa"/>
            <w:tcMar>
              <w:top w:w="100" w:type="dxa"/>
              <w:left w:w="100" w:type="dxa"/>
              <w:bottom w:w="100" w:type="dxa"/>
              <w:right w:w="100" w:type="dxa"/>
            </w:tcMar>
          </w:tcPr>
          <w:p w14:paraId="0EC0C0B7" w14:textId="58B15ADC" w:rsidR="00394A06" w:rsidRPr="00394A06" w:rsidRDefault="00394A06" w:rsidP="00394A06">
            <w:pPr>
              <w:bidi/>
              <w:jc w:val="both"/>
              <w:rPr>
                <w:rFonts w:ascii="Simplified Arabic" w:hAnsi="Simplified Arabic" w:cs="Simplified Arabic"/>
                <w:sz w:val="20"/>
                <w:szCs w:val="20"/>
              </w:rPr>
            </w:pPr>
            <w:r w:rsidRPr="009860B2">
              <w:rPr>
                <w:rtl/>
              </w:rPr>
              <w:t>جيد</w:t>
            </w:r>
          </w:p>
        </w:tc>
        <w:tc>
          <w:tcPr>
            <w:tcW w:w="3288" w:type="dxa"/>
            <w:tcMar>
              <w:top w:w="100" w:type="dxa"/>
              <w:left w:w="100" w:type="dxa"/>
              <w:bottom w:w="100" w:type="dxa"/>
              <w:right w:w="100" w:type="dxa"/>
            </w:tcMar>
          </w:tcPr>
          <w:p w14:paraId="13ADD29F" w14:textId="004D241A" w:rsidR="00394A06" w:rsidRPr="00394A06" w:rsidRDefault="00394A06" w:rsidP="00394A06">
            <w:pPr>
              <w:bidi/>
              <w:jc w:val="both"/>
              <w:rPr>
                <w:rFonts w:ascii="Simplified Arabic" w:hAnsi="Simplified Arabic" w:cs="Simplified Arabic"/>
                <w:sz w:val="20"/>
                <w:szCs w:val="20"/>
              </w:rPr>
            </w:pPr>
            <w:r w:rsidRPr="009860B2">
              <w:rPr>
                <w:rtl/>
              </w:rPr>
              <w:t>إضافة التوزيع الطبيعي، التعدد الخطي، القيم المتطرفة، وصدق القياس</w:t>
            </w:r>
            <w:r w:rsidRPr="009860B2">
              <w:t>.</w:t>
            </w:r>
          </w:p>
        </w:tc>
        <w:tc>
          <w:tcPr>
            <w:tcW w:w="1134" w:type="dxa"/>
            <w:tcMar>
              <w:top w:w="100" w:type="dxa"/>
              <w:left w:w="100" w:type="dxa"/>
              <w:bottom w:w="100" w:type="dxa"/>
              <w:right w:w="100" w:type="dxa"/>
            </w:tcMar>
            <w:vAlign w:val="center"/>
          </w:tcPr>
          <w:p w14:paraId="0E75E2B3"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3C70FAAF" w14:textId="77777777" w:rsidTr="00B655CB">
        <w:trPr>
          <w:cantSplit/>
          <w:jc w:val="center"/>
        </w:trPr>
        <w:tc>
          <w:tcPr>
            <w:tcW w:w="1927" w:type="dxa"/>
            <w:tcMar>
              <w:top w:w="100" w:type="dxa"/>
              <w:left w:w="100" w:type="dxa"/>
              <w:bottom w:w="100" w:type="dxa"/>
              <w:right w:w="100" w:type="dxa"/>
            </w:tcMar>
            <w:vAlign w:val="center"/>
          </w:tcPr>
          <w:p w14:paraId="57693F4B"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التحليل المتقدم</w:t>
            </w:r>
          </w:p>
        </w:tc>
        <w:tc>
          <w:tcPr>
            <w:tcW w:w="3005" w:type="dxa"/>
            <w:tcMar>
              <w:top w:w="100" w:type="dxa"/>
              <w:left w:w="100" w:type="dxa"/>
              <w:bottom w:w="100" w:type="dxa"/>
              <w:right w:w="100" w:type="dxa"/>
            </w:tcMar>
          </w:tcPr>
          <w:p w14:paraId="7BADF908" w14:textId="73B5E25A" w:rsidR="00394A06" w:rsidRPr="00394A06" w:rsidRDefault="00394A06" w:rsidP="00394A06">
            <w:pPr>
              <w:bidi/>
              <w:jc w:val="both"/>
              <w:rPr>
                <w:rFonts w:ascii="Simplified Arabic" w:hAnsi="Simplified Arabic" w:cs="Simplified Arabic"/>
                <w:sz w:val="20"/>
                <w:szCs w:val="20"/>
              </w:rPr>
            </w:pPr>
            <w:r w:rsidRPr="009860B2">
              <w:rPr>
                <w:rtl/>
              </w:rPr>
              <w:t>هل توجد وساطة أو اعتدال أو نموذج بنائي؟</w:t>
            </w:r>
          </w:p>
        </w:tc>
        <w:tc>
          <w:tcPr>
            <w:tcW w:w="4025" w:type="dxa"/>
            <w:tcMar>
              <w:top w:w="100" w:type="dxa"/>
              <w:left w:w="100" w:type="dxa"/>
              <w:bottom w:w="100" w:type="dxa"/>
              <w:right w:w="100" w:type="dxa"/>
            </w:tcMar>
          </w:tcPr>
          <w:p w14:paraId="5C37B179" w14:textId="20F8D1A6" w:rsidR="00394A06" w:rsidRPr="00394A06" w:rsidRDefault="00394A06" w:rsidP="00394A06">
            <w:pPr>
              <w:bidi/>
              <w:jc w:val="both"/>
              <w:rPr>
                <w:rFonts w:ascii="Simplified Arabic" w:hAnsi="Simplified Arabic" w:cs="Simplified Arabic"/>
                <w:sz w:val="20"/>
                <w:szCs w:val="20"/>
              </w:rPr>
            </w:pPr>
            <w:r w:rsidRPr="009860B2">
              <w:rPr>
                <w:rtl/>
              </w:rPr>
              <w:t>إذا كان الهدف تطوير نموذج، فلابد من تحديد طريقة التحقق من النموذج المقترح.</w:t>
            </w:r>
          </w:p>
        </w:tc>
        <w:tc>
          <w:tcPr>
            <w:tcW w:w="1474" w:type="dxa"/>
            <w:tcMar>
              <w:top w:w="100" w:type="dxa"/>
              <w:left w:w="100" w:type="dxa"/>
              <w:bottom w:w="100" w:type="dxa"/>
              <w:right w:w="100" w:type="dxa"/>
            </w:tcMar>
          </w:tcPr>
          <w:p w14:paraId="5FA05BAD" w14:textId="14B037C4" w:rsidR="00394A06" w:rsidRPr="00394A06" w:rsidRDefault="00394A06" w:rsidP="00394A06">
            <w:pPr>
              <w:bidi/>
              <w:jc w:val="both"/>
              <w:rPr>
                <w:rFonts w:ascii="Simplified Arabic" w:hAnsi="Simplified Arabic" w:cs="Simplified Arabic"/>
                <w:sz w:val="20"/>
                <w:szCs w:val="20"/>
              </w:rPr>
            </w:pPr>
            <w:r w:rsidRPr="009860B2">
              <w:rPr>
                <w:rtl/>
              </w:rPr>
              <w:t>يحتاج تعديل</w:t>
            </w:r>
          </w:p>
        </w:tc>
        <w:tc>
          <w:tcPr>
            <w:tcW w:w="3288" w:type="dxa"/>
            <w:tcMar>
              <w:top w:w="100" w:type="dxa"/>
              <w:left w:w="100" w:type="dxa"/>
              <w:bottom w:w="100" w:type="dxa"/>
              <w:right w:w="100" w:type="dxa"/>
            </w:tcMar>
          </w:tcPr>
          <w:p w14:paraId="25E9EB31" w14:textId="17FD7ECA" w:rsidR="00394A06" w:rsidRPr="00394A06" w:rsidRDefault="00394A06" w:rsidP="00394A06">
            <w:pPr>
              <w:bidi/>
              <w:jc w:val="both"/>
              <w:rPr>
                <w:rFonts w:ascii="Simplified Arabic" w:hAnsi="Simplified Arabic" w:cs="Simplified Arabic"/>
                <w:sz w:val="20"/>
                <w:szCs w:val="20"/>
              </w:rPr>
            </w:pPr>
            <w:r w:rsidRPr="009860B2">
              <w:rPr>
                <w:rtl/>
              </w:rPr>
              <w:t>استخدام تحكيم خبراء/تحليل وثائق/تحليل إحصائي لتقويم النموذج المقترح وتوضيح التسلسل</w:t>
            </w:r>
            <w:r w:rsidRPr="009860B2">
              <w:t>.</w:t>
            </w:r>
          </w:p>
        </w:tc>
        <w:tc>
          <w:tcPr>
            <w:tcW w:w="1134" w:type="dxa"/>
            <w:tcMar>
              <w:top w:w="100" w:type="dxa"/>
              <w:left w:w="100" w:type="dxa"/>
              <w:bottom w:w="100" w:type="dxa"/>
              <w:right w:w="100" w:type="dxa"/>
            </w:tcMar>
            <w:vAlign w:val="center"/>
          </w:tcPr>
          <w:p w14:paraId="19F08D7F"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5E26680E" w14:textId="77777777" w:rsidTr="00B655CB">
        <w:trPr>
          <w:cantSplit/>
          <w:jc w:val="center"/>
        </w:trPr>
        <w:tc>
          <w:tcPr>
            <w:tcW w:w="1927" w:type="dxa"/>
            <w:tcMar>
              <w:top w:w="100" w:type="dxa"/>
              <w:left w:w="100" w:type="dxa"/>
              <w:bottom w:w="100" w:type="dxa"/>
              <w:right w:w="100" w:type="dxa"/>
            </w:tcMar>
            <w:vAlign w:val="center"/>
          </w:tcPr>
          <w:p w14:paraId="554DD23B"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تفسير النتائج لاحقًا</w:t>
            </w:r>
          </w:p>
        </w:tc>
        <w:tc>
          <w:tcPr>
            <w:tcW w:w="3005" w:type="dxa"/>
            <w:tcMar>
              <w:top w:w="100" w:type="dxa"/>
              <w:left w:w="100" w:type="dxa"/>
              <w:bottom w:w="100" w:type="dxa"/>
              <w:right w:w="100" w:type="dxa"/>
            </w:tcMar>
          </w:tcPr>
          <w:p w14:paraId="2587064A" w14:textId="5CE93E94" w:rsidR="00394A06" w:rsidRPr="00394A06" w:rsidRDefault="00394A06" w:rsidP="00394A06">
            <w:pPr>
              <w:bidi/>
              <w:jc w:val="both"/>
              <w:rPr>
                <w:rFonts w:ascii="Simplified Arabic" w:hAnsi="Simplified Arabic" w:cs="Simplified Arabic"/>
                <w:sz w:val="20"/>
                <w:szCs w:val="20"/>
              </w:rPr>
            </w:pPr>
            <w:r w:rsidRPr="009860B2">
              <w:rPr>
                <w:rtl/>
              </w:rPr>
              <w:t>هل تم تجنب عرض نتائج فعلية في الفصل الثالث؟</w:t>
            </w:r>
          </w:p>
        </w:tc>
        <w:tc>
          <w:tcPr>
            <w:tcW w:w="4025" w:type="dxa"/>
            <w:tcMar>
              <w:top w:w="100" w:type="dxa"/>
              <w:left w:w="100" w:type="dxa"/>
              <w:bottom w:w="100" w:type="dxa"/>
              <w:right w:w="100" w:type="dxa"/>
            </w:tcMar>
          </w:tcPr>
          <w:p w14:paraId="48090B17" w14:textId="1367729F" w:rsidR="00394A06" w:rsidRPr="00394A06" w:rsidRDefault="00394A06" w:rsidP="00394A06">
            <w:pPr>
              <w:bidi/>
              <w:jc w:val="both"/>
              <w:rPr>
                <w:rFonts w:ascii="Simplified Arabic" w:hAnsi="Simplified Arabic" w:cs="Simplified Arabic"/>
                <w:sz w:val="20"/>
                <w:szCs w:val="20"/>
              </w:rPr>
            </w:pPr>
            <w:r w:rsidRPr="009860B2">
              <w:rPr>
                <w:rtl/>
              </w:rPr>
              <w:t>بعض الصياغات توحي بنتائج أو استنتاجات قبل التطبيق.</w:t>
            </w:r>
          </w:p>
        </w:tc>
        <w:tc>
          <w:tcPr>
            <w:tcW w:w="1474" w:type="dxa"/>
            <w:tcMar>
              <w:top w:w="100" w:type="dxa"/>
              <w:left w:w="100" w:type="dxa"/>
              <w:bottom w:w="100" w:type="dxa"/>
              <w:right w:w="100" w:type="dxa"/>
            </w:tcMar>
          </w:tcPr>
          <w:p w14:paraId="1DFB52C4" w14:textId="0B40946D" w:rsidR="00394A06" w:rsidRPr="00394A06" w:rsidRDefault="00394A06" w:rsidP="00394A06">
            <w:pPr>
              <w:bidi/>
              <w:jc w:val="both"/>
              <w:rPr>
                <w:rFonts w:ascii="Simplified Arabic" w:hAnsi="Simplified Arabic" w:cs="Simplified Arabic"/>
                <w:sz w:val="20"/>
                <w:szCs w:val="20"/>
              </w:rPr>
            </w:pPr>
            <w:r w:rsidRPr="009860B2">
              <w:rPr>
                <w:rtl/>
              </w:rPr>
              <w:t>جيد مع تعديل</w:t>
            </w:r>
          </w:p>
        </w:tc>
        <w:tc>
          <w:tcPr>
            <w:tcW w:w="3288" w:type="dxa"/>
            <w:tcMar>
              <w:top w:w="100" w:type="dxa"/>
              <w:left w:w="100" w:type="dxa"/>
              <w:bottom w:w="100" w:type="dxa"/>
              <w:right w:w="100" w:type="dxa"/>
            </w:tcMar>
          </w:tcPr>
          <w:p w14:paraId="4DA2E1C6" w14:textId="309A1536" w:rsidR="00394A06" w:rsidRPr="00394A06" w:rsidRDefault="00394A06" w:rsidP="00394A06">
            <w:pPr>
              <w:bidi/>
              <w:jc w:val="both"/>
              <w:rPr>
                <w:rFonts w:ascii="Simplified Arabic" w:hAnsi="Simplified Arabic" w:cs="Simplified Arabic"/>
                <w:sz w:val="20"/>
                <w:szCs w:val="20"/>
              </w:rPr>
            </w:pPr>
            <w:r w:rsidRPr="009860B2">
              <w:rPr>
                <w:rtl/>
              </w:rPr>
              <w:t>تحويل كل الجمل الاستنتاجية إلى صياغة مستقبلية أو منهجية</w:t>
            </w:r>
            <w:r w:rsidRPr="009860B2">
              <w:t>.</w:t>
            </w:r>
          </w:p>
        </w:tc>
        <w:tc>
          <w:tcPr>
            <w:tcW w:w="1134" w:type="dxa"/>
            <w:tcMar>
              <w:top w:w="100" w:type="dxa"/>
              <w:left w:w="100" w:type="dxa"/>
              <w:bottom w:w="100" w:type="dxa"/>
              <w:right w:w="100" w:type="dxa"/>
            </w:tcMar>
            <w:vAlign w:val="center"/>
          </w:tcPr>
          <w:p w14:paraId="7CBC4816" w14:textId="77777777" w:rsidR="00394A06" w:rsidRPr="00394A06" w:rsidRDefault="00394A06" w:rsidP="00394A06">
            <w:pPr>
              <w:bidi/>
              <w:jc w:val="both"/>
              <w:rPr>
                <w:rFonts w:ascii="Simplified Arabic" w:hAnsi="Simplified Arabic" w:cs="Simplified Arabic"/>
                <w:sz w:val="20"/>
                <w:szCs w:val="20"/>
              </w:rPr>
            </w:pPr>
          </w:p>
        </w:tc>
      </w:tr>
    </w:tbl>
    <w:p w14:paraId="0272C8DE" w14:textId="77777777" w:rsidR="00A662EF" w:rsidRPr="00394A06" w:rsidRDefault="000A310A" w:rsidP="00394A06">
      <w:pPr>
        <w:pStyle w:val="Heading1"/>
        <w:bidi/>
        <w:spacing w:before="200" w:line="240" w:lineRule="auto"/>
        <w:jc w:val="both"/>
        <w:rPr>
          <w:rFonts w:ascii="Simplified Arabic" w:hAnsi="Simplified Arabic" w:cs="Simplified Arabic"/>
          <w:color w:val="000000" w:themeColor="text1"/>
          <w:sz w:val="20"/>
          <w:szCs w:val="20"/>
        </w:rPr>
      </w:pPr>
      <w:r w:rsidRPr="00394A06">
        <w:rPr>
          <w:rFonts w:ascii="Simplified Arabic" w:hAnsi="Simplified Arabic" w:cs="Simplified Arabic"/>
          <w:color w:val="000000" w:themeColor="text1"/>
          <w:sz w:val="20"/>
          <w:szCs w:val="20"/>
          <w:rtl/>
        </w:rPr>
        <w:t>الصدق والثبات والموثوقية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394A06" w14:paraId="4C63FEF8" w14:textId="77777777" w:rsidTr="00047CBC">
        <w:trPr>
          <w:cantSplit/>
          <w:tblHeader/>
          <w:jc w:val="center"/>
        </w:trPr>
        <w:tc>
          <w:tcPr>
            <w:tcW w:w="1927" w:type="dxa"/>
            <w:tcMar>
              <w:top w:w="100" w:type="dxa"/>
              <w:left w:w="100" w:type="dxa"/>
              <w:bottom w:w="100" w:type="dxa"/>
              <w:right w:w="100" w:type="dxa"/>
            </w:tcMar>
            <w:vAlign w:val="center"/>
          </w:tcPr>
          <w:p w14:paraId="08908FB8"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2CE6399F"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173D66F1"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29A2DC25"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67E43631"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38FFE795"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رد الطالب</w:t>
            </w:r>
          </w:p>
        </w:tc>
      </w:tr>
      <w:tr w:rsidR="00394A06" w:rsidRPr="00394A06" w14:paraId="779B5D6E" w14:textId="77777777" w:rsidTr="00621641">
        <w:trPr>
          <w:cantSplit/>
          <w:jc w:val="center"/>
        </w:trPr>
        <w:tc>
          <w:tcPr>
            <w:tcW w:w="1927" w:type="dxa"/>
            <w:tcMar>
              <w:top w:w="100" w:type="dxa"/>
              <w:left w:w="100" w:type="dxa"/>
              <w:bottom w:w="100" w:type="dxa"/>
              <w:right w:w="100" w:type="dxa"/>
            </w:tcMar>
            <w:vAlign w:val="center"/>
          </w:tcPr>
          <w:p w14:paraId="333940A5" w14:textId="77777777" w:rsidR="00394A06" w:rsidRPr="00394A06" w:rsidRDefault="00394A06" w:rsidP="00394A06">
            <w:pPr>
              <w:bidi/>
              <w:jc w:val="both"/>
              <w:rPr>
                <w:rFonts w:ascii="Simplified Arabic" w:hAnsi="Simplified Arabic" w:cs="Simplified Arabic"/>
                <w:sz w:val="20"/>
                <w:szCs w:val="20"/>
              </w:rPr>
            </w:pPr>
            <w:proofErr w:type="spellStart"/>
            <w:r w:rsidRPr="00394A06">
              <w:rPr>
                <w:rFonts w:ascii="Simplified Arabic" w:hAnsi="Simplified Arabic" w:cs="Simplified Arabic"/>
                <w:sz w:val="20"/>
                <w:szCs w:val="20"/>
              </w:rPr>
              <w:t>الصدق</w:t>
            </w:r>
            <w:proofErr w:type="spellEnd"/>
            <w:r w:rsidRPr="00394A06">
              <w:rPr>
                <w:rFonts w:ascii="Simplified Arabic" w:hAnsi="Simplified Arabic" w:cs="Simplified Arabic"/>
                <w:sz w:val="20"/>
                <w:szCs w:val="20"/>
              </w:rPr>
              <w:t xml:space="preserve"> </w:t>
            </w:r>
            <w:proofErr w:type="spellStart"/>
            <w:r w:rsidRPr="00394A06">
              <w:rPr>
                <w:rFonts w:ascii="Simplified Arabic" w:hAnsi="Simplified Arabic" w:cs="Simplified Arabic"/>
                <w:sz w:val="20"/>
                <w:szCs w:val="20"/>
              </w:rPr>
              <w:t>الظاهري</w:t>
            </w:r>
            <w:proofErr w:type="spellEnd"/>
          </w:p>
        </w:tc>
        <w:tc>
          <w:tcPr>
            <w:tcW w:w="3005" w:type="dxa"/>
            <w:tcMar>
              <w:top w:w="100" w:type="dxa"/>
              <w:left w:w="100" w:type="dxa"/>
              <w:bottom w:w="100" w:type="dxa"/>
              <w:right w:w="100" w:type="dxa"/>
            </w:tcMar>
          </w:tcPr>
          <w:p w14:paraId="3671B789" w14:textId="2AAC7DC1" w:rsidR="00394A06" w:rsidRPr="00394A06" w:rsidRDefault="00394A06" w:rsidP="00394A06">
            <w:pPr>
              <w:bidi/>
              <w:jc w:val="both"/>
              <w:rPr>
                <w:rFonts w:ascii="Simplified Arabic" w:hAnsi="Simplified Arabic" w:cs="Simplified Arabic"/>
                <w:sz w:val="20"/>
                <w:szCs w:val="20"/>
              </w:rPr>
            </w:pPr>
            <w:r w:rsidRPr="00A50E6C">
              <w:rPr>
                <w:rtl/>
              </w:rPr>
              <w:t>هل تم توضيح عرض الأداة على محكمين؟</w:t>
            </w:r>
          </w:p>
        </w:tc>
        <w:tc>
          <w:tcPr>
            <w:tcW w:w="4025" w:type="dxa"/>
            <w:tcMar>
              <w:top w:w="100" w:type="dxa"/>
              <w:left w:w="100" w:type="dxa"/>
              <w:bottom w:w="100" w:type="dxa"/>
              <w:right w:w="100" w:type="dxa"/>
            </w:tcMar>
          </w:tcPr>
          <w:p w14:paraId="439AC216" w14:textId="47B52AEF" w:rsidR="00394A06" w:rsidRPr="00394A06" w:rsidRDefault="00394A06" w:rsidP="00394A06">
            <w:pPr>
              <w:bidi/>
              <w:jc w:val="both"/>
              <w:rPr>
                <w:rFonts w:ascii="Simplified Arabic" w:hAnsi="Simplified Arabic" w:cs="Simplified Arabic"/>
                <w:sz w:val="20"/>
                <w:szCs w:val="20"/>
              </w:rPr>
            </w:pPr>
            <w:r w:rsidRPr="00A50E6C">
              <w:rPr>
                <w:rtl/>
              </w:rPr>
              <w:t>التحكيم مذكور وينبغي تحديد عدد المحكمين وتخصصاتهم.</w:t>
            </w:r>
          </w:p>
        </w:tc>
        <w:tc>
          <w:tcPr>
            <w:tcW w:w="1474" w:type="dxa"/>
            <w:tcMar>
              <w:top w:w="100" w:type="dxa"/>
              <w:left w:w="100" w:type="dxa"/>
              <w:bottom w:w="100" w:type="dxa"/>
              <w:right w:w="100" w:type="dxa"/>
            </w:tcMar>
          </w:tcPr>
          <w:p w14:paraId="23148C21" w14:textId="1AF0A92C" w:rsidR="00394A06" w:rsidRPr="00394A06" w:rsidRDefault="00394A06" w:rsidP="00394A06">
            <w:pPr>
              <w:bidi/>
              <w:jc w:val="both"/>
              <w:rPr>
                <w:rFonts w:ascii="Simplified Arabic" w:hAnsi="Simplified Arabic" w:cs="Simplified Arabic"/>
                <w:sz w:val="20"/>
                <w:szCs w:val="20"/>
              </w:rPr>
            </w:pPr>
            <w:r w:rsidRPr="00A50E6C">
              <w:rPr>
                <w:rtl/>
              </w:rPr>
              <w:t>جيد</w:t>
            </w:r>
          </w:p>
        </w:tc>
        <w:tc>
          <w:tcPr>
            <w:tcW w:w="3288" w:type="dxa"/>
            <w:tcMar>
              <w:top w:w="100" w:type="dxa"/>
              <w:left w:w="100" w:type="dxa"/>
              <w:bottom w:w="100" w:type="dxa"/>
              <w:right w:w="100" w:type="dxa"/>
            </w:tcMar>
          </w:tcPr>
          <w:p w14:paraId="66508210" w14:textId="3821FA5E" w:rsidR="00394A06" w:rsidRPr="00394A06" w:rsidRDefault="00394A06" w:rsidP="00394A06">
            <w:pPr>
              <w:bidi/>
              <w:jc w:val="both"/>
              <w:rPr>
                <w:rFonts w:ascii="Simplified Arabic" w:hAnsi="Simplified Arabic" w:cs="Simplified Arabic"/>
                <w:sz w:val="20"/>
                <w:szCs w:val="20"/>
              </w:rPr>
            </w:pPr>
            <w:r w:rsidRPr="00A50E6C">
              <w:rPr>
                <w:rtl/>
              </w:rPr>
              <w:t>إدراج جدول تحكيم الأداة وقرارات التعديل</w:t>
            </w:r>
            <w:r w:rsidRPr="00A50E6C">
              <w:t>.</w:t>
            </w:r>
          </w:p>
        </w:tc>
        <w:tc>
          <w:tcPr>
            <w:tcW w:w="1134" w:type="dxa"/>
            <w:tcMar>
              <w:top w:w="100" w:type="dxa"/>
              <w:left w:w="100" w:type="dxa"/>
              <w:bottom w:w="100" w:type="dxa"/>
              <w:right w:w="100" w:type="dxa"/>
            </w:tcMar>
            <w:vAlign w:val="center"/>
          </w:tcPr>
          <w:p w14:paraId="399A82DE"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3787AE97" w14:textId="77777777" w:rsidTr="00621641">
        <w:trPr>
          <w:cantSplit/>
          <w:jc w:val="center"/>
        </w:trPr>
        <w:tc>
          <w:tcPr>
            <w:tcW w:w="1927" w:type="dxa"/>
            <w:tcMar>
              <w:top w:w="100" w:type="dxa"/>
              <w:left w:w="100" w:type="dxa"/>
              <w:bottom w:w="100" w:type="dxa"/>
              <w:right w:w="100" w:type="dxa"/>
            </w:tcMar>
            <w:vAlign w:val="center"/>
          </w:tcPr>
          <w:p w14:paraId="1E5C3C8D"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صدق المحتوى</w:t>
            </w:r>
          </w:p>
        </w:tc>
        <w:tc>
          <w:tcPr>
            <w:tcW w:w="3005" w:type="dxa"/>
            <w:tcMar>
              <w:top w:w="100" w:type="dxa"/>
              <w:left w:w="100" w:type="dxa"/>
              <w:bottom w:w="100" w:type="dxa"/>
              <w:right w:w="100" w:type="dxa"/>
            </w:tcMar>
          </w:tcPr>
          <w:p w14:paraId="538B9CCD" w14:textId="22950E7F" w:rsidR="00394A06" w:rsidRPr="00394A06" w:rsidRDefault="00394A06" w:rsidP="00394A06">
            <w:pPr>
              <w:bidi/>
              <w:jc w:val="both"/>
              <w:rPr>
                <w:rFonts w:ascii="Simplified Arabic" w:hAnsi="Simplified Arabic" w:cs="Simplified Arabic"/>
                <w:sz w:val="20"/>
                <w:szCs w:val="20"/>
              </w:rPr>
            </w:pPr>
            <w:r w:rsidRPr="00A50E6C">
              <w:rPr>
                <w:rtl/>
              </w:rPr>
              <w:t>هل الفقرات تغطي أبعاد المتغيرات؟</w:t>
            </w:r>
          </w:p>
        </w:tc>
        <w:tc>
          <w:tcPr>
            <w:tcW w:w="4025" w:type="dxa"/>
            <w:tcMar>
              <w:top w:w="100" w:type="dxa"/>
              <w:left w:w="100" w:type="dxa"/>
              <w:bottom w:w="100" w:type="dxa"/>
              <w:right w:w="100" w:type="dxa"/>
            </w:tcMar>
          </w:tcPr>
          <w:p w14:paraId="2E0B4B6D" w14:textId="534C1D5B" w:rsidR="00394A06" w:rsidRPr="00394A06" w:rsidRDefault="00394A06" w:rsidP="00394A06">
            <w:pPr>
              <w:bidi/>
              <w:jc w:val="both"/>
              <w:rPr>
                <w:rFonts w:ascii="Simplified Arabic" w:hAnsi="Simplified Arabic" w:cs="Simplified Arabic"/>
                <w:sz w:val="20"/>
                <w:szCs w:val="20"/>
              </w:rPr>
            </w:pPr>
            <w:r w:rsidRPr="00A50E6C">
              <w:rPr>
                <w:rtl/>
              </w:rPr>
              <w:t>صدق المحتوى مرتبط بقوة بوضوح الأبعاد، وهذا يحتاج استكمال.</w:t>
            </w:r>
          </w:p>
        </w:tc>
        <w:tc>
          <w:tcPr>
            <w:tcW w:w="1474" w:type="dxa"/>
            <w:tcMar>
              <w:top w:w="100" w:type="dxa"/>
              <w:left w:w="100" w:type="dxa"/>
              <w:bottom w:w="100" w:type="dxa"/>
              <w:right w:w="100" w:type="dxa"/>
            </w:tcMar>
          </w:tcPr>
          <w:p w14:paraId="02595E1B" w14:textId="2019BAEF" w:rsidR="00394A06" w:rsidRPr="00394A06" w:rsidRDefault="00394A06" w:rsidP="00394A06">
            <w:pPr>
              <w:bidi/>
              <w:jc w:val="both"/>
              <w:rPr>
                <w:rFonts w:ascii="Simplified Arabic" w:hAnsi="Simplified Arabic" w:cs="Simplified Arabic"/>
                <w:sz w:val="20"/>
                <w:szCs w:val="20"/>
              </w:rPr>
            </w:pPr>
            <w:r w:rsidRPr="00A50E6C">
              <w:rPr>
                <w:rtl/>
              </w:rPr>
              <w:t>جيد مع تعديل</w:t>
            </w:r>
          </w:p>
        </w:tc>
        <w:tc>
          <w:tcPr>
            <w:tcW w:w="3288" w:type="dxa"/>
            <w:tcMar>
              <w:top w:w="100" w:type="dxa"/>
              <w:left w:w="100" w:type="dxa"/>
              <w:bottom w:w="100" w:type="dxa"/>
              <w:right w:w="100" w:type="dxa"/>
            </w:tcMar>
          </w:tcPr>
          <w:p w14:paraId="397BEC8E" w14:textId="27C9DA2A" w:rsidR="00394A06" w:rsidRPr="00394A06" w:rsidRDefault="00394A06" w:rsidP="00394A06">
            <w:pPr>
              <w:bidi/>
              <w:jc w:val="both"/>
              <w:rPr>
                <w:rFonts w:ascii="Simplified Arabic" w:hAnsi="Simplified Arabic" w:cs="Simplified Arabic"/>
                <w:sz w:val="20"/>
                <w:szCs w:val="20"/>
              </w:rPr>
            </w:pPr>
            <w:r w:rsidRPr="00A50E6C">
              <w:rPr>
                <w:rtl/>
              </w:rPr>
              <w:t>التأكد من أن كل بعد تغطيه فقرات كافية وغير متداخلة</w:t>
            </w:r>
            <w:r w:rsidRPr="00A50E6C">
              <w:t>.</w:t>
            </w:r>
          </w:p>
        </w:tc>
        <w:tc>
          <w:tcPr>
            <w:tcW w:w="1134" w:type="dxa"/>
            <w:tcMar>
              <w:top w:w="100" w:type="dxa"/>
              <w:left w:w="100" w:type="dxa"/>
              <w:bottom w:w="100" w:type="dxa"/>
              <w:right w:w="100" w:type="dxa"/>
            </w:tcMar>
            <w:vAlign w:val="center"/>
          </w:tcPr>
          <w:p w14:paraId="622EC6A6"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02595233" w14:textId="77777777" w:rsidTr="00621641">
        <w:trPr>
          <w:cantSplit/>
          <w:jc w:val="center"/>
        </w:trPr>
        <w:tc>
          <w:tcPr>
            <w:tcW w:w="1927" w:type="dxa"/>
            <w:tcMar>
              <w:top w:w="100" w:type="dxa"/>
              <w:left w:w="100" w:type="dxa"/>
              <w:bottom w:w="100" w:type="dxa"/>
              <w:right w:w="100" w:type="dxa"/>
            </w:tcMar>
            <w:vAlign w:val="center"/>
          </w:tcPr>
          <w:p w14:paraId="6B4199FD"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الصدق البنائي</w:t>
            </w:r>
          </w:p>
        </w:tc>
        <w:tc>
          <w:tcPr>
            <w:tcW w:w="3005" w:type="dxa"/>
            <w:tcMar>
              <w:top w:w="100" w:type="dxa"/>
              <w:left w:w="100" w:type="dxa"/>
              <w:bottom w:w="100" w:type="dxa"/>
              <w:right w:w="100" w:type="dxa"/>
            </w:tcMar>
          </w:tcPr>
          <w:p w14:paraId="4EBD7585" w14:textId="2E98924B" w:rsidR="00394A06" w:rsidRPr="00394A06" w:rsidRDefault="00394A06" w:rsidP="00394A06">
            <w:pPr>
              <w:bidi/>
              <w:jc w:val="both"/>
              <w:rPr>
                <w:rFonts w:ascii="Simplified Arabic" w:hAnsi="Simplified Arabic" w:cs="Simplified Arabic"/>
                <w:sz w:val="20"/>
                <w:szCs w:val="20"/>
              </w:rPr>
            </w:pPr>
            <w:r w:rsidRPr="00A50E6C">
              <w:rPr>
                <w:rtl/>
              </w:rPr>
              <w:t>هل تم التخطيط للتحقق من البناء العاملي؟</w:t>
            </w:r>
          </w:p>
        </w:tc>
        <w:tc>
          <w:tcPr>
            <w:tcW w:w="4025" w:type="dxa"/>
            <w:tcMar>
              <w:top w:w="100" w:type="dxa"/>
              <w:left w:w="100" w:type="dxa"/>
              <w:bottom w:w="100" w:type="dxa"/>
              <w:right w:w="100" w:type="dxa"/>
            </w:tcMar>
          </w:tcPr>
          <w:p w14:paraId="55525DD6" w14:textId="2DCF1AAA" w:rsidR="00394A06" w:rsidRPr="00394A06" w:rsidRDefault="00394A06" w:rsidP="00394A06">
            <w:pPr>
              <w:bidi/>
              <w:jc w:val="both"/>
              <w:rPr>
                <w:rFonts w:ascii="Simplified Arabic" w:hAnsi="Simplified Arabic" w:cs="Simplified Arabic"/>
                <w:sz w:val="20"/>
                <w:szCs w:val="20"/>
              </w:rPr>
            </w:pPr>
            <w:r w:rsidRPr="00A50E6C">
              <w:rPr>
                <w:rtl/>
              </w:rPr>
              <w:t>صدق البناء يحتاج خطة أوضح حسب أسلوب التحليل.</w:t>
            </w:r>
          </w:p>
        </w:tc>
        <w:tc>
          <w:tcPr>
            <w:tcW w:w="1474" w:type="dxa"/>
            <w:tcMar>
              <w:top w:w="100" w:type="dxa"/>
              <w:left w:w="100" w:type="dxa"/>
              <w:bottom w:w="100" w:type="dxa"/>
              <w:right w:w="100" w:type="dxa"/>
            </w:tcMar>
          </w:tcPr>
          <w:p w14:paraId="53E6B182" w14:textId="6C1E1107" w:rsidR="00394A06" w:rsidRPr="00394A06" w:rsidRDefault="00394A06" w:rsidP="00394A06">
            <w:pPr>
              <w:bidi/>
              <w:jc w:val="both"/>
              <w:rPr>
                <w:rFonts w:ascii="Simplified Arabic" w:hAnsi="Simplified Arabic" w:cs="Simplified Arabic"/>
                <w:sz w:val="20"/>
                <w:szCs w:val="20"/>
              </w:rPr>
            </w:pPr>
            <w:r w:rsidRPr="00A50E6C">
              <w:rPr>
                <w:rtl/>
              </w:rPr>
              <w:t>جيد مع تعديل</w:t>
            </w:r>
          </w:p>
        </w:tc>
        <w:tc>
          <w:tcPr>
            <w:tcW w:w="3288" w:type="dxa"/>
            <w:tcMar>
              <w:top w:w="100" w:type="dxa"/>
              <w:left w:w="100" w:type="dxa"/>
              <w:bottom w:w="100" w:type="dxa"/>
              <w:right w:w="100" w:type="dxa"/>
            </w:tcMar>
          </w:tcPr>
          <w:p w14:paraId="5434AF1A" w14:textId="4817BE72" w:rsidR="00394A06" w:rsidRPr="00394A06" w:rsidRDefault="00394A06" w:rsidP="00394A06">
            <w:pPr>
              <w:bidi/>
              <w:jc w:val="both"/>
              <w:rPr>
                <w:rFonts w:ascii="Simplified Arabic" w:hAnsi="Simplified Arabic" w:cs="Simplified Arabic"/>
                <w:sz w:val="20"/>
                <w:szCs w:val="20"/>
              </w:rPr>
            </w:pPr>
            <w:r w:rsidRPr="00A50E6C">
              <w:rPr>
                <w:rtl/>
              </w:rPr>
              <w:t>تحديد استخدام</w:t>
            </w:r>
            <w:r w:rsidRPr="00A50E6C">
              <w:t xml:space="preserve"> Pearson/</w:t>
            </w:r>
            <w:r w:rsidRPr="00A50E6C">
              <w:rPr>
                <w:rtl/>
              </w:rPr>
              <w:t>تحليل عاملي</w:t>
            </w:r>
            <w:r w:rsidRPr="00A50E6C">
              <w:t xml:space="preserve">/PLS </w:t>
            </w:r>
            <w:r w:rsidRPr="00A50E6C">
              <w:rPr>
                <w:rtl/>
              </w:rPr>
              <w:t>بحسب طبيعة النموذج</w:t>
            </w:r>
            <w:r w:rsidRPr="00A50E6C">
              <w:t>.</w:t>
            </w:r>
          </w:p>
        </w:tc>
        <w:tc>
          <w:tcPr>
            <w:tcW w:w="1134" w:type="dxa"/>
            <w:tcMar>
              <w:top w:w="100" w:type="dxa"/>
              <w:left w:w="100" w:type="dxa"/>
              <w:bottom w:w="100" w:type="dxa"/>
              <w:right w:w="100" w:type="dxa"/>
            </w:tcMar>
            <w:vAlign w:val="center"/>
          </w:tcPr>
          <w:p w14:paraId="042E6159"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2E1A202F" w14:textId="77777777" w:rsidTr="00621641">
        <w:trPr>
          <w:cantSplit/>
          <w:jc w:val="center"/>
        </w:trPr>
        <w:tc>
          <w:tcPr>
            <w:tcW w:w="1927" w:type="dxa"/>
            <w:tcMar>
              <w:top w:w="100" w:type="dxa"/>
              <w:left w:w="100" w:type="dxa"/>
              <w:bottom w:w="100" w:type="dxa"/>
              <w:right w:w="100" w:type="dxa"/>
            </w:tcMar>
            <w:vAlign w:val="center"/>
          </w:tcPr>
          <w:p w14:paraId="37B33137"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الصدق التقاربي والتمييزي</w:t>
            </w:r>
          </w:p>
        </w:tc>
        <w:tc>
          <w:tcPr>
            <w:tcW w:w="3005" w:type="dxa"/>
            <w:tcMar>
              <w:top w:w="100" w:type="dxa"/>
              <w:left w:w="100" w:type="dxa"/>
              <w:bottom w:w="100" w:type="dxa"/>
              <w:right w:w="100" w:type="dxa"/>
            </w:tcMar>
          </w:tcPr>
          <w:p w14:paraId="7073D7C8" w14:textId="4C74181A" w:rsidR="00394A06" w:rsidRPr="00394A06" w:rsidRDefault="00394A06" w:rsidP="00394A06">
            <w:pPr>
              <w:bidi/>
              <w:jc w:val="both"/>
              <w:rPr>
                <w:rFonts w:ascii="Simplified Arabic" w:hAnsi="Simplified Arabic" w:cs="Simplified Arabic"/>
                <w:sz w:val="20"/>
                <w:szCs w:val="20"/>
              </w:rPr>
            </w:pPr>
            <w:r w:rsidRPr="00A50E6C">
              <w:rPr>
                <w:rtl/>
              </w:rPr>
              <w:t>هل الدراسة تستخدم نمذجة معادلات بنائية؟</w:t>
            </w:r>
          </w:p>
        </w:tc>
        <w:tc>
          <w:tcPr>
            <w:tcW w:w="4025" w:type="dxa"/>
            <w:tcMar>
              <w:top w:w="100" w:type="dxa"/>
              <w:left w:w="100" w:type="dxa"/>
              <w:bottom w:w="100" w:type="dxa"/>
              <w:right w:w="100" w:type="dxa"/>
            </w:tcMar>
          </w:tcPr>
          <w:p w14:paraId="272A0B78" w14:textId="10D363CA" w:rsidR="00394A06" w:rsidRPr="00394A06" w:rsidRDefault="00394A06" w:rsidP="00394A06">
            <w:pPr>
              <w:bidi/>
              <w:jc w:val="both"/>
              <w:rPr>
                <w:rFonts w:ascii="Simplified Arabic" w:hAnsi="Simplified Arabic" w:cs="Simplified Arabic"/>
                <w:sz w:val="20"/>
                <w:szCs w:val="20"/>
              </w:rPr>
            </w:pPr>
            <w:r w:rsidRPr="00A50E6C">
              <w:rPr>
                <w:rtl/>
              </w:rPr>
              <w:t>لا تذكر مؤشرات</w:t>
            </w:r>
            <w:r w:rsidRPr="00A50E6C">
              <w:t xml:space="preserve"> SEM </w:t>
            </w:r>
            <w:r w:rsidRPr="00A50E6C">
              <w:rPr>
                <w:rtl/>
              </w:rPr>
              <w:t>إلا إذا اعتمدت نمذجة معادلات بنائية فعلاً.</w:t>
            </w:r>
          </w:p>
        </w:tc>
        <w:tc>
          <w:tcPr>
            <w:tcW w:w="1474" w:type="dxa"/>
            <w:tcMar>
              <w:top w:w="100" w:type="dxa"/>
              <w:left w:w="100" w:type="dxa"/>
              <w:bottom w:w="100" w:type="dxa"/>
              <w:right w:w="100" w:type="dxa"/>
            </w:tcMar>
          </w:tcPr>
          <w:p w14:paraId="1306BF28" w14:textId="00589DB0" w:rsidR="00394A06" w:rsidRPr="00394A06" w:rsidRDefault="00394A06" w:rsidP="00394A06">
            <w:pPr>
              <w:bidi/>
              <w:jc w:val="both"/>
              <w:rPr>
                <w:rFonts w:ascii="Simplified Arabic" w:hAnsi="Simplified Arabic" w:cs="Simplified Arabic"/>
                <w:sz w:val="20"/>
                <w:szCs w:val="20"/>
              </w:rPr>
            </w:pPr>
            <w:r w:rsidRPr="00A50E6C">
              <w:rPr>
                <w:rtl/>
              </w:rPr>
              <w:t>جيد</w:t>
            </w:r>
          </w:p>
        </w:tc>
        <w:tc>
          <w:tcPr>
            <w:tcW w:w="3288" w:type="dxa"/>
            <w:tcMar>
              <w:top w:w="100" w:type="dxa"/>
              <w:left w:w="100" w:type="dxa"/>
              <w:bottom w:w="100" w:type="dxa"/>
              <w:right w:w="100" w:type="dxa"/>
            </w:tcMar>
          </w:tcPr>
          <w:p w14:paraId="04E01CBB" w14:textId="1B6BAB5D" w:rsidR="00394A06" w:rsidRPr="00394A06" w:rsidRDefault="00394A06" w:rsidP="00394A06">
            <w:pPr>
              <w:bidi/>
              <w:jc w:val="both"/>
              <w:rPr>
                <w:rFonts w:ascii="Simplified Arabic" w:hAnsi="Simplified Arabic" w:cs="Simplified Arabic"/>
                <w:sz w:val="20"/>
                <w:szCs w:val="20"/>
              </w:rPr>
            </w:pPr>
            <w:r w:rsidRPr="00A50E6C">
              <w:rPr>
                <w:rtl/>
              </w:rPr>
              <w:t>حسم أسلوب التحليل قبل إدراج</w:t>
            </w:r>
            <w:r w:rsidRPr="00A50E6C">
              <w:t xml:space="preserve"> AVE/HTMT/CR.</w:t>
            </w:r>
          </w:p>
        </w:tc>
        <w:tc>
          <w:tcPr>
            <w:tcW w:w="1134" w:type="dxa"/>
            <w:tcMar>
              <w:top w:w="100" w:type="dxa"/>
              <w:left w:w="100" w:type="dxa"/>
              <w:bottom w:w="100" w:type="dxa"/>
              <w:right w:w="100" w:type="dxa"/>
            </w:tcMar>
            <w:vAlign w:val="center"/>
          </w:tcPr>
          <w:p w14:paraId="24BAD214"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24070BC6" w14:textId="77777777" w:rsidTr="00621641">
        <w:trPr>
          <w:cantSplit/>
          <w:jc w:val="center"/>
        </w:trPr>
        <w:tc>
          <w:tcPr>
            <w:tcW w:w="1927" w:type="dxa"/>
            <w:tcMar>
              <w:top w:w="100" w:type="dxa"/>
              <w:left w:w="100" w:type="dxa"/>
              <w:bottom w:w="100" w:type="dxa"/>
              <w:right w:w="100" w:type="dxa"/>
            </w:tcMar>
            <w:vAlign w:val="center"/>
          </w:tcPr>
          <w:p w14:paraId="3B517986"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الثبات</w:t>
            </w:r>
          </w:p>
        </w:tc>
        <w:tc>
          <w:tcPr>
            <w:tcW w:w="3005" w:type="dxa"/>
            <w:tcMar>
              <w:top w:w="100" w:type="dxa"/>
              <w:left w:w="100" w:type="dxa"/>
              <w:bottom w:w="100" w:type="dxa"/>
              <w:right w:w="100" w:type="dxa"/>
            </w:tcMar>
          </w:tcPr>
          <w:p w14:paraId="3FAFEA56" w14:textId="0222F17D" w:rsidR="00394A06" w:rsidRPr="00394A06" w:rsidRDefault="00394A06" w:rsidP="00394A06">
            <w:pPr>
              <w:bidi/>
              <w:jc w:val="both"/>
              <w:rPr>
                <w:rFonts w:ascii="Simplified Arabic" w:hAnsi="Simplified Arabic" w:cs="Simplified Arabic"/>
                <w:sz w:val="20"/>
                <w:szCs w:val="20"/>
              </w:rPr>
            </w:pPr>
            <w:r w:rsidRPr="00A50E6C">
              <w:rPr>
                <w:rtl/>
              </w:rPr>
              <w:t>هل تم توضيح معامل ألفا كرونباخ أو الثبات المركب؟</w:t>
            </w:r>
          </w:p>
        </w:tc>
        <w:tc>
          <w:tcPr>
            <w:tcW w:w="4025" w:type="dxa"/>
            <w:tcMar>
              <w:top w:w="100" w:type="dxa"/>
              <w:left w:w="100" w:type="dxa"/>
              <w:bottom w:w="100" w:type="dxa"/>
              <w:right w:w="100" w:type="dxa"/>
            </w:tcMar>
          </w:tcPr>
          <w:p w14:paraId="5ABDCB38" w14:textId="699A5601" w:rsidR="00394A06" w:rsidRPr="00394A06" w:rsidRDefault="00394A06" w:rsidP="00394A06">
            <w:pPr>
              <w:bidi/>
              <w:jc w:val="both"/>
              <w:rPr>
                <w:rFonts w:ascii="Simplified Arabic" w:hAnsi="Simplified Arabic" w:cs="Simplified Arabic"/>
                <w:sz w:val="20"/>
                <w:szCs w:val="20"/>
              </w:rPr>
            </w:pPr>
            <w:r w:rsidRPr="00A50E6C">
              <w:rPr>
                <w:rtl/>
              </w:rPr>
              <w:t>ألفا كرونباخ مناسب للاستبانة.</w:t>
            </w:r>
          </w:p>
        </w:tc>
        <w:tc>
          <w:tcPr>
            <w:tcW w:w="1474" w:type="dxa"/>
            <w:tcMar>
              <w:top w:w="100" w:type="dxa"/>
              <w:left w:w="100" w:type="dxa"/>
              <w:bottom w:w="100" w:type="dxa"/>
              <w:right w:w="100" w:type="dxa"/>
            </w:tcMar>
          </w:tcPr>
          <w:p w14:paraId="3E2A055A" w14:textId="68559F0D" w:rsidR="00394A06" w:rsidRPr="00394A06" w:rsidRDefault="00394A06" w:rsidP="00394A06">
            <w:pPr>
              <w:bidi/>
              <w:jc w:val="both"/>
              <w:rPr>
                <w:rFonts w:ascii="Simplified Arabic" w:hAnsi="Simplified Arabic" w:cs="Simplified Arabic"/>
                <w:sz w:val="20"/>
                <w:szCs w:val="20"/>
              </w:rPr>
            </w:pPr>
            <w:r w:rsidRPr="00A50E6C">
              <w:rPr>
                <w:rtl/>
              </w:rPr>
              <w:t>جيد</w:t>
            </w:r>
          </w:p>
        </w:tc>
        <w:tc>
          <w:tcPr>
            <w:tcW w:w="3288" w:type="dxa"/>
            <w:tcMar>
              <w:top w:w="100" w:type="dxa"/>
              <w:left w:w="100" w:type="dxa"/>
              <w:bottom w:w="100" w:type="dxa"/>
              <w:right w:w="100" w:type="dxa"/>
            </w:tcMar>
          </w:tcPr>
          <w:p w14:paraId="6D1C17A6" w14:textId="69A89C75" w:rsidR="00394A06" w:rsidRPr="00394A06" w:rsidRDefault="00394A06" w:rsidP="00394A06">
            <w:pPr>
              <w:bidi/>
              <w:jc w:val="both"/>
              <w:rPr>
                <w:rFonts w:ascii="Simplified Arabic" w:hAnsi="Simplified Arabic" w:cs="Simplified Arabic"/>
                <w:sz w:val="20"/>
                <w:szCs w:val="20"/>
              </w:rPr>
            </w:pPr>
            <w:r w:rsidRPr="00A50E6C">
              <w:rPr>
                <w:rtl/>
              </w:rPr>
              <w:t>تحديد معيار القبول والإجراء عند انخفاض قيمة أي بعد</w:t>
            </w:r>
            <w:r w:rsidRPr="00A50E6C">
              <w:t>.</w:t>
            </w:r>
          </w:p>
        </w:tc>
        <w:tc>
          <w:tcPr>
            <w:tcW w:w="1134" w:type="dxa"/>
            <w:tcMar>
              <w:top w:w="100" w:type="dxa"/>
              <w:left w:w="100" w:type="dxa"/>
              <w:bottom w:w="100" w:type="dxa"/>
              <w:right w:w="100" w:type="dxa"/>
            </w:tcMar>
            <w:vAlign w:val="center"/>
          </w:tcPr>
          <w:p w14:paraId="69C41FDB"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6B13FFA1" w14:textId="77777777" w:rsidTr="00621641">
        <w:trPr>
          <w:cantSplit/>
          <w:jc w:val="center"/>
        </w:trPr>
        <w:tc>
          <w:tcPr>
            <w:tcW w:w="1927" w:type="dxa"/>
            <w:tcMar>
              <w:top w:w="100" w:type="dxa"/>
              <w:left w:w="100" w:type="dxa"/>
              <w:bottom w:w="100" w:type="dxa"/>
              <w:right w:w="100" w:type="dxa"/>
            </w:tcMar>
            <w:vAlign w:val="center"/>
          </w:tcPr>
          <w:p w14:paraId="3D5B5E08"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الاختبار التجريبي</w:t>
            </w:r>
          </w:p>
        </w:tc>
        <w:tc>
          <w:tcPr>
            <w:tcW w:w="3005" w:type="dxa"/>
            <w:tcMar>
              <w:top w:w="100" w:type="dxa"/>
              <w:left w:w="100" w:type="dxa"/>
              <w:bottom w:w="100" w:type="dxa"/>
              <w:right w:w="100" w:type="dxa"/>
            </w:tcMar>
          </w:tcPr>
          <w:p w14:paraId="75332E19" w14:textId="505A284F" w:rsidR="00394A06" w:rsidRPr="00394A06" w:rsidRDefault="00394A06" w:rsidP="00394A06">
            <w:pPr>
              <w:bidi/>
              <w:jc w:val="both"/>
              <w:rPr>
                <w:rFonts w:ascii="Simplified Arabic" w:hAnsi="Simplified Arabic" w:cs="Simplified Arabic"/>
                <w:sz w:val="20"/>
                <w:szCs w:val="20"/>
              </w:rPr>
            </w:pPr>
            <w:r w:rsidRPr="00A50E6C">
              <w:rPr>
                <w:rtl/>
              </w:rPr>
              <w:t>هل توجد دراسة استطلاعية؟</w:t>
            </w:r>
          </w:p>
        </w:tc>
        <w:tc>
          <w:tcPr>
            <w:tcW w:w="4025" w:type="dxa"/>
            <w:tcMar>
              <w:top w:w="100" w:type="dxa"/>
              <w:left w:w="100" w:type="dxa"/>
              <w:bottom w:w="100" w:type="dxa"/>
              <w:right w:w="100" w:type="dxa"/>
            </w:tcMar>
          </w:tcPr>
          <w:p w14:paraId="477C6314" w14:textId="19A7ED89" w:rsidR="00394A06" w:rsidRPr="00394A06" w:rsidRDefault="00394A06" w:rsidP="00394A06">
            <w:pPr>
              <w:bidi/>
              <w:jc w:val="both"/>
              <w:rPr>
                <w:rFonts w:ascii="Simplified Arabic" w:hAnsi="Simplified Arabic" w:cs="Simplified Arabic"/>
                <w:sz w:val="20"/>
                <w:szCs w:val="20"/>
              </w:rPr>
            </w:pPr>
            <w:r w:rsidRPr="00A50E6C">
              <w:rPr>
                <w:rtl/>
              </w:rPr>
              <w:t>يلزم توضيح الدراسة الاستطلاعية وعددها ومصدرها.</w:t>
            </w:r>
          </w:p>
        </w:tc>
        <w:tc>
          <w:tcPr>
            <w:tcW w:w="1474" w:type="dxa"/>
            <w:tcMar>
              <w:top w:w="100" w:type="dxa"/>
              <w:left w:w="100" w:type="dxa"/>
              <w:bottom w:w="100" w:type="dxa"/>
              <w:right w:w="100" w:type="dxa"/>
            </w:tcMar>
          </w:tcPr>
          <w:p w14:paraId="09F1C29F" w14:textId="56F0843B" w:rsidR="00394A06" w:rsidRPr="00394A06" w:rsidRDefault="00394A06" w:rsidP="00394A06">
            <w:pPr>
              <w:bidi/>
              <w:jc w:val="both"/>
              <w:rPr>
                <w:rFonts w:ascii="Simplified Arabic" w:hAnsi="Simplified Arabic" w:cs="Simplified Arabic"/>
                <w:sz w:val="20"/>
                <w:szCs w:val="20"/>
              </w:rPr>
            </w:pPr>
            <w:r w:rsidRPr="00A50E6C">
              <w:rPr>
                <w:rtl/>
              </w:rPr>
              <w:t>جيد</w:t>
            </w:r>
          </w:p>
        </w:tc>
        <w:tc>
          <w:tcPr>
            <w:tcW w:w="3288" w:type="dxa"/>
            <w:tcMar>
              <w:top w:w="100" w:type="dxa"/>
              <w:left w:w="100" w:type="dxa"/>
              <w:bottom w:w="100" w:type="dxa"/>
              <w:right w:w="100" w:type="dxa"/>
            </w:tcMar>
          </w:tcPr>
          <w:p w14:paraId="1AC404C3" w14:textId="7ADABC7A" w:rsidR="00394A06" w:rsidRPr="00394A06" w:rsidRDefault="00394A06" w:rsidP="00394A06">
            <w:pPr>
              <w:bidi/>
              <w:jc w:val="both"/>
              <w:rPr>
                <w:rFonts w:ascii="Simplified Arabic" w:hAnsi="Simplified Arabic" w:cs="Simplified Arabic"/>
                <w:sz w:val="20"/>
                <w:szCs w:val="20"/>
              </w:rPr>
            </w:pPr>
            <w:r w:rsidRPr="00A50E6C">
              <w:rPr>
                <w:rtl/>
              </w:rPr>
              <w:t>إضافة عينة استطلاعية منفصلة وآلية تعديل الأداة بناءً عليها</w:t>
            </w:r>
            <w:r w:rsidRPr="00A50E6C">
              <w:t>.</w:t>
            </w:r>
          </w:p>
        </w:tc>
        <w:tc>
          <w:tcPr>
            <w:tcW w:w="1134" w:type="dxa"/>
            <w:tcMar>
              <w:top w:w="100" w:type="dxa"/>
              <w:left w:w="100" w:type="dxa"/>
              <w:bottom w:w="100" w:type="dxa"/>
              <w:right w:w="100" w:type="dxa"/>
            </w:tcMar>
            <w:vAlign w:val="center"/>
          </w:tcPr>
          <w:p w14:paraId="6CF76CC0" w14:textId="77777777" w:rsidR="00394A06" w:rsidRPr="00394A06" w:rsidRDefault="00394A06" w:rsidP="00394A06">
            <w:pPr>
              <w:bidi/>
              <w:jc w:val="both"/>
              <w:rPr>
                <w:rFonts w:ascii="Simplified Arabic" w:hAnsi="Simplified Arabic" w:cs="Simplified Arabic"/>
                <w:sz w:val="20"/>
                <w:szCs w:val="20"/>
              </w:rPr>
            </w:pPr>
          </w:p>
        </w:tc>
      </w:tr>
      <w:tr w:rsidR="00047CBC" w:rsidRPr="00394A06" w14:paraId="154FCC15" w14:textId="77777777" w:rsidTr="000A310A">
        <w:trPr>
          <w:cantSplit/>
          <w:jc w:val="center"/>
        </w:trPr>
        <w:tc>
          <w:tcPr>
            <w:tcW w:w="1927" w:type="dxa"/>
            <w:tcMar>
              <w:top w:w="100" w:type="dxa"/>
              <w:left w:w="100" w:type="dxa"/>
              <w:bottom w:w="100" w:type="dxa"/>
              <w:right w:w="100" w:type="dxa"/>
            </w:tcMar>
            <w:vAlign w:val="center"/>
          </w:tcPr>
          <w:p w14:paraId="7942A352" w14:textId="77777777" w:rsidR="00EA2E28" w:rsidRPr="00394A06" w:rsidRDefault="00000000"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جودة الترجمة</w:t>
            </w:r>
          </w:p>
        </w:tc>
        <w:tc>
          <w:tcPr>
            <w:tcW w:w="3005" w:type="dxa"/>
            <w:tcMar>
              <w:top w:w="100" w:type="dxa"/>
              <w:left w:w="100" w:type="dxa"/>
              <w:bottom w:w="100" w:type="dxa"/>
              <w:right w:w="100" w:type="dxa"/>
            </w:tcMar>
            <w:vAlign w:val="center"/>
          </w:tcPr>
          <w:p w14:paraId="0C8066EB" w14:textId="77777777" w:rsidR="00EA2E28" w:rsidRPr="00394A06" w:rsidRDefault="00000000"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إذا كانت الأداة مترجمة، هل تم التحقق من الترجمة؟</w:t>
            </w:r>
          </w:p>
        </w:tc>
        <w:tc>
          <w:tcPr>
            <w:tcW w:w="4025" w:type="dxa"/>
            <w:tcMar>
              <w:top w:w="100" w:type="dxa"/>
              <w:left w:w="100" w:type="dxa"/>
              <w:bottom w:w="100" w:type="dxa"/>
              <w:right w:w="100" w:type="dxa"/>
            </w:tcMar>
            <w:vAlign w:val="center"/>
          </w:tcPr>
          <w:p w14:paraId="34F90F07" w14:textId="77777777" w:rsidR="00EA2E28" w:rsidRPr="00394A06" w:rsidRDefault="00000000"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إذا استخدمت مقاييس أجنبية يجب توضيح الترجمة والتكييف.</w:t>
            </w:r>
          </w:p>
        </w:tc>
        <w:tc>
          <w:tcPr>
            <w:tcW w:w="1474" w:type="dxa"/>
            <w:tcMar>
              <w:top w:w="100" w:type="dxa"/>
              <w:left w:w="100" w:type="dxa"/>
              <w:bottom w:w="100" w:type="dxa"/>
              <w:right w:w="100" w:type="dxa"/>
            </w:tcMar>
            <w:vAlign w:val="center"/>
          </w:tcPr>
          <w:p w14:paraId="51C24839" w14:textId="77777777" w:rsidR="00EA2E28" w:rsidRPr="00394A06" w:rsidRDefault="00000000"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جيد</w:t>
            </w:r>
          </w:p>
        </w:tc>
        <w:tc>
          <w:tcPr>
            <w:tcW w:w="3288" w:type="dxa"/>
            <w:tcMar>
              <w:top w:w="100" w:type="dxa"/>
              <w:left w:w="100" w:type="dxa"/>
              <w:bottom w:w="100" w:type="dxa"/>
              <w:right w:w="100" w:type="dxa"/>
            </w:tcMar>
            <w:vAlign w:val="center"/>
          </w:tcPr>
          <w:p w14:paraId="255993E4" w14:textId="77777777" w:rsidR="00EA2E28" w:rsidRPr="00394A06" w:rsidRDefault="00000000"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إضافة إجراء ترجمة عكسية أو تحكيم لغوي للفقرات المترجمة.</w:t>
            </w:r>
          </w:p>
        </w:tc>
        <w:tc>
          <w:tcPr>
            <w:tcW w:w="1134" w:type="dxa"/>
            <w:tcMar>
              <w:top w:w="100" w:type="dxa"/>
              <w:left w:w="100" w:type="dxa"/>
              <w:bottom w:w="100" w:type="dxa"/>
              <w:right w:w="100" w:type="dxa"/>
            </w:tcMar>
            <w:vAlign w:val="center"/>
          </w:tcPr>
          <w:p w14:paraId="788B5BDB" w14:textId="77777777" w:rsidR="00EA2E28" w:rsidRPr="00394A06" w:rsidRDefault="00EA2E28" w:rsidP="00394A06">
            <w:pPr>
              <w:bidi/>
              <w:jc w:val="both"/>
              <w:rPr>
                <w:rFonts w:ascii="Simplified Arabic" w:hAnsi="Simplified Arabic" w:cs="Simplified Arabic"/>
                <w:sz w:val="20"/>
                <w:szCs w:val="20"/>
              </w:rPr>
            </w:pPr>
          </w:p>
        </w:tc>
      </w:tr>
    </w:tbl>
    <w:p w14:paraId="31550E48" w14:textId="77777777" w:rsidR="00A662EF" w:rsidRPr="00394A06" w:rsidRDefault="000A310A" w:rsidP="00394A06">
      <w:pPr>
        <w:pStyle w:val="Heading1"/>
        <w:bidi/>
        <w:spacing w:before="200" w:line="240" w:lineRule="auto"/>
        <w:jc w:val="both"/>
        <w:rPr>
          <w:rFonts w:ascii="Simplified Arabic" w:hAnsi="Simplified Arabic" w:cs="Simplified Arabic"/>
          <w:color w:val="000000" w:themeColor="text1"/>
          <w:sz w:val="20"/>
          <w:szCs w:val="20"/>
        </w:rPr>
      </w:pPr>
      <w:r w:rsidRPr="00394A06">
        <w:rPr>
          <w:rFonts w:ascii="Simplified Arabic" w:hAnsi="Simplified Arabic" w:cs="Simplified Arabic"/>
          <w:color w:val="000000" w:themeColor="text1"/>
          <w:sz w:val="20"/>
          <w:szCs w:val="20"/>
          <w:rtl/>
        </w:rPr>
        <w:lastRenderedPageBreak/>
        <w:t>الاعتبارات الأخلاقية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394A06" w14:paraId="029E9F40" w14:textId="77777777" w:rsidTr="00047CBC">
        <w:trPr>
          <w:cantSplit/>
          <w:tblHeader/>
          <w:jc w:val="center"/>
        </w:trPr>
        <w:tc>
          <w:tcPr>
            <w:tcW w:w="1927" w:type="dxa"/>
            <w:tcMar>
              <w:top w:w="100" w:type="dxa"/>
              <w:left w:w="100" w:type="dxa"/>
              <w:bottom w:w="100" w:type="dxa"/>
              <w:right w:w="100" w:type="dxa"/>
            </w:tcMar>
            <w:vAlign w:val="center"/>
          </w:tcPr>
          <w:p w14:paraId="2711B307"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6D0DE955"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49BD6142"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0148F2BA"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66948390"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6A881BC7"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رد الطالب</w:t>
            </w:r>
          </w:p>
        </w:tc>
      </w:tr>
      <w:tr w:rsidR="00394A06" w:rsidRPr="00394A06" w14:paraId="4255A06A" w14:textId="77777777" w:rsidTr="00A03385">
        <w:trPr>
          <w:cantSplit/>
          <w:jc w:val="center"/>
        </w:trPr>
        <w:tc>
          <w:tcPr>
            <w:tcW w:w="1927" w:type="dxa"/>
            <w:tcMar>
              <w:top w:w="100" w:type="dxa"/>
              <w:left w:w="100" w:type="dxa"/>
              <w:bottom w:w="100" w:type="dxa"/>
              <w:right w:w="100" w:type="dxa"/>
            </w:tcMar>
            <w:vAlign w:val="center"/>
          </w:tcPr>
          <w:p w14:paraId="1A501AB1" w14:textId="77777777" w:rsidR="00394A06" w:rsidRPr="00394A06" w:rsidRDefault="00394A06" w:rsidP="00394A06">
            <w:pPr>
              <w:bidi/>
              <w:jc w:val="both"/>
              <w:rPr>
                <w:rFonts w:ascii="Simplified Arabic" w:hAnsi="Simplified Arabic" w:cs="Simplified Arabic"/>
                <w:sz w:val="20"/>
                <w:szCs w:val="20"/>
              </w:rPr>
            </w:pPr>
            <w:proofErr w:type="spellStart"/>
            <w:r w:rsidRPr="00394A06">
              <w:rPr>
                <w:rFonts w:ascii="Simplified Arabic" w:hAnsi="Simplified Arabic" w:cs="Simplified Arabic"/>
                <w:sz w:val="20"/>
                <w:szCs w:val="20"/>
              </w:rPr>
              <w:t>الموافقة</w:t>
            </w:r>
            <w:proofErr w:type="spellEnd"/>
            <w:r w:rsidRPr="00394A06">
              <w:rPr>
                <w:rFonts w:ascii="Simplified Arabic" w:hAnsi="Simplified Arabic" w:cs="Simplified Arabic"/>
                <w:sz w:val="20"/>
                <w:szCs w:val="20"/>
              </w:rPr>
              <w:t xml:space="preserve"> </w:t>
            </w:r>
            <w:proofErr w:type="spellStart"/>
            <w:r w:rsidRPr="00394A06">
              <w:rPr>
                <w:rFonts w:ascii="Simplified Arabic" w:hAnsi="Simplified Arabic" w:cs="Simplified Arabic"/>
                <w:sz w:val="20"/>
                <w:szCs w:val="20"/>
              </w:rPr>
              <w:t>المستنيرة</w:t>
            </w:r>
            <w:proofErr w:type="spellEnd"/>
          </w:p>
        </w:tc>
        <w:tc>
          <w:tcPr>
            <w:tcW w:w="3005" w:type="dxa"/>
            <w:tcMar>
              <w:top w:w="100" w:type="dxa"/>
              <w:left w:w="100" w:type="dxa"/>
              <w:bottom w:w="100" w:type="dxa"/>
              <w:right w:w="100" w:type="dxa"/>
            </w:tcMar>
          </w:tcPr>
          <w:p w14:paraId="0E1CB3E0" w14:textId="1EF53427" w:rsidR="00394A06" w:rsidRPr="00394A06" w:rsidRDefault="00394A06" w:rsidP="00394A06">
            <w:pPr>
              <w:bidi/>
              <w:jc w:val="both"/>
              <w:rPr>
                <w:rFonts w:ascii="Simplified Arabic" w:hAnsi="Simplified Arabic" w:cs="Simplified Arabic"/>
                <w:sz w:val="20"/>
                <w:szCs w:val="20"/>
              </w:rPr>
            </w:pPr>
            <w:r w:rsidRPr="00773113">
              <w:rPr>
                <w:rtl/>
              </w:rPr>
              <w:t>هل تم توضيح موافقة المشاركين؟</w:t>
            </w:r>
          </w:p>
        </w:tc>
        <w:tc>
          <w:tcPr>
            <w:tcW w:w="4025" w:type="dxa"/>
            <w:tcMar>
              <w:top w:w="100" w:type="dxa"/>
              <w:left w:w="100" w:type="dxa"/>
              <w:bottom w:w="100" w:type="dxa"/>
              <w:right w:w="100" w:type="dxa"/>
            </w:tcMar>
          </w:tcPr>
          <w:p w14:paraId="7E2D4BFF" w14:textId="565C1CDC" w:rsidR="00394A06" w:rsidRPr="00394A06" w:rsidRDefault="00394A06" w:rsidP="00394A06">
            <w:pPr>
              <w:bidi/>
              <w:jc w:val="both"/>
              <w:rPr>
                <w:rFonts w:ascii="Simplified Arabic" w:hAnsi="Simplified Arabic" w:cs="Simplified Arabic"/>
                <w:sz w:val="20"/>
                <w:szCs w:val="20"/>
              </w:rPr>
            </w:pPr>
            <w:r w:rsidRPr="00773113">
              <w:rPr>
                <w:rtl/>
              </w:rPr>
              <w:t>الأخلاقيات بحاجة توسيع لأن الدراسة تمس جهات عامة وخاصة وربما بيانات تنظيمية.</w:t>
            </w:r>
          </w:p>
        </w:tc>
        <w:tc>
          <w:tcPr>
            <w:tcW w:w="1474" w:type="dxa"/>
            <w:tcMar>
              <w:top w:w="100" w:type="dxa"/>
              <w:left w:w="100" w:type="dxa"/>
              <w:bottom w:w="100" w:type="dxa"/>
              <w:right w:w="100" w:type="dxa"/>
            </w:tcMar>
          </w:tcPr>
          <w:p w14:paraId="2AC97B9C" w14:textId="7A8B16BE" w:rsidR="00394A06" w:rsidRPr="00394A06" w:rsidRDefault="00394A06" w:rsidP="00394A06">
            <w:pPr>
              <w:bidi/>
              <w:jc w:val="both"/>
              <w:rPr>
                <w:rFonts w:ascii="Simplified Arabic" w:hAnsi="Simplified Arabic" w:cs="Simplified Arabic"/>
                <w:sz w:val="20"/>
                <w:szCs w:val="20"/>
              </w:rPr>
            </w:pPr>
            <w:r w:rsidRPr="00773113">
              <w:rPr>
                <w:rtl/>
              </w:rPr>
              <w:t>جيد مع تعديل</w:t>
            </w:r>
          </w:p>
        </w:tc>
        <w:tc>
          <w:tcPr>
            <w:tcW w:w="3288" w:type="dxa"/>
            <w:tcMar>
              <w:top w:w="100" w:type="dxa"/>
              <w:left w:w="100" w:type="dxa"/>
              <w:bottom w:w="100" w:type="dxa"/>
              <w:right w:w="100" w:type="dxa"/>
            </w:tcMar>
          </w:tcPr>
          <w:p w14:paraId="0E97E0D3" w14:textId="6FAEB356" w:rsidR="00394A06" w:rsidRPr="00394A06" w:rsidRDefault="00394A06" w:rsidP="00394A06">
            <w:pPr>
              <w:bidi/>
              <w:jc w:val="both"/>
              <w:rPr>
                <w:rFonts w:ascii="Simplified Arabic" w:hAnsi="Simplified Arabic" w:cs="Simplified Arabic"/>
                <w:sz w:val="20"/>
                <w:szCs w:val="20"/>
              </w:rPr>
            </w:pPr>
            <w:r w:rsidRPr="00773113">
              <w:rPr>
                <w:rtl/>
              </w:rPr>
              <w:t>إضافة موافقة مستنيرة واضحة للمشاركين</w:t>
            </w:r>
            <w:r w:rsidRPr="00773113">
              <w:t>.</w:t>
            </w:r>
          </w:p>
        </w:tc>
        <w:tc>
          <w:tcPr>
            <w:tcW w:w="1134" w:type="dxa"/>
            <w:tcMar>
              <w:top w:w="100" w:type="dxa"/>
              <w:left w:w="100" w:type="dxa"/>
              <w:bottom w:w="100" w:type="dxa"/>
              <w:right w:w="100" w:type="dxa"/>
            </w:tcMar>
            <w:vAlign w:val="center"/>
          </w:tcPr>
          <w:p w14:paraId="7398A743"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12511A85" w14:textId="77777777" w:rsidTr="00A03385">
        <w:trPr>
          <w:cantSplit/>
          <w:jc w:val="center"/>
        </w:trPr>
        <w:tc>
          <w:tcPr>
            <w:tcW w:w="1927" w:type="dxa"/>
            <w:tcMar>
              <w:top w:w="100" w:type="dxa"/>
              <w:left w:w="100" w:type="dxa"/>
              <w:bottom w:w="100" w:type="dxa"/>
              <w:right w:w="100" w:type="dxa"/>
            </w:tcMar>
            <w:vAlign w:val="center"/>
          </w:tcPr>
          <w:p w14:paraId="69F7CBB6"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السرية والخصوصية</w:t>
            </w:r>
          </w:p>
        </w:tc>
        <w:tc>
          <w:tcPr>
            <w:tcW w:w="3005" w:type="dxa"/>
            <w:tcMar>
              <w:top w:w="100" w:type="dxa"/>
              <w:left w:w="100" w:type="dxa"/>
              <w:bottom w:w="100" w:type="dxa"/>
              <w:right w:w="100" w:type="dxa"/>
            </w:tcMar>
          </w:tcPr>
          <w:p w14:paraId="624EF0B6" w14:textId="021E8E06" w:rsidR="00394A06" w:rsidRPr="00394A06" w:rsidRDefault="00394A06" w:rsidP="00394A06">
            <w:pPr>
              <w:bidi/>
              <w:jc w:val="both"/>
              <w:rPr>
                <w:rFonts w:ascii="Simplified Arabic" w:hAnsi="Simplified Arabic" w:cs="Simplified Arabic"/>
                <w:sz w:val="20"/>
                <w:szCs w:val="20"/>
              </w:rPr>
            </w:pPr>
            <w:r w:rsidRPr="00773113">
              <w:rPr>
                <w:rtl/>
              </w:rPr>
              <w:t>هل تم توضيح حماية البيانات؟</w:t>
            </w:r>
          </w:p>
        </w:tc>
        <w:tc>
          <w:tcPr>
            <w:tcW w:w="4025" w:type="dxa"/>
            <w:tcMar>
              <w:top w:w="100" w:type="dxa"/>
              <w:left w:w="100" w:type="dxa"/>
              <w:bottom w:w="100" w:type="dxa"/>
              <w:right w:w="100" w:type="dxa"/>
            </w:tcMar>
          </w:tcPr>
          <w:p w14:paraId="09757007" w14:textId="20801C1C" w:rsidR="00394A06" w:rsidRPr="00394A06" w:rsidRDefault="00394A06" w:rsidP="00394A06">
            <w:pPr>
              <w:bidi/>
              <w:jc w:val="both"/>
              <w:rPr>
                <w:rFonts w:ascii="Simplified Arabic" w:hAnsi="Simplified Arabic" w:cs="Simplified Arabic"/>
                <w:sz w:val="20"/>
                <w:szCs w:val="20"/>
              </w:rPr>
            </w:pPr>
            <w:r w:rsidRPr="00773113">
              <w:rPr>
                <w:rtl/>
              </w:rPr>
              <w:t>حماية البيانات يجب أن تشمل هوية الجهات والشركات المشاركة.</w:t>
            </w:r>
          </w:p>
        </w:tc>
        <w:tc>
          <w:tcPr>
            <w:tcW w:w="1474" w:type="dxa"/>
            <w:tcMar>
              <w:top w:w="100" w:type="dxa"/>
              <w:left w:w="100" w:type="dxa"/>
              <w:bottom w:w="100" w:type="dxa"/>
              <w:right w:w="100" w:type="dxa"/>
            </w:tcMar>
          </w:tcPr>
          <w:p w14:paraId="79578452" w14:textId="7343340A" w:rsidR="00394A06" w:rsidRPr="00394A06" w:rsidRDefault="00394A06" w:rsidP="00394A06">
            <w:pPr>
              <w:bidi/>
              <w:jc w:val="both"/>
              <w:rPr>
                <w:rFonts w:ascii="Simplified Arabic" w:hAnsi="Simplified Arabic" w:cs="Simplified Arabic"/>
                <w:sz w:val="20"/>
                <w:szCs w:val="20"/>
              </w:rPr>
            </w:pPr>
            <w:r w:rsidRPr="00773113">
              <w:rPr>
                <w:rtl/>
              </w:rPr>
              <w:t>جيد جداً</w:t>
            </w:r>
          </w:p>
        </w:tc>
        <w:tc>
          <w:tcPr>
            <w:tcW w:w="3288" w:type="dxa"/>
            <w:tcMar>
              <w:top w:w="100" w:type="dxa"/>
              <w:left w:w="100" w:type="dxa"/>
              <w:bottom w:w="100" w:type="dxa"/>
              <w:right w:w="100" w:type="dxa"/>
            </w:tcMar>
          </w:tcPr>
          <w:p w14:paraId="2D7C3E71" w14:textId="7B9606F9" w:rsidR="00394A06" w:rsidRPr="00394A06" w:rsidRDefault="00394A06" w:rsidP="00394A06">
            <w:pPr>
              <w:bidi/>
              <w:jc w:val="both"/>
              <w:rPr>
                <w:rFonts w:ascii="Simplified Arabic" w:hAnsi="Simplified Arabic" w:cs="Simplified Arabic"/>
                <w:sz w:val="20"/>
                <w:szCs w:val="20"/>
              </w:rPr>
            </w:pPr>
            <w:r w:rsidRPr="00773113">
              <w:rPr>
                <w:rtl/>
              </w:rPr>
              <w:t>عرض النتائج مجمعة وعدم تسمية جهة أو شركة دون إذن</w:t>
            </w:r>
            <w:r w:rsidRPr="00773113">
              <w:t>.</w:t>
            </w:r>
          </w:p>
        </w:tc>
        <w:tc>
          <w:tcPr>
            <w:tcW w:w="1134" w:type="dxa"/>
            <w:tcMar>
              <w:top w:w="100" w:type="dxa"/>
              <w:left w:w="100" w:type="dxa"/>
              <w:bottom w:w="100" w:type="dxa"/>
              <w:right w:w="100" w:type="dxa"/>
            </w:tcMar>
            <w:vAlign w:val="center"/>
          </w:tcPr>
          <w:p w14:paraId="12744A3F"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51D16A8D" w14:textId="77777777" w:rsidTr="00A03385">
        <w:trPr>
          <w:cantSplit/>
          <w:jc w:val="center"/>
        </w:trPr>
        <w:tc>
          <w:tcPr>
            <w:tcW w:w="1927" w:type="dxa"/>
            <w:tcMar>
              <w:top w:w="100" w:type="dxa"/>
              <w:left w:w="100" w:type="dxa"/>
              <w:bottom w:w="100" w:type="dxa"/>
              <w:right w:w="100" w:type="dxa"/>
            </w:tcMar>
            <w:vAlign w:val="center"/>
          </w:tcPr>
          <w:p w14:paraId="4C732CAB"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عدم الإضرار بالمشاركين</w:t>
            </w:r>
          </w:p>
        </w:tc>
        <w:tc>
          <w:tcPr>
            <w:tcW w:w="3005" w:type="dxa"/>
            <w:tcMar>
              <w:top w:w="100" w:type="dxa"/>
              <w:left w:w="100" w:type="dxa"/>
              <w:bottom w:w="100" w:type="dxa"/>
              <w:right w:w="100" w:type="dxa"/>
            </w:tcMar>
          </w:tcPr>
          <w:p w14:paraId="7985797B" w14:textId="3A3DE2DD" w:rsidR="00394A06" w:rsidRPr="00394A06" w:rsidRDefault="00394A06" w:rsidP="00394A06">
            <w:pPr>
              <w:bidi/>
              <w:jc w:val="both"/>
              <w:rPr>
                <w:rFonts w:ascii="Simplified Arabic" w:hAnsi="Simplified Arabic" w:cs="Simplified Arabic"/>
                <w:sz w:val="20"/>
                <w:szCs w:val="20"/>
              </w:rPr>
            </w:pPr>
            <w:r w:rsidRPr="00773113">
              <w:rPr>
                <w:rtl/>
              </w:rPr>
              <w:t xml:space="preserve">هل توجد </w:t>
            </w:r>
            <w:proofErr w:type="gramStart"/>
            <w:r w:rsidRPr="00773113">
              <w:rPr>
                <w:rtl/>
              </w:rPr>
              <w:t>مخاطر</w:t>
            </w:r>
            <w:proofErr w:type="gramEnd"/>
            <w:r w:rsidRPr="00773113">
              <w:rPr>
                <w:rtl/>
              </w:rPr>
              <w:t xml:space="preserve"> محتملة؟</w:t>
            </w:r>
          </w:p>
        </w:tc>
        <w:tc>
          <w:tcPr>
            <w:tcW w:w="4025" w:type="dxa"/>
            <w:tcMar>
              <w:top w:w="100" w:type="dxa"/>
              <w:left w:w="100" w:type="dxa"/>
              <w:bottom w:w="100" w:type="dxa"/>
              <w:right w:w="100" w:type="dxa"/>
            </w:tcMar>
          </w:tcPr>
          <w:p w14:paraId="109249F7" w14:textId="57B733C4" w:rsidR="00394A06" w:rsidRPr="00394A06" w:rsidRDefault="00394A06" w:rsidP="00394A06">
            <w:pPr>
              <w:bidi/>
              <w:jc w:val="both"/>
              <w:rPr>
                <w:rFonts w:ascii="Simplified Arabic" w:hAnsi="Simplified Arabic" w:cs="Simplified Arabic"/>
                <w:sz w:val="20"/>
                <w:szCs w:val="20"/>
              </w:rPr>
            </w:pPr>
            <w:r w:rsidRPr="00773113">
              <w:rPr>
                <w:rtl/>
              </w:rPr>
              <w:t>قد توجد حساسية في تقييم التفتيش والحوكمة.</w:t>
            </w:r>
          </w:p>
        </w:tc>
        <w:tc>
          <w:tcPr>
            <w:tcW w:w="1474" w:type="dxa"/>
            <w:tcMar>
              <w:top w:w="100" w:type="dxa"/>
              <w:left w:w="100" w:type="dxa"/>
              <w:bottom w:w="100" w:type="dxa"/>
              <w:right w:w="100" w:type="dxa"/>
            </w:tcMar>
          </w:tcPr>
          <w:p w14:paraId="572C39F5" w14:textId="6EC5C4B6" w:rsidR="00394A06" w:rsidRPr="00394A06" w:rsidRDefault="00394A06" w:rsidP="00394A06">
            <w:pPr>
              <w:bidi/>
              <w:jc w:val="both"/>
              <w:rPr>
                <w:rFonts w:ascii="Simplified Arabic" w:hAnsi="Simplified Arabic" w:cs="Simplified Arabic"/>
                <w:sz w:val="20"/>
                <w:szCs w:val="20"/>
              </w:rPr>
            </w:pPr>
            <w:r w:rsidRPr="00773113">
              <w:rPr>
                <w:rtl/>
              </w:rPr>
              <w:t>جيد</w:t>
            </w:r>
          </w:p>
        </w:tc>
        <w:tc>
          <w:tcPr>
            <w:tcW w:w="3288" w:type="dxa"/>
            <w:tcMar>
              <w:top w:w="100" w:type="dxa"/>
              <w:left w:w="100" w:type="dxa"/>
              <w:bottom w:w="100" w:type="dxa"/>
              <w:right w:w="100" w:type="dxa"/>
            </w:tcMar>
          </w:tcPr>
          <w:p w14:paraId="56B852CE" w14:textId="282B03C8" w:rsidR="00394A06" w:rsidRPr="00394A06" w:rsidRDefault="00394A06" w:rsidP="00394A06">
            <w:pPr>
              <w:bidi/>
              <w:jc w:val="both"/>
              <w:rPr>
                <w:rFonts w:ascii="Simplified Arabic" w:hAnsi="Simplified Arabic" w:cs="Simplified Arabic"/>
                <w:sz w:val="20"/>
                <w:szCs w:val="20"/>
              </w:rPr>
            </w:pPr>
            <w:r w:rsidRPr="00773113">
              <w:rPr>
                <w:rtl/>
              </w:rPr>
              <w:t>تأكيد عدم استخدام النتائج للمساءلة أو تقييم أداء أفراد أو جهات</w:t>
            </w:r>
            <w:r w:rsidRPr="00773113">
              <w:t>.</w:t>
            </w:r>
          </w:p>
        </w:tc>
        <w:tc>
          <w:tcPr>
            <w:tcW w:w="1134" w:type="dxa"/>
            <w:tcMar>
              <w:top w:w="100" w:type="dxa"/>
              <w:left w:w="100" w:type="dxa"/>
              <w:bottom w:w="100" w:type="dxa"/>
              <w:right w:w="100" w:type="dxa"/>
            </w:tcMar>
            <w:vAlign w:val="center"/>
          </w:tcPr>
          <w:p w14:paraId="784D8AC4"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1ED7ADE8" w14:textId="77777777" w:rsidTr="00A03385">
        <w:trPr>
          <w:cantSplit/>
          <w:jc w:val="center"/>
        </w:trPr>
        <w:tc>
          <w:tcPr>
            <w:tcW w:w="1927" w:type="dxa"/>
            <w:tcMar>
              <w:top w:w="100" w:type="dxa"/>
              <w:left w:w="100" w:type="dxa"/>
              <w:bottom w:w="100" w:type="dxa"/>
              <w:right w:w="100" w:type="dxa"/>
            </w:tcMar>
            <w:vAlign w:val="center"/>
          </w:tcPr>
          <w:p w14:paraId="69F18C0C"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الموافقات الرسمية</w:t>
            </w:r>
          </w:p>
        </w:tc>
        <w:tc>
          <w:tcPr>
            <w:tcW w:w="3005" w:type="dxa"/>
            <w:tcMar>
              <w:top w:w="100" w:type="dxa"/>
              <w:left w:w="100" w:type="dxa"/>
              <w:bottom w:w="100" w:type="dxa"/>
              <w:right w:w="100" w:type="dxa"/>
            </w:tcMar>
          </w:tcPr>
          <w:p w14:paraId="7296869E" w14:textId="5ACE3637" w:rsidR="00394A06" w:rsidRPr="00394A06" w:rsidRDefault="00394A06" w:rsidP="00394A06">
            <w:pPr>
              <w:bidi/>
              <w:jc w:val="both"/>
              <w:rPr>
                <w:rFonts w:ascii="Simplified Arabic" w:hAnsi="Simplified Arabic" w:cs="Simplified Arabic"/>
                <w:sz w:val="20"/>
                <w:szCs w:val="20"/>
              </w:rPr>
            </w:pPr>
            <w:r w:rsidRPr="00773113">
              <w:rPr>
                <w:rtl/>
              </w:rPr>
              <w:t>هل يحتاج الطالب موافقة جهة العمل أو لجنة أخلاقيات؟</w:t>
            </w:r>
          </w:p>
        </w:tc>
        <w:tc>
          <w:tcPr>
            <w:tcW w:w="4025" w:type="dxa"/>
            <w:tcMar>
              <w:top w:w="100" w:type="dxa"/>
              <w:left w:w="100" w:type="dxa"/>
              <w:bottom w:w="100" w:type="dxa"/>
              <w:right w:w="100" w:type="dxa"/>
            </w:tcMar>
          </w:tcPr>
          <w:p w14:paraId="13B74892" w14:textId="69814E61" w:rsidR="00394A06" w:rsidRPr="00394A06" w:rsidRDefault="00394A06" w:rsidP="00394A06">
            <w:pPr>
              <w:bidi/>
              <w:jc w:val="both"/>
              <w:rPr>
                <w:rFonts w:ascii="Simplified Arabic" w:hAnsi="Simplified Arabic" w:cs="Simplified Arabic"/>
                <w:sz w:val="20"/>
                <w:szCs w:val="20"/>
              </w:rPr>
            </w:pPr>
            <w:r w:rsidRPr="00773113">
              <w:rPr>
                <w:rtl/>
              </w:rPr>
              <w:t>يلزم موافقات رسمية من الجهات البيئية وربما الشركات المشاركة.</w:t>
            </w:r>
          </w:p>
        </w:tc>
        <w:tc>
          <w:tcPr>
            <w:tcW w:w="1474" w:type="dxa"/>
            <w:tcMar>
              <w:top w:w="100" w:type="dxa"/>
              <w:left w:w="100" w:type="dxa"/>
              <w:bottom w:w="100" w:type="dxa"/>
              <w:right w:w="100" w:type="dxa"/>
            </w:tcMar>
          </w:tcPr>
          <w:p w14:paraId="7967D58A" w14:textId="053E1584" w:rsidR="00394A06" w:rsidRPr="00394A06" w:rsidRDefault="00394A06" w:rsidP="00394A06">
            <w:pPr>
              <w:bidi/>
              <w:jc w:val="both"/>
              <w:rPr>
                <w:rFonts w:ascii="Simplified Arabic" w:hAnsi="Simplified Arabic" w:cs="Simplified Arabic"/>
                <w:sz w:val="20"/>
                <w:szCs w:val="20"/>
              </w:rPr>
            </w:pPr>
            <w:r w:rsidRPr="00773113">
              <w:rPr>
                <w:rtl/>
              </w:rPr>
              <w:t>جيد مع تعديل</w:t>
            </w:r>
          </w:p>
        </w:tc>
        <w:tc>
          <w:tcPr>
            <w:tcW w:w="3288" w:type="dxa"/>
            <w:tcMar>
              <w:top w:w="100" w:type="dxa"/>
              <w:left w:w="100" w:type="dxa"/>
              <w:bottom w:w="100" w:type="dxa"/>
              <w:right w:w="100" w:type="dxa"/>
            </w:tcMar>
          </w:tcPr>
          <w:p w14:paraId="1F77FA6F" w14:textId="686842BD" w:rsidR="00394A06" w:rsidRPr="00394A06" w:rsidRDefault="00394A06" w:rsidP="00394A06">
            <w:pPr>
              <w:bidi/>
              <w:jc w:val="both"/>
              <w:rPr>
                <w:rFonts w:ascii="Simplified Arabic" w:hAnsi="Simplified Arabic" w:cs="Simplified Arabic"/>
                <w:sz w:val="20"/>
                <w:szCs w:val="20"/>
              </w:rPr>
            </w:pPr>
            <w:r w:rsidRPr="00773113">
              <w:rPr>
                <w:rtl/>
              </w:rPr>
              <w:t>توثيق الموافقات قبل التطبيق</w:t>
            </w:r>
            <w:r w:rsidRPr="00773113">
              <w:t>.</w:t>
            </w:r>
          </w:p>
        </w:tc>
        <w:tc>
          <w:tcPr>
            <w:tcW w:w="1134" w:type="dxa"/>
            <w:tcMar>
              <w:top w:w="100" w:type="dxa"/>
              <w:left w:w="100" w:type="dxa"/>
              <w:bottom w:w="100" w:type="dxa"/>
              <w:right w:w="100" w:type="dxa"/>
            </w:tcMar>
            <w:vAlign w:val="center"/>
          </w:tcPr>
          <w:p w14:paraId="58CF2BFF"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0F7F0908" w14:textId="77777777" w:rsidTr="00A03385">
        <w:trPr>
          <w:cantSplit/>
          <w:jc w:val="center"/>
        </w:trPr>
        <w:tc>
          <w:tcPr>
            <w:tcW w:w="1927" w:type="dxa"/>
            <w:tcMar>
              <w:top w:w="100" w:type="dxa"/>
              <w:left w:w="100" w:type="dxa"/>
              <w:bottom w:w="100" w:type="dxa"/>
              <w:right w:w="100" w:type="dxa"/>
            </w:tcMar>
            <w:vAlign w:val="center"/>
          </w:tcPr>
          <w:p w14:paraId="53374FB5"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البيانات الحساسة</w:t>
            </w:r>
          </w:p>
        </w:tc>
        <w:tc>
          <w:tcPr>
            <w:tcW w:w="3005" w:type="dxa"/>
            <w:tcMar>
              <w:top w:w="100" w:type="dxa"/>
              <w:left w:w="100" w:type="dxa"/>
              <w:bottom w:w="100" w:type="dxa"/>
              <w:right w:w="100" w:type="dxa"/>
            </w:tcMar>
          </w:tcPr>
          <w:p w14:paraId="0BF9B5F6" w14:textId="4BCD2DA3" w:rsidR="00394A06" w:rsidRPr="00394A06" w:rsidRDefault="00394A06" w:rsidP="00394A06">
            <w:pPr>
              <w:bidi/>
              <w:jc w:val="both"/>
              <w:rPr>
                <w:rFonts w:ascii="Simplified Arabic" w:hAnsi="Simplified Arabic" w:cs="Simplified Arabic"/>
                <w:sz w:val="20"/>
                <w:szCs w:val="20"/>
              </w:rPr>
            </w:pPr>
            <w:r w:rsidRPr="00773113">
              <w:rPr>
                <w:rtl/>
              </w:rPr>
              <w:t>هل يتم جمع بيانات شخصية غير ضرورية؟</w:t>
            </w:r>
          </w:p>
        </w:tc>
        <w:tc>
          <w:tcPr>
            <w:tcW w:w="4025" w:type="dxa"/>
            <w:tcMar>
              <w:top w:w="100" w:type="dxa"/>
              <w:left w:w="100" w:type="dxa"/>
              <w:bottom w:w="100" w:type="dxa"/>
              <w:right w:w="100" w:type="dxa"/>
            </w:tcMar>
          </w:tcPr>
          <w:p w14:paraId="05C664BB" w14:textId="13AB6849" w:rsidR="00394A06" w:rsidRPr="00394A06" w:rsidRDefault="00394A06" w:rsidP="00394A06">
            <w:pPr>
              <w:bidi/>
              <w:jc w:val="both"/>
              <w:rPr>
                <w:rFonts w:ascii="Simplified Arabic" w:hAnsi="Simplified Arabic" w:cs="Simplified Arabic"/>
                <w:sz w:val="20"/>
                <w:szCs w:val="20"/>
              </w:rPr>
            </w:pPr>
            <w:r w:rsidRPr="00773113">
              <w:rPr>
                <w:rtl/>
              </w:rPr>
              <w:t>ينبغي تجنب جمع معلومات مالية/تشغيلية سرية غير لازمة.</w:t>
            </w:r>
          </w:p>
        </w:tc>
        <w:tc>
          <w:tcPr>
            <w:tcW w:w="1474" w:type="dxa"/>
            <w:tcMar>
              <w:top w:w="100" w:type="dxa"/>
              <w:left w:w="100" w:type="dxa"/>
              <w:bottom w:w="100" w:type="dxa"/>
              <w:right w:w="100" w:type="dxa"/>
            </w:tcMar>
          </w:tcPr>
          <w:p w14:paraId="2712FC8D" w14:textId="0DBC0041" w:rsidR="00394A06" w:rsidRPr="00394A06" w:rsidRDefault="00394A06" w:rsidP="00394A06">
            <w:pPr>
              <w:bidi/>
              <w:jc w:val="both"/>
              <w:rPr>
                <w:rFonts w:ascii="Simplified Arabic" w:hAnsi="Simplified Arabic" w:cs="Simplified Arabic"/>
                <w:sz w:val="20"/>
                <w:szCs w:val="20"/>
              </w:rPr>
            </w:pPr>
            <w:r w:rsidRPr="00773113">
              <w:rPr>
                <w:rtl/>
              </w:rPr>
              <w:t>جيد جداً</w:t>
            </w:r>
          </w:p>
        </w:tc>
        <w:tc>
          <w:tcPr>
            <w:tcW w:w="3288" w:type="dxa"/>
            <w:tcMar>
              <w:top w:w="100" w:type="dxa"/>
              <w:left w:w="100" w:type="dxa"/>
              <w:bottom w:w="100" w:type="dxa"/>
              <w:right w:w="100" w:type="dxa"/>
            </w:tcMar>
          </w:tcPr>
          <w:p w14:paraId="1E6F83EB" w14:textId="5EBE2CD1" w:rsidR="00394A06" w:rsidRPr="00394A06" w:rsidRDefault="00394A06" w:rsidP="00394A06">
            <w:pPr>
              <w:bidi/>
              <w:jc w:val="both"/>
              <w:rPr>
                <w:rFonts w:ascii="Simplified Arabic" w:hAnsi="Simplified Arabic" w:cs="Simplified Arabic"/>
                <w:sz w:val="20"/>
                <w:szCs w:val="20"/>
              </w:rPr>
            </w:pPr>
            <w:r w:rsidRPr="00773113">
              <w:rPr>
                <w:rtl/>
              </w:rPr>
              <w:t>حصر البيانات في مؤشرات عامة أو معلنة أو مرخص بجمعها</w:t>
            </w:r>
            <w:r w:rsidRPr="00773113">
              <w:t>.</w:t>
            </w:r>
          </w:p>
        </w:tc>
        <w:tc>
          <w:tcPr>
            <w:tcW w:w="1134" w:type="dxa"/>
            <w:tcMar>
              <w:top w:w="100" w:type="dxa"/>
              <w:left w:w="100" w:type="dxa"/>
              <w:bottom w:w="100" w:type="dxa"/>
              <w:right w:w="100" w:type="dxa"/>
            </w:tcMar>
            <w:vAlign w:val="center"/>
          </w:tcPr>
          <w:p w14:paraId="372487EB"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78AE8547" w14:textId="77777777" w:rsidTr="00A03385">
        <w:trPr>
          <w:cantSplit/>
          <w:jc w:val="center"/>
        </w:trPr>
        <w:tc>
          <w:tcPr>
            <w:tcW w:w="1927" w:type="dxa"/>
            <w:tcMar>
              <w:top w:w="100" w:type="dxa"/>
              <w:left w:w="100" w:type="dxa"/>
              <w:bottom w:w="100" w:type="dxa"/>
              <w:right w:w="100" w:type="dxa"/>
            </w:tcMar>
            <w:vAlign w:val="center"/>
          </w:tcPr>
          <w:p w14:paraId="178A3666"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عرض النتائج</w:t>
            </w:r>
          </w:p>
        </w:tc>
        <w:tc>
          <w:tcPr>
            <w:tcW w:w="3005" w:type="dxa"/>
            <w:tcMar>
              <w:top w:w="100" w:type="dxa"/>
              <w:left w:w="100" w:type="dxa"/>
              <w:bottom w:w="100" w:type="dxa"/>
              <w:right w:w="100" w:type="dxa"/>
            </w:tcMar>
          </w:tcPr>
          <w:p w14:paraId="2C55AD44" w14:textId="25E03036" w:rsidR="00394A06" w:rsidRPr="00394A06" w:rsidRDefault="00394A06" w:rsidP="00394A06">
            <w:pPr>
              <w:bidi/>
              <w:jc w:val="both"/>
              <w:rPr>
                <w:rFonts w:ascii="Simplified Arabic" w:hAnsi="Simplified Arabic" w:cs="Simplified Arabic"/>
                <w:sz w:val="20"/>
                <w:szCs w:val="20"/>
              </w:rPr>
            </w:pPr>
            <w:r w:rsidRPr="00773113">
              <w:rPr>
                <w:rtl/>
              </w:rPr>
              <w:t>هل سيتم عرض النتائج بصورة مجمعة؟</w:t>
            </w:r>
          </w:p>
        </w:tc>
        <w:tc>
          <w:tcPr>
            <w:tcW w:w="4025" w:type="dxa"/>
            <w:tcMar>
              <w:top w:w="100" w:type="dxa"/>
              <w:left w:w="100" w:type="dxa"/>
              <w:bottom w:w="100" w:type="dxa"/>
              <w:right w:w="100" w:type="dxa"/>
            </w:tcMar>
          </w:tcPr>
          <w:p w14:paraId="6DE4C4BF" w14:textId="1CD6241C" w:rsidR="00394A06" w:rsidRPr="00394A06" w:rsidRDefault="00394A06" w:rsidP="00394A06">
            <w:pPr>
              <w:bidi/>
              <w:jc w:val="both"/>
              <w:rPr>
                <w:rFonts w:ascii="Simplified Arabic" w:hAnsi="Simplified Arabic" w:cs="Simplified Arabic"/>
                <w:sz w:val="20"/>
                <w:szCs w:val="20"/>
              </w:rPr>
            </w:pPr>
            <w:r w:rsidRPr="00773113">
              <w:rPr>
                <w:rtl/>
              </w:rPr>
              <w:t>العرض المجمع ضروري.</w:t>
            </w:r>
          </w:p>
        </w:tc>
        <w:tc>
          <w:tcPr>
            <w:tcW w:w="1474" w:type="dxa"/>
            <w:tcMar>
              <w:top w:w="100" w:type="dxa"/>
              <w:left w:w="100" w:type="dxa"/>
              <w:bottom w:w="100" w:type="dxa"/>
              <w:right w:w="100" w:type="dxa"/>
            </w:tcMar>
          </w:tcPr>
          <w:p w14:paraId="7C5CB251" w14:textId="0F30369D" w:rsidR="00394A06" w:rsidRPr="00394A06" w:rsidRDefault="00394A06" w:rsidP="00394A06">
            <w:pPr>
              <w:bidi/>
              <w:jc w:val="both"/>
              <w:rPr>
                <w:rFonts w:ascii="Simplified Arabic" w:hAnsi="Simplified Arabic" w:cs="Simplified Arabic"/>
                <w:sz w:val="20"/>
                <w:szCs w:val="20"/>
              </w:rPr>
            </w:pPr>
            <w:r w:rsidRPr="00773113">
              <w:rPr>
                <w:rtl/>
              </w:rPr>
              <w:t>جيد جداً</w:t>
            </w:r>
          </w:p>
        </w:tc>
        <w:tc>
          <w:tcPr>
            <w:tcW w:w="3288" w:type="dxa"/>
            <w:tcMar>
              <w:top w:w="100" w:type="dxa"/>
              <w:left w:w="100" w:type="dxa"/>
              <w:bottom w:w="100" w:type="dxa"/>
              <w:right w:w="100" w:type="dxa"/>
            </w:tcMar>
          </w:tcPr>
          <w:p w14:paraId="0B31D307" w14:textId="2589F7AE" w:rsidR="00394A06" w:rsidRPr="00394A06" w:rsidRDefault="00394A06" w:rsidP="00394A06">
            <w:pPr>
              <w:bidi/>
              <w:jc w:val="both"/>
              <w:rPr>
                <w:rFonts w:ascii="Simplified Arabic" w:hAnsi="Simplified Arabic" w:cs="Simplified Arabic"/>
                <w:sz w:val="20"/>
                <w:szCs w:val="20"/>
              </w:rPr>
            </w:pPr>
            <w:r w:rsidRPr="00773113">
              <w:rPr>
                <w:rtl/>
              </w:rPr>
              <w:t>عدم عرض حالة شركة أو إدارة منفردة إلا كمثال عام ومجهول</w:t>
            </w:r>
            <w:r w:rsidRPr="00773113">
              <w:t>.</w:t>
            </w:r>
          </w:p>
        </w:tc>
        <w:tc>
          <w:tcPr>
            <w:tcW w:w="1134" w:type="dxa"/>
            <w:tcMar>
              <w:top w:w="100" w:type="dxa"/>
              <w:left w:w="100" w:type="dxa"/>
              <w:bottom w:w="100" w:type="dxa"/>
              <w:right w:w="100" w:type="dxa"/>
            </w:tcMar>
            <w:vAlign w:val="center"/>
          </w:tcPr>
          <w:p w14:paraId="117961ED" w14:textId="77777777" w:rsidR="00394A06" w:rsidRPr="00394A06" w:rsidRDefault="00394A06" w:rsidP="00394A06">
            <w:pPr>
              <w:bidi/>
              <w:jc w:val="both"/>
              <w:rPr>
                <w:rFonts w:ascii="Simplified Arabic" w:hAnsi="Simplified Arabic" w:cs="Simplified Arabic"/>
                <w:sz w:val="20"/>
                <w:szCs w:val="20"/>
              </w:rPr>
            </w:pPr>
          </w:p>
        </w:tc>
      </w:tr>
    </w:tbl>
    <w:p w14:paraId="5A3C003C" w14:textId="77777777" w:rsidR="00A662EF" w:rsidRPr="00394A06" w:rsidRDefault="000A310A" w:rsidP="00394A06">
      <w:pPr>
        <w:pStyle w:val="Heading1"/>
        <w:bidi/>
        <w:spacing w:before="200" w:line="240" w:lineRule="auto"/>
        <w:jc w:val="both"/>
        <w:rPr>
          <w:rFonts w:ascii="Simplified Arabic" w:hAnsi="Simplified Arabic" w:cs="Simplified Arabic"/>
          <w:color w:val="000000" w:themeColor="text1"/>
          <w:sz w:val="20"/>
          <w:szCs w:val="20"/>
        </w:rPr>
      </w:pPr>
      <w:r w:rsidRPr="00394A06">
        <w:rPr>
          <w:rFonts w:ascii="Simplified Arabic" w:hAnsi="Simplified Arabic" w:cs="Simplified Arabic"/>
          <w:color w:val="000000" w:themeColor="text1"/>
          <w:sz w:val="20"/>
          <w:szCs w:val="20"/>
          <w:rtl/>
        </w:rPr>
        <w:t>التوثيق والمراجع</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394A06" w14:paraId="0E3A09F2" w14:textId="77777777" w:rsidTr="00047CBC">
        <w:trPr>
          <w:cantSplit/>
          <w:tblHeader/>
          <w:jc w:val="center"/>
        </w:trPr>
        <w:tc>
          <w:tcPr>
            <w:tcW w:w="1927" w:type="dxa"/>
            <w:tcMar>
              <w:top w:w="100" w:type="dxa"/>
              <w:left w:w="100" w:type="dxa"/>
              <w:bottom w:w="100" w:type="dxa"/>
              <w:right w:w="100" w:type="dxa"/>
            </w:tcMar>
            <w:vAlign w:val="center"/>
          </w:tcPr>
          <w:p w14:paraId="4AE1D8FC"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554E178F"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2FEAA4E3"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57C46D6F"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25A7146A"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15C6FF3A"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رد الطالب</w:t>
            </w:r>
          </w:p>
        </w:tc>
      </w:tr>
      <w:tr w:rsidR="00394A06" w:rsidRPr="00394A06" w14:paraId="00FC9D6F" w14:textId="77777777" w:rsidTr="00402DF2">
        <w:trPr>
          <w:cantSplit/>
          <w:jc w:val="center"/>
        </w:trPr>
        <w:tc>
          <w:tcPr>
            <w:tcW w:w="1927" w:type="dxa"/>
            <w:tcMar>
              <w:top w:w="100" w:type="dxa"/>
              <w:left w:w="100" w:type="dxa"/>
              <w:bottom w:w="100" w:type="dxa"/>
              <w:right w:w="100" w:type="dxa"/>
            </w:tcMar>
            <w:vAlign w:val="center"/>
          </w:tcPr>
          <w:p w14:paraId="639C5364" w14:textId="77777777" w:rsidR="00394A06" w:rsidRPr="00394A06" w:rsidRDefault="00394A06" w:rsidP="00394A06">
            <w:pPr>
              <w:bidi/>
              <w:jc w:val="both"/>
              <w:rPr>
                <w:rFonts w:ascii="Simplified Arabic" w:hAnsi="Simplified Arabic" w:cs="Simplified Arabic"/>
                <w:sz w:val="20"/>
                <w:szCs w:val="20"/>
              </w:rPr>
            </w:pPr>
            <w:proofErr w:type="spellStart"/>
            <w:r w:rsidRPr="00394A06">
              <w:rPr>
                <w:rFonts w:ascii="Simplified Arabic" w:hAnsi="Simplified Arabic" w:cs="Simplified Arabic"/>
                <w:sz w:val="20"/>
                <w:szCs w:val="20"/>
              </w:rPr>
              <w:t>دعم</w:t>
            </w:r>
            <w:proofErr w:type="spellEnd"/>
            <w:r w:rsidRPr="00394A06">
              <w:rPr>
                <w:rFonts w:ascii="Simplified Arabic" w:hAnsi="Simplified Arabic" w:cs="Simplified Arabic"/>
                <w:sz w:val="20"/>
                <w:szCs w:val="20"/>
              </w:rPr>
              <w:t xml:space="preserve"> </w:t>
            </w:r>
            <w:proofErr w:type="spellStart"/>
            <w:r w:rsidRPr="00394A06">
              <w:rPr>
                <w:rFonts w:ascii="Simplified Arabic" w:hAnsi="Simplified Arabic" w:cs="Simplified Arabic"/>
                <w:sz w:val="20"/>
                <w:szCs w:val="20"/>
              </w:rPr>
              <w:t>الاختيارات</w:t>
            </w:r>
            <w:proofErr w:type="spellEnd"/>
            <w:r w:rsidRPr="00394A06">
              <w:rPr>
                <w:rFonts w:ascii="Simplified Arabic" w:hAnsi="Simplified Arabic" w:cs="Simplified Arabic"/>
                <w:sz w:val="20"/>
                <w:szCs w:val="20"/>
              </w:rPr>
              <w:t xml:space="preserve"> </w:t>
            </w:r>
            <w:proofErr w:type="spellStart"/>
            <w:r w:rsidRPr="00394A06">
              <w:rPr>
                <w:rFonts w:ascii="Simplified Arabic" w:hAnsi="Simplified Arabic" w:cs="Simplified Arabic"/>
                <w:sz w:val="20"/>
                <w:szCs w:val="20"/>
              </w:rPr>
              <w:t>المنهجية</w:t>
            </w:r>
            <w:proofErr w:type="spellEnd"/>
          </w:p>
        </w:tc>
        <w:tc>
          <w:tcPr>
            <w:tcW w:w="3005" w:type="dxa"/>
            <w:tcMar>
              <w:top w:w="100" w:type="dxa"/>
              <w:left w:w="100" w:type="dxa"/>
              <w:bottom w:w="100" w:type="dxa"/>
              <w:right w:w="100" w:type="dxa"/>
            </w:tcMar>
            <w:vAlign w:val="center"/>
          </w:tcPr>
          <w:p w14:paraId="7F38124B"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هل القرارات المنهجية موثقة؟</w:t>
            </w:r>
          </w:p>
        </w:tc>
        <w:tc>
          <w:tcPr>
            <w:tcW w:w="4025" w:type="dxa"/>
            <w:tcMar>
              <w:top w:w="100" w:type="dxa"/>
              <w:left w:w="100" w:type="dxa"/>
              <w:bottom w:w="100" w:type="dxa"/>
              <w:right w:w="100" w:type="dxa"/>
            </w:tcMar>
          </w:tcPr>
          <w:p w14:paraId="2522C7D3" w14:textId="4A1DBBBF" w:rsidR="00394A06" w:rsidRPr="00394A06" w:rsidRDefault="00394A06" w:rsidP="00394A06">
            <w:pPr>
              <w:bidi/>
              <w:jc w:val="both"/>
              <w:rPr>
                <w:rFonts w:ascii="Simplified Arabic" w:hAnsi="Simplified Arabic" w:cs="Simplified Arabic"/>
                <w:sz w:val="20"/>
                <w:szCs w:val="20"/>
              </w:rPr>
            </w:pPr>
            <w:r w:rsidRPr="00164341">
              <w:rPr>
                <w:rtl/>
              </w:rPr>
              <w:t>الموضوع يحتاج توثيقاً قوياً من مصادر رسمية وأكاديمية.</w:t>
            </w:r>
          </w:p>
        </w:tc>
        <w:tc>
          <w:tcPr>
            <w:tcW w:w="1474" w:type="dxa"/>
            <w:tcMar>
              <w:top w:w="100" w:type="dxa"/>
              <w:left w:w="100" w:type="dxa"/>
              <w:bottom w:w="100" w:type="dxa"/>
              <w:right w:w="100" w:type="dxa"/>
            </w:tcMar>
          </w:tcPr>
          <w:p w14:paraId="4258B7CE" w14:textId="48ABDFF4" w:rsidR="00394A06" w:rsidRPr="00394A06" w:rsidRDefault="00394A06" w:rsidP="00394A06">
            <w:pPr>
              <w:bidi/>
              <w:jc w:val="both"/>
              <w:rPr>
                <w:rFonts w:ascii="Simplified Arabic" w:hAnsi="Simplified Arabic" w:cs="Simplified Arabic"/>
                <w:sz w:val="20"/>
                <w:szCs w:val="20"/>
              </w:rPr>
            </w:pPr>
            <w:r w:rsidRPr="00164341">
              <w:rPr>
                <w:rtl/>
              </w:rPr>
              <w:t>جيد</w:t>
            </w:r>
          </w:p>
        </w:tc>
        <w:tc>
          <w:tcPr>
            <w:tcW w:w="3288" w:type="dxa"/>
            <w:tcMar>
              <w:top w:w="100" w:type="dxa"/>
              <w:left w:w="100" w:type="dxa"/>
              <w:bottom w:w="100" w:type="dxa"/>
              <w:right w:w="100" w:type="dxa"/>
            </w:tcMar>
          </w:tcPr>
          <w:p w14:paraId="60901E9E" w14:textId="2324F339" w:rsidR="00394A06" w:rsidRPr="00394A06" w:rsidRDefault="00394A06" w:rsidP="00394A06">
            <w:pPr>
              <w:bidi/>
              <w:jc w:val="both"/>
              <w:rPr>
                <w:rFonts w:ascii="Simplified Arabic" w:hAnsi="Simplified Arabic" w:cs="Simplified Arabic"/>
                <w:sz w:val="20"/>
                <w:szCs w:val="20"/>
              </w:rPr>
            </w:pPr>
            <w:r w:rsidRPr="00164341">
              <w:rPr>
                <w:rtl/>
              </w:rPr>
              <w:t>تمييز الوثائق الرسمية، الدراسات الأكاديمية، ومصادر القوانين في القائمة</w:t>
            </w:r>
            <w:r w:rsidRPr="00164341">
              <w:t>.</w:t>
            </w:r>
          </w:p>
        </w:tc>
        <w:tc>
          <w:tcPr>
            <w:tcW w:w="1134" w:type="dxa"/>
            <w:tcMar>
              <w:top w:w="100" w:type="dxa"/>
              <w:left w:w="100" w:type="dxa"/>
              <w:bottom w:w="100" w:type="dxa"/>
              <w:right w:w="100" w:type="dxa"/>
            </w:tcMar>
            <w:vAlign w:val="center"/>
          </w:tcPr>
          <w:p w14:paraId="13F389DD"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12E36563" w14:textId="77777777" w:rsidTr="00402DF2">
        <w:trPr>
          <w:cantSplit/>
          <w:jc w:val="center"/>
        </w:trPr>
        <w:tc>
          <w:tcPr>
            <w:tcW w:w="1927" w:type="dxa"/>
            <w:tcMar>
              <w:top w:w="100" w:type="dxa"/>
              <w:left w:w="100" w:type="dxa"/>
              <w:bottom w:w="100" w:type="dxa"/>
              <w:right w:w="100" w:type="dxa"/>
            </w:tcMar>
            <w:vAlign w:val="center"/>
          </w:tcPr>
          <w:p w14:paraId="76305D00"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حداثة المراجع</w:t>
            </w:r>
          </w:p>
        </w:tc>
        <w:tc>
          <w:tcPr>
            <w:tcW w:w="3005" w:type="dxa"/>
            <w:tcMar>
              <w:top w:w="100" w:type="dxa"/>
              <w:left w:w="100" w:type="dxa"/>
              <w:bottom w:w="100" w:type="dxa"/>
              <w:right w:w="100" w:type="dxa"/>
            </w:tcMar>
            <w:vAlign w:val="center"/>
          </w:tcPr>
          <w:p w14:paraId="386CB340"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هل المراجع حديثة؟</w:t>
            </w:r>
          </w:p>
        </w:tc>
        <w:tc>
          <w:tcPr>
            <w:tcW w:w="4025" w:type="dxa"/>
            <w:tcMar>
              <w:top w:w="100" w:type="dxa"/>
              <w:left w:w="100" w:type="dxa"/>
              <w:bottom w:w="100" w:type="dxa"/>
              <w:right w:w="100" w:type="dxa"/>
            </w:tcMar>
          </w:tcPr>
          <w:p w14:paraId="3D2572FF" w14:textId="4820CE73" w:rsidR="00394A06" w:rsidRPr="00394A06" w:rsidRDefault="00394A06" w:rsidP="00394A06">
            <w:pPr>
              <w:bidi/>
              <w:jc w:val="both"/>
              <w:rPr>
                <w:rFonts w:ascii="Simplified Arabic" w:hAnsi="Simplified Arabic" w:cs="Simplified Arabic"/>
                <w:sz w:val="20"/>
                <w:szCs w:val="20"/>
              </w:rPr>
            </w:pPr>
            <w:r w:rsidRPr="00164341">
              <w:rPr>
                <w:rtl/>
              </w:rPr>
              <w:t>ينبغي تحديث مراجع</w:t>
            </w:r>
            <w:r w:rsidRPr="00164341">
              <w:t xml:space="preserve"> PPP </w:t>
            </w:r>
            <w:r w:rsidRPr="00164341">
              <w:rPr>
                <w:rtl/>
              </w:rPr>
              <w:t>والحوكمة البيئية وإدارة الأداء.</w:t>
            </w:r>
          </w:p>
        </w:tc>
        <w:tc>
          <w:tcPr>
            <w:tcW w:w="1474" w:type="dxa"/>
            <w:tcMar>
              <w:top w:w="100" w:type="dxa"/>
              <w:left w:w="100" w:type="dxa"/>
              <w:bottom w:w="100" w:type="dxa"/>
              <w:right w:w="100" w:type="dxa"/>
            </w:tcMar>
          </w:tcPr>
          <w:p w14:paraId="60B964D2" w14:textId="77FC5E96" w:rsidR="00394A06" w:rsidRPr="00394A06" w:rsidRDefault="00394A06" w:rsidP="00394A06">
            <w:pPr>
              <w:bidi/>
              <w:jc w:val="both"/>
              <w:rPr>
                <w:rFonts w:ascii="Simplified Arabic" w:hAnsi="Simplified Arabic" w:cs="Simplified Arabic"/>
                <w:sz w:val="20"/>
                <w:szCs w:val="20"/>
              </w:rPr>
            </w:pPr>
            <w:r w:rsidRPr="00164341">
              <w:rPr>
                <w:rtl/>
              </w:rPr>
              <w:t>جيد</w:t>
            </w:r>
          </w:p>
        </w:tc>
        <w:tc>
          <w:tcPr>
            <w:tcW w:w="3288" w:type="dxa"/>
            <w:tcMar>
              <w:top w:w="100" w:type="dxa"/>
              <w:left w:w="100" w:type="dxa"/>
              <w:bottom w:w="100" w:type="dxa"/>
              <w:right w:w="100" w:type="dxa"/>
            </w:tcMar>
          </w:tcPr>
          <w:p w14:paraId="435DB15E" w14:textId="605A04F3" w:rsidR="00394A06" w:rsidRPr="00394A06" w:rsidRDefault="00394A06" w:rsidP="00394A06">
            <w:pPr>
              <w:bidi/>
              <w:jc w:val="both"/>
              <w:rPr>
                <w:rFonts w:ascii="Simplified Arabic" w:hAnsi="Simplified Arabic" w:cs="Simplified Arabic"/>
                <w:sz w:val="20"/>
                <w:szCs w:val="20"/>
              </w:rPr>
            </w:pPr>
            <w:r w:rsidRPr="00164341">
              <w:rPr>
                <w:rtl/>
              </w:rPr>
              <w:t>إضافة مراجع حديثة ومصادر نظامية سعودية موثوقة</w:t>
            </w:r>
            <w:r w:rsidRPr="00164341">
              <w:t>.</w:t>
            </w:r>
          </w:p>
        </w:tc>
        <w:tc>
          <w:tcPr>
            <w:tcW w:w="1134" w:type="dxa"/>
            <w:tcMar>
              <w:top w:w="100" w:type="dxa"/>
              <w:left w:w="100" w:type="dxa"/>
              <w:bottom w:w="100" w:type="dxa"/>
              <w:right w:w="100" w:type="dxa"/>
            </w:tcMar>
            <w:vAlign w:val="center"/>
          </w:tcPr>
          <w:p w14:paraId="7C6A3E42"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40859A41" w14:textId="77777777" w:rsidTr="00402DF2">
        <w:trPr>
          <w:cantSplit/>
          <w:jc w:val="center"/>
        </w:trPr>
        <w:tc>
          <w:tcPr>
            <w:tcW w:w="1927" w:type="dxa"/>
            <w:tcMar>
              <w:top w:w="100" w:type="dxa"/>
              <w:left w:w="100" w:type="dxa"/>
              <w:bottom w:w="100" w:type="dxa"/>
              <w:right w:w="100" w:type="dxa"/>
            </w:tcMar>
            <w:vAlign w:val="center"/>
          </w:tcPr>
          <w:p w14:paraId="38B540BC"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اتساق التوثيق</w:t>
            </w:r>
          </w:p>
        </w:tc>
        <w:tc>
          <w:tcPr>
            <w:tcW w:w="3005" w:type="dxa"/>
            <w:tcMar>
              <w:top w:w="100" w:type="dxa"/>
              <w:left w:w="100" w:type="dxa"/>
              <w:bottom w:w="100" w:type="dxa"/>
              <w:right w:w="100" w:type="dxa"/>
            </w:tcMar>
            <w:vAlign w:val="center"/>
          </w:tcPr>
          <w:p w14:paraId="1C8147DD"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هل يوجد أسلوب توثيق موحد؟</w:t>
            </w:r>
          </w:p>
        </w:tc>
        <w:tc>
          <w:tcPr>
            <w:tcW w:w="4025" w:type="dxa"/>
            <w:tcMar>
              <w:top w:w="100" w:type="dxa"/>
              <w:left w:w="100" w:type="dxa"/>
              <w:bottom w:w="100" w:type="dxa"/>
              <w:right w:w="100" w:type="dxa"/>
            </w:tcMar>
          </w:tcPr>
          <w:p w14:paraId="26AE9B6A" w14:textId="64BB7C8B" w:rsidR="00394A06" w:rsidRPr="00394A06" w:rsidRDefault="00394A06" w:rsidP="00394A06">
            <w:pPr>
              <w:bidi/>
              <w:jc w:val="both"/>
              <w:rPr>
                <w:rFonts w:ascii="Simplified Arabic" w:hAnsi="Simplified Arabic" w:cs="Simplified Arabic"/>
                <w:sz w:val="20"/>
                <w:szCs w:val="20"/>
              </w:rPr>
            </w:pPr>
            <w:r w:rsidRPr="00164341">
              <w:rPr>
                <w:rtl/>
              </w:rPr>
              <w:t>التوثيق يحتاج توحيداً وتصحيحاً لبعض الصيغ.</w:t>
            </w:r>
          </w:p>
        </w:tc>
        <w:tc>
          <w:tcPr>
            <w:tcW w:w="1474" w:type="dxa"/>
            <w:tcMar>
              <w:top w:w="100" w:type="dxa"/>
              <w:left w:w="100" w:type="dxa"/>
              <w:bottom w:w="100" w:type="dxa"/>
              <w:right w:w="100" w:type="dxa"/>
            </w:tcMar>
          </w:tcPr>
          <w:p w14:paraId="138CF8D8" w14:textId="7BEA46E9" w:rsidR="00394A06" w:rsidRPr="00394A06" w:rsidRDefault="00394A06" w:rsidP="00394A06">
            <w:pPr>
              <w:bidi/>
              <w:jc w:val="both"/>
              <w:rPr>
                <w:rFonts w:ascii="Simplified Arabic" w:hAnsi="Simplified Arabic" w:cs="Simplified Arabic"/>
                <w:sz w:val="20"/>
                <w:szCs w:val="20"/>
              </w:rPr>
            </w:pPr>
            <w:r w:rsidRPr="00164341">
              <w:rPr>
                <w:rtl/>
              </w:rPr>
              <w:t>جيد</w:t>
            </w:r>
          </w:p>
        </w:tc>
        <w:tc>
          <w:tcPr>
            <w:tcW w:w="3288" w:type="dxa"/>
            <w:tcMar>
              <w:top w:w="100" w:type="dxa"/>
              <w:left w:w="100" w:type="dxa"/>
              <w:bottom w:w="100" w:type="dxa"/>
              <w:right w:w="100" w:type="dxa"/>
            </w:tcMar>
          </w:tcPr>
          <w:p w14:paraId="223326F3" w14:textId="12DF0F5C" w:rsidR="00394A06" w:rsidRPr="00394A06" w:rsidRDefault="00394A06" w:rsidP="00394A06">
            <w:pPr>
              <w:bidi/>
              <w:jc w:val="both"/>
              <w:rPr>
                <w:rFonts w:ascii="Simplified Arabic" w:hAnsi="Simplified Arabic" w:cs="Simplified Arabic"/>
                <w:sz w:val="20"/>
                <w:szCs w:val="20"/>
              </w:rPr>
            </w:pPr>
            <w:r w:rsidRPr="00164341">
              <w:rPr>
                <w:rtl/>
              </w:rPr>
              <w:t>توحيد نمط</w:t>
            </w:r>
            <w:r w:rsidRPr="00164341">
              <w:t xml:space="preserve"> APA </w:t>
            </w:r>
            <w:r w:rsidRPr="00164341">
              <w:rPr>
                <w:rtl/>
              </w:rPr>
              <w:t>في النص والقائمة</w:t>
            </w:r>
            <w:r w:rsidRPr="00164341">
              <w:t>.</w:t>
            </w:r>
          </w:p>
        </w:tc>
        <w:tc>
          <w:tcPr>
            <w:tcW w:w="1134" w:type="dxa"/>
            <w:tcMar>
              <w:top w:w="100" w:type="dxa"/>
              <w:left w:w="100" w:type="dxa"/>
              <w:bottom w:w="100" w:type="dxa"/>
              <w:right w:w="100" w:type="dxa"/>
            </w:tcMar>
            <w:vAlign w:val="center"/>
          </w:tcPr>
          <w:p w14:paraId="1F69FFC3"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32A494BE" w14:textId="77777777" w:rsidTr="00402DF2">
        <w:trPr>
          <w:cantSplit/>
          <w:jc w:val="center"/>
        </w:trPr>
        <w:tc>
          <w:tcPr>
            <w:tcW w:w="1927" w:type="dxa"/>
            <w:tcMar>
              <w:top w:w="100" w:type="dxa"/>
              <w:left w:w="100" w:type="dxa"/>
              <w:bottom w:w="100" w:type="dxa"/>
              <w:right w:w="100" w:type="dxa"/>
            </w:tcMar>
            <w:vAlign w:val="center"/>
          </w:tcPr>
          <w:p w14:paraId="607B9537"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مطابقة المراجع داخل النص والقائمة</w:t>
            </w:r>
          </w:p>
        </w:tc>
        <w:tc>
          <w:tcPr>
            <w:tcW w:w="3005" w:type="dxa"/>
            <w:tcMar>
              <w:top w:w="100" w:type="dxa"/>
              <w:left w:w="100" w:type="dxa"/>
              <w:bottom w:w="100" w:type="dxa"/>
              <w:right w:w="100" w:type="dxa"/>
            </w:tcMar>
            <w:vAlign w:val="center"/>
          </w:tcPr>
          <w:p w14:paraId="00184483"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هل كل مرجع مذكور في النص موجود في القائمة؟</w:t>
            </w:r>
          </w:p>
        </w:tc>
        <w:tc>
          <w:tcPr>
            <w:tcW w:w="4025" w:type="dxa"/>
            <w:tcMar>
              <w:top w:w="100" w:type="dxa"/>
              <w:left w:w="100" w:type="dxa"/>
              <w:bottom w:w="100" w:type="dxa"/>
              <w:right w:w="100" w:type="dxa"/>
            </w:tcMar>
          </w:tcPr>
          <w:p w14:paraId="3E090DC9" w14:textId="115B0884" w:rsidR="00394A06" w:rsidRPr="00394A06" w:rsidRDefault="00394A06" w:rsidP="00394A06">
            <w:pPr>
              <w:bidi/>
              <w:jc w:val="both"/>
              <w:rPr>
                <w:rFonts w:ascii="Simplified Arabic" w:hAnsi="Simplified Arabic" w:cs="Simplified Arabic"/>
                <w:sz w:val="20"/>
                <w:szCs w:val="20"/>
              </w:rPr>
            </w:pPr>
            <w:r w:rsidRPr="00164341">
              <w:rPr>
                <w:rtl/>
              </w:rPr>
              <w:t>ملف الفصل يتضمن مواد كثيرة، ما يستلزم مطابقة المراجع بعناية.</w:t>
            </w:r>
          </w:p>
        </w:tc>
        <w:tc>
          <w:tcPr>
            <w:tcW w:w="1474" w:type="dxa"/>
            <w:tcMar>
              <w:top w:w="100" w:type="dxa"/>
              <w:left w:w="100" w:type="dxa"/>
              <w:bottom w:w="100" w:type="dxa"/>
              <w:right w:w="100" w:type="dxa"/>
            </w:tcMar>
          </w:tcPr>
          <w:p w14:paraId="7C62BAB3" w14:textId="16A9D7D5" w:rsidR="00394A06" w:rsidRPr="00394A06" w:rsidRDefault="00394A06" w:rsidP="00394A06">
            <w:pPr>
              <w:bidi/>
              <w:jc w:val="both"/>
              <w:rPr>
                <w:rFonts w:ascii="Simplified Arabic" w:hAnsi="Simplified Arabic" w:cs="Simplified Arabic"/>
                <w:sz w:val="20"/>
                <w:szCs w:val="20"/>
              </w:rPr>
            </w:pPr>
            <w:r w:rsidRPr="00164341">
              <w:rPr>
                <w:rtl/>
              </w:rPr>
              <w:t>جيد</w:t>
            </w:r>
          </w:p>
        </w:tc>
        <w:tc>
          <w:tcPr>
            <w:tcW w:w="3288" w:type="dxa"/>
            <w:tcMar>
              <w:top w:w="100" w:type="dxa"/>
              <w:left w:w="100" w:type="dxa"/>
              <w:bottom w:w="100" w:type="dxa"/>
              <w:right w:w="100" w:type="dxa"/>
            </w:tcMar>
          </w:tcPr>
          <w:p w14:paraId="72A154F8" w14:textId="33F700B2" w:rsidR="00394A06" w:rsidRPr="00394A06" w:rsidRDefault="00394A06" w:rsidP="00394A06">
            <w:pPr>
              <w:bidi/>
              <w:jc w:val="both"/>
              <w:rPr>
                <w:rFonts w:ascii="Simplified Arabic" w:hAnsi="Simplified Arabic" w:cs="Simplified Arabic"/>
                <w:sz w:val="20"/>
                <w:szCs w:val="20"/>
              </w:rPr>
            </w:pPr>
            <w:r w:rsidRPr="00164341">
              <w:rPr>
                <w:rtl/>
              </w:rPr>
              <w:t>فحص كل الإحالات والقائمة النهائية</w:t>
            </w:r>
            <w:r w:rsidRPr="00164341">
              <w:t>.</w:t>
            </w:r>
          </w:p>
        </w:tc>
        <w:tc>
          <w:tcPr>
            <w:tcW w:w="1134" w:type="dxa"/>
            <w:tcMar>
              <w:top w:w="100" w:type="dxa"/>
              <w:left w:w="100" w:type="dxa"/>
              <w:bottom w:w="100" w:type="dxa"/>
              <w:right w:w="100" w:type="dxa"/>
            </w:tcMar>
            <w:vAlign w:val="center"/>
          </w:tcPr>
          <w:p w14:paraId="32459652"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00EAC736" w14:textId="77777777" w:rsidTr="00402DF2">
        <w:trPr>
          <w:cantSplit/>
          <w:jc w:val="center"/>
        </w:trPr>
        <w:tc>
          <w:tcPr>
            <w:tcW w:w="1927" w:type="dxa"/>
            <w:tcMar>
              <w:top w:w="100" w:type="dxa"/>
              <w:left w:w="100" w:type="dxa"/>
              <w:bottom w:w="100" w:type="dxa"/>
              <w:right w:w="100" w:type="dxa"/>
            </w:tcMar>
            <w:vAlign w:val="center"/>
          </w:tcPr>
          <w:p w14:paraId="6EEB0567"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المراجع غير الأكاديمية</w:t>
            </w:r>
          </w:p>
        </w:tc>
        <w:tc>
          <w:tcPr>
            <w:tcW w:w="3005" w:type="dxa"/>
            <w:tcMar>
              <w:top w:w="100" w:type="dxa"/>
              <w:left w:w="100" w:type="dxa"/>
              <w:bottom w:w="100" w:type="dxa"/>
              <w:right w:w="100" w:type="dxa"/>
            </w:tcMar>
            <w:vAlign w:val="center"/>
          </w:tcPr>
          <w:p w14:paraId="493B2C17"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هل تم الاعتماد على مواقع عامة؟</w:t>
            </w:r>
          </w:p>
        </w:tc>
        <w:tc>
          <w:tcPr>
            <w:tcW w:w="4025" w:type="dxa"/>
            <w:tcMar>
              <w:top w:w="100" w:type="dxa"/>
              <w:left w:w="100" w:type="dxa"/>
              <w:bottom w:w="100" w:type="dxa"/>
              <w:right w:w="100" w:type="dxa"/>
            </w:tcMar>
          </w:tcPr>
          <w:p w14:paraId="7E1748F1" w14:textId="7B12F9C7" w:rsidR="00394A06" w:rsidRPr="00394A06" w:rsidRDefault="00394A06" w:rsidP="00394A06">
            <w:pPr>
              <w:bidi/>
              <w:jc w:val="both"/>
              <w:rPr>
                <w:rFonts w:ascii="Simplified Arabic" w:hAnsi="Simplified Arabic" w:cs="Simplified Arabic"/>
                <w:sz w:val="20"/>
                <w:szCs w:val="20"/>
              </w:rPr>
            </w:pPr>
            <w:r w:rsidRPr="00164341">
              <w:rPr>
                <w:rtl/>
              </w:rPr>
              <w:t>المواقع والوثائق الرسمية مقبولة للأنظمة والمؤشرات لا للإطار النظري وحده.</w:t>
            </w:r>
          </w:p>
        </w:tc>
        <w:tc>
          <w:tcPr>
            <w:tcW w:w="1474" w:type="dxa"/>
            <w:tcMar>
              <w:top w:w="100" w:type="dxa"/>
              <w:left w:w="100" w:type="dxa"/>
              <w:bottom w:w="100" w:type="dxa"/>
              <w:right w:w="100" w:type="dxa"/>
            </w:tcMar>
          </w:tcPr>
          <w:p w14:paraId="5E56368B" w14:textId="3F2769CC" w:rsidR="00394A06" w:rsidRPr="00394A06" w:rsidRDefault="00394A06" w:rsidP="00394A06">
            <w:pPr>
              <w:bidi/>
              <w:jc w:val="both"/>
              <w:rPr>
                <w:rFonts w:ascii="Simplified Arabic" w:hAnsi="Simplified Arabic" w:cs="Simplified Arabic"/>
                <w:sz w:val="20"/>
                <w:szCs w:val="20"/>
              </w:rPr>
            </w:pPr>
            <w:r w:rsidRPr="00164341">
              <w:rPr>
                <w:rtl/>
              </w:rPr>
              <w:t>جيد</w:t>
            </w:r>
          </w:p>
        </w:tc>
        <w:tc>
          <w:tcPr>
            <w:tcW w:w="3288" w:type="dxa"/>
            <w:tcMar>
              <w:top w:w="100" w:type="dxa"/>
              <w:left w:w="100" w:type="dxa"/>
              <w:bottom w:w="100" w:type="dxa"/>
              <w:right w:w="100" w:type="dxa"/>
            </w:tcMar>
          </w:tcPr>
          <w:p w14:paraId="2C77490A" w14:textId="72C25B43" w:rsidR="00394A06" w:rsidRPr="00394A06" w:rsidRDefault="00394A06" w:rsidP="00394A06">
            <w:pPr>
              <w:bidi/>
              <w:jc w:val="both"/>
              <w:rPr>
                <w:rFonts w:ascii="Simplified Arabic" w:hAnsi="Simplified Arabic" w:cs="Simplified Arabic"/>
                <w:sz w:val="20"/>
                <w:szCs w:val="20"/>
              </w:rPr>
            </w:pPr>
            <w:r w:rsidRPr="00164341">
              <w:rPr>
                <w:rtl/>
              </w:rPr>
              <w:t>دعم القرارات المنهجية بمراجع بحثية محكمة</w:t>
            </w:r>
            <w:r w:rsidRPr="00164341">
              <w:t>.</w:t>
            </w:r>
          </w:p>
        </w:tc>
        <w:tc>
          <w:tcPr>
            <w:tcW w:w="1134" w:type="dxa"/>
            <w:tcMar>
              <w:top w:w="100" w:type="dxa"/>
              <w:left w:w="100" w:type="dxa"/>
              <w:bottom w:w="100" w:type="dxa"/>
              <w:right w:w="100" w:type="dxa"/>
            </w:tcMar>
            <w:vAlign w:val="center"/>
          </w:tcPr>
          <w:p w14:paraId="7739D69A" w14:textId="77777777" w:rsidR="00394A06" w:rsidRPr="00394A06" w:rsidRDefault="00394A06" w:rsidP="00394A06">
            <w:pPr>
              <w:bidi/>
              <w:jc w:val="both"/>
              <w:rPr>
                <w:rFonts w:ascii="Simplified Arabic" w:hAnsi="Simplified Arabic" w:cs="Simplified Arabic"/>
                <w:sz w:val="20"/>
                <w:szCs w:val="20"/>
              </w:rPr>
            </w:pPr>
          </w:p>
        </w:tc>
      </w:tr>
    </w:tbl>
    <w:p w14:paraId="49E9206F" w14:textId="77777777" w:rsidR="00A662EF" w:rsidRPr="00394A06" w:rsidRDefault="000A310A" w:rsidP="00394A06">
      <w:pPr>
        <w:pStyle w:val="Heading1"/>
        <w:bidi/>
        <w:spacing w:before="200" w:line="240" w:lineRule="auto"/>
        <w:jc w:val="both"/>
        <w:rPr>
          <w:rFonts w:ascii="Simplified Arabic" w:hAnsi="Simplified Arabic" w:cs="Simplified Arabic"/>
          <w:color w:val="000000" w:themeColor="text1"/>
          <w:sz w:val="20"/>
          <w:szCs w:val="20"/>
        </w:rPr>
      </w:pPr>
      <w:r w:rsidRPr="00394A06">
        <w:rPr>
          <w:rFonts w:ascii="Simplified Arabic" w:hAnsi="Simplified Arabic" w:cs="Simplified Arabic"/>
          <w:color w:val="000000" w:themeColor="text1"/>
          <w:sz w:val="20"/>
          <w:szCs w:val="20"/>
          <w:rtl/>
        </w:rPr>
        <w:lastRenderedPageBreak/>
        <w:t>جودة الكتابة الأكاديمية والتنظيم</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394A06" w14:paraId="53FE6D3B" w14:textId="77777777" w:rsidTr="00047CBC">
        <w:trPr>
          <w:cantSplit/>
          <w:tblHeader/>
          <w:jc w:val="center"/>
        </w:trPr>
        <w:tc>
          <w:tcPr>
            <w:tcW w:w="1927" w:type="dxa"/>
            <w:tcMar>
              <w:top w:w="100" w:type="dxa"/>
              <w:left w:w="100" w:type="dxa"/>
              <w:bottom w:w="100" w:type="dxa"/>
              <w:right w:w="100" w:type="dxa"/>
            </w:tcMar>
            <w:vAlign w:val="center"/>
          </w:tcPr>
          <w:p w14:paraId="0F8E168C"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محور المراجعة</w:t>
            </w:r>
          </w:p>
        </w:tc>
        <w:tc>
          <w:tcPr>
            <w:tcW w:w="3005" w:type="dxa"/>
            <w:tcMar>
              <w:top w:w="100" w:type="dxa"/>
              <w:left w:w="100" w:type="dxa"/>
              <w:bottom w:w="100" w:type="dxa"/>
              <w:right w:w="100" w:type="dxa"/>
            </w:tcMar>
            <w:vAlign w:val="center"/>
          </w:tcPr>
          <w:p w14:paraId="5903BE18"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معايير التقييم</w:t>
            </w:r>
          </w:p>
        </w:tc>
        <w:tc>
          <w:tcPr>
            <w:tcW w:w="4025" w:type="dxa"/>
            <w:tcMar>
              <w:top w:w="100" w:type="dxa"/>
              <w:left w:w="100" w:type="dxa"/>
              <w:bottom w:w="100" w:type="dxa"/>
              <w:right w:w="100" w:type="dxa"/>
            </w:tcMar>
            <w:vAlign w:val="center"/>
          </w:tcPr>
          <w:p w14:paraId="7FA07243"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مثال على تعليق المشرف الأكاديمي</w:t>
            </w:r>
          </w:p>
        </w:tc>
        <w:tc>
          <w:tcPr>
            <w:tcW w:w="1474" w:type="dxa"/>
            <w:tcMar>
              <w:top w:w="100" w:type="dxa"/>
              <w:left w:w="100" w:type="dxa"/>
              <w:bottom w:w="100" w:type="dxa"/>
              <w:right w:w="100" w:type="dxa"/>
            </w:tcMar>
            <w:vAlign w:val="center"/>
          </w:tcPr>
          <w:p w14:paraId="494C627C"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مستوى التقييم</w:t>
            </w:r>
          </w:p>
        </w:tc>
        <w:tc>
          <w:tcPr>
            <w:tcW w:w="3288" w:type="dxa"/>
            <w:tcMar>
              <w:top w:w="100" w:type="dxa"/>
              <w:left w:w="100" w:type="dxa"/>
              <w:bottom w:w="100" w:type="dxa"/>
              <w:right w:w="100" w:type="dxa"/>
            </w:tcMar>
            <w:vAlign w:val="center"/>
          </w:tcPr>
          <w:p w14:paraId="126B097D"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الإجراء المطلوب من الطالب</w:t>
            </w:r>
          </w:p>
        </w:tc>
        <w:tc>
          <w:tcPr>
            <w:tcW w:w="1134" w:type="dxa"/>
            <w:tcMar>
              <w:top w:w="100" w:type="dxa"/>
              <w:left w:w="100" w:type="dxa"/>
              <w:bottom w:w="100" w:type="dxa"/>
              <w:right w:w="100" w:type="dxa"/>
            </w:tcMar>
            <w:vAlign w:val="center"/>
          </w:tcPr>
          <w:p w14:paraId="2F57BD1A"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رد الطالب</w:t>
            </w:r>
          </w:p>
        </w:tc>
      </w:tr>
      <w:tr w:rsidR="00394A06" w:rsidRPr="00394A06" w14:paraId="5DCE4135" w14:textId="77777777" w:rsidTr="00F209D7">
        <w:trPr>
          <w:cantSplit/>
          <w:jc w:val="center"/>
        </w:trPr>
        <w:tc>
          <w:tcPr>
            <w:tcW w:w="1927" w:type="dxa"/>
            <w:tcMar>
              <w:top w:w="100" w:type="dxa"/>
              <w:left w:w="100" w:type="dxa"/>
              <w:bottom w:w="100" w:type="dxa"/>
              <w:right w:w="100" w:type="dxa"/>
            </w:tcMar>
            <w:vAlign w:val="center"/>
          </w:tcPr>
          <w:p w14:paraId="62B141A7" w14:textId="77777777" w:rsidR="00394A06" w:rsidRPr="00394A06" w:rsidRDefault="00394A06" w:rsidP="00394A06">
            <w:pPr>
              <w:bidi/>
              <w:jc w:val="both"/>
              <w:rPr>
                <w:rFonts w:ascii="Simplified Arabic" w:hAnsi="Simplified Arabic" w:cs="Simplified Arabic"/>
                <w:sz w:val="20"/>
                <w:szCs w:val="20"/>
              </w:rPr>
            </w:pPr>
            <w:proofErr w:type="spellStart"/>
            <w:r w:rsidRPr="00394A06">
              <w:rPr>
                <w:rFonts w:ascii="Simplified Arabic" w:hAnsi="Simplified Arabic" w:cs="Simplified Arabic"/>
                <w:sz w:val="20"/>
                <w:szCs w:val="20"/>
              </w:rPr>
              <w:t>وضوح</w:t>
            </w:r>
            <w:proofErr w:type="spellEnd"/>
            <w:r w:rsidRPr="00394A06">
              <w:rPr>
                <w:rFonts w:ascii="Simplified Arabic" w:hAnsi="Simplified Arabic" w:cs="Simplified Arabic"/>
                <w:sz w:val="20"/>
                <w:szCs w:val="20"/>
              </w:rPr>
              <w:t xml:space="preserve"> </w:t>
            </w:r>
            <w:proofErr w:type="spellStart"/>
            <w:r w:rsidRPr="00394A06">
              <w:rPr>
                <w:rFonts w:ascii="Simplified Arabic" w:hAnsi="Simplified Arabic" w:cs="Simplified Arabic"/>
                <w:sz w:val="20"/>
                <w:szCs w:val="20"/>
              </w:rPr>
              <w:t>اللغة</w:t>
            </w:r>
            <w:proofErr w:type="spellEnd"/>
          </w:p>
        </w:tc>
        <w:tc>
          <w:tcPr>
            <w:tcW w:w="3005" w:type="dxa"/>
            <w:tcMar>
              <w:top w:w="100" w:type="dxa"/>
              <w:left w:w="100" w:type="dxa"/>
              <w:bottom w:w="100" w:type="dxa"/>
              <w:right w:w="100" w:type="dxa"/>
            </w:tcMar>
            <w:vAlign w:val="center"/>
          </w:tcPr>
          <w:p w14:paraId="45309FF9"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هل اللغة واضحة ومباشرة؟</w:t>
            </w:r>
          </w:p>
        </w:tc>
        <w:tc>
          <w:tcPr>
            <w:tcW w:w="4025" w:type="dxa"/>
            <w:tcMar>
              <w:top w:w="100" w:type="dxa"/>
              <w:left w:w="100" w:type="dxa"/>
              <w:bottom w:w="100" w:type="dxa"/>
              <w:right w:w="100" w:type="dxa"/>
            </w:tcMar>
          </w:tcPr>
          <w:p w14:paraId="7575FA68" w14:textId="5C842B44" w:rsidR="00394A06" w:rsidRPr="00394A06" w:rsidRDefault="00394A06" w:rsidP="00394A06">
            <w:pPr>
              <w:bidi/>
              <w:jc w:val="both"/>
              <w:rPr>
                <w:rFonts w:ascii="Simplified Arabic" w:hAnsi="Simplified Arabic" w:cs="Simplified Arabic"/>
                <w:sz w:val="20"/>
                <w:szCs w:val="20"/>
              </w:rPr>
            </w:pPr>
            <w:r w:rsidRPr="005B330B">
              <w:rPr>
                <w:rtl/>
              </w:rPr>
              <w:t>اللغة مفهومة لكنها تحتاج تهذيباً لإزالة الصياغات العامة والطويلة.</w:t>
            </w:r>
          </w:p>
        </w:tc>
        <w:tc>
          <w:tcPr>
            <w:tcW w:w="1474" w:type="dxa"/>
            <w:tcMar>
              <w:top w:w="100" w:type="dxa"/>
              <w:left w:w="100" w:type="dxa"/>
              <w:bottom w:w="100" w:type="dxa"/>
              <w:right w:w="100" w:type="dxa"/>
            </w:tcMar>
          </w:tcPr>
          <w:p w14:paraId="4A1457A6" w14:textId="2E8EBC7C" w:rsidR="00394A06" w:rsidRPr="00394A06" w:rsidRDefault="00394A06" w:rsidP="00394A06">
            <w:pPr>
              <w:bidi/>
              <w:jc w:val="both"/>
              <w:rPr>
                <w:rFonts w:ascii="Simplified Arabic" w:hAnsi="Simplified Arabic" w:cs="Simplified Arabic"/>
                <w:sz w:val="20"/>
                <w:szCs w:val="20"/>
              </w:rPr>
            </w:pPr>
            <w:r w:rsidRPr="005B330B">
              <w:rPr>
                <w:rtl/>
              </w:rPr>
              <w:t>جيد جداً</w:t>
            </w:r>
          </w:p>
        </w:tc>
        <w:tc>
          <w:tcPr>
            <w:tcW w:w="3288" w:type="dxa"/>
            <w:tcMar>
              <w:top w:w="100" w:type="dxa"/>
              <w:left w:w="100" w:type="dxa"/>
              <w:bottom w:w="100" w:type="dxa"/>
              <w:right w:w="100" w:type="dxa"/>
            </w:tcMar>
          </w:tcPr>
          <w:p w14:paraId="09735C7E" w14:textId="4E3F3C83" w:rsidR="00394A06" w:rsidRPr="00394A06" w:rsidRDefault="00394A06" w:rsidP="00394A06">
            <w:pPr>
              <w:bidi/>
              <w:jc w:val="both"/>
              <w:rPr>
                <w:rFonts w:ascii="Simplified Arabic" w:hAnsi="Simplified Arabic" w:cs="Simplified Arabic"/>
                <w:sz w:val="20"/>
                <w:szCs w:val="20"/>
              </w:rPr>
            </w:pPr>
            <w:r w:rsidRPr="005B330B">
              <w:rPr>
                <w:rtl/>
              </w:rPr>
              <w:t>اختصار الفقرات التمهيدية وجعلها منهجية مباشرة</w:t>
            </w:r>
            <w:r w:rsidRPr="005B330B">
              <w:t>.</w:t>
            </w:r>
          </w:p>
        </w:tc>
        <w:tc>
          <w:tcPr>
            <w:tcW w:w="1134" w:type="dxa"/>
            <w:tcMar>
              <w:top w:w="100" w:type="dxa"/>
              <w:left w:w="100" w:type="dxa"/>
              <w:bottom w:w="100" w:type="dxa"/>
              <w:right w:w="100" w:type="dxa"/>
            </w:tcMar>
            <w:vAlign w:val="center"/>
          </w:tcPr>
          <w:p w14:paraId="29AFF171"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41782668" w14:textId="77777777" w:rsidTr="00F209D7">
        <w:trPr>
          <w:cantSplit/>
          <w:jc w:val="center"/>
        </w:trPr>
        <w:tc>
          <w:tcPr>
            <w:tcW w:w="1927" w:type="dxa"/>
            <w:tcMar>
              <w:top w:w="100" w:type="dxa"/>
              <w:left w:w="100" w:type="dxa"/>
              <w:bottom w:w="100" w:type="dxa"/>
              <w:right w:w="100" w:type="dxa"/>
            </w:tcMar>
            <w:vAlign w:val="center"/>
          </w:tcPr>
          <w:p w14:paraId="4CA88132"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الاتساق الاصطلاحي</w:t>
            </w:r>
          </w:p>
        </w:tc>
        <w:tc>
          <w:tcPr>
            <w:tcW w:w="3005" w:type="dxa"/>
            <w:tcMar>
              <w:top w:w="100" w:type="dxa"/>
              <w:left w:w="100" w:type="dxa"/>
              <w:bottom w:w="100" w:type="dxa"/>
              <w:right w:w="100" w:type="dxa"/>
            </w:tcMar>
            <w:vAlign w:val="center"/>
          </w:tcPr>
          <w:p w14:paraId="77712710"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هل المصطلحات موحدة؟</w:t>
            </w:r>
          </w:p>
        </w:tc>
        <w:tc>
          <w:tcPr>
            <w:tcW w:w="4025" w:type="dxa"/>
            <w:tcMar>
              <w:top w:w="100" w:type="dxa"/>
              <w:left w:w="100" w:type="dxa"/>
              <w:bottom w:w="100" w:type="dxa"/>
              <w:right w:w="100" w:type="dxa"/>
            </w:tcMar>
          </w:tcPr>
          <w:p w14:paraId="4AF49117" w14:textId="2DF557EA" w:rsidR="00394A06" w:rsidRPr="00394A06" w:rsidRDefault="00394A06" w:rsidP="00394A06">
            <w:pPr>
              <w:bidi/>
              <w:jc w:val="both"/>
              <w:rPr>
                <w:rFonts w:ascii="Simplified Arabic" w:hAnsi="Simplified Arabic" w:cs="Simplified Arabic"/>
                <w:sz w:val="20"/>
                <w:szCs w:val="20"/>
              </w:rPr>
            </w:pPr>
            <w:r w:rsidRPr="005B330B">
              <w:rPr>
                <w:rtl/>
              </w:rPr>
              <w:t>ينبغي توحيد</w:t>
            </w:r>
            <w:r w:rsidRPr="005B330B">
              <w:t xml:space="preserve"> PPP</w:t>
            </w:r>
            <w:r w:rsidRPr="005B330B">
              <w:rPr>
                <w:rtl/>
              </w:rPr>
              <w:t>، الشراكة، الحوكمة البيئية، وإدارة الأداء.</w:t>
            </w:r>
          </w:p>
        </w:tc>
        <w:tc>
          <w:tcPr>
            <w:tcW w:w="1474" w:type="dxa"/>
            <w:tcMar>
              <w:top w:w="100" w:type="dxa"/>
              <w:left w:w="100" w:type="dxa"/>
              <w:bottom w:w="100" w:type="dxa"/>
              <w:right w:w="100" w:type="dxa"/>
            </w:tcMar>
          </w:tcPr>
          <w:p w14:paraId="236EF7FF" w14:textId="3719B3EC" w:rsidR="00394A06" w:rsidRPr="00394A06" w:rsidRDefault="00394A06" w:rsidP="00394A06">
            <w:pPr>
              <w:bidi/>
              <w:jc w:val="both"/>
              <w:rPr>
                <w:rFonts w:ascii="Simplified Arabic" w:hAnsi="Simplified Arabic" w:cs="Simplified Arabic"/>
                <w:sz w:val="20"/>
                <w:szCs w:val="20"/>
              </w:rPr>
            </w:pPr>
            <w:r w:rsidRPr="005B330B">
              <w:rPr>
                <w:rtl/>
              </w:rPr>
              <w:t>جيد</w:t>
            </w:r>
          </w:p>
        </w:tc>
        <w:tc>
          <w:tcPr>
            <w:tcW w:w="3288" w:type="dxa"/>
            <w:tcMar>
              <w:top w:w="100" w:type="dxa"/>
              <w:left w:w="100" w:type="dxa"/>
              <w:bottom w:w="100" w:type="dxa"/>
              <w:right w:w="100" w:type="dxa"/>
            </w:tcMar>
          </w:tcPr>
          <w:p w14:paraId="732CC6E7" w14:textId="69204D5F" w:rsidR="00394A06" w:rsidRPr="00394A06" w:rsidRDefault="00394A06" w:rsidP="00394A06">
            <w:pPr>
              <w:bidi/>
              <w:jc w:val="both"/>
              <w:rPr>
                <w:rFonts w:ascii="Simplified Arabic" w:hAnsi="Simplified Arabic" w:cs="Simplified Arabic"/>
                <w:sz w:val="20"/>
                <w:szCs w:val="20"/>
              </w:rPr>
            </w:pPr>
            <w:r w:rsidRPr="005B330B">
              <w:rPr>
                <w:rtl/>
              </w:rPr>
              <w:t>اختيار ترجمة عربية ثابتة لكل مصطلح واستخدامها في جميع الجداول</w:t>
            </w:r>
            <w:r w:rsidRPr="005B330B">
              <w:t>.</w:t>
            </w:r>
          </w:p>
        </w:tc>
        <w:tc>
          <w:tcPr>
            <w:tcW w:w="1134" w:type="dxa"/>
            <w:tcMar>
              <w:top w:w="100" w:type="dxa"/>
              <w:left w:w="100" w:type="dxa"/>
              <w:bottom w:w="100" w:type="dxa"/>
              <w:right w:w="100" w:type="dxa"/>
            </w:tcMar>
            <w:vAlign w:val="center"/>
          </w:tcPr>
          <w:p w14:paraId="17D780E2"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35855CEE" w14:textId="77777777" w:rsidTr="00F209D7">
        <w:trPr>
          <w:cantSplit/>
          <w:jc w:val="center"/>
        </w:trPr>
        <w:tc>
          <w:tcPr>
            <w:tcW w:w="1927" w:type="dxa"/>
            <w:tcMar>
              <w:top w:w="100" w:type="dxa"/>
              <w:left w:w="100" w:type="dxa"/>
              <w:bottom w:w="100" w:type="dxa"/>
              <w:right w:w="100" w:type="dxa"/>
            </w:tcMar>
            <w:vAlign w:val="center"/>
          </w:tcPr>
          <w:p w14:paraId="3966487C"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الترقيم والعناوين</w:t>
            </w:r>
          </w:p>
        </w:tc>
        <w:tc>
          <w:tcPr>
            <w:tcW w:w="3005" w:type="dxa"/>
            <w:tcMar>
              <w:top w:w="100" w:type="dxa"/>
              <w:left w:w="100" w:type="dxa"/>
              <w:bottom w:w="100" w:type="dxa"/>
              <w:right w:w="100" w:type="dxa"/>
            </w:tcMar>
            <w:vAlign w:val="center"/>
          </w:tcPr>
          <w:p w14:paraId="23F79BAF"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هل العناوين منظمة؟</w:t>
            </w:r>
          </w:p>
        </w:tc>
        <w:tc>
          <w:tcPr>
            <w:tcW w:w="4025" w:type="dxa"/>
            <w:tcMar>
              <w:top w:w="100" w:type="dxa"/>
              <w:left w:w="100" w:type="dxa"/>
              <w:bottom w:w="100" w:type="dxa"/>
              <w:right w:w="100" w:type="dxa"/>
            </w:tcMar>
          </w:tcPr>
          <w:p w14:paraId="6D1C4BDB" w14:textId="51FA23E1" w:rsidR="00394A06" w:rsidRPr="00394A06" w:rsidRDefault="00394A06" w:rsidP="00394A06">
            <w:pPr>
              <w:bidi/>
              <w:jc w:val="both"/>
              <w:rPr>
                <w:rFonts w:ascii="Simplified Arabic" w:hAnsi="Simplified Arabic" w:cs="Simplified Arabic"/>
                <w:sz w:val="20"/>
                <w:szCs w:val="20"/>
              </w:rPr>
            </w:pPr>
            <w:r w:rsidRPr="005B330B">
              <w:rPr>
                <w:rtl/>
              </w:rPr>
              <w:t>الترقيم يحتاج مراجعة لأن الملف يتضمن أجزاء خارج الفصل الثالث.</w:t>
            </w:r>
          </w:p>
        </w:tc>
        <w:tc>
          <w:tcPr>
            <w:tcW w:w="1474" w:type="dxa"/>
            <w:tcMar>
              <w:top w:w="100" w:type="dxa"/>
              <w:left w:w="100" w:type="dxa"/>
              <w:bottom w:w="100" w:type="dxa"/>
              <w:right w:w="100" w:type="dxa"/>
            </w:tcMar>
          </w:tcPr>
          <w:p w14:paraId="7197151B" w14:textId="0DAA4698" w:rsidR="00394A06" w:rsidRPr="00394A06" w:rsidRDefault="00394A06" w:rsidP="00394A06">
            <w:pPr>
              <w:bidi/>
              <w:jc w:val="both"/>
              <w:rPr>
                <w:rFonts w:ascii="Simplified Arabic" w:hAnsi="Simplified Arabic" w:cs="Simplified Arabic"/>
                <w:sz w:val="20"/>
                <w:szCs w:val="20"/>
              </w:rPr>
            </w:pPr>
            <w:r w:rsidRPr="005B330B">
              <w:rPr>
                <w:rtl/>
              </w:rPr>
              <w:t>جيد</w:t>
            </w:r>
          </w:p>
        </w:tc>
        <w:tc>
          <w:tcPr>
            <w:tcW w:w="3288" w:type="dxa"/>
            <w:tcMar>
              <w:top w:w="100" w:type="dxa"/>
              <w:left w:w="100" w:type="dxa"/>
              <w:bottom w:w="100" w:type="dxa"/>
              <w:right w:w="100" w:type="dxa"/>
            </w:tcMar>
          </w:tcPr>
          <w:p w14:paraId="4C119316" w14:textId="63D0D9FE" w:rsidR="00394A06" w:rsidRPr="00394A06" w:rsidRDefault="00394A06" w:rsidP="00394A06">
            <w:pPr>
              <w:bidi/>
              <w:jc w:val="both"/>
              <w:rPr>
                <w:rFonts w:ascii="Simplified Arabic" w:hAnsi="Simplified Arabic" w:cs="Simplified Arabic"/>
                <w:sz w:val="20"/>
                <w:szCs w:val="20"/>
              </w:rPr>
            </w:pPr>
            <w:r w:rsidRPr="005B330B">
              <w:rPr>
                <w:rtl/>
              </w:rPr>
              <w:t>تسليم فصل ثالث مستقل بترقيم واضح</w:t>
            </w:r>
            <w:r w:rsidRPr="005B330B">
              <w:t>.</w:t>
            </w:r>
          </w:p>
        </w:tc>
        <w:tc>
          <w:tcPr>
            <w:tcW w:w="1134" w:type="dxa"/>
            <w:tcMar>
              <w:top w:w="100" w:type="dxa"/>
              <w:left w:w="100" w:type="dxa"/>
              <w:bottom w:w="100" w:type="dxa"/>
              <w:right w:w="100" w:type="dxa"/>
            </w:tcMar>
            <w:vAlign w:val="center"/>
          </w:tcPr>
          <w:p w14:paraId="59448A95"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4F252072" w14:textId="77777777" w:rsidTr="00F209D7">
        <w:trPr>
          <w:cantSplit/>
          <w:jc w:val="center"/>
        </w:trPr>
        <w:tc>
          <w:tcPr>
            <w:tcW w:w="1927" w:type="dxa"/>
            <w:tcMar>
              <w:top w:w="100" w:type="dxa"/>
              <w:left w:w="100" w:type="dxa"/>
              <w:bottom w:w="100" w:type="dxa"/>
              <w:right w:w="100" w:type="dxa"/>
            </w:tcMar>
            <w:vAlign w:val="center"/>
          </w:tcPr>
          <w:p w14:paraId="584AF864"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الجداول والأشكال</w:t>
            </w:r>
          </w:p>
        </w:tc>
        <w:tc>
          <w:tcPr>
            <w:tcW w:w="3005" w:type="dxa"/>
            <w:tcMar>
              <w:top w:w="100" w:type="dxa"/>
              <w:left w:w="100" w:type="dxa"/>
              <w:bottom w:w="100" w:type="dxa"/>
              <w:right w:w="100" w:type="dxa"/>
            </w:tcMar>
            <w:vAlign w:val="center"/>
          </w:tcPr>
          <w:p w14:paraId="4F27FDAD"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هل الجداول واضحة ومفسرة؟</w:t>
            </w:r>
          </w:p>
        </w:tc>
        <w:tc>
          <w:tcPr>
            <w:tcW w:w="4025" w:type="dxa"/>
            <w:tcMar>
              <w:top w:w="100" w:type="dxa"/>
              <w:left w:w="100" w:type="dxa"/>
              <w:bottom w:w="100" w:type="dxa"/>
              <w:right w:w="100" w:type="dxa"/>
            </w:tcMar>
          </w:tcPr>
          <w:p w14:paraId="4C3BBE86" w14:textId="034D3843" w:rsidR="00394A06" w:rsidRPr="00394A06" w:rsidRDefault="00394A06" w:rsidP="00394A06">
            <w:pPr>
              <w:bidi/>
              <w:jc w:val="both"/>
              <w:rPr>
                <w:rFonts w:ascii="Simplified Arabic" w:hAnsi="Simplified Arabic" w:cs="Simplified Arabic"/>
                <w:sz w:val="20"/>
                <w:szCs w:val="20"/>
              </w:rPr>
            </w:pPr>
            <w:r w:rsidRPr="005B330B">
              <w:rPr>
                <w:rtl/>
              </w:rPr>
              <w:t>الجداول مفيدة عند ربطها بالتحليل، لكنها لا تزال بحاجة إلى تبسيط.</w:t>
            </w:r>
          </w:p>
        </w:tc>
        <w:tc>
          <w:tcPr>
            <w:tcW w:w="1474" w:type="dxa"/>
            <w:tcMar>
              <w:top w:w="100" w:type="dxa"/>
              <w:left w:w="100" w:type="dxa"/>
              <w:bottom w:w="100" w:type="dxa"/>
              <w:right w:w="100" w:type="dxa"/>
            </w:tcMar>
          </w:tcPr>
          <w:p w14:paraId="2B08EB01" w14:textId="32146005" w:rsidR="00394A06" w:rsidRPr="00394A06" w:rsidRDefault="00394A06" w:rsidP="00394A06">
            <w:pPr>
              <w:bidi/>
              <w:jc w:val="both"/>
              <w:rPr>
                <w:rFonts w:ascii="Simplified Arabic" w:hAnsi="Simplified Arabic" w:cs="Simplified Arabic"/>
                <w:sz w:val="20"/>
                <w:szCs w:val="20"/>
              </w:rPr>
            </w:pPr>
            <w:r w:rsidRPr="005B330B">
              <w:rPr>
                <w:rtl/>
              </w:rPr>
              <w:t>جيد</w:t>
            </w:r>
          </w:p>
        </w:tc>
        <w:tc>
          <w:tcPr>
            <w:tcW w:w="3288" w:type="dxa"/>
            <w:tcMar>
              <w:top w:w="100" w:type="dxa"/>
              <w:left w:w="100" w:type="dxa"/>
              <w:bottom w:w="100" w:type="dxa"/>
              <w:right w:w="100" w:type="dxa"/>
            </w:tcMar>
          </w:tcPr>
          <w:p w14:paraId="102C546A" w14:textId="6CFFFDFD" w:rsidR="00394A06" w:rsidRPr="00394A06" w:rsidRDefault="00394A06" w:rsidP="00394A06">
            <w:pPr>
              <w:bidi/>
              <w:jc w:val="both"/>
              <w:rPr>
                <w:rFonts w:ascii="Simplified Arabic" w:hAnsi="Simplified Arabic" w:cs="Simplified Arabic"/>
                <w:sz w:val="20"/>
                <w:szCs w:val="20"/>
              </w:rPr>
            </w:pPr>
            <w:r w:rsidRPr="005B330B">
              <w:rPr>
                <w:rtl/>
              </w:rPr>
              <w:t>إبقاء الجداول المنهجية فقط ونقل التفصيل الزائد إلى الملاحق</w:t>
            </w:r>
            <w:r w:rsidRPr="005B330B">
              <w:t>.</w:t>
            </w:r>
          </w:p>
        </w:tc>
        <w:tc>
          <w:tcPr>
            <w:tcW w:w="1134" w:type="dxa"/>
            <w:tcMar>
              <w:top w:w="100" w:type="dxa"/>
              <w:left w:w="100" w:type="dxa"/>
              <w:bottom w:w="100" w:type="dxa"/>
              <w:right w:w="100" w:type="dxa"/>
            </w:tcMar>
            <w:vAlign w:val="center"/>
          </w:tcPr>
          <w:p w14:paraId="0FAF3230" w14:textId="77777777" w:rsidR="00394A06" w:rsidRPr="00394A06" w:rsidRDefault="00394A06" w:rsidP="00394A06">
            <w:pPr>
              <w:bidi/>
              <w:jc w:val="both"/>
              <w:rPr>
                <w:rFonts w:ascii="Simplified Arabic" w:hAnsi="Simplified Arabic" w:cs="Simplified Arabic"/>
                <w:sz w:val="20"/>
                <w:szCs w:val="20"/>
              </w:rPr>
            </w:pPr>
          </w:p>
        </w:tc>
      </w:tr>
      <w:tr w:rsidR="00394A06" w:rsidRPr="00394A06" w14:paraId="52E8AC9B" w14:textId="77777777" w:rsidTr="00F209D7">
        <w:trPr>
          <w:cantSplit/>
          <w:jc w:val="center"/>
        </w:trPr>
        <w:tc>
          <w:tcPr>
            <w:tcW w:w="1927" w:type="dxa"/>
            <w:tcMar>
              <w:top w:w="100" w:type="dxa"/>
              <w:left w:w="100" w:type="dxa"/>
              <w:bottom w:w="100" w:type="dxa"/>
              <w:right w:w="100" w:type="dxa"/>
            </w:tcMar>
            <w:vAlign w:val="center"/>
          </w:tcPr>
          <w:p w14:paraId="5E5A9A6A"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تجنب النتائج المسبقة</w:t>
            </w:r>
          </w:p>
        </w:tc>
        <w:tc>
          <w:tcPr>
            <w:tcW w:w="3005" w:type="dxa"/>
            <w:tcMar>
              <w:top w:w="100" w:type="dxa"/>
              <w:left w:w="100" w:type="dxa"/>
              <w:bottom w:w="100" w:type="dxa"/>
              <w:right w:w="100" w:type="dxa"/>
            </w:tcMar>
            <w:vAlign w:val="center"/>
          </w:tcPr>
          <w:p w14:paraId="54E2CF04"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هل الفصل يلتزم بوصف الإجراءات فقط؟</w:t>
            </w:r>
          </w:p>
        </w:tc>
        <w:tc>
          <w:tcPr>
            <w:tcW w:w="4025" w:type="dxa"/>
            <w:tcMar>
              <w:top w:w="100" w:type="dxa"/>
              <w:left w:w="100" w:type="dxa"/>
              <w:bottom w:w="100" w:type="dxa"/>
              <w:right w:w="100" w:type="dxa"/>
            </w:tcMar>
          </w:tcPr>
          <w:p w14:paraId="1C2CA59F" w14:textId="61BC69BA" w:rsidR="00394A06" w:rsidRPr="00394A06" w:rsidRDefault="00394A06" w:rsidP="00394A06">
            <w:pPr>
              <w:bidi/>
              <w:jc w:val="both"/>
              <w:rPr>
                <w:rFonts w:ascii="Simplified Arabic" w:hAnsi="Simplified Arabic" w:cs="Simplified Arabic"/>
                <w:sz w:val="20"/>
                <w:szCs w:val="20"/>
              </w:rPr>
            </w:pPr>
            <w:r w:rsidRPr="005B330B">
              <w:rPr>
                <w:rtl/>
              </w:rPr>
              <w:t>توجد صيغ توحي بنتائج قبل التحليل.</w:t>
            </w:r>
          </w:p>
        </w:tc>
        <w:tc>
          <w:tcPr>
            <w:tcW w:w="1474" w:type="dxa"/>
            <w:tcMar>
              <w:top w:w="100" w:type="dxa"/>
              <w:left w:w="100" w:type="dxa"/>
              <w:bottom w:w="100" w:type="dxa"/>
              <w:right w:w="100" w:type="dxa"/>
            </w:tcMar>
          </w:tcPr>
          <w:p w14:paraId="77DA7E14" w14:textId="31E552EA" w:rsidR="00394A06" w:rsidRPr="00394A06" w:rsidRDefault="00394A06" w:rsidP="00394A06">
            <w:pPr>
              <w:bidi/>
              <w:jc w:val="both"/>
              <w:rPr>
                <w:rFonts w:ascii="Simplified Arabic" w:hAnsi="Simplified Arabic" w:cs="Simplified Arabic"/>
                <w:sz w:val="20"/>
                <w:szCs w:val="20"/>
              </w:rPr>
            </w:pPr>
            <w:r w:rsidRPr="005B330B">
              <w:rPr>
                <w:rtl/>
              </w:rPr>
              <w:t>جيد مع تعديل</w:t>
            </w:r>
          </w:p>
        </w:tc>
        <w:tc>
          <w:tcPr>
            <w:tcW w:w="3288" w:type="dxa"/>
            <w:tcMar>
              <w:top w:w="100" w:type="dxa"/>
              <w:left w:w="100" w:type="dxa"/>
              <w:bottom w:w="100" w:type="dxa"/>
              <w:right w:w="100" w:type="dxa"/>
            </w:tcMar>
          </w:tcPr>
          <w:p w14:paraId="1423C3BF" w14:textId="3C84CD12" w:rsidR="00394A06" w:rsidRPr="00394A06" w:rsidRDefault="00394A06" w:rsidP="00394A06">
            <w:pPr>
              <w:bidi/>
              <w:jc w:val="both"/>
              <w:rPr>
                <w:rFonts w:ascii="Simplified Arabic" w:hAnsi="Simplified Arabic" w:cs="Simplified Arabic"/>
                <w:sz w:val="20"/>
                <w:szCs w:val="20"/>
              </w:rPr>
            </w:pPr>
            <w:r w:rsidRPr="005B330B">
              <w:rPr>
                <w:rtl/>
              </w:rPr>
              <w:t>إعادة صياغة العبارات الاستنتاجية بصيغة خطة منهجية</w:t>
            </w:r>
            <w:r w:rsidRPr="005B330B">
              <w:t>.</w:t>
            </w:r>
          </w:p>
        </w:tc>
        <w:tc>
          <w:tcPr>
            <w:tcW w:w="1134" w:type="dxa"/>
            <w:tcMar>
              <w:top w:w="100" w:type="dxa"/>
              <w:left w:w="100" w:type="dxa"/>
              <w:bottom w:w="100" w:type="dxa"/>
              <w:right w:w="100" w:type="dxa"/>
            </w:tcMar>
            <w:vAlign w:val="center"/>
          </w:tcPr>
          <w:p w14:paraId="3B19413E" w14:textId="77777777" w:rsidR="00394A06" w:rsidRPr="00394A06" w:rsidRDefault="00394A06" w:rsidP="00394A06">
            <w:pPr>
              <w:bidi/>
              <w:jc w:val="both"/>
              <w:rPr>
                <w:rFonts w:ascii="Simplified Arabic" w:hAnsi="Simplified Arabic" w:cs="Simplified Arabic"/>
                <w:sz w:val="20"/>
                <w:szCs w:val="20"/>
              </w:rPr>
            </w:pPr>
          </w:p>
        </w:tc>
      </w:tr>
    </w:tbl>
    <w:p w14:paraId="4332A248" w14:textId="77777777" w:rsidR="003B24C9" w:rsidRPr="00394A06" w:rsidRDefault="003B24C9" w:rsidP="00394A06">
      <w:pPr>
        <w:bidi/>
        <w:spacing w:after="0" w:line="240" w:lineRule="auto"/>
        <w:jc w:val="both"/>
        <w:rPr>
          <w:rFonts w:ascii="Simplified Arabic" w:eastAsiaTheme="majorEastAsia" w:hAnsi="Simplified Arabic" w:cs="Simplified Arabic"/>
          <w:b/>
          <w:bCs/>
          <w:color w:val="000000" w:themeColor="text1"/>
          <w:sz w:val="20"/>
          <w:szCs w:val="20"/>
          <w:rtl/>
        </w:rPr>
      </w:pPr>
      <w:r w:rsidRPr="00394A06">
        <w:rPr>
          <w:rFonts w:ascii="Simplified Arabic" w:eastAsiaTheme="majorEastAsia" w:hAnsi="Simplified Arabic" w:cs="Simplified Arabic"/>
          <w:b/>
          <w:bCs/>
          <w:color w:val="000000" w:themeColor="text1"/>
          <w:sz w:val="20"/>
          <w:szCs w:val="20"/>
          <w:rtl/>
        </w:rPr>
        <w:t>ملاحظات تطبيقية تفصيلية على الفصل الثالث</w:t>
      </w:r>
    </w:p>
    <w:p w14:paraId="0888742F" w14:textId="77777777" w:rsidR="00A662EF" w:rsidRPr="00394A06" w:rsidRDefault="003B24C9" w:rsidP="00394A06">
      <w:pPr>
        <w:bidi/>
        <w:spacing w:after="0" w:line="240" w:lineRule="auto"/>
        <w:jc w:val="both"/>
        <w:rPr>
          <w:rFonts w:ascii="Simplified Arabic" w:hAnsi="Simplified Arabic" w:cs="Simplified Arabic"/>
          <w:color w:val="000000" w:themeColor="text1"/>
          <w:sz w:val="20"/>
          <w:szCs w:val="20"/>
        </w:rPr>
      </w:pPr>
      <w:r w:rsidRPr="00394A06">
        <w:rPr>
          <w:rFonts w:ascii="Simplified Arabic" w:hAnsi="Simplified Arabic" w:cs="Simplified Arabic"/>
          <w:color w:val="000000" w:themeColor="text1"/>
          <w:sz w:val="20"/>
          <w:szCs w:val="20"/>
          <w:rtl/>
        </w:rPr>
        <w:t xml:space="preserve">يُستخدم الجدول الآتي لإضافة الملاحظات الخاصة بكل طالب، مع تحديد موضع </w:t>
      </w:r>
      <w:r w:rsidR="002225E8" w:rsidRPr="00394A06">
        <w:rPr>
          <w:rFonts w:ascii="Simplified Arabic" w:hAnsi="Simplified Arabic" w:cs="Simplified Arabic"/>
          <w:color w:val="000000" w:themeColor="text1"/>
          <w:sz w:val="20"/>
          <w:szCs w:val="20"/>
          <w:rtl/>
        </w:rPr>
        <w:t>الملاحظة،</w:t>
      </w:r>
      <w:r w:rsidRPr="00394A06">
        <w:rPr>
          <w:rFonts w:ascii="Simplified Arabic" w:hAnsi="Simplified Arabic" w:cs="Simplified Arabic"/>
          <w:color w:val="000000" w:themeColor="text1"/>
          <w:sz w:val="20"/>
          <w:szCs w:val="20"/>
          <w:rtl/>
        </w:rPr>
        <w:t xml:space="preserve"> </w:t>
      </w:r>
      <w:proofErr w:type="gramStart"/>
      <w:r w:rsidRPr="00394A06">
        <w:rPr>
          <w:rFonts w:ascii="Simplified Arabic" w:hAnsi="Simplified Arabic" w:cs="Simplified Arabic"/>
          <w:color w:val="000000" w:themeColor="text1"/>
          <w:sz w:val="20"/>
          <w:szCs w:val="20"/>
          <w:rtl/>
        </w:rPr>
        <w:t>وأثرها</w:t>
      </w:r>
      <w:proofErr w:type="gramEnd"/>
      <w:r w:rsidRPr="00394A06">
        <w:rPr>
          <w:rFonts w:ascii="Simplified Arabic" w:hAnsi="Simplified Arabic" w:cs="Simplified Arabic"/>
          <w:color w:val="000000" w:themeColor="text1"/>
          <w:sz w:val="20"/>
          <w:szCs w:val="20"/>
          <w:rtl/>
        </w:rPr>
        <w:t xml:space="preserve"> والإجراء المطلوب والأولوية. </w:t>
      </w:r>
    </w:p>
    <w:tbl>
      <w:tblPr>
        <w:tblStyle w:val="TableGrid"/>
        <w:bidiVisual/>
        <w:tblW w:w="0" w:type="auto"/>
        <w:jc w:val="center"/>
        <w:tblLayout w:type="fixed"/>
        <w:tblLook w:val="04A0" w:firstRow="1" w:lastRow="0" w:firstColumn="1" w:lastColumn="0" w:noHBand="0" w:noVBand="1"/>
      </w:tblPr>
      <w:tblGrid>
        <w:gridCol w:w="4082"/>
        <w:gridCol w:w="2324"/>
        <w:gridCol w:w="3628"/>
        <w:gridCol w:w="3855"/>
        <w:gridCol w:w="1134"/>
      </w:tblGrid>
      <w:tr w:rsidR="00A662EF" w:rsidRPr="00394A06" w14:paraId="1BFBD252" w14:textId="77777777" w:rsidTr="00F50E7D">
        <w:trPr>
          <w:cantSplit/>
          <w:tblHeader/>
          <w:jc w:val="center"/>
        </w:trPr>
        <w:tc>
          <w:tcPr>
            <w:tcW w:w="4082" w:type="dxa"/>
            <w:tcMar>
              <w:top w:w="100" w:type="dxa"/>
              <w:left w:w="100" w:type="dxa"/>
              <w:bottom w:w="100" w:type="dxa"/>
              <w:right w:w="100" w:type="dxa"/>
            </w:tcMar>
            <w:vAlign w:val="center"/>
          </w:tcPr>
          <w:p w14:paraId="75DDE23F"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الملاحظة</w:t>
            </w:r>
          </w:p>
        </w:tc>
        <w:tc>
          <w:tcPr>
            <w:tcW w:w="2324" w:type="dxa"/>
            <w:tcMar>
              <w:top w:w="100" w:type="dxa"/>
              <w:left w:w="100" w:type="dxa"/>
              <w:bottom w:w="100" w:type="dxa"/>
              <w:right w:w="100" w:type="dxa"/>
            </w:tcMar>
            <w:vAlign w:val="center"/>
          </w:tcPr>
          <w:p w14:paraId="5C3D8D69"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موقعها في الفصل</w:t>
            </w:r>
          </w:p>
        </w:tc>
        <w:tc>
          <w:tcPr>
            <w:tcW w:w="3628" w:type="dxa"/>
            <w:tcMar>
              <w:top w:w="100" w:type="dxa"/>
              <w:left w:w="100" w:type="dxa"/>
              <w:bottom w:w="100" w:type="dxa"/>
              <w:right w:w="100" w:type="dxa"/>
            </w:tcMar>
            <w:vAlign w:val="center"/>
          </w:tcPr>
          <w:p w14:paraId="4066DF2B"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أثرها على جودة المنهجية</w:t>
            </w:r>
          </w:p>
        </w:tc>
        <w:tc>
          <w:tcPr>
            <w:tcW w:w="3855" w:type="dxa"/>
            <w:tcMar>
              <w:top w:w="100" w:type="dxa"/>
              <w:left w:w="100" w:type="dxa"/>
              <w:bottom w:w="100" w:type="dxa"/>
              <w:right w:w="100" w:type="dxa"/>
            </w:tcMar>
            <w:vAlign w:val="center"/>
          </w:tcPr>
          <w:p w14:paraId="458C4F49"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التعديل المطلوب</w:t>
            </w:r>
          </w:p>
        </w:tc>
        <w:tc>
          <w:tcPr>
            <w:tcW w:w="1134" w:type="dxa"/>
            <w:tcMar>
              <w:top w:w="100" w:type="dxa"/>
              <w:left w:w="100" w:type="dxa"/>
              <w:bottom w:w="100" w:type="dxa"/>
              <w:right w:w="100" w:type="dxa"/>
            </w:tcMar>
            <w:vAlign w:val="center"/>
          </w:tcPr>
          <w:p w14:paraId="32CA751E"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الأولوية</w:t>
            </w:r>
          </w:p>
        </w:tc>
      </w:tr>
      <w:tr w:rsidR="00394A06" w:rsidRPr="00394A06" w14:paraId="2A7F8C6A" w14:textId="77777777" w:rsidTr="00956692">
        <w:trPr>
          <w:cantSplit/>
          <w:jc w:val="center"/>
        </w:trPr>
        <w:tc>
          <w:tcPr>
            <w:tcW w:w="4082" w:type="dxa"/>
            <w:tcMar>
              <w:top w:w="100" w:type="dxa"/>
              <w:left w:w="100" w:type="dxa"/>
              <w:bottom w:w="100" w:type="dxa"/>
              <w:right w:w="100" w:type="dxa"/>
            </w:tcMar>
            <w:vAlign w:val="center"/>
          </w:tcPr>
          <w:p w14:paraId="26C06623" w14:textId="77777777" w:rsidR="00394A06" w:rsidRPr="00394A06" w:rsidRDefault="00394A06" w:rsidP="00394A06">
            <w:pPr>
              <w:bidi/>
              <w:jc w:val="both"/>
              <w:rPr>
                <w:rFonts w:ascii="Simplified Arabic" w:hAnsi="Simplified Arabic" w:cs="Simplified Arabic"/>
                <w:sz w:val="20"/>
                <w:szCs w:val="20"/>
              </w:rPr>
            </w:pPr>
            <w:proofErr w:type="spellStart"/>
            <w:r w:rsidRPr="00394A06">
              <w:rPr>
                <w:rFonts w:ascii="Simplified Arabic" w:hAnsi="Simplified Arabic" w:cs="Simplified Arabic"/>
                <w:sz w:val="20"/>
                <w:szCs w:val="20"/>
              </w:rPr>
              <w:t>تحديد</w:t>
            </w:r>
            <w:proofErr w:type="spellEnd"/>
            <w:r w:rsidRPr="00394A06">
              <w:rPr>
                <w:rFonts w:ascii="Simplified Arabic" w:hAnsi="Simplified Arabic" w:cs="Simplified Arabic"/>
                <w:sz w:val="20"/>
                <w:szCs w:val="20"/>
              </w:rPr>
              <w:t xml:space="preserve"> </w:t>
            </w:r>
            <w:proofErr w:type="spellStart"/>
            <w:r w:rsidRPr="00394A06">
              <w:rPr>
                <w:rFonts w:ascii="Simplified Arabic" w:hAnsi="Simplified Arabic" w:cs="Simplified Arabic"/>
                <w:sz w:val="20"/>
                <w:szCs w:val="20"/>
              </w:rPr>
              <w:t>هوية</w:t>
            </w:r>
            <w:proofErr w:type="spellEnd"/>
            <w:r w:rsidRPr="00394A06">
              <w:rPr>
                <w:rFonts w:ascii="Simplified Arabic" w:hAnsi="Simplified Arabic" w:cs="Simplified Arabic"/>
                <w:sz w:val="20"/>
                <w:szCs w:val="20"/>
              </w:rPr>
              <w:t xml:space="preserve"> </w:t>
            </w:r>
            <w:proofErr w:type="spellStart"/>
            <w:r w:rsidRPr="00394A06">
              <w:rPr>
                <w:rFonts w:ascii="Simplified Arabic" w:hAnsi="Simplified Arabic" w:cs="Simplified Arabic"/>
                <w:sz w:val="20"/>
                <w:szCs w:val="20"/>
              </w:rPr>
              <w:t>التصميم</w:t>
            </w:r>
            <w:proofErr w:type="spellEnd"/>
          </w:p>
        </w:tc>
        <w:tc>
          <w:tcPr>
            <w:tcW w:w="2324" w:type="dxa"/>
            <w:tcMar>
              <w:top w:w="100" w:type="dxa"/>
              <w:left w:w="100" w:type="dxa"/>
              <w:bottom w:w="100" w:type="dxa"/>
              <w:right w:w="100" w:type="dxa"/>
            </w:tcMar>
          </w:tcPr>
          <w:p w14:paraId="3E1B1818" w14:textId="6403111F" w:rsidR="00394A06" w:rsidRPr="00394A06" w:rsidRDefault="00394A06" w:rsidP="00394A06">
            <w:pPr>
              <w:bidi/>
              <w:jc w:val="both"/>
              <w:rPr>
                <w:rFonts w:ascii="Simplified Arabic" w:hAnsi="Simplified Arabic" w:cs="Simplified Arabic"/>
                <w:sz w:val="20"/>
                <w:szCs w:val="20"/>
              </w:rPr>
            </w:pPr>
            <w:r w:rsidRPr="001665B8">
              <w:t>3.1-3.2</w:t>
            </w:r>
          </w:p>
        </w:tc>
        <w:tc>
          <w:tcPr>
            <w:tcW w:w="3628" w:type="dxa"/>
            <w:tcMar>
              <w:top w:w="100" w:type="dxa"/>
              <w:left w:w="100" w:type="dxa"/>
              <w:bottom w:w="100" w:type="dxa"/>
              <w:right w:w="100" w:type="dxa"/>
            </w:tcMar>
          </w:tcPr>
          <w:p w14:paraId="30782038" w14:textId="02D66C23" w:rsidR="00394A06" w:rsidRPr="00394A06" w:rsidRDefault="00394A06" w:rsidP="00394A06">
            <w:pPr>
              <w:bidi/>
              <w:jc w:val="both"/>
              <w:rPr>
                <w:rFonts w:ascii="Simplified Arabic" w:hAnsi="Simplified Arabic" w:cs="Simplified Arabic"/>
                <w:sz w:val="20"/>
                <w:szCs w:val="20"/>
              </w:rPr>
            </w:pPr>
            <w:r w:rsidRPr="001665B8">
              <w:rPr>
                <w:rtl/>
              </w:rPr>
              <w:t>يمثل الأساس الذي يحدد أدوات الدراسة وتحليلها.</w:t>
            </w:r>
          </w:p>
        </w:tc>
        <w:tc>
          <w:tcPr>
            <w:tcW w:w="3855" w:type="dxa"/>
            <w:tcMar>
              <w:top w:w="100" w:type="dxa"/>
              <w:left w:w="100" w:type="dxa"/>
              <w:bottom w:w="100" w:type="dxa"/>
              <w:right w:w="100" w:type="dxa"/>
            </w:tcMar>
          </w:tcPr>
          <w:p w14:paraId="0B78D379" w14:textId="37AFD30F" w:rsidR="00394A06" w:rsidRPr="00394A06" w:rsidRDefault="00394A06" w:rsidP="00394A06">
            <w:pPr>
              <w:bidi/>
              <w:jc w:val="both"/>
              <w:rPr>
                <w:rFonts w:ascii="Simplified Arabic" w:hAnsi="Simplified Arabic" w:cs="Simplified Arabic"/>
                <w:sz w:val="20"/>
                <w:szCs w:val="20"/>
              </w:rPr>
            </w:pPr>
            <w:r w:rsidRPr="001665B8">
              <w:rPr>
                <w:rtl/>
              </w:rPr>
              <w:t>حسم التصميم: مسح كمي مدعوم بالوثائق أو دراسة حالة مختلطة، مع تبرير ذلك.</w:t>
            </w:r>
          </w:p>
        </w:tc>
        <w:tc>
          <w:tcPr>
            <w:tcW w:w="1134" w:type="dxa"/>
            <w:tcMar>
              <w:top w:w="100" w:type="dxa"/>
              <w:left w:w="100" w:type="dxa"/>
              <w:bottom w:w="100" w:type="dxa"/>
              <w:right w:w="100" w:type="dxa"/>
            </w:tcMar>
          </w:tcPr>
          <w:p w14:paraId="3555753E" w14:textId="23B5D631" w:rsidR="00394A06" w:rsidRPr="00394A06" w:rsidRDefault="00394A06" w:rsidP="00394A06">
            <w:pPr>
              <w:bidi/>
              <w:jc w:val="both"/>
              <w:rPr>
                <w:rFonts w:ascii="Simplified Arabic" w:hAnsi="Simplified Arabic" w:cs="Simplified Arabic"/>
                <w:sz w:val="20"/>
                <w:szCs w:val="20"/>
              </w:rPr>
            </w:pPr>
            <w:r w:rsidRPr="001665B8">
              <w:rPr>
                <w:rtl/>
              </w:rPr>
              <w:t>عالية</w:t>
            </w:r>
          </w:p>
        </w:tc>
      </w:tr>
      <w:tr w:rsidR="00394A06" w:rsidRPr="00394A06" w14:paraId="73F8CAE4" w14:textId="77777777" w:rsidTr="00956692">
        <w:trPr>
          <w:cantSplit/>
          <w:jc w:val="center"/>
        </w:trPr>
        <w:tc>
          <w:tcPr>
            <w:tcW w:w="4082" w:type="dxa"/>
            <w:tcMar>
              <w:top w:w="100" w:type="dxa"/>
              <w:left w:w="100" w:type="dxa"/>
              <w:bottom w:w="100" w:type="dxa"/>
              <w:right w:w="100" w:type="dxa"/>
            </w:tcMar>
            <w:vAlign w:val="center"/>
          </w:tcPr>
          <w:p w14:paraId="7A3A7D85"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وحدة التحليل</w:t>
            </w:r>
          </w:p>
        </w:tc>
        <w:tc>
          <w:tcPr>
            <w:tcW w:w="2324" w:type="dxa"/>
            <w:tcMar>
              <w:top w:w="100" w:type="dxa"/>
              <w:left w:w="100" w:type="dxa"/>
              <w:bottom w:w="100" w:type="dxa"/>
              <w:right w:w="100" w:type="dxa"/>
            </w:tcMar>
          </w:tcPr>
          <w:p w14:paraId="30EE4E4E" w14:textId="61FD49D6" w:rsidR="00394A06" w:rsidRPr="00394A06" w:rsidRDefault="00394A06" w:rsidP="00394A06">
            <w:pPr>
              <w:bidi/>
              <w:jc w:val="both"/>
              <w:rPr>
                <w:rFonts w:ascii="Simplified Arabic" w:hAnsi="Simplified Arabic" w:cs="Simplified Arabic"/>
                <w:sz w:val="20"/>
                <w:szCs w:val="20"/>
              </w:rPr>
            </w:pPr>
            <w:r w:rsidRPr="001665B8">
              <w:t>3.6</w:t>
            </w:r>
          </w:p>
        </w:tc>
        <w:tc>
          <w:tcPr>
            <w:tcW w:w="3628" w:type="dxa"/>
            <w:tcMar>
              <w:top w:w="100" w:type="dxa"/>
              <w:left w:w="100" w:type="dxa"/>
              <w:bottom w:w="100" w:type="dxa"/>
              <w:right w:w="100" w:type="dxa"/>
            </w:tcMar>
          </w:tcPr>
          <w:p w14:paraId="413ECAE5" w14:textId="0E896E3B" w:rsidR="00394A06" w:rsidRPr="00394A06" w:rsidRDefault="00394A06" w:rsidP="00394A06">
            <w:pPr>
              <w:bidi/>
              <w:jc w:val="both"/>
              <w:rPr>
                <w:rFonts w:ascii="Simplified Arabic" w:hAnsi="Simplified Arabic" w:cs="Simplified Arabic"/>
                <w:sz w:val="20"/>
                <w:szCs w:val="20"/>
              </w:rPr>
            </w:pPr>
            <w:r w:rsidRPr="001665B8">
              <w:rPr>
                <w:rtl/>
              </w:rPr>
              <w:t>اختلاط الخدمة، الفرد، والوثيقة يضعف القياس.</w:t>
            </w:r>
          </w:p>
        </w:tc>
        <w:tc>
          <w:tcPr>
            <w:tcW w:w="3855" w:type="dxa"/>
            <w:tcMar>
              <w:top w:w="100" w:type="dxa"/>
              <w:left w:w="100" w:type="dxa"/>
              <w:bottom w:w="100" w:type="dxa"/>
              <w:right w:w="100" w:type="dxa"/>
            </w:tcMar>
          </w:tcPr>
          <w:p w14:paraId="20FA94C0" w14:textId="1748B48F" w:rsidR="00394A06" w:rsidRPr="00394A06" w:rsidRDefault="00394A06" w:rsidP="00394A06">
            <w:pPr>
              <w:bidi/>
              <w:jc w:val="both"/>
              <w:rPr>
                <w:rFonts w:ascii="Simplified Arabic" w:hAnsi="Simplified Arabic" w:cs="Simplified Arabic"/>
                <w:sz w:val="20"/>
                <w:szCs w:val="20"/>
              </w:rPr>
            </w:pPr>
            <w:r w:rsidRPr="001665B8">
              <w:rPr>
                <w:rtl/>
              </w:rPr>
              <w:t>تحديد وحدة التحليل الأساسية ووحدات الملاحظة المساندة.</w:t>
            </w:r>
          </w:p>
        </w:tc>
        <w:tc>
          <w:tcPr>
            <w:tcW w:w="1134" w:type="dxa"/>
            <w:tcMar>
              <w:top w:w="100" w:type="dxa"/>
              <w:left w:w="100" w:type="dxa"/>
              <w:bottom w:w="100" w:type="dxa"/>
              <w:right w:w="100" w:type="dxa"/>
            </w:tcMar>
          </w:tcPr>
          <w:p w14:paraId="48295042" w14:textId="4B819451" w:rsidR="00394A06" w:rsidRPr="00394A06" w:rsidRDefault="00394A06" w:rsidP="00394A06">
            <w:pPr>
              <w:bidi/>
              <w:jc w:val="both"/>
              <w:rPr>
                <w:rFonts w:ascii="Simplified Arabic" w:hAnsi="Simplified Arabic" w:cs="Simplified Arabic"/>
                <w:sz w:val="20"/>
                <w:szCs w:val="20"/>
              </w:rPr>
            </w:pPr>
            <w:r w:rsidRPr="001665B8">
              <w:rPr>
                <w:rtl/>
              </w:rPr>
              <w:t>عالية</w:t>
            </w:r>
          </w:p>
        </w:tc>
      </w:tr>
      <w:tr w:rsidR="00394A06" w:rsidRPr="00394A06" w14:paraId="42F256C8" w14:textId="77777777" w:rsidTr="00956692">
        <w:trPr>
          <w:cantSplit/>
          <w:jc w:val="center"/>
        </w:trPr>
        <w:tc>
          <w:tcPr>
            <w:tcW w:w="4082" w:type="dxa"/>
            <w:tcMar>
              <w:top w:w="100" w:type="dxa"/>
              <w:left w:w="100" w:type="dxa"/>
              <w:bottom w:w="100" w:type="dxa"/>
              <w:right w:w="100" w:type="dxa"/>
            </w:tcMar>
            <w:vAlign w:val="center"/>
          </w:tcPr>
          <w:p w14:paraId="2A8C81A5"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إطار العينة</w:t>
            </w:r>
          </w:p>
        </w:tc>
        <w:tc>
          <w:tcPr>
            <w:tcW w:w="2324" w:type="dxa"/>
            <w:tcMar>
              <w:top w:w="100" w:type="dxa"/>
              <w:left w:w="100" w:type="dxa"/>
              <w:bottom w:w="100" w:type="dxa"/>
              <w:right w:w="100" w:type="dxa"/>
            </w:tcMar>
          </w:tcPr>
          <w:p w14:paraId="6B56514F" w14:textId="0872171A" w:rsidR="00394A06" w:rsidRPr="00394A06" w:rsidRDefault="00394A06" w:rsidP="00394A06">
            <w:pPr>
              <w:bidi/>
              <w:jc w:val="both"/>
              <w:rPr>
                <w:rFonts w:ascii="Simplified Arabic" w:hAnsi="Simplified Arabic" w:cs="Simplified Arabic"/>
                <w:sz w:val="20"/>
                <w:szCs w:val="20"/>
              </w:rPr>
            </w:pPr>
            <w:r w:rsidRPr="001665B8">
              <w:t>3.5-3.7</w:t>
            </w:r>
          </w:p>
        </w:tc>
        <w:tc>
          <w:tcPr>
            <w:tcW w:w="3628" w:type="dxa"/>
            <w:tcMar>
              <w:top w:w="100" w:type="dxa"/>
              <w:left w:w="100" w:type="dxa"/>
              <w:bottom w:w="100" w:type="dxa"/>
              <w:right w:w="100" w:type="dxa"/>
            </w:tcMar>
          </w:tcPr>
          <w:p w14:paraId="697A30A5" w14:textId="6CFD2EE7" w:rsidR="00394A06" w:rsidRPr="00394A06" w:rsidRDefault="00394A06" w:rsidP="00394A06">
            <w:pPr>
              <w:bidi/>
              <w:jc w:val="both"/>
              <w:rPr>
                <w:rFonts w:ascii="Simplified Arabic" w:hAnsi="Simplified Arabic" w:cs="Simplified Arabic"/>
                <w:sz w:val="20"/>
                <w:szCs w:val="20"/>
              </w:rPr>
            </w:pPr>
            <w:r w:rsidRPr="001665B8">
              <w:rPr>
                <w:rtl/>
              </w:rPr>
              <w:t>العشوائية لا تصح دون قوائم فعلية.</w:t>
            </w:r>
          </w:p>
        </w:tc>
        <w:tc>
          <w:tcPr>
            <w:tcW w:w="3855" w:type="dxa"/>
            <w:tcMar>
              <w:top w:w="100" w:type="dxa"/>
              <w:left w:w="100" w:type="dxa"/>
              <w:bottom w:w="100" w:type="dxa"/>
              <w:right w:w="100" w:type="dxa"/>
            </w:tcMar>
          </w:tcPr>
          <w:p w14:paraId="0FA907FB" w14:textId="5B2C8B0B" w:rsidR="00394A06" w:rsidRPr="00394A06" w:rsidRDefault="00394A06" w:rsidP="00394A06">
            <w:pPr>
              <w:bidi/>
              <w:jc w:val="both"/>
              <w:rPr>
                <w:rFonts w:ascii="Simplified Arabic" w:hAnsi="Simplified Arabic" w:cs="Simplified Arabic"/>
                <w:sz w:val="20"/>
                <w:szCs w:val="20"/>
              </w:rPr>
            </w:pPr>
            <w:r w:rsidRPr="001665B8">
              <w:rPr>
                <w:rtl/>
              </w:rPr>
              <w:t>توثيق قوائم العينة أو تعديل أسلوب المعاينة إلى قصدية/خبراء.</w:t>
            </w:r>
          </w:p>
        </w:tc>
        <w:tc>
          <w:tcPr>
            <w:tcW w:w="1134" w:type="dxa"/>
            <w:tcMar>
              <w:top w:w="100" w:type="dxa"/>
              <w:left w:w="100" w:type="dxa"/>
              <w:bottom w:w="100" w:type="dxa"/>
              <w:right w:w="100" w:type="dxa"/>
            </w:tcMar>
          </w:tcPr>
          <w:p w14:paraId="62A3DA16" w14:textId="46B4A8F4" w:rsidR="00394A06" w:rsidRPr="00394A06" w:rsidRDefault="00394A06" w:rsidP="00394A06">
            <w:pPr>
              <w:bidi/>
              <w:jc w:val="both"/>
              <w:rPr>
                <w:rFonts w:ascii="Simplified Arabic" w:hAnsi="Simplified Arabic" w:cs="Simplified Arabic"/>
                <w:sz w:val="20"/>
                <w:szCs w:val="20"/>
              </w:rPr>
            </w:pPr>
            <w:r w:rsidRPr="001665B8">
              <w:rPr>
                <w:rtl/>
              </w:rPr>
              <w:t>عالية</w:t>
            </w:r>
          </w:p>
        </w:tc>
      </w:tr>
      <w:tr w:rsidR="00394A06" w:rsidRPr="00394A06" w14:paraId="1BEDFDAB" w14:textId="77777777" w:rsidTr="00956692">
        <w:trPr>
          <w:cantSplit/>
          <w:jc w:val="center"/>
        </w:trPr>
        <w:tc>
          <w:tcPr>
            <w:tcW w:w="4082" w:type="dxa"/>
            <w:tcMar>
              <w:top w:w="100" w:type="dxa"/>
              <w:left w:w="100" w:type="dxa"/>
              <w:bottom w:w="100" w:type="dxa"/>
              <w:right w:w="100" w:type="dxa"/>
            </w:tcMar>
            <w:vAlign w:val="center"/>
          </w:tcPr>
          <w:p w14:paraId="65F819DC"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تحليل الوثائق</w:t>
            </w:r>
          </w:p>
        </w:tc>
        <w:tc>
          <w:tcPr>
            <w:tcW w:w="2324" w:type="dxa"/>
            <w:tcMar>
              <w:top w:w="100" w:type="dxa"/>
              <w:left w:w="100" w:type="dxa"/>
              <w:bottom w:w="100" w:type="dxa"/>
              <w:right w:w="100" w:type="dxa"/>
            </w:tcMar>
          </w:tcPr>
          <w:p w14:paraId="7A04F9A4" w14:textId="0DD408AD" w:rsidR="00394A06" w:rsidRPr="00394A06" w:rsidRDefault="00394A06" w:rsidP="00394A06">
            <w:pPr>
              <w:bidi/>
              <w:jc w:val="both"/>
              <w:rPr>
                <w:rFonts w:ascii="Simplified Arabic" w:hAnsi="Simplified Arabic" w:cs="Simplified Arabic"/>
                <w:sz w:val="20"/>
                <w:szCs w:val="20"/>
              </w:rPr>
            </w:pPr>
            <w:r w:rsidRPr="001665B8">
              <w:t>3.8-3.9</w:t>
            </w:r>
          </w:p>
        </w:tc>
        <w:tc>
          <w:tcPr>
            <w:tcW w:w="3628" w:type="dxa"/>
            <w:tcMar>
              <w:top w:w="100" w:type="dxa"/>
              <w:left w:w="100" w:type="dxa"/>
              <w:bottom w:w="100" w:type="dxa"/>
              <w:right w:w="100" w:type="dxa"/>
            </w:tcMar>
          </w:tcPr>
          <w:p w14:paraId="2BE9F7EC" w14:textId="14AAA2A4" w:rsidR="00394A06" w:rsidRPr="00394A06" w:rsidRDefault="00394A06" w:rsidP="00394A06">
            <w:pPr>
              <w:bidi/>
              <w:jc w:val="both"/>
              <w:rPr>
                <w:rFonts w:ascii="Simplified Arabic" w:hAnsi="Simplified Arabic" w:cs="Simplified Arabic"/>
                <w:sz w:val="20"/>
                <w:szCs w:val="20"/>
              </w:rPr>
            </w:pPr>
            <w:r w:rsidRPr="001665B8">
              <w:rPr>
                <w:rtl/>
              </w:rPr>
              <w:t>مصدر البيانات المساند يحتاج بروتوكولاً قابلاً للتكرار.</w:t>
            </w:r>
          </w:p>
        </w:tc>
        <w:tc>
          <w:tcPr>
            <w:tcW w:w="3855" w:type="dxa"/>
            <w:tcMar>
              <w:top w:w="100" w:type="dxa"/>
              <w:left w:w="100" w:type="dxa"/>
              <w:bottom w:w="100" w:type="dxa"/>
              <w:right w:w="100" w:type="dxa"/>
            </w:tcMar>
          </w:tcPr>
          <w:p w14:paraId="49D8EF93" w14:textId="143DAAAA" w:rsidR="00394A06" w:rsidRPr="00394A06" w:rsidRDefault="00394A06" w:rsidP="00394A06">
            <w:pPr>
              <w:bidi/>
              <w:jc w:val="both"/>
              <w:rPr>
                <w:rFonts w:ascii="Simplified Arabic" w:hAnsi="Simplified Arabic" w:cs="Simplified Arabic"/>
                <w:sz w:val="20"/>
                <w:szCs w:val="20"/>
              </w:rPr>
            </w:pPr>
            <w:r w:rsidRPr="001665B8">
              <w:rPr>
                <w:rtl/>
              </w:rPr>
              <w:t>إضافة معيار اختيار الوثائق، فئات الترميز، وطريقة التحقق.</w:t>
            </w:r>
          </w:p>
        </w:tc>
        <w:tc>
          <w:tcPr>
            <w:tcW w:w="1134" w:type="dxa"/>
            <w:tcMar>
              <w:top w:w="100" w:type="dxa"/>
              <w:left w:w="100" w:type="dxa"/>
              <w:bottom w:w="100" w:type="dxa"/>
              <w:right w:w="100" w:type="dxa"/>
            </w:tcMar>
          </w:tcPr>
          <w:p w14:paraId="226BC840" w14:textId="62862E5D" w:rsidR="00394A06" w:rsidRPr="00394A06" w:rsidRDefault="00394A06" w:rsidP="00394A06">
            <w:pPr>
              <w:bidi/>
              <w:jc w:val="both"/>
              <w:rPr>
                <w:rFonts w:ascii="Simplified Arabic" w:hAnsi="Simplified Arabic" w:cs="Simplified Arabic"/>
                <w:sz w:val="20"/>
                <w:szCs w:val="20"/>
              </w:rPr>
            </w:pPr>
            <w:r w:rsidRPr="001665B8">
              <w:rPr>
                <w:rtl/>
              </w:rPr>
              <w:t>متوسطة</w:t>
            </w:r>
          </w:p>
        </w:tc>
      </w:tr>
      <w:tr w:rsidR="00394A06" w:rsidRPr="00394A06" w14:paraId="3FC152D5" w14:textId="77777777" w:rsidTr="00956692">
        <w:trPr>
          <w:cantSplit/>
          <w:jc w:val="center"/>
        </w:trPr>
        <w:tc>
          <w:tcPr>
            <w:tcW w:w="4082" w:type="dxa"/>
            <w:tcMar>
              <w:top w:w="100" w:type="dxa"/>
              <w:left w:w="100" w:type="dxa"/>
              <w:bottom w:w="100" w:type="dxa"/>
              <w:right w:w="100" w:type="dxa"/>
            </w:tcMar>
            <w:vAlign w:val="center"/>
          </w:tcPr>
          <w:p w14:paraId="1429485D"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بناء النموذج المقترح</w:t>
            </w:r>
          </w:p>
        </w:tc>
        <w:tc>
          <w:tcPr>
            <w:tcW w:w="2324" w:type="dxa"/>
            <w:tcMar>
              <w:top w:w="100" w:type="dxa"/>
              <w:left w:w="100" w:type="dxa"/>
              <w:bottom w:w="100" w:type="dxa"/>
              <w:right w:w="100" w:type="dxa"/>
            </w:tcMar>
          </w:tcPr>
          <w:p w14:paraId="0EC9D6F4" w14:textId="3007F51E" w:rsidR="00394A06" w:rsidRPr="00394A06" w:rsidRDefault="00394A06" w:rsidP="00394A06">
            <w:pPr>
              <w:bidi/>
              <w:jc w:val="both"/>
              <w:rPr>
                <w:rFonts w:ascii="Simplified Arabic" w:hAnsi="Simplified Arabic" w:cs="Simplified Arabic"/>
                <w:sz w:val="20"/>
                <w:szCs w:val="20"/>
              </w:rPr>
            </w:pPr>
            <w:r w:rsidRPr="001665B8">
              <w:rPr>
                <w:rtl/>
              </w:rPr>
              <w:t>كامل الفصل</w:t>
            </w:r>
          </w:p>
        </w:tc>
        <w:tc>
          <w:tcPr>
            <w:tcW w:w="3628" w:type="dxa"/>
            <w:tcMar>
              <w:top w:w="100" w:type="dxa"/>
              <w:left w:w="100" w:type="dxa"/>
              <w:bottom w:w="100" w:type="dxa"/>
              <w:right w:w="100" w:type="dxa"/>
            </w:tcMar>
          </w:tcPr>
          <w:p w14:paraId="704806D6" w14:textId="65197428" w:rsidR="00394A06" w:rsidRPr="00394A06" w:rsidRDefault="00394A06" w:rsidP="00394A06">
            <w:pPr>
              <w:bidi/>
              <w:jc w:val="both"/>
              <w:rPr>
                <w:rFonts w:ascii="Simplified Arabic" w:hAnsi="Simplified Arabic" w:cs="Simplified Arabic"/>
                <w:sz w:val="20"/>
                <w:szCs w:val="20"/>
              </w:rPr>
            </w:pPr>
            <w:r w:rsidRPr="001665B8">
              <w:rPr>
                <w:rtl/>
              </w:rPr>
              <w:t>هدف الدراسة يتجاوز الاختبار الوصفي.</w:t>
            </w:r>
          </w:p>
        </w:tc>
        <w:tc>
          <w:tcPr>
            <w:tcW w:w="3855" w:type="dxa"/>
            <w:tcMar>
              <w:top w:w="100" w:type="dxa"/>
              <w:left w:w="100" w:type="dxa"/>
              <w:bottom w:w="100" w:type="dxa"/>
              <w:right w:w="100" w:type="dxa"/>
            </w:tcMar>
          </w:tcPr>
          <w:p w14:paraId="163B226D" w14:textId="789D2C66" w:rsidR="00394A06" w:rsidRPr="00394A06" w:rsidRDefault="00394A06" w:rsidP="00394A06">
            <w:pPr>
              <w:bidi/>
              <w:jc w:val="both"/>
              <w:rPr>
                <w:rFonts w:ascii="Simplified Arabic" w:hAnsi="Simplified Arabic" w:cs="Simplified Arabic"/>
                <w:sz w:val="20"/>
                <w:szCs w:val="20"/>
              </w:rPr>
            </w:pPr>
            <w:r w:rsidRPr="001665B8">
              <w:rPr>
                <w:rtl/>
              </w:rPr>
              <w:t>توضيح مراحل توليد النموذج والتحقق منه وعرضه.</w:t>
            </w:r>
          </w:p>
        </w:tc>
        <w:tc>
          <w:tcPr>
            <w:tcW w:w="1134" w:type="dxa"/>
            <w:tcMar>
              <w:top w:w="100" w:type="dxa"/>
              <w:left w:w="100" w:type="dxa"/>
              <w:bottom w:w="100" w:type="dxa"/>
              <w:right w:w="100" w:type="dxa"/>
            </w:tcMar>
          </w:tcPr>
          <w:p w14:paraId="75A46B9D" w14:textId="37DD4950" w:rsidR="00394A06" w:rsidRPr="00394A06" w:rsidRDefault="00394A06" w:rsidP="00394A06">
            <w:pPr>
              <w:bidi/>
              <w:jc w:val="both"/>
              <w:rPr>
                <w:rFonts w:ascii="Simplified Arabic" w:hAnsi="Simplified Arabic" w:cs="Simplified Arabic"/>
                <w:sz w:val="20"/>
                <w:szCs w:val="20"/>
              </w:rPr>
            </w:pPr>
            <w:r w:rsidRPr="001665B8">
              <w:rPr>
                <w:rtl/>
              </w:rPr>
              <w:t>عالية</w:t>
            </w:r>
          </w:p>
        </w:tc>
      </w:tr>
      <w:tr w:rsidR="00A662EF" w:rsidRPr="00394A06" w14:paraId="43188C58" w14:textId="77777777" w:rsidTr="00F50E7D">
        <w:trPr>
          <w:cantSplit/>
          <w:jc w:val="center"/>
        </w:trPr>
        <w:tc>
          <w:tcPr>
            <w:tcW w:w="4082" w:type="dxa"/>
            <w:tcMar>
              <w:top w:w="100" w:type="dxa"/>
              <w:left w:w="100" w:type="dxa"/>
              <w:bottom w:w="100" w:type="dxa"/>
              <w:right w:w="100" w:type="dxa"/>
            </w:tcMar>
            <w:vAlign w:val="center"/>
          </w:tcPr>
          <w:p w14:paraId="76938553" w14:textId="77777777" w:rsidR="00EA2E28" w:rsidRPr="00394A06" w:rsidRDefault="00EA2E28" w:rsidP="00394A06">
            <w:pPr>
              <w:bidi/>
              <w:jc w:val="both"/>
              <w:rPr>
                <w:rFonts w:ascii="Simplified Arabic" w:hAnsi="Simplified Arabic" w:cs="Simplified Arabic"/>
                <w:sz w:val="20"/>
                <w:szCs w:val="20"/>
              </w:rPr>
            </w:pPr>
          </w:p>
        </w:tc>
        <w:tc>
          <w:tcPr>
            <w:tcW w:w="2324" w:type="dxa"/>
            <w:tcMar>
              <w:top w:w="100" w:type="dxa"/>
              <w:left w:w="100" w:type="dxa"/>
              <w:bottom w:w="100" w:type="dxa"/>
              <w:right w:w="100" w:type="dxa"/>
            </w:tcMar>
            <w:vAlign w:val="center"/>
          </w:tcPr>
          <w:p w14:paraId="146EBA17" w14:textId="77777777" w:rsidR="00EA2E28" w:rsidRPr="00394A06" w:rsidRDefault="00EA2E28" w:rsidP="00394A06">
            <w:pPr>
              <w:bidi/>
              <w:jc w:val="both"/>
              <w:rPr>
                <w:rFonts w:ascii="Simplified Arabic" w:hAnsi="Simplified Arabic" w:cs="Simplified Arabic"/>
                <w:sz w:val="20"/>
                <w:szCs w:val="20"/>
              </w:rPr>
            </w:pPr>
          </w:p>
        </w:tc>
        <w:tc>
          <w:tcPr>
            <w:tcW w:w="3628" w:type="dxa"/>
            <w:tcMar>
              <w:top w:w="100" w:type="dxa"/>
              <w:left w:w="100" w:type="dxa"/>
              <w:bottom w:w="100" w:type="dxa"/>
              <w:right w:w="100" w:type="dxa"/>
            </w:tcMar>
            <w:vAlign w:val="center"/>
          </w:tcPr>
          <w:p w14:paraId="76E5BE6C" w14:textId="77777777" w:rsidR="00EA2E28" w:rsidRPr="00394A06" w:rsidRDefault="00EA2E28" w:rsidP="00394A06">
            <w:pPr>
              <w:bidi/>
              <w:jc w:val="both"/>
              <w:rPr>
                <w:rFonts w:ascii="Simplified Arabic" w:hAnsi="Simplified Arabic" w:cs="Simplified Arabic"/>
                <w:sz w:val="20"/>
                <w:szCs w:val="20"/>
              </w:rPr>
            </w:pPr>
          </w:p>
        </w:tc>
        <w:tc>
          <w:tcPr>
            <w:tcW w:w="3855" w:type="dxa"/>
            <w:tcMar>
              <w:top w:w="100" w:type="dxa"/>
              <w:left w:w="100" w:type="dxa"/>
              <w:bottom w:w="100" w:type="dxa"/>
              <w:right w:w="100" w:type="dxa"/>
            </w:tcMar>
            <w:vAlign w:val="center"/>
          </w:tcPr>
          <w:p w14:paraId="66C72CAB" w14:textId="77777777" w:rsidR="00EA2E28" w:rsidRPr="00394A06" w:rsidRDefault="00EA2E28" w:rsidP="00394A06">
            <w:pPr>
              <w:bidi/>
              <w:jc w:val="both"/>
              <w:rPr>
                <w:rFonts w:ascii="Simplified Arabic" w:hAnsi="Simplified Arabic" w:cs="Simplified Arabic"/>
                <w:sz w:val="20"/>
                <w:szCs w:val="20"/>
              </w:rPr>
            </w:pPr>
          </w:p>
        </w:tc>
        <w:tc>
          <w:tcPr>
            <w:tcW w:w="1134" w:type="dxa"/>
            <w:tcMar>
              <w:top w:w="100" w:type="dxa"/>
              <w:left w:w="100" w:type="dxa"/>
              <w:bottom w:w="100" w:type="dxa"/>
              <w:right w:w="100" w:type="dxa"/>
            </w:tcMar>
            <w:vAlign w:val="center"/>
          </w:tcPr>
          <w:p w14:paraId="02098AA5" w14:textId="77777777" w:rsidR="00EA2E28" w:rsidRPr="00394A06" w:rsidRDefault="00EA2E28" w:rsidP="00394A06">
            <w:pPr>
              <w:bidi/>
              <w:jc w:val="both"/>
              <w:rPr>
                <w:rFonts w:ascii="Simplified Arabic" w:hAnsi="Simplified Arabic" w:cs="Simplified Arabic"/>
                <w:sz w:val="20"/>
                <w:szCs w:val="20"/>
              </w:rPr>
            </w:pPr>
          </w:p>
        </w:tc>
      </w:tr>
      <w:tr w:rsidR="00A662EF" w:rsidRPr="00394A06" w14:paraId="30E679A5" w14:textId="77777777" w:rsidTr="00F50E7D">
        <w:trPr>
          <w:cantSplit/>
          <w:jc w:val="center"/>
        </w:trPr>
        <w:tc>
          <w:tcPr>
            <w:tcW w:w="4082" w:type="dxa"/>
            <w:tcMar>
              <w:top w:w="100" w:type="dxa"/>
              <w:left w:w="100" w:type="dxa"/>
              <w:bottom w:w="100" w:type="dxa"/>
              <w:right w:w="100" w:type="dxa"/>
            </w:tcMar>
            <w:vAlign w:val="center"/>
          </w:tcPr>
          <w:p w14:paraId="1FCCF2DA" w14:textId="77777777" w:rsidR="00EA2E28" w:rsidRPr="00394A06" w:rsidRDefault="00EA2E28" w:rsidP="00394A06">
            <w:pPr>
              <w:bidi/>
              <w:jc w:val="both"/>
              <w:rPr>
                <w:rFonts w:ascii="Simplified Arabic" w:hAnsi="Simplified Arabic" w:cs="Simplified Arabic"/>
                <w:sz w:val="20"/>
                <w:szCs w:val="20"/>
              </w:rPr>
            </w:pPr>
          </w:p>
        </w:tc>
        <w:tc>
          <w:tcPr>
            <w:tcW w:w="2324" w:type="dxa"/>
            <w:tcMar>
              <w:top w:w="100" w:type="dxa"/>
              <w:left w:w="100" w:type="dxa"/>
              <w:bottom w:w="100" w:type="dxa"/>
              <w:right w:w="100" w:type="dxa"/>
            </w:tcMar>
            <w:vAlign w:val="center"/>
          </w:tcPr>
          <w:p w14:paraId="148D4860" w14:textId="77777777" w:rsidR="00EA2E28" w:rsidRPr="00394A06" w:rsidRDefault="00EA2E28" w:rsidP="00394A06">
            <w:pPr>
              <w:bidi/>
              <w:jc w:val="both"/>
              <w:rPr>
                <w:rFonts w:ascii="Simplified Arabic" w:hAnsi="Simplified Arabic" w:cs="Simplified Arabic"/>
                <w:sz w:val="20"/>
                <w:szCs w:val="20"/>
              </w:rPr>
            </w:pPr>
          </w:p>
        </w:tc>
        <w:tc>
          <w:tcPr>
            <w:tcW w:w="3628" w:type="dxa"/>
            <w:tcMar>
              <w:top w:w="100" w:type="dxa"/>
              <w:left w:w="100" w:type="dxa"/>
              <w:bottom w:w="100" w:type="dxa"/>
              <w:right w:w="100" w:type="dxa"/>
            </w:tcMar>
            <w:vAlign w:val="center"/>
          </w:tcPr>
          <w:p w14:paraId="0B1E40AD" w14:textId="77777777" w:rsidR="00EA2E28" w:rsidRPr="00394A06" w:rsidRDefault="00EA2E28" w:rsidP="00394A06">
            <w:pPr>
              <w:bidi/>
              <w:jc w:val="both"/>
              <w:rPr>
                <w:rFonts w:ascii="Simplified Arabic" w:hAnsi="Simplified Arabic" w:cs="Simplified Arabic"/>
                <w:sz w:val="20"/>
                <w:szCs w:val="20"/>
              </w:rPr>
            </w:pPr>
          </w:p>
        </w:tc>
        <w:tc>
          <w:tcPr>
            <w:tcW w:w="3855" w:type="dxa"/>
            <w:tcMar>
              <w:top w:w="100" w:type="dxa"/>
              <w:left w:w="100" w:type="dxa"/>
              <w:bottom w:w="100" w:type="dxa"/>
              <w:right w:w="100" w:type="dxa"/>
            </w:tcMar>
            <w:vAlign w:val="center"/>
          </w:tcPr>
          <w:p w14:paraId="22A3F05C" w14:textId="77777777" w:rsidR="00EA2E28" w:rsidRPr="00394A06" w:rsidRDefault="00EA2E28" w:rsidP="00394A06">
            <w:pPr>
              <w:bidi/>
              <w:jc w:val="both"/>
              <w:rPr>
                <w:rFonts w:ascii="Simplified Arabic" w:hAnsi="Simplified Arabic" w:cs="Simplified Arabic"/>
                <w:sz w:val="20"/>
                <w:szCs w:val="20"/>
              </w:rPr>
            </w:pPr>
          </w:p>
        </w:tc>
        <w:tc>
          <w:tcPr>
            <w:tcW w:w="1134" w:type="dxa"/>
            <w:tcMar>
              <w:top w:w="100" w:type="dxa"/>
              <w:left w:w="100" w:type="dxa"/>
              <w:bottom w:w="100" w:type="dxa"/>
              <w:right w:w="100" w:type="dxa"/>
            </w:tcMar>
            <w:vAlign w:val="center"/>
          </w:tcPr>
          <w:p w14:paraId="0648C627" w14:textId="77777777" w:rsidR="00EA2E28" w:rsidRPr="00394A06" w:rsidRDefault="00EA2E28" w:rsidP="00394A06">
            <w:pPr>
              <w:bidi/>
              <w:jc w:val="both"/>
              <w:rPr>
                <w:rFonts w:ascii="Simplified Arabic" w:hAnsi="Simplified Arabic" w:cs="Simplified Arabic"/>
                <w:sz w:val="20"/>
                <w:szCs w:val="20"/>
              </w:rPr>
            </w:pPr>
          </w:p>
        </w:tc>
      </w:tr>
    </w:tbl>
    <w:p w14:paraId="14D5809E" w14:textId="77777777" w:rsidR="00A662EF" w:rsidRPr="00394A06" w:rsidRDefault="003B24C9" w:rsidP="00394A06">
      <w:pPr>
        <w:pStyle w:val="Heading1"/>
        <w:bidi/>
        <w:spacing w:before="200" w:line="240" w:lineRule="auto"/>
        <w:jc w:val="both"/>
        <w:rPr>
          <w:rFonts w:ascii="Simplified Arabic" w:hAnsi="Simplified Arabic" w:cs="Simplified Arabic"/>
          <w:color w:val="000000" w:themeColor="text1"/>
          <w:sz w:val="20"/>
          <w:szCs w:val="20"/>
        </w:rPr>
      </w:pPr>
      <w:r w:rsidRPr="00394A06">
        <w:rPr>
          <w:rFonts w:ascii="Simplified Arabic" w:hAnsi="Simplified Arabic" w:cs="Simplified Arabic"/>
          <w:color w:val="000000" w:themeColor="text1"/>
          <w:sz w:val="20"/>
          <w:szCs w:val="20"/>
          <w:rtl/>
        </w:rPr>
        <w:lastRenderedPageBreak/>
        <w:t>ملخص الملاحظات الرئيسة للطالب</w:t>
      </w:r>
    </w:p>
    <w:tbl>
      <w:tblPr>
        <w:tblStyle w:val="TableGrid"/>
        <w:bidiVisual/>
        <w:tblW w:w="0" w:type="auto"/>
        <w:jc w:val="center"/>
        <w:tblLayout w:type="fixed"/>
        <w:tblLook w:val="04A0" w:firstRow="1" w:lastRow="0" w:firstColumn="1" w:lastColumn="0" w:noHBand="0" w:noVBand="1"/>
      </w:tblPr>
      <w:tblGrid>
        <w:gridCol w:w="2381"/>
        <w:gridCol w:w="6804"/>
        <w:gridCol w:w="1701"/>
        <w:gridCol w:w="3969"/>
      </w:tblGrid>
      <w:tr w:rsidR="00A662EF" w:rsidRPr="00394A06" w14:paraId="63E3F95B" w14:textId="77777777" w:rsidTr="00F50E7D">
        <w:trPr>
          <w:cantSplit/>
          <w:tblHeader/>
          <w:jc w:val="center"/>
        </w:trPr>
        <w:tc>
          <w:tcPr>
            <w:tcW w:w="2381" w:type="dxa"/>
            <w:tcMar>
              <w:top w:w="100" w:type="dxa"/>
              <w:left w:w="100" w:type="dxa"/>
              <w:bottom w:w="100" w:type="dxa"/>
              <w:right w:w="100" w:type="dxa"/>
            </w:tcMar>
            <w:vAlign w:val="center"/>
          </w:tcPr>
          <w:p w14:paraId="5DB3E06C"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نوع الملاحظة</w:t>
            </w:r>
          </w:p>
        </w:tc>
        <w:tc>
          <w:tcPr>
            <w:tcW w:w="6804" w:type="dxa"/>
            <w:tcMar>
              <w:top w:w="100" w:type="dxa"/>
              <w:left w:w="100" w:type="dxa"/>
              <w:bottom w:w="100" w:type="dxa"/>
              <w:right w:w="100" w:type="dxa"/>
            </w:tcMar>
            <w:vAlign w:val="center"/>
          </w:tcPr>
          <w:p w14:paraId="58B583D2"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الملاحظة المختصرة</w:t>
            </w:r>
          </w:p>
        </w:tc>
        <w:tc>
          <w:tcPr>
            <w:tcW w:w="1701" w:type="dxa"/>
            <w:tcMar>
              <w:top w:w="100" w:type="dxa"/>
              <w:left w:w="100" w:type="dxa"/>
              <w:bottom w:w="100" w:type="dxa"/>
              <w:right w:w="100" w:type="dxa"/>
            </w:tcMar>
            <w:vAlign w:val="center"/>
          </w:tcPr>
          <w:p w14:paraId="468F0168"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الأولوية</w:t>
            </w:r>
          </w:p>
        </w:tc>
        <w:tc>
          <w:tcPr>
            <w:tcW w:w="3969" w:type="dxa"/>
            <w:tcMar>
              <w:top w:w="100" w:type="dxa"/>
              <w:left w:w="100" w:type="dxa"/>
              <w:bottom w:w="100" w:type="dxa"/>
              <w:right w:w="100" w:type="dxa"/>
            </w:tcMar>
            <w:vAlign w:val="center"/>
          </w:tcPr>
          <w:p w14:paraId="7735BEC1" w14:textId="77777777" w:rsidR="00A662EF" w:rsidRPr="00394A06" w:rsidRDefault="00000000"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b/>
                <w:color w:val="000000" w:themeColor="text1"/>
                <w:sz w:val="20"/>
                <w:szCs w:val="20"/>
              </w:rPr>
              <w:t>الإجراء المطلوب</w:t>
            </w:r>
          </w:p>
        </w:tc>
      </w:tr>
      <w:tr w:rsidR="00394A06" w:rsidRPr="00394A06" w14:paraId="1D950E71" w14:textId="77777777" w:rsidTr="00544C24">
        <w:trPr>
          <w:cantSplit/>
          <w:jc w:val="center"/>
        </w:trPr>
        <w:tc>
          <w:tcPr>
            <w:tcW w:w="2381" w:type="dxa"/>
            <w:tcMar>
              <w:top w:w="100" w:type="dxa"/>
              <w:left w:w="100" w:type="dxa"/>
              <w:bottom w:w="100" w:type="dxa"/>
              <w:right w:w="100" w:type="dxa"/>
            </w:tcMar>
            <w:vAlign w:val="center"/>
          </w:tcPr>
          <w:p w14:paraId="3BE21304" w14:textId="77777777" w:rsidR="00394A06" w:rsidRPr="00394A06" w:rsidRDefault="00394A06" w:rsidP="00394A06">
            <w:pPr>
              <w:bidi/>
              <w:jc w:val="both"/>
              <w:rPr>
                <w:rFonts w:ascii="Simplified Arabic" w:hAnsi="Simplified Arabic" w:cs="Simplified Arabic"/>
                <w:sz w:val="20"/>
                <w:szCs w:val="20"/>
              </w:rPr>
            </w:pPr>
            <w:proofErr w:type="spellStart"/>
            <w:r w:rsidRPr="00394A06">
              <w:rPr>
                <w:rFonts w:ascii="Simplified Arabic" w:hAnsi="Simplified Arabic" w:cs="Simplified Arabic"/>
                <w:sz w:val="20"/>
                <w:szCs w:val="20"/>
              </w:rPr>
              <w:t>قوة</w:t>
            </w:r>
            <w:proofErr w:type="spellEnd"/>
          </w:p>
        </w:tc>
        <w:tc>
          <w:tcPr>
            <w:tcW w:w="6804" w:type="dxa"/>
            <w:tcMar>
              <w:top w:w="100" w:type="dxa"/>
              <w:left w:w="100" w:type="dxa"/>
              <w:bottom w:w="100" w:type="dxa"/>
              <w:right w:w="100" w:type="dxa"/>
            </w:tcMar>
          </w:tcPr>
          <w:p w14:paraId="6B005D10" w14:textId="1EB0ED94" w:rsidR="00394A06" w:rsidRPr="00394A06" w:rsidRDefault="00394A06" w:rsidP="00394A06">
            <w:pPr>
              <w:bidi/>
              <w:jc w:val="both"/>
              <w:rPr>
                <w:rFonts w:ascii="Simplified Arabic" w:hAnsi="Simplified Arabic" w:cs="Simplified Arabic"/>
                <w:sz w:val="20"/>
                <w:szCs w:val="20"/>
              </w:rPr>
            </w:pPr>
            <w:r w:rsidRPr="009334D1">
              <w:rPr>
                <w:rtl/>
              </w:rPr>
              <w:t>الموضوع تطبيقي ومهم ويجمع بين</w:t>
            </w:r>
            <w:r w:rsidRPr="009334D1">
              <w:t xml:space="preserve"> PPP </w:t>
            </w:r>
            <w:r w:rsidRPr="009334D1">
              <w:rPr>
                <w:rtl/>
              </w:rPr>
              <w:t>والحوكمة والتفتيش.</w:t>
            </w:r>
          </w:p>
        </w:tc>
        <w:tc>
          <w:tcPr>
            <w:tcW w:w="1701" w:type="dxa"/>
            <w:tcMar>
              <w:top w:w="100" w:type="dxa"/>
              <w:left w:w="100" w:type="dxa"/>
              <w:bottom w:w="100" w:type="dxa"/>
              <w:right w:w="100" w:type="dxa"/>
            </w:tcMar>
          </w:tcPr>
          <w:p w14:paraId="07FF1C23" w14:textId="341B53DF" w:rsidR="00394A06" w:rsidRPr="00394A06" w:rsidRDefault="00394A06" w:rsidP="00394A06">
            <w:pPr>
              <w:bidi/>
              <w:jc w:val="both"/>
              <w:rPr>
                <w:rFonts w:ascii="Simplified Arabic" w:hAnsi="Simplified Arabic" w:cs="Simplified Arabic"/>
                <w:sz w:val="20"/>
                <w:szCs w:val="20"/>
              </w:rPr>
            </w:pPr>
            <w:r w:rsidRPr="009334D1">
              <w:rPr>
                <w:rtl/>
              </w:rPr>
              <w:t>عالية</w:t>
            </w:r>
          </w:p>
        </w:tc>
        <w:tc>
          <w:tcPr>
            <w:tcW w:w="3969" w:type="dxa"/>
            <w:tcMar>
              <w:top w:w="100" w:type="dxa"/>
              <w:left w:w="100" w:type="dxa"/>
              <w:bottom w:w="100" w:type="dxa"/>
              <w:right w:w="100" w:type="dxa"/>
            </w:tcMar>
          </w:tcPr>
          <w:p w14:paraId="60E71ECA" w14:textId="592BDA42" w:rsidR="00394A06" w:rsidRPr="00394A06" w:rsidRDefault="00394A06" w:rsidP="00394A06">
            <w:pPr>
              <w:bidi/>
              <w:jc w:val="both"/>
              <w:rPr>
                <w:rFonts w:ascii="Simplified Arabic" w:hAnsi="Simplified Arabic" w:cs="Simplified Arabic"/>
                <w:sz w:val="20"/>
                <w:szCs w:val="20"/>
              </w:rPr>
            </w:pPr>
            <w:r w:rsidRPr="009334D1">
              <w:rPr>
                <w:rtl/>
              </w:rPr>
              <w:t>الحفاظ على التركيز التطبيقي</w:t>
            </w:r>
            <w:r w:rsidRPr="009334D1">
              <w:t>.</w:t>
            </w:r>
          </w:p>
        </w:tc>
      </w:tr>
      <w:tr w:rsidR="00394A06" w:rsidRPr="00394A06" w14:paraId="7F07CC43" w14:textId="77777777" w:rsidTr="00544C24">
        <w:trPr>
          <w:cantSplit/>
          <w:jc w:val="center"/>
        </w:trPr>
        <w:tc>
          <w:tcPr>
            <w:tcW w:w="2381" w:type="dxa"/>
            <w:tcMar>
              <w:top w:w="100" w:type="dxa"/>
              <w:left w:w="100" w:type="dxa"/>
              <w:bottom w:w="100" w:type="dxa"/>
              <w:right w:w="100" w:type="dxa"/>
            </w:tcMar>
            <w:vAlign w:val="center"/>
          </w:tcPr>
          <w:p w14:paraId="7A57BD78"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ملاحظة جوهرية</w:t>
            </w:r>
          </w:p>
        </w:tc>
        <w:tc>
          <w:tcPr>
            <w:tcW w:w="6804" w:type="dxa"/>
            <w:tcMar>
              <w:top w:w="100" w:type="dxa"/>
              <w:left w:w="100" w:type="dxa"/>
              <w:bottom w:w="100" w:type="dxa"/>
              <w:right w:w="100" w:type="dxa"/>
            </w:tcMar>
          </w:tcPr>
          <w:p w14:paraId="130C9C2F" w14:textId="5D330735" w:rsidR="00394A06" w:rsidRPr="00394A06" w:rsidRDefault="00394A06" w:rsidP="00394A06">
            <w:pPr>
              <w:bidi/>
              <w:jc w:val="both"/>
              <w:rPr>
                <w:rFonts w:ascii="Simplified Arabic" w:hAnsi="Simplified Arabic" w:cs="Simplified Arabic"/>
                <w:sz w:val="20"/>
                <w:szCs w:val="20"/>
              </w:rPr>
            </w:pPr>
            <w:r w:rsidRPr="009334D1">
              <w:rPr>
                <w:rtl/>
              </w:rPr>
              <w:t>التصميم لا يزال غير محسوم بالكامل.</w:t>
            </w:r>
          </w:p>
        </w:tc>
        <w:tc>
          <w:tcPr>
            <w:tcW w:w="1701" w:type="dxa"/>
            <w:tcMar>
              <w:top w:w="100" w:type="dxa"/>
              <w:left w:w="100" w:type="dxa"/>
              <w:bottom w:w="100" w:type="dxa"/>
              <w:right w:w="100" w:type="dxa"/>
            </w:tcMar>
          </w:tcPr>
          <w:p w14:paraId="65D066A7" w14:textId="1B2991D1" w:rsidR="00394A06" w:rsidRPr="00394A06" w:rsidRDefault="00394A06" w:rsidP="00394A06">
            <w:pPr>
              <w:bidi/>
              <w:jc w:val="both"/>
              <w:rPr>
                <w:rFonts w:ascii="Simplified Arabic" w:hAnsi="Simplified Arabic" w:cs="Simplified Arabic"/>
                <w:sz w:val="20"/>
                <w:szCs w:val="20"/>
              </w:rPr>
            </w:pPr>
            <w:r w:rsidRPr="009334D1">
              <w:rPr>
                <w:rtl/>
              </w:rPr>
              <w:t>عالية</w:t>
            </w:r>
          </w:p>
        </w:tc>
        <w:tc>
          <w:tcPr>
            <w:tcW w:w="3969" w:type="dxa"/>
            <w:tcMar>
              <w:top w:w="100" w:type="dxa"/>
              <w:left w:w="100" w:type="dxa"/>
              <w:bottom w:w="100" w:type="dxa"/>
              <w:right w:w="100" w:type="dxa"/>
            </w:tcMar>
          </w:tcPr>
          <w:p w14:paraId="06FEFBA0" w14:textId="383F8BCB" w:rsidR="00394A06" w:rsidRPr="00394A06" w:rsidRDefault="00394A06" w:rsidP="00394A06">
            <w:pPr>
              <w:bidi/>
              <w:jc w:val="both"/>
              <w:rPr>
                <w:rFonts w:ascii="Simplified Arabic" w:hAnsi="Simplified Arabic" w:cs="Simplified Arabic"/>
                <w:sz w:val="20"/>
                <w:szCs w:val="20"/>
              </w:rPr>
            </w:pPr>
            <w:r w:rsidRPr="009334D1">
              <w:rPr>
                <w:rtl/>
              </w:rPr>
              <w:t>صياغة تصميم منهجي واضح</w:t>
            </w:r>
            <w:r w:rsidRPr="009334D1">
              <w:t>.</w:t>
            </w:r>
          </w:p>
        </w:tc>
      </w:tr>
      <w:tr w:rsidR="00394A06" w:rsidRPr="00394A06" w14:paraId="213B4DF9" w14:textId="77777777" w:rsidTr="00544C24">
        <w:trPr>
          <w:cantSplit/>
          <w:jc w:val="center"/>
        </w:trPr>
        <w:tc>
          <w:tcPr>
            <w:tcW w:w="2381" w:type="dxa"/>
            <w:tcMar>
              <w:top w:w="100" w:type="dxa"/>
              <w:left w:w="100" w:type="dxa"/>
              <w:bottom w:w="100" w:type="dxa"/>
              <w:right w:w="100" w:type="dxa"/>
            </w:tcMar>
            <w:vAlign w:val="center"/>
          </w:tcPr>
          <w:p w14:paraId="69342DCF"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العينة</w:t>
            </w:r>
          </w:p>
        </w:tc>
        <w:tc>
          <w:tcPr>
            <w:tcW w:w="6804" w:type="dxa"/>
            <w:tcMar>
              <w:top w:w="100" w:type="dxa"/>
              <w:left w:w="100" w:type="dxa"/>
              <w:bottom w:w="100" w:type="dxa"/>
              <w:right w:w="100" w:type="dxa"/>
            </w:tcMar>
          </w:tcPr>
          <w:p w14:paraId="11CE47A0" w14:textId="2E9100AF" w:rsidR="00394A06" w:rsidRPr="00394A06" w:rsidRDefault="00394A06" w:rsidP="00394A06">
            <w:pPr>
              <w:bidi/>
              <w:jc w:val="both"/>
              <w:rPr>
                <w:rFonts w:ascii="Simplified Arabic" w:hAnsi="Simplified Arabic" w:cs="Simplified Arabic"/>
                <w:sz w:val="20"/>
                <w:szCs w:val="20"/>
              </w:rPr>
            </w:pPr>
            <w:r w:rsidRPr="009334D1">
              <w:rPr>
                <w:rtl/>
              </w:rPr>
              <w:t>تحتاج إطاراً موثقاً أو تغيير وصفها.</w:t>
            </w:r>
          </w:p>
        </w:tc>
        <w:tc>
          <w:tcPr>
            <w:tcW w:w="1701" w:type="dxa"/>
            <w:tcMar>
              <w:top w:w="100" w:type="dxa"/>
              <w:left w:w="100" w:type="dxa"/>
              <w:bottom w:w="100" w:type="dxa"/>
              <w:right w:w="100" w:type="dxa"/>
            </w:tcMar>
          </w:tcPr>
          <w:p w14:paraId="319E8E68" w14:textId="5EA6C175" w:rsidR="00394A06" w:rsidRPr="00394A06" w:rsidRDefault="00394A06" w:rsidP="00394A06">
            <w:pPr>
              <w:bidi/>
              <w:jc w:val="both"/>
              <w:rPr>
                <w:rFonts w:ascii="Simplified Arabic" w:hAnsi="Simplified Arabic" w:cs="Simplified Arabic"/>
                <w:sz w:val="20"/>
                <w:szCs w:val="20"/>
              </w:rPr>
            </w:pPr>
            <w:r w:rsidRPr="009334D1">
              <w:rPr>
                <w:rtl/>
              </w:rPr>
              <w:t>عالية</w:t>
            </w:r>
          </w:p>
        </w:tc>
        <w:tc>
          <w:tcPr>
            <w:tcW w:w="3969" w:type="dxa"/>
            <w:tcMar>
              <w:top w:w="100" w:type="dxa"/>
              <w:left w:w="100" w:type="dxa"/>
              <w:bottom w:w="100" w:type="dxa"/>
              <w:right w:w="100" w:type="dxa"/>
            </w:tcMar>
          </w:tcPr>
          <w:p w14:paraId="2AC9F7FC" w14:textId="689DB0A6" w:rsidR="00394A06" w:rsidRPr="00394A06" w:rsidRDefault="00394A06" w:rsidP="00394A06">
            <w:pPr>
              <w:bidi/>
              <w:jc w:val="both"/>
              <w:rPr>
                <w:rFonts w:ascii="Simplified Arabic" w:hAnsi="Simplified Arabic" w:cs="Simplified Arabic"/>
                <w:sz w:val="20"/>
                <w:szCs w:val="20"/>
              </w:rPr>
            </w:pPr>
            <w:r w:rsidRPr="009334D1">
              <w:rPr>
                <w:rtl/>
              </w:rPr>
              <w:t>توثيق القوائم أو تعديل نوع العينة</w:t>
            </w:r>
            <w:r w:rsidRPr="009334D1">
              <w:t>.</w:t>
            </w:r>
          </w:p>
        </w:tc>
      </w:tr>
      <w:tr w:rsidR="00394A06" w:rsidRPr="00394A06" w14:paraId="7985FC71" w14:textId="77777777" w:rsidTr="00544C24">
        <w:trPr>
          <w:cantSplit/>
          <w:jc w:val="center"/>
        </w:trPr>
        <w:tc>
          <w:tcPr>
            <w:tcW w:w="2381" w:type="dxa"/>
            <w:tcMar>
              <w:top w:w="100" w:type="dxa"/>
              <w:left w:w="100" w:type="dxa"/>
              <w:bottom w:w="100" w:type="dxa"/>
              <w:right w:w="100" w:type="dxa"/>
            </w:tcMar>
            <w:vAlign w:val="center"/>
          </w:tcPr>
          <w:p w14:paraId="7B2B119C"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التحليل</w:t>
            </w:r>
          </w:p>
        </w:tc>
        <w:tc>
          <w:tcPr>
            <w:tcW w:w="6804" w:type="dxa"/>
            <w:tcMar>
              <w:top w:w="100" w:type="dxa"/>
              <w:left w:w="100" w:type="dxa"/>
              <w:bottom w:w="100" w:type="dxa"/>
              <w:right w:w="100" w:type="dxa"/>
            </w:tcMar>
          </w:tcPr>
          <w:p w14:paraId="3E4F8ACD" w14:textId="74C269D4" w:rsidR="00394A06" w:rsidRPr="00394A06" w:rsidRDefault="00394A06" w:rsidP="00394A06">
            <w:pPr>
              <w:bidi/>
              <w:jc w:val="both"/>
              <w:rPr>
                <w:rFonts w:ascii="Simplified Arabic" w:hAnsi="Simplified Arabic" w:cs="Simplified Arabic"/>
                <w:sz w:val="20"/>
                <w:szCs w:val="20"/>
              </w:rPr>
            </w:pPr>
            <w:r w:rsidRPr="009334D1">
              <w:rPr>
                <w:rtl/>
              </w:rPr>
              <w:t>يلزم ربط كل مصدر بيانات بأسلوب تحليله.</w:t>
            </w:r>
          </w:p>
        </w:tc>
        <w:tc>
          <w:tcPr>
            <w:tcW w:w="1701" w:type="dxa"/>
            <w:tcMar>
              <w:top w:w="100" w:type="dxa"/>
              <w:left w:w="100" w:type="dxa"/>
              <w:bottom w:w="100" w:type="dxa"/>
              <w:right w:w="100" w:type="dxa"/>
            </w:tcMar>
          </w:tcPr>
          <w:p w14:paraId="0C8CC181" w14:textId="293389F0" w:rsidR="00394A06" w:rsidRPr="00394A06" w:rsidRDefault="00394A06" w:rsidP="00394A06">
            <w:pPr>
              <w:bidi/>
              <w:jc w:val="both"/>
              <w:rPr>
                <w:rFonts w:ascii="Simplified Arabic" w:hAnsi="Simplified Arabic" w:cs="Simplified Arabic"/>
                <w:sz w:val="20"/>
                <w:szCs w:val="20"/>
              </w:rPr>
            </w:pPr>
            <w:r w:rsidRPr="009334D1">
              <w:rPr>
                <w:rtl/>
              </w:rPr>
              <w:t>متوسطة</w:t>
            </w:r>
          </w:p>
        </w:tc>
        <w:tc>
          <w:tcPr>
            <w:tcW w:w="3969" w:type="dxa"/>
            <w:tcMar>
              <w:top w:w="100" w:type="dxa"/>
              <w:left w:w="100" w:type="dxa"/>
              <w:bottom w:w="100" w:type="dxa"/>
              <w:right w:w="100" w:type="dxa"/>
            </w:tcMar>
          </w:tcPr>
          <w:p w14:paraId="0EE81BFA" w14:textId="5762BC9A" w:rsidR="00394A06" w:rsidRPr="00394A06" w:rsidRDefault="00394A06" w:rsidP="00394A06">
            <w:pPr>
              <w:bidi/>
              <w:jc w:val="both"/>
              <w:rPr>
                <w:rFonts w:ascii="Simplified Arabic" w:hAnsi="Simplified Arabic" w:cs="Simplified Arabic"/>
                <w:sz w:val="20"/>
                <w:szCs w:val="20"/>
              </w:rPr>
            </w:pPr>
            <w:r w:rsidRPr="009334D1">
              <w:rPr>
                <w:rtl/>
              </w:rPr>
              <w:t>إضافة مصفوفة تحليل</w:t>
            </w:r>
            <w:r w:rsidRPr="009334D1">
              <w:t>.</w:t>
            </w:r>
          </w:p>
        </w:tc>
      </w:tr>
      <w:tr w:rsidR="00394A06" w:rsidRPr="00394A06" w14:paraId="5FE68A82" w14:textId="77777777" w:rsidTr="00544C24">
        <w:trPr>
          <w:cantSplit/>
          <w:jc w:val="center"/>
        </w:trPr>
        <w:tc>
          <w:tcPr>
            <w:tcW w:w="2381" w:type="dxa"/>
            <w:tcMar>
              <w:top w:w="100" w:type="dxa"/>
              <w:left w:w="100" w:type="dxa"/>
              <w:bottom w:w="100" w:type="dxa"/>
              <w:right w:w="100" w:type="dxa"/>
            </w:tcMar>
            <w:vAlign w:val="center"/>
          </w:tcPr>
          <w:p w14:paraId="243264DA" w14:textId="77777777" w:rsidR="00394A06" w:rsidRPr="00394A06" w:rsidRDefault="00394A06" w:rsidP="00394A06">
            <w:pPr>
              <w:bidi/>
              <w:jc w:val="both"/>
              <w:rPr>
                <w:rFonts w:ascii="Simplified Arabic" w:hAnsi="Simplified Arabic" w:cs="Simplified Arabic"/>
                <w:sz w:val="20"/>
                <w:szCs w:val="20"/>
              </w:rPr>
            </w:pPr>
            <w:r w:rsidRPr="00394A06">
              <w:rPr>
                <w:rFonts w:ascii="Simplified Arabic" w:hAnsi="Simplified Arabic" w:cs="Simplified Arabic"/>
                <w:sz w:val="20"/>
                <w:szCs w:val="20"/>
              </w:rPr>
              <w:t>حكم عام</w:t>
            </w:r>
          </w:p>
        </w:tc>
        <w:tc>
          <w:tcPr>
            <w:tcW w:w="6804" w:type="dxa"/>
            <w:tcMar>
              <w:top w:w="100" w:type="dxa"/>
              <w:left w:w="100" w:type="dxa"/>
              <w:bottom w:w="100" w:type="dxa"/>
              <w:right w:w="100" w:type="dxa"/>
            </w:tcMar>
          </w:tcPr>
          <w:p w14:paraId="3C53C4F4" w14:textId="1380B122" w:rsidR="00394A06" w:rsidRPr="00394A06" w:rsidRDefault="00394A06" w:rsidP="00394A06">
            <w:pPr>
              <w:bidi/>
              <w:jc w:val="both"/>
              <w:rPr>
                <w:rFonts w:ascii="Simplified Arabic" w:hAnsi="Simplified Arabic" w:cs="Simplified Arabic"/>
                <w:sz w:val="20"/>
                <w:szCs w:val="20"/>
              </w:rPr>
            </w:pPr>
            <w:r w:rsidRPr="009334D1">
              <w:rPr>
                <w:rtl/>
              </w:rPr>
              <w:t>يحتاج إلى تعديلات متوسطة قبل الاعتماد النهائي.</w:t>
            </w:r>
          </w:p>
        </w:tc>
        <w:tc>
          <w:tcPr>
            <w:tcW w:w="1701" w:type="dxa"/>
            <w:tcMar>
              <w:top w:w="100" w:type="dxa"/>
              <w:left w:w="100" w:type="dxa"/>
              <w:bottom w:w="100" w:type="dxa"/>
              <w:right w:w="100" w:type="dxa"/>
            </w:tcMar>
          </w:tcPr>
          <w:p w14:paraId="74B7A299" w14:textId="75F64BC4" w:rsidR="00394A06" w:rsidRPr="00394A06" w:rsidRDefault="00394A06" w:rsidP="00394A06">
            <w:pPr>
              <w:bidi/>
              <w:jc w:val="both"/>
              <w:rPr>
                <w:rFonts w:ascii="Simplified Arabic" w:hAnsi="Simplified Arabic" w:cs="Simplified Arabic"/>
                <w:sz w:val="20"/>
                <w:szCs w:val="20"/>
              </w:rPr>
            </w:pPr>
            <w:r w:rsidRPr="009334D1">
              <w:rPr>
                <w:rtl/>
              </w:rPr>
              <w:t>عالية</w:t>
            </w:r>
          </w:p>
        </w:tc>
        <w:tc>
          <w:tcPr>
            <w:tcW w:w="3969" w:type="dxa"/>
            <w:tcMar>
              <w:top w:w="100" w:type="dxa"/>
              <w:left w:w="100" w:type="dxa"/>
              <w:bottom w:w="100" w:type="dxa"/>
              <w:right w:w="100" w:type="dxa"/>
            </w:tcMar>
          </w:tcPr>
          <w:p w14:paraId="43E5BF3E" w14:textId="2B359AB9" w:rsidR="00394A06" w:rsidRPr="00394A06" w:rsidRDefault="00394A06" w:rsidP="00394A06">
            <w:pPr>
              <w:bidi/>
              <w:jc w:val="both"/>
              <w:rPr>
                <w:rFonts w:ascii="Simplified Arabic" w:hAnsi="Simplified Arabic" w:cs="Simplified Arabic"/>
                <w:sz w:val="20"/>
                <w:szCs w:val="20"/>
              </w:rPr>
            </w:pPr>
            <w:r w:rsidRPr="009334D1">
              <w:rPr>
                <w:rtl/>
              </w:rPr>
              <w:t>تنفيذ التعديلات ثم إعادة المراجعة المختصرة</w:t>
            </w:r>
            <w:r w:rsidRPr="009334D1">
              <w:t>.</w:t>
            </w:r>
          </w:p>
        </w:tc>
      </w:tr>
    </w:tbl>
    <w:p w14:paraId="2A5C8707" w14:textId="77777777" w:rsidR="00A662EF" w:rsidRPr="00394A06" w:rsidRDefault="00A662EF" w:rsidP="00394A06">
      <w:pPr>
        <w:bidi/>
        <w:spacing w:after="0" w:line="240" w:lineRule="auto"/>
        <w:jc w:val="both"/>
        <w:rPr>
          <w:rFonts w:ascii="Simplified Arabic" w:hAnsi="Simplified Arabic" w:cs="Simplified Arabic"/>
          <w:color w:val="000000" w:themeColor="text1"/>
          <w:sz w:val="20"/>
          <w:szCs w:val="20"/>
        </w:rPr>
      </w:pPr>
    </w:p>
    <w:p w14:paraId="3AB4DD4D" w14:textId="77777777" w:rsidR="00A662EF" w:rsidRPr="00394A06" w:rsidRDefault="002225E8" w:rsidP="00394A06">
      <w:pPr>
        <w:pStyle w:val="Heading1"/>
        <w:bidi/>
        <w:spacing w:before="200" w:line="240" w:lineRule="auto"/>
        <w:jc w:val="both"/>
        <w:rPr>
          <w:rFonts w:ascii="Simplified Arabic" w:hAnsi="Simplified Arabic" w:cs="Simplified Arabic"/>
          <w:color w:val="000000" w:themeColor="text1"/>
          <w:sz w:val="20"/>
          <w:szCs w:val="20"/>
        </w:rPr>
      </w:pPr>
      <w:r w:rsidRPr="00394A06">
        <w:rPr>
          <w:rFonts w:ascii="Simplified Arabic" w:hAnsi="Simplified Arabic" w:cs="Simplified Arabic"/>
          <w:color w:val="000000" w:themeColor="text1"/>
          <w:sz w:val="20"/>
          <w:szCs w:val="20"/>
          <w:rtl/>
        </w:rPr>
        <w:t>الحكم العام المقترح على الفصل</w:t>
      </w:r>
    </w:p>
    <w:tbl>
      <w:tblPr>
        <w:tblStyle w:val="TableGrid"/>
        <w:bidiVisual/>
        <w:tblW w:w="0" w:type="auto"/>
        <w:jc w:val="center"/>
        <w:tblLayout w:type="fixed"/>
        <w:tblLook w:val="04A0" w:firstRow="1" w:lastRow="0" w:firstColumn="1" w:lastColumn="0" w:noHBand="0" w:noVBand="1"/>
      </w:tblPr>
      <w:tblGrid>
        <w:gridCol w:w="1701"/>
        <w:gridCol w:w="12757"/>
      </w:tblGrid>
      <w:tr w:rsidR="00F50E7D" w:rsidRPr="00394A06" w14:paraId="702C8C2C" w14:textId="77777777" w:rsidTr="00F50E7D">
        <w:trPr>
          <w:cantSplit/>
          <w:tblHeader/>
          <w:jc w:val="center"/>
        </w:trPr>
        <w:tc>
          <w:tcPr>
            <w:tcW w:w="1701" w:type="dxa"/>
            <w:tcMar>
              <w:top w:w="100" w:type="dxa"/>
              <w:left w:w="100" w:type="dxa"/>
              <w:bottom w:w="100" w:type="dxa"/>
              <w:right w:w="100" w:type="dxa"/>
            </w:tcMar>
          </w:tcPr>
          <w:p w14:paraId="479AB0EF" w14:textId="77777777" w:rsidR="00F50E7D" w:rsidRPr="00394A06" w:rsidRDefault="00F50E7D" w:rsidP="00394A06">
            <w:pPr>
              <w:bidi/>
              <w:jc w:val="both"/>
              <w:rPr>
                <w:rFonts w:ascii="Simplified Arabic" w:hAnsi="Simplified Arabic" w:cs="Simplified Arabic"/>
                <w:b/>
                <w:bCs/>
                <w:color w:val="000000" w:themeColor="text1"/>
                <w:sz w:val="20"/>
                <w:szCs w:val="20"/>
              </w:rPr>
            </w:pPr>
            <w:r w:rsidRPr="00394A06">
              <w:rPr>
                <w:rFonts w:ascii="Simplified Arabic" w:hAnsi="Simplified Arabic" w:cs="Simplified Arabic"/>
                <w:b/>
                <w:bCs/>
                <w:sz w:val="20"/>
                <w:szCs w:val="20"/>
                <w:rtl/>
              </w:rPr>
              <w:t>ضع علامة</w:t>
            </w:r>
          </w:p>
        </w:tc>
        <w:tc>
          <w:tcPr>
            <w:tcW w:w="12757" w:type="dxa"/>
            <w:tcMar>
              <w:top w:w="100" w:type="dxa"/>
              <w:left w:w="100" w:type="dxa"/>
              <w:bottom w:w="100" w:type="dxa"/>
              <w:right w:w="100" w:type="dxa"/>
            </w:tcMar>
          </w:tcPr>
          <w:p w14:paraId="14829220" w14:textId="77777777" w:rsidR="00F50E7D" w:rsidRPr="00394A06" w:rsidRDefault="00F50E7D" w:rsidP="00394A06">
            <w:pPr>
              <w:bidi/>
              <w:jc w:val="both"/>
              <w:rPr>
                <w:rFonts w:ascii="Simplified Arabic" w:hAnsi="Simplified Arabic" w:cs="Simplified Arabic"/>
                <w:b/>
                <w:bCs/>
                <w:color w:val="000000" w:themeColor="text1"/>
                <w:sz w:val="20"/>
                <w:szCs w:val="20"/>
              </w:rPr>
            </w:pPr>
            <w:r w:rsidRPr="00394A06">
              <w:rPr>
                <w:rFonts w:ascii="Simplified Arabic" w:hAnsi="Simplified Arabic" w:cs="Simplified Arabic"/>
                <w:b/>
                <w:bCs/>
                <w:sz w:val="20"/>
                <w:szCs w:val="20"/>
                <w:rtl/>
              </w:rPr>
              <w:t>الخيار</w:t>
            </w:r>
          </w:p>
        </w:tc>
      </w:tr>
      <w:tr w:rsidR="00F50E7D" w:rsidRPr="00394A06" w14:paraId="11D1F15F" w14:textId="77777777" w:rsidTr="00F50E7D">
        <w:trPr>
          <w:cantSplit/>
          <w:jc w:val="center"/>
        </w:trPr>
        <w:tc>
          <w:tcPr>
            <w:tcW w:w="1701" w:type="dxa"/>
            <w:tcMar>
              <w:top w:w="100" w:type="dxa"/>
              <w:left w:w="100" w:type="dxa"/>
              <w:bottom w:w="100" w:type="dxa"/>
              <w:right w:w="100" w:type="dxa"/>
            </w:tcMar>
            <w:vAlign w:val="center"/>
          </w:tcPr>
          <w:p w14:paraId="780A56D0" w14:textId="77777777" w:rsidR="00EA2E28" w:rsidRPr="00394A06" w:rsidRDefault="00000000" w:rsidP="00394A06">
            <w:pPr>
              <w:bidi/>
              <w:jc w:val="both"/>
              <w:rPr>
                <w:rFonts w:ascii="Simplified Arabic" w:hAnsi="Simplified Arabic" w:cs="Simplified Arabic"/>
                <w:sz w:val="20"/>
                <w:szCs w:val="20"/>
              </w:rPr>
            </w:pPr>
            <w:r w:rsidRPr="00394A06">
              <w:rPr>
                <w:rFonts w:ascii="Segoe UI Symbol" w:hAnsi="Segoe UI Symbol" w:cs="Segoe UI Symbol"/>
                <w:sz w:val="20"/>
                <w:szCs w:val="20"/>
              </w:rPr>
              <w:t>☐</w:t>
            </w:r>
          </w:p>
        </w:tc>
        <w:tc>
          <w:tcPr>
            <w:tcW w:w="12757" w:type="dxa"/>
            <w:tcMar>
              <w:top w:w="100" w:type="dxa"/>
              <w:left w:w="100" w:type="dxa"/>
              <w:bottom w:w="100" w:type="dxa"/>
              <w:right w:w="100" w:type="dxa"/>
            </w:tcMar>
          </w:tcPr>
          <w:p w14:paraId="3FB159E1" w14:textId="77777777" w:rsidR="00F50E7D" w:rsidRPr="00394A06" w:rsidRDefault="00F50E7D"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sz w:val="20"/>
                <w:szCs w:val="20"/>
                <w:rtl/>
              </w:rPr>
              <w:t>الفصل مقبول بصورته الحالية</w:t>
            </w:r>
          </w:p>
        </w:tc>
      </w:tr>
      <w:tr w:rsidR="00F50E7D" w:rsidRPr="00394A06" w14:paraId="025379B1" w14:textId="77777777" w:rsidTr="00F50E7D">
        <w:trPr>
          <w:cantSplit/>
          <w:jc w:val="center"/>
        </w:trPr>
        <w:tc>
          <w:tcPr>
            <w:tcW w:w="1701" w:type="dxa"/>
            <w:tcMar>
              <w:top w:w="100" w:type="dxa"/>
              <w:left w:w="100" w:type="dxa"/>
              <w:bottom w:w="100" w:type="dxa"/>
              <w:right w:w="100" w:type="dxa"/>
            </w:tcMar>
            <w:vAlign w:val="center"/>
          </w:tcPr>
          <w:p w14:paraId="3E257AD1" w14:textId="77777777" w:rsidR="00EA2E28" w:rsidRPr="00394A06" w:rsidRDefault="00000000" w:rsidP="00394A06">
            <w:pPr>
              <w:bidi/>
              <w:jc w:val="both"/>
              <w:rPr>
                <w:rFonts w:ascii="Simplified Arabic" w:hAnsi="Simplified Arabic" w:cs="Simplified Arabic"/>
                <w:sz w:val="20"/>
                <w:szCs w:val="20"/>
              </w:rPr>
            </w:pPr>
            <w:r w:rsidRPr="00394A06">
              <w:rPr>
                <w:rFonts w:ascii="Segoe UI Symbol" w:hAnsi="Segoe UI Symbol" w:cs="Segoe UI Symbol"/>
                <w:sz w:val="20"/>
                <w:szCs w:val="20"/>
              </w:rPr>
              <w:t>☐</w:t>
            </w:r>
          </w:p>
        </w:tc>
        <w:tc>
          <w:tcPr>
            <w:tcW w:w="12757" w:type="dxa"/>
            <w:tcMar>
              <w:top w:w="100" w:type="dxa"/>
              <w:left w:w="100" w:type="dxa"/>
              <w:bottom w:w="100" w:type="dxa"/>
              <w:right w:w="100" w:type="dxa"/>
            </w:tcMar>
          </w:tcPr>
          <w:p w14:paraId="3EE56B55" w14:textId="77777777" w:rsidR="00F50E7D" w:rsidRPr="00394A06" w:rsidRDefault="00F50E7D"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sz w:val="20"/>
                <w:szCs w:val="20"/>
                <w:rtl/>
              </w:rPr>
              <w:t>الفصل مقبول بعد تعديلات طفيفة</w:t>
            </w:r>
          </w:p>
        </w:tc>
      </w:tr>
      <w:tr w:rsidR="00F50E7D" w:rsidRPr="00394A06" w14:paraId="6B3AF9F1" w14:textId="77777777" w:rsidTr="00F50E7D">
        <w:trPr>
          <w:cantSplit/>
          <w:jc w:val="center"/>
        </w:trPr>
        <w:tc>
          <w:tcPr>
            <w:tcW w:w="1701" w:type="dxa"/>
            <w:tcMar>
              <w:top w:w="100" w:type="dxa"/>
              <w:left w:w="100" w:type="dxa"/>
              <w:bottom w:w="100" w:type="dxa"/>
              <w:right w:w="100" w:type="dxa"/>
            </w:tcMar>
            <w:vAlign w:val="center"/>
          </w:tcPr>
          <w:p w14:paraId="57703EA9" w14:textId="77777777" w:rsidR="00EA2E28" w:rsidRPr="00394A06" w:rsidRDefault="00000000" w:rsidP="00394A06">
            <w:pPr>
              <w:bidi/>
              <w:jc w:val="both"/>
              <w:rPr>
                <w:rFonts w:ascii="Simplified Arabic" w:hAnsi="Simplified Arabic" w:cs="Simplified Arabic"/>
                <w:sz w:val="20"/>
                <w:szCs w:val="20"/>
              </w:rPr>
            </w:pPr>
            <w:r w:rsidRPr="00394A06">
              <w:rPr>
                <w:rFonts w:ascii="Segoe UI Symbol" w:hAnsi="Segoe UI Symbol" w:cs="Segoe UI Symbol"/>
                <w:sz w:val="20"/>
                <w:szCs w:val="20"/>
              </w:rPr>
              <w:t>☑</w:t>
            </w:r>
          </w:p>
        </w:tc>
        <w:tc>
          <w:tcPr>
            <w:tcW w:w="12757" w:type="dxa"/>
            <w:tcMar>
              <w:top w:w="100" w:type="dxa"/>
              <w:left w:w="100" w:type="dxa"/>
              <w:bottom w:w="100" w:type="dxa"/>
              <w:right w:w="100" w:type="dxa"/>
            </w:tcMar>
          </w:tcPr>
          <w:p w14:paraId="0820BE8E" w14:textId="77777777" w:rsidR="00F50E7D" w:rsidRPr="00394A06" w:rsidRDefault="00F50E7D"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sz w:val="20"/>
                <w:szCs w:val="20"/>
                <w:rtl/>
              </w:rPr>
              <w:t>الفصل يحتاج إلى تعديلات متوسطة قبل الاعتماد</w:t>
            </w:r>
          </w:p>
        </w:tc>
      </w:tr>
      <w:tr w:rsidR="00F50E7D" w:rsidRPr="00394A06" w14:paraId="6E09DD85" w14:textId="77777777" w:rsidTr="00F50E7D">
        <w:trPr>
          <w:cantSplit/>
          <w:jc w:val="center"/>
        </w:trPr>
        <w:tc>
          <w:tcPr>
            <w:tcW w:w="1701" w:type="dxa"/>
            <w:tcMar>
              <w:top w:w="100" w:type="dxa"/>
              <w:left w:w="100" w:type="dxa"/>
              <w:bottom w:w="100" w:type="dxa"/>
              <w:right w:w="100" w:type="dxa"/>
            </w:tcMar>
            <w:vAlign w:val="center"/>
          </w:tcPr>
          <w:p w14:paraId="509380C5" w14:textId="77777777" w:rsidR="00EA2E28" w:rsidRPr="00394A06" w:rsidRDefault="00000000" w:rsidP="00394A06">
            <w:pPr>
              <w:bidi/>
              <w:jc w:val="both"/>
              <w:rPr>
                <w:rFonts w:ascii="Simplified Arabic" w:hAnsi="Simplified Arabic" w:cs="Simplified Arabic"/>
                <w:sz w:val="20"/>
                <w:szCs w:val="20"/>
              </w:rPr>
            </w:pPr>
            <w:r w:rsidRPr="00394A06">
              <w:rPr>
                <w:rFonts w:ascii="Segoe UI Symbol" w:hAnsi="Segoe UI Symbol" w:cs="Segoe UI Symbol"/>
                <w:sz w:val="20"/>
                <w:szCs w:val="20"/>
              </w:rPr>
              <w:t>☐</w:t>
            </w:r>
          </w:p>
        </w:tc>
        <w:tc>
          <w:tcPr>
            <w:tcW w:w="12757" w:type="dxa"/>
            <w:tcMar>
              <w:top w:w="100" w:type="dxa"/>
              <w:left w:w="100" w:type="dxa"/>
              <w:bottom w:w="100" w:type="dxa"/>
              <w:right w:w="100" w:type="dxa"/>
            </w:tcMar>
          </w:tcPr>
          <w:p w14:paraId="45BFE6E6" w14:textId="77777777" w:rsidR="00F50E7D" w:rsidRPr="00394A06" w:rsidRDefault="00F50E7D"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sz w:val="20"/>
                <w:szCs w:val="20"/>
                <w:rtl/>
              </w:rPr>
              <w:t>الفصل يحتاج إلى تعديلات جوهرية وإعادة مراجعة</w:t>
            </w:r>
          </w:p>
        </w:tc>
      </w:tr>
      <w:tr w:rsidR="00F50E7D" w:rsidRPr="00394A06" w14:paraId="3CB38B60" w14:textId="77777777" w:rsidTr="00F50E7D">
        <w:trPr>
          <w:cantSplit/>
          <w:jc w:val="center"/>
        </w:trPr>
        <w:tc>
          <w:tcPr>
            <w:tcW w:w="1701" w:type="dxa"/>
            <w:tcMar>
              <w:top w:w="100" w:type="dxa"/>
              <w:left w:w="100" w:type="dxa"/>
              <w:bottom w:w="100" w:type="dxa"/>
              <w:right w:w="100" w:type="dxa"/>
            </w:tcMar>
            <w:vAlign w:val="center"/>
          </w:tcPr>
          <w:p w14:paraId="0B841A9A" w14:textId="77777777" w:rsidR="00EA2E28" w:rsidRPr="00394A06" w:rsidRDefault="00000000" w:rsidP="00394A06">
            <w:pPr>
              <w:bidi/>
              <w:jc w:val="both"/>
              <w:rPr>
                <w:rFonts w:ascii="Simplified Arabic" w:hAnsi="Simplified Arabic" w:cs="Simplified Arabic"/>
                <w:sz w:val="20"/>
                <w:szCs w:val="20"/>
              </w:rPr>
            </w:pPr>
            <w:r w:rsidRPr="00394A06">
              <w:rPr>
                <w:rFonts w:ascii="Segoe UI Symbol" w:hAnsi="Segoe UI Symbol" w:cs="Segoe UI Symbol"/>
                <w:sz w:val="20"/>
                <w:szCs w:val="20"/>
              </w:rPr>
              <w:t>☐</w:t>
            </w:r>
          </w:p>
        </w:tc>
        <w:tc>
          <w:tcPr>
            <w:tcW w:w="12757" w:type="dxa"/>
            <w:tcMar>
              <w:top w:w="100" w:type="dxa"/>
              <w:left w:w="100" w:type="dxa"/>
              <w:bottom w:w="100" w:type="dxa"/>
              <w:right w:w="100" w:type="dxa"/>
            </w:tcMar>
          </w:tcPr>
          <w:p w14:paraId="65FD2CFB" w14:textId="77777777" w:rsidR="00F50E7D" w:rsidRPr="00394A06" w:rsidRDefault="00F50E7D" w:rsidP="00394A06">
            <w:pPr>
              <w:bidi/>
              <w:jc w:val="both"/>
              <w:rPr>
                <w:rFonts w:ascii="Simplified Arabic" w:hAnsi="Simplified Arabic" w:cs="Simplified Arabic"/>
                <w:color w:val="000000" w:themeColor="text1"/>
                <w:sz w:val="20"/>
                <w:szCs w:val="20"/>
              </w:rPr>
            </w:pPr>
            <w:r w:rsidRPr="00394A06">
              <w:rPr>
                <w:rFonts w:ascii="Simplified Arabic" w:hAnsi="Simplified Arabic" w:cs="Simplified Arabic"/>
                <w:sz w:val="20"/>
                <w:szCs w:val="20"/>
                <w:rtl/>
              </w:rPr>
              <w:t>الفصل غير مكتمل ويحتاج إلى إعادة بناء منهجي</w:t>
            </w:r>
          </w:p>
        </w:tc>
      </w:tr>
    </w:tbl>
    <w:p w14:paraId="6983B90C" w14:textId="77777777" w:rsidR="00F50E7D" w:rsidRPr="00394A06" w:rsidRDefault="002225E8" w:rsidP="00394A06">
      <w:pPr>
        <w:pStyle w:val="Heading1"/>
        <w:bidi/>
        <w:spacing w:before="200" w:line="240" w:lineRule="auto"/>
        <w:jc w:val="both"/>
        <w:rPr>
          <w:rFonts w:ascii="Simplified Arabic" w:hAnsi="Simplified Arabic" w:cs="Simplified Arabic"/>
          <w:color w:val="000000" w:themeColor="text1"/>
          <w:sz w:val="20"/>
          <w:szCs w:val="20"/>
          <w:rtl/>
        </w:rPr>
      </w:pPr>
      <w:r w:rsidRPr="00394A06">
        <w:rPr>
          <w:rFonts w:ascii="Simplified Arabic" w:hAnsi="Simplified Arabic" w:cs="Simplified Arabic"/>
          <w:color w:val="000000" w:themeColor="text1"/>
          <w:sz w:val="20"/>
          <w:szCs w:val="20"/>
          <w:rtl/>
        </w:rPr>
        <w:t>التوصية العامة:</w:t>
      </w:r>
    </w:p>
    <w:p w14:paraId="75DCCA26" w14:textId="77777777" w:rsidR="00F50E7D" w:rsidRPr="00394A06" w:rsidRDefault="002225E8" w:rsidP="00394A06">
      <w:pPr>
        <w:bidi/>
        <w:spacing w:after="0" w:line="240" w:lineRule="auto"/>
        <w:jc w:val="both"/>
        <w:rPr>
          <w:rFonts w:ascii="Simplified Arabic" w:hAnsi="Simplified Arabic" w:cs="Simplified Arabic"/>
          <w:sz w:val="20"/>
          <w:szCs w:val="20"/>
        </w:rPr>
      </w:pPr>
      <w:r w:rsidRPr="00394A06">
        <w:rPr>
          <w:rFonts w:ascii="Simplified Arabic" w:eastAsiaTheme="majorEastAsia" w:hAnsi="Simplified Arabic" w:cs="Simplified Arabic"/>
          <w:b/>
          <w:bCs/>
          <w:color w:val="000000" w:themeColor="text1"/>
          <w:sz w:val="20"/>
          <w:szCs w:val="20"/>
          <w:rtl/>
        </w:rPr>
        <w:t>ملاحظات ختامية للطالب:</w:t>
      </w:r>
    </w:p>
    <w:p w14:paraId="289CFA2C" w14:textId="77777777" w:rsidR="00394A06" w:rsidRPr="00394A06" w:rsidRDefault="00394A06" w:rsidP="00394A06">
      <w:pPr>
        <w:bidi/>
        <w:spacing w:after="0" w:line="240" w:lineRule="auto"/>
        <w:jc w:val="both"/>
        <w:rPr>
          <w:rFonts w:ascii="Simplified Arabic" w:hAnsi="Simplified Arabic" w:cs="Simplified Arabic"/>
          <w:b/>
          <w:bCs/>
          <w:sz w:val="20"/>
          <w:szCs w:val="20"/>
        </w:rPr>
      </w:pPr>
      <w:r w:rsidRPr="00394A06">
        <w:rPr>
          <w:rFonts w:ascii="Simplified Arabic" w:hAnsi="Simplified Arabic" w:cs="Simplified Arabic"/>
          <w:b/>
          <w:bCs/>
          <w:sz w:val="20"/>
          <w:szCs w:val="20"/>
          <w:rtl/>
        </w:rPr>
        <w:t>ملاحظات ختامية من المشرف الأكاديمي</w:t>
      </w:r>
      <w:r w:rsidRPr="00394A06">
        <w:rPr>
          <w:rFonts w:ascii="Simplified Arabic" w:hAnsi="Simplified Arabic" w:cs="Simplified Arabic"/>
          <w:b/>
          <w:bCs/>
          <w:sz w:val="20"/>
          <w:szCs w:val="20"/>
        </w:rPr>
        <w:t>:</w:t>
      </w:r>
    </w:p>
    <w:p w14:paraId="28DE1DF0" w14:textId="77777777" w:rsidR="00394A06" w:rsidRDefault="00394A06" w:rsidP="00394A06">
      <w:pPr>
        <w:bidi/>
        <w:spacing w:after="0" w:line="240" w:lineRule="auto"/>
        <w:jc w:val="both"/>
        <w:rPr>
          <w:rFonts w:ascii="Simplified Arabic" w:hAnsi="Simplified Arabic" w:cs="Simplified Arabic"/>
          <w:sz w:val="20"/>
          <w:szCs w:val="20"/>
        </w:rPr>
      </w:pPr>
      <w:r>
        <w:rPr>
          <w:rFonts w:ascii="Simplified Arabic" w:hAnsi="Simplified Arabic" w:cs="Simplified Arabic"/>
          <w:sz w:val="20"/>
          <w:szCs w:val="20"/>
          <w:rtl/>
        </w:rPr>
        <w:t>لقد أصبح الفصل قابلًا للتطوير ليصبح فصلاً منهجيًا قويًا، ومع ذلك، فإنه لا يزال يتطلب حسم عناصر التصميم، وتحقيق وحدة التحليل، وتأكيد منطق بناء النموذج المقترح. يجب أن يتركز الجهد الآن على جعل الدراسة قابلة للتنفيذ وقابلة</w:t>
      </w:r>
      <w:r>
        <w:rPr>
          <w:rFonts w:ascii="Simplified Arabic" w:hAnsi="Simplified Arabic" w:cs="Simplified Arabic"/>
          <w:sz w:val="20"/>
          <w:szCs w:val="20"/>
        </w:rPr>
        <w:t xml:space="preserve"> </w:t>
      </w:r>
      <w:r>
        <w:rPr>
          <w:rFonts w:ascii="Simplified Arabic" w:hAnsi="Simplified Arabic" w:cs="Simplified Arabic"/>
          <w:sz w:val="20"/>
          <w:szCs w:val="20"/>
          <w:rtl/>
        </w:rPr>
        <w:t>للتكرار، وليس فقط على وصف موضوع الشراكة وأهميته</w:t>
      </w:r>
      <w:r>
        <w:rPr>
          <w:rFonts w:ascii="Simplified Arabic" w:hAnsi="Simplified Arabic" w:cs="Simplified Arabic"/>
          <w:sz w:val="20"/>
          <w:szCs w:val="20"/>
        </w:rPr>
        <w:t>.</w:t>
      </w:r>
    </w:p>
    <w:p w14:paraId="28FEA73C" w14:textId="6C2F415F" w:rsidR="00EA2E28" w:rsidRPr="00394A06" w:rsidRDefault="00394A06" w:rsidP="00394A06">
      <w:pPr>
        <w:bidi/>
        <w:spacing w:after="0" w:line="240" w:lineRule="auto"/>
        <w:jc w:val="both"/>
        <w:rPr>
          <w:rFonts w:ascii="Simplified Arabic" w:hAnsi="Simplified Arabic" w:cs="Simplified Arabic"/>
          <w:sz w:val="20"/>
          <w:szCs w:val="20"/>
        </w:rPr>
      </w:pPr>
      <w:r>
        <w:rPr>
          <w:rFonts w:ascii="Simplified Arabic" w:hAnsi="Simplified Arabic" w:cs="Simplified Arabic"/>
          <w:sz w:val="20"/>
          <w:szCs w:val="20"/>
          <w:rtl/>
        </w:rPr>
        <w:t>يوصى بإعادة إرسال النسخة بعد إجراء التعديلات اللازمة على محاور التصميم والعينة، بالإضافة إلى تحليل الوثائق، مع إرفاق النسخة النهائية من الاستبانة وبروتوكول تحليل الوثائق</w:t>
      </w:r>
      <w:r>
        <w:rPr>
          <w:rFonts w:ascii="Simplified Arabic" w:hAnsi="Simplified Arabic" w:cs="Simplified Arabic"/>
          <w:sz w:val="20"/>
          <w:szCs w:val="20"/>
        </w:rPr>
        <w:t>.</w:t>
      </w:r>
      <w:r w:rsidR="00000000" w:rsidRPr="00394A06">
        <w:rPr>
          <w:rFonts w:ascii="Simplified Arabic" w:hAnsi="Simplified Arabic" w:cs="Simplified Arabic"/>
          <w:sz w:val="20"/>
          <w:szCs w:val="20"/>
        </w:rPr>
        <w:t>.</w:t>
      </w:r>
    </w:p>
    <w:sectPr w:rsidR="00EA2E28" w:rsidRPr="00394A06" w:rsidSect="00034616">
      <w:footerReference w:type="default" r:id="rId8"/>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CB0D9" w14:textId="77777777" w:rsidR="00BB6AC3" w:rsidRDefault="00BB6AC3">
      <w:pPr>
        <w:spacing w:after="0" w:line="240" w:lineRule="auto"/>
      </w:pPr>
      <w:r>
        <w:separator/>
      </w:r>
    </w:p>
  </w:endnote>
  <w:endnote w:type="continuationSeparator" w:id="0">
    <w:p w14:paraId="3749E7D6" w14:textId="77777777" w:rsidR="00BB6AC3" w:rsidRDefault="00BB6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86991" w14:textId="77777777" w:rsidR="00A662EF" w:rsidRDefault="00000000">
    <w:pPr>
      <w:pStyle w:val="Footer"/>
      <w:bidi/>
      <w:jc w:val="center"/>
    </w:pPr>
    <w:proofErr w:type="spellStart"/>
    <w:r>
      <w:rPr>
        <w:color w:val="595959"/>
        <w:sz w:val="16"/>
      </w:rPr>
      <w:t>نموذج</w:t>
    </w:r>
    <w:proofErr w:type="spellEnd"/>
    <w:r>
      <w:rPr>
        <w:color w:val="595959"/>
        <w:sz w:val="16"/>
      </w:rPr>
      <w:t xml:space="preserve"> ملاحظات </w:t>
    </w:r>
    <w:proofErr w:type="spellStart"/>
    <w:r>
      <w:rPr>
        <w:color w:val="595959"/>
        <w:sz w:val="16"/>
      </w:rPr>
      <w:t>الممتحن</w:t>
    </w:r>
    <w:proofErr w:type="spellEnd"/>
    <w:r>
      <w:rPr>
        <w:color w:val="595959"/>
        <w:sz w:val="16"/>
      </w:rPr>
      <w:t xml:space="preserve"> </w:t>
    </w:r>
    <w:proofErr w:type="spellStart"/>
    <w:r>
      <w:rPr>
        <w:color w:val="595959"/>
        <w:sz w:val="16"/>
      </w:rPr>
      <w:t>الخارجي</w:t>
    </w:r>
    <w:proofErr w:type="spellEnd"/>
    <w:r>
      <w:rPr>
        <w:color w:val="595959"/>
        <w:sz w:val="16"/>
      </w:rPr>
      <w:t xml:space="preserve"> على الفصل الثالث - </w:t>
    </w:r>
    <w:proofErr w:type="spellStart"/>
    <w:r>
      <w:rPr>
        <w:color w:val="595959"/>
        <w:sz w:val="16"/>
      </w:rPr>
      <w:t>المنهجية</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69E63" w14:textId="77777777" w:rsidR="00BB6AC3" w:rsidRDefault="00BB6AC3">
      <w:pPr>
        <w:spacing w:after="0" w:line="240" w:lineRule="auto"/>
      </w:pPr>
      <w:r>
        <w:separator/>
      </w:r>
    </w:p>
  </w:footnote>
  <w:footnote w:type="continuationSeparator" w:id="0">
    <w:p w14:paraId="67A2BF49" w14:textId="77777777" w:rsidR="00BB6AC3" w:rsidRDefault="00BB6A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rAUAUPyv7iwAAAA="/>
  </w:docVars>
  <w:rsids>
    <w:rsidRoot w:val="00B47730"/>
    <w:rsid w:val="00034616"/>
    <w:rsid w:val="00047CBC"/>
    <w:rsid w:val="0006063C"/>
    <w:rsid w:val="000A310A"/>
    <w:rsid w:val="0015074B"/>
    <w:rsid w:val="002225E8"/>
    <w:rsid w:val="0029639D"/>
    <w:rsid w:val="00326F90"/>
    <w:rsid w:val="00394A06"/>
    <w:rsid w:val="003B24C9"/>
    <w:rsid w:val="00464A84"/>
    <w:rsid w:val="00650F0C"/>
    <w:rsid w:val="007410AB"/>
    <w:rsid w:val="008F6E78"/>
    <w:rsid w:val="00A662EF"/>
    <w:rsid w:val="00AA1D8D"/>
    <w:rsid w:val="00B47730"/>
    <w:rsid w:val="00BB6AC3"/>
    <w:rsid w:val="00CB0664"/>
    <w:rsid w:val="00EA2E28"/>
    <w:rsid w:val="00F50E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0029AC"/>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2041</Words>
  <Characters>11639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13653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Fadi Abdelfattah</cp:lastModifiedBy>
  <cp:revision>3</cp:revision>
  <dcterms:created xsi:type="dcterms:W3CDTF">2026-06-30T16:51:00Z</dcterms:created>
  <dcterms:modified xsi:type="dcterms:W3CDTF">2026-08-11T07:51:00Z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7bbb6973-26a8-40bc-abf9-3b8c0168b977</vt:lpwstr>
  </property>
</Properties>
</file>